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Peb Caug Peb</w:t>
      </w:r>
    </w:p>
    <w:p>
      <w:pPr>
        <w:pStyle w:val="ArticleSubtitle"/>
        <w:jc w:val="left"/>
      </w:pPr>
      <w:r>
        <w:rPr>
          <w:rFonts w:ascii="Arial" w:hAnsi="Arial" w:eastAsia="Arial" w:cs="Arial"/>
        </w:rPr>
        <w:t>“Foob Ntim” ntawm Vajtswv raug muab nias rau thaum txoj cai Hnub Sunday raug tshaj tawm: Ib qho kev tshuaj ntsuam txog lus faj lem ntawm Daniyee Tshooj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“Lub cim” ntawm Vajtswv uas pom tau, raug muab nias rau thaum txoj cai hnub Sunday raug tshaj tawm.</w:t>
      </w:r>
    </w:p>
    <w:p>
      <w:pPr>
        <w:pStyle w:val="ArticleScripture"/>
        <w:jc w:val="left"/>
      </w:pPr>
      <w:r>
        <w:rPr>
          <w:rFonts w:ascii="Times New Roman" w:hAnsi="Times New Roman" w:eastAsia="Times New Roman" w:cs="Times New Roman"/>
        </w:rPr>
        <w:t>“Tsis muaj ib tug ntawm peb yuav tau txais lub cim foob ntawm Vajtswv li, yog tias peb tus cwj pwm tseem muaj ib qho chaw lossis ib qho qias neeg nyob saum nws. Twb raug tso cia rau peb lawm kom kho tej kev tsis txaus hauv peb tus cwj pwm, kom ntxuav lub tuam tsev ntawm tus ntsuj plig kom dawb huv ntawm txhua yam kev qias. Ces nag yav lig yuav poob los saum peb ib yam li nag thaum chiv thawj tau poob los saum cov thwjtim rau Hnub Peetekos....”</w:t>
      </w:r>
    </w:p>
    <w:p>
      <w:pPr>
        <w:pStyle w:val="ArticleScripture"/>
        <w:jc w:val="left"/>
      </w:pPr>
      <w:r>
        <w:rPr>
          <w:rFonts w:ascii="Times New Roman" w:hAnsi="Times New Roman" w:eastAsia="Times New Roman" w:cs="Times New Roman"/>
        </w:rPr>
        <w:t>“Cov kwvtij nej tab tom ua dab tsi nyob hauv txoj haujlwm loj kawg no ntawm kev npaj siab? Cov uas tab tom koom nrog lub ntiaj teb no tab tom txais tus qauv ntawm lub ntiaj teb thiab npaj txais lub cim ntawm tus tsiaj qus. Cov uas tsis tso siab rau lawv tus kheej, uas tab tom txo hwjchim rau ntawm Vajtswv xub ntiag thiab ntxuav lawv tej ntsuj plig los ntawm kev mloog lus rau qhov tseeb—cov no tab tom txais tus qauv saum ntuj ceeb tsheej thiab tab tom npaj rau lub cim foob ntawm Vajtswv rau hauv lawv hauv pliaj. Thaum txoj cai tshaj tawm tawm mus thiab lub cim raug nias tso rau, lawv tus cwj pwm yuav nyob dawb huv thiab tsis muaj qhov paug mus ib txhis.” Testimonies, volume 5, 214, 216.</w:t>
      </w:r>
    </w:p>
    <w:p>
      <w:pPr>
        <w:pStyle w:val="ArticleBody"/>
        <w:jc w:val="left"/>
      </w:pPr>
      <w:r>
        <w:rPr>
          <w:rFonts w:ascii="Times New Roman" w:hAnsi="Times New Roman" w:eastAsia="Times New Roman" w:cs="Times New Roman"/>
        </w:rPr>
        <w:t>Daniyee tau txais lub cim foob uas pom tau, thaum nws raug muab pov rau hauv lub qhov tsov ntxhuav, yog li no tshooj no sawv cev rau txoj cai Sunday law decree.</w:t>
      </w:r>
    </w:p>
    <w:p>
      <w:pPr>
        <w:pStyle w:val="ArticleScripture"/>
        <w:jc w:val="left"/>
      </w:pPr>
      <w:r>
        <w:rPr>
          <w:rFonts w:ascii="Times New Roman" w:hAnsi="Times New Roman" w:eastAsia="Times New Roman" w:cs="Times New Roman"/>
        </w:rPr>
        <w:t>Tom qab ntawd cov txivneej no txawm sib sau tuaj cuag vajntxwv, thiab hais rau vajntxwv tias, Au vajntxwv, thov paub tias txoj kevcai ntawm cov Medes thiab cov Persians yog li no, tias tsis muaj ib lo lus txib lossis ib txoj cai uas vajntxwv tau tsa cia lawm yuav hloov tau. Ces vajntxwv txib, lawv thiaj coj Daniyees los, thiab muab nws pov rau hauv lub qhov tsov ntxhuav. Vajntxwv txawm hais rau Daniyees tias, Koj tus Vajtswv uas koj ua haujlwm rau tsis tseg, Nws yuav cawm koj dim. Muaj ib lub pob zeb raug nqa los, muab txawb rau ntawm lub qhov ncauj qhov; vajntxwv muab nws kaw nrog nws tus kheej lub foob, thiab nrog nws cov nom tswv tej lub foob; kom lub hom phiaj uas hais txog Daniyees ntawd tsis txhob hloov. Daniel 6:15–17.</w:t>
      </w:r>
    </w:p>
    <w:p>
      <w:pPr>
        <w:pStyle w:val="ArticleBody"/>
        <w:jc w:val="left"/>
      </w:pPr>
      <w:r>
        <w:rPr>
          <w:rFonts w:ascii="Times New Roman" w:hAnsi="Times New Roman" w:eastAsia="Times New Roman" w:cs="Times New Roman"/>
        </w:rPr>
        <w:t>Zaj dab neeg tsis xaus rau ntawd, tiam sis nws xaus rau qhov chaw uas nws pib. Txoj kab hauv Daniyee tshooj rau qhia txog kev koom tes ua ib lub koomhaum uas feem ntau raug coj los ntawm ib puas nees nkaum tus thawj, thiab ob tug thawj tswj uas qis dua, tab sis tseem suav nrog cov kws pab tswv yim, cov thawj tub rog thiab cov tswv xeev. Qhov kev sib koom tsib txheej no tau raug tsim los dag ntxias vajntxwv kom tsim txom Daniyee. Zaj dab neeg xaus nrog lawv txoj kev txiav txim, rau qhov lawv tab tom ua piv txwv txog ib qho kev txiav txim tshwjxeeb uas tshwm sim thaum txoj cai Hnub Caiv, ib qho kev txiav txim uas tsis yog muab rau cov uas sawv cev rau Daniyee lossis vajntxwv, tiam sis rau cov uas dag ntxias vajntxwv.</w:t>
      </w:r>
    </w:p>
    <w:p>
      <w:pPr>
        <w:pStyle w:val="ArticleScripture"/>
        <w:jc w:val="left"/>
      </w:pPr>
      <w:r>
        <w:rPr>
          <w:rFonts w:ascii="Times New Roman" w:hAnsi="Times New Roman" w:eastAsia="Times New Roman" w:cs="Times New Roman"/>
        </w:rPr>
        <w:t>Ces vajntxwv kom, thiab lawv thiaj coj cov txivneej uas tau liam Daniel los, thiab lawv muab lawv, lawv tej menyuam, thiab lawv tej pojniam pov rau hauv lub qhov tsov ntxhuav; thiab cov tsov ntxhuav yeej lawv, thiab zom tas nrho lawv tej pob txha ua tej daim tej tawg ua ntej lawv yuav mus txog hauv qab ntawm lub qhov. Daniel 6:24.</w:t>
      </w:r>
    </w:p>
    <w:p>
      <w:pPr>
        <w:pStyle w:val="ArticleBody"/>
        <w:jc w:val="left"/>
      </w:pPr>
      <w:r>
        <w:rPr>
          <w:rFonts w:ascii="Times New Roman" w:hAnsi="Times New Roman" w:eastAsia="Times New Roman" w:cs="Times New Roman"/>
        </w:rPr>
        <w:t>Hauv qhov xwm txheej yaj saub, yeej ib txwm yog pawg ntseeg uas dag ntxias lub xeev, thiab tshooj rau tab tom qhia txog txoj kev dag ntxias uas tau ua tawm tsam tus vajntxwv. Tom qab Ahas twb pom lawm txog qhov kev tshwm sim muaj hwjchim kawg nkaus ntawm Vajtswv lub hwjchim saum Roob Khamel, Eliyas tau coj nws hla los ntawm nag rov qab mus cuag Yes Npe-ees. Ahas tsis muaj laj thawj yuav xav tias Yes Npe-ees yuav tsis qhuas qhov lus timkhawv muaj hwjchim txog Vajtswv lub hwjchim, tiam sis Ahas twb raug dag ntxias lawm txog Yes Npe-ees txoj kev ntxub Eliyas uas tob ruaj hauv nws lub siab. Zaj keeb kwm ntawm Eliyas hauv nws txoj kev sib tawm tsam nrog Ahas thiab Yes Npe-ees raug rov hais dua ib zaug ntxiv hauv zaj keeb kwm ntawm Yauhas tus Muab Neeg Ua Kevcai Raus Dej (uas yog Eliyas), thiab Helauj thiab Helaudias.</w:t>
      </w:r>
    </w:p>
    <w:p>
      <w:pPr>
        <w:pStyle w:val="ArticleBody"/>
        <w:jc w:val="left"/>
      </w:pPr>
      <w:r>
        <w:rPr>
          <w:rFonts w:ascii="Times New Roman" w:hAnsi="Times New Roman" w:eastAsia="Times New Roman" w:cs="Times New Roman"/>
        </w:rPr>
        <w:t>Thaum txog nws hnub yug, thaum Helauj qaug cawv tau cog lus rau Salome (Helaudias tus ntxhais) tias nws yuav pub ib nrab ntawm nws lub nceeg vaj, nws tsis tau xav tias Helaudias yuav thov Yauhas lub taub hau. Cov vaj ntxwv, txawm yog Ahaj, Helauj, lossis Dali-us, raug tus pojniam tsis huv dag ntxias los ntawm Yexanpees cov yaj saub cuav txoj kev seev cev, lossis los ntawm Helaudias tus ntxhais txoj kev seev cev, lossis los ntawm kev koom tes tsib txheej nyob hauv Daniyees zaj keeb kwm. Philaj kuj raug ib pawg pov thawj qias neeg dag ntxias, uas sawv cev rau cov Yudais “pawg ntseeg”, thiab pawg ntseeg yog lub cim qhia txog ib tug pojniam.</w:t>
      </w:r>
    </w:p>
    <w:p>
      <w:pPr>
        <w:pStyle w:val="ArticleBody"/>
        <w:jc w:val="left"/>
      </w:pPr>
      <w:r>
        <w:rPr>
          <w:rFonts w:ascii="Times New Roman" w:hAnsi="Times New Roman" w:eastAsia="Times New Roman" w:cs="Times New Roman"/>
        </w:rPr>
        <w:t>Kev dag ntxias yog ib qho cim tshwj xeeb ntawm zaj xwm txheej cev faj lem, thiab Islam ntawm Kev Txom Nyem thib peb yog txoj lus cuav uas raug siv los dag ntxias United Nations hauv hnub kawg los ntawm kev ntshai. Ob qho tib si “kev dag ntxias” thiab “txoj lus cuav” uas tsim kev dag ntxias ntawd, twb raug txheeb tseg lawm hauv Vajtswv Txoj Lus cev faj lem. Lub luag hauj lwm ntawm Islam, thiab txoj kev uas papacy los ua lub taub hau thib yim ntawm xya lub taub hau, twb raug txheeb tseg lawm ua ib feem ntawm txoj xov uas raug qhib lub cim hauv hnub kawg, uas yog Kev Tshwm Sim ntawm Yexus Khetos. Vim li ntawd, kev nthuav tawm txoj kev dag ntxias ntawm Darius hauv Daniel tshooj rau yog ib feem ntawm txoj xov uas tsim ua txoj xov ntawm Midnight Cry. Kev dag ntxias yog lub ntsiab uas kho kom zoo tag nrho qhov txhab tuag taus, yog li tsa papacy sawv rov los ua lub tebchaws thib yim thiab kawg. Hauv kev dag ntxias ntawm Darius, ob tug thawj tswj hwm uas tau thim txoj kev ntseeg thiab ib puas nees nkaum tus thawj nom yog cov sawv cev ntawm kev koom tes dag ntxias uas raug muab piv txawv nrog Daniel.</w:t>
      </w:r>
    </w:p>
    <w:p>
      <w:pPr>
        <w:pStyle w:val="ArticleBody"/>
        <w:jc w:val="left"/>
      </w:pPr>
      <w:r>
        <w:rPr>
          <w:rFonts w:ascii="Times New Roman" w:hAnsi="Times New Roman" w:eastAsia="Times New Roman" w:cs="Times New Roman"/>
        </w:rPr>
        <w:t>Ib puas nees nkaum yog ib lub cim ntawm Vajtswv cov thwjtim rau hnub Peetekos.</w:t>
      </w:r>
    </w:p>
    <w:p>
      <w:pPr>
        <w:pStyle w:val="ArticleScripture"/>
        <w:jc w:val="left"/>
      </w:pPr>
      <w:r>
        <w:rPr>
          <w:rFonts w:ascii="Times New Roman" w:hAnsi="Times New Roman" w:eastAsia="Times New Roman" w:cs="Times New Roman"/>
        </w:rPr>
        <w:t>Hnub ntawd Petus sawv ntsug nyob hauv nruab nrab ntawm cov thwjtim, thiab hais tias, (tag nrho cov npe ua ke muaj kwv yees li ib puas nees nkaum leej.) Tubtxib Tes Haujlwm 1:15.</w:t>
      </w:r>
    </w:p>
    <w:p>
      <w:pPr>
        <w:pStyle w:val="ArticleBody"/>
        <w:jc w:val="left"/>
      </w:pPr>
      <w:r>
        <w:rPr>
          <w:rFonts w:ascii="Times New Roman" w:hAnsi="Times New Roman" w:eastAsia="Times New Roman" w:cs="Times New Roman"/>
        </w:rPr>
        <w:t>Hnub Peetekos ua yam piv txwv txog txoj cai Hnub Caiv thaum lub cim raug muab nias rau, thiab ib puas nees nkaum tus thawj uas dag ntxias Darius, yog ib lub cim ntawm txoj kev pov thawj cuav nyob rau lub sijhawm ntawm txoj cai Hnub Caiv. Ob pawg ntawm cov uas dag ntxias vajntxwv raug nthuav tawm los ntawm ob tug thawj tswj hwm uas tau thim txojkev ntseeg thiab ib puas nees nkaum tus thawj uas tau thim txojkev ntseeg. Ob tug thawj tswj hwm ntawd raug muab koom nrog Daniyee, uas yog tus yaj saub. Ob pawg uas dag ntxias Darius sawv cev rau ib pawg yaj saub cuav thiab ib pawg pov thawj uas raug ua qias tuaj lawm.</w:t>
      </w:r>
    </w:p>
    <w:p>
      <w:pPr>
        <w:pStyle w:val="ArticleScripture"/>
        <w:jc w:val="left"/>
      </w:pPr>
      <w:r>
        <w:rPr>
          <w:rFonts w:ascii="Times New Roman" w:hAnsi="Times New Roman" w:eastAsia="Times New Roman" w:cs="Times New Roman"/>
        </w:rPr>
        <w:t>“Cov xibhwb uas rhuav tshem thiab ua rau cov yaj ntawm kuv lub tshav zaub tawg khiav mus, muaj kev puastsuaj rau nej!” tus Tswv hais li ntawd. Vim li no tus Tswv uas yog Vajtswv ntawm cov Ixayees hais tawm tsam cov xibhwb uas pub kuv haiv neeg noj tias, “Nej tau ua rau kuv pab yaj tawg khiav mus, thiab ntiab lawv mus deb, thiab tsis tau tuaj xyuas lawv li; saib seb, kuv yuav los rau txim rau nej raws li kev phem ntawm nej tej haujlwm,” tus Tswv hais li ntawd. “Thiab kuv yuav sau seem uas tshuav ntawm kuv pab yaj tawm hauv txhua lub tebchaws uas kuv tau ntiab lawv mus, thiab yuav coj lawv rov qab los rau lawv tej tshav; ces lawv yuav txi txiv thiab huam coob ntxiv. Thiab kuv yuav tsa cov yug yaj los kav lawv, cov uas yuav pub lawv noj; ces lawv yuav tsis ntshai ntxiv lawm, tsis txhawj ntshai ntxiv lawm, thiab tsis muaj ib tug twg yuav ploj, tus Tswv hais li ntawd. “Saib seb, hnub ntawd tab tom los,” tus Tswv hais li ntawd, “uas kuv yuav tsa ib Tug Ceg Ncaj Ncees rau Daviv; ib tug Vajntxwv yuav kav thiab vam meej, thiab yuav coj kev txiav txim thiab kev ncaj ncees rau saum npoo ntiajteb. Nyob rau hauv nws lub sijhawm, Yudas yuav dim, thiab cov Ixayees yuav nyob kaj siab lug; thiab qhov no yog nws lub npe uas lawv yuav hu nws tias, TUS TSWV YOG PEB KEV NCaj NCEES.” “Vim li no, saib seb, hnub ntawd tab tom los,” tus Tswv hais li ntawd, “uas lawv yuav tsis hais ntxiv lawm tias, ‘Tus Tswv muaj sia nyob, tus uas coj cov tub ki Ixayees tawm hauv tebchaws Iziv los’; tiam sis lawv yuav hais tias, ‘Tus Tswv muaj sia nyob, tus uas coj thiab tus uas tau coj noob neej ntawm tsev neeg Ixayees tawm hauv lub tebchaws qaum teb los, thiab tawm hauv txhua lub tebchaws uas kuv tau ntiab lawv mus’; ces lawv yuav nyob hauv lawv lub tebchaws ntawm lawv tus kheej.” Kuv lub siab nyob hauv kuv tawg ntsoog vim yog cov cev Vajtswv lus; tag nrho kuv tej pob txha tshee hnyo; kuv zoo li tus neeg qaug cawv, zoo li tus neeg uas cawv kov yeej lawm, vim yog tus Tswv, thiab vim yog nws cov lus dawb huv. Rau qhov lub tebchaws puv nkaus cov neeg deev luag poj luag txiv; rau qhov vim yog tej lus cog foom, lub tebchaws quaj ntsuag; tej chaw zoo nkauj hauv tebchaws moj sab qhua qhuav qhawv lawm, thiab lawv txoj kev khiav yog kev phem, thiab lawv lub zog tsis ncaj. Rau qhov ob leeg, cev Vajtswv lus thiab pov thawj, puav leej tsis dawb huv; muaj tseeb tiag, txawm nyob hauv kuv lub tsev los kuv twb pom lawv txoj kev phem lawm,” tus Tswv hais li ntawd. “Yog li ntawd, lawv txojkev yuav zoo li tej kev nplua nplau nyob hauv qhov tsaus ntuj; lawv yuav raug thawb mus, thiab yuav ntog hauv ntawd; rau qhov kuv yuav coj kev phem los raug lawv, yog xyoo uas lawv raug xyuas txim,” tus Tswv hais li ntawd. Yelemis 23:1–12.</w:t>
      </w:r>
    </w:p>
    <w:p>
      <w:pPr>
        <w:pStyle w:val="ArticleBody"/>
        <w:jc w:val="left"/>
      </w:pPr>
      <w:r>
        <w:rPr>
          <w:rFonts w:ascii="Times New Roman" w:hAnsi="Times New Roman" w:eastAsia="Times New Roman" w:cs="Times New Roman"/>
        </w:rPr>
        <w:t>“Xyoo ntawm kev tuaj xyuas” ntawm Yelemis yog txoj kev txiav txim rau cov neeg koom tes phem uas dag Dali-au. Txoj kev txiav txim rau cov yaj saub cuav thiab cov pov thawj yog ib lo lus ntsiab hauv Txojlus cev Vajtswv lus. Thiab ib yam li txoj pov thawj uas qias neeg tau coj tawm thiab dag cov thawj coj Loos tawm tsam Khetos, kev koom tes phem hauv Daniyees tshooj rau tab tom hais txog qhov tseeb cev Vajtswv lus ntawd ntag.</w:t>
      </w:r>
    </w:p>
    <w:p>
      <w:pPr>
        <w:pStyle w:val="ArticleBody"/>
        <w:jc w:val="left"/>
      </w:pPr>
      <w:r>
        <w:rPr>
          <w:rFonts w:ascii="Times New Roman" w:hAnsi="Times New Roman" w:eastAsia="Times New Roman" w:cs="Times New Roman"/>
        </w:rPr>
        <w:t>Cov kab lus yaj saub hauv Daniyee tshooj tsib nthuav tawm txog txoj kev txiav txim tswjfwm uas raug coj los siv rau saum tus kub Republican thiab lub teb chaws Meskas thaum txog txoj cai Hnub Caiv. Txoj kev txiav txim ntawd raug ua tiav los ntawm Islam ntawm txoj Kev Txom Nyem thib peb, uas tau nyiag nkag los rau hauv lub nceeg vaj los ntawm phab ntsa sab qab teb uas tsis muaj neeg zov. Kab kab xwm ntawm txoj cai Hnub Caiv hauv Daniyee tshooj peb qhia tias Vajtswv haiv neeg raug tsa siab ua ib lub cim chij rau tag nrho lub ntiaj teb nyob rau tib lub sijhawm ntawd. Tshooj rau tab tom tsom rau txoj kev txiav txim uas raug coj los siv rau saum cov yaj saub cuav hauv tib zaj keeb kwm ntawd.</w:t>
      </w:r>
    </w:p>
    <w:p>
      <w:pPr>
        <w:pStyle w:val="ArticleBody"/>
        <w:jc w:val="left"/>
      </w:pPr>
      <w:r>
        <w:rPr>
          <w:rFonts w:ascii="Times New Roman" w:hAnsi="Times New Roman" w:eastAsia="Times New Roman" w:cs="Times New Roman"/>
        </w:rPr>
        <w:t>Thaum txog txoj kevcai hnub Sunday hauv Tebchaws Meskas, tus kub Protestant uas tau thim kev ntseeg ntawd muaj ob pawg: ib pawg uas txhawb hnub Sunday ua hnub pe hawm, thiab ib pawg uas tsis muaj nqis tsuas yog lees ncauj qhuas tias lawv txhawb Hnub Xanpataus ua hnub pe hawm xwb. Lawv cov qauv sib thooj nyob hauv tus kub Republican yog ob tog Democrat thiab Republican. Ob tug kub uas tau thim kev ntseeg ntawd tau raug ua qauv tseg los ntawm cov Xadukais thiab cov Falixais nyob rau tiam Khetos. Ob tug thawj tswj hwm uas tau thim kev ntseeg thiab ib puas nees nkaum tus pov thawj hauv txoj kev dag ntxias ntawm Darius kuj sawv cev rau ob qeb ntawm tus kub Protestantism uas tau thim kev ntseeg. Txawm yog tias qhov tseeb lawv yog cov thawj coj hauv kev nom kev tswv nyob rau lub sijhawm uas zaj keebkwm ntawd tshwm sim los, los hauv cov ntsiab lus yajsaub qhia meej tias yog lub hwjchim kev ntseeg uas tau thim kev ntseeg ntawd dag ntxias lub xeev.</w:t>
      </w:r>
    </w:p>
    <w:p>
      <w:pPr>
        <w:pStyle w:val="ArticleBody"/>
        <w:jc w:val="left"/>
      </w:pPr>
      <w:r>
        <w:rPr>
          <w:rFonts w:ascii="Times New Roman" w:hAnsi="Times New Roman" w:eastAsia="Times New Roman" w:cs="Times New Roman"/>
        </w:rPr>
        <w:t>Zaj dab neeg, raws li tau raug nthuav qhia saum Roob Khaumees, qhia txog ob pawg yaj saub cuav; yog cov yaj saub ntawm Npa-as thiab cov yaj saub ntawm lub hav ntoo teev dab (Ashtaroth). Ob pawg no ua ke ua yam piv txwv txog kev koom ua ke ntawm pawg ntseeg thiab lub xeev, rau qhov Npa-as yog ib tug vajtswv txiv neej, hos Ashtaroth yog ib tug vajtswv poj niam. Thaum kawg Eliyas tau muab cov yaj saub cuav saum Roob Khaumees tua pov tseg, ib yam li cov koom tes ua ke nyob hauv Daniyee tshooj rau raug muab pov rau hauv lub qhov tsov ntxhuav.</w:t>
      </w:r>
    </w:p>
    <w:p>
      <w:pPr>
        <w:pStyle w:val="ArticleScripture"/>
        <w:jc w:val="left"/>
      </w:pPr>
      <w:r>
        <w:rPr>
          <w:rFonts w:ascii="Times New Roman" w:hAnsi="Times New Roman" w:eastAsia="Times New Roman" w:cs="Times New Roman"/>
        </w:rPr>
        <w:t>Ces Eliyas thiaj hais rau lawv tias, Cia li ntes cov yaj saub ntawm Npa-as; txhob cia ib tug twg dim mus. Lawv thiaj ntes lawv; thiab Eliyas coj lawv nqes mus rau ntawm tus kwj dej Kixoos, thiab muab lawv tua rau ntawd. 1 Vajntxwv 18:40.</w:t>
      </w:r>
    </w:p>
    <w:p>
      <w:pPr>
        <w:pStyle w:val="ArticleBody"/>
        <w:jc w:val="left"/>
      </w:pPr>
      <w:r>
        <w:rPr>
          <w:rFonts w:ascii="Times New Roman" w:hAnsi="Times New Roman" w:eastAsia="Times New Roman" w:cs="Times New Roman"/>
        </w:rPr>
        <w:t>Nyob rau hauv tib zaj keeb kwm ntawm Mount Carmel, raws li sawv cev los ntawm Yauhas tus Uas Muab Neeg Ua Kev Cai Raus Dej, lub hwjchim uas dag ntxias yog tus ntxhais. Ob zaj keeb kwm ntawd qhia tib yam tias cov uas dag ntxias yog cov uas seev cev, txawm yog nyob ib ncig ntawm lawv tej khoom fij saum Mount Carmel, los yog ntawm Herod rooj noj mov hnub yug uas qaug cawv, qhov uas Salome tau ua nws txoj kev seev cev dag ntxias. Ua ke, ob txoj kab no qhia txog kev sib koom ua ke ntawm pawg ntseeg thiab lub xeev uas raug tsim kom tiav lawm ntawm txoj cai Hnub Vas Xaum, thiab tias cov pawg ntseeg uas tau thim txojkev ntseeg tseg hauv Tebchaws Meskas yog cov ntxhais ntawm Herodias, uas yog Jezebel, uas nkawd ob leeg sawv cev rau Kev Ntseeg Kas Tos Liv. Herod hnub yug cim txog qhov kawg ntawm lub nceeg vaj thib rau ntawm tus tsiaj nyaum hauv ntiajteb, tiam sis tib lub sijhawm kuj cim txog hnub yug ntawm lub nceeg vaj thib xya hauv lus faj lem hauv Phau Vajlugkub (United Nations).</w:t>
      </w:r>
    </w:p>
    <w:p>
      <w:pPr>
        <w:pStyle w:val="ArticleBody"/>
        <w:jc w:val="left"/>
      </w:pPr>
      <w:r>
        <w:rPr>
          <w:rFonts w:ascii="Times New Roman" w:hAnsi="Times New Roman" w:eastAsia="Times New Roman" w:cs="Times New Roman"/>
        </w:rPr>
        <w:t>Nyob rau hauv lo lus cog tseg ntawd rau Salome, Helauj pom zoo muab ib nrab ntawm nws lub nceeg vaj rau Salome, qhia tias lub nceeg vaj xya sawv cev rau kev sib xyaw ua ke ntawm ib nrab pawg ntseeg thiab ib nrab lub xeev. Lub nceeg vaj ntawd pib thaum Yauhas lub taub hau raug xa mus rau Helaujias. Vim li no, lub nceeg vaj xya raug sawv cev nyob hauv Tshwmsim tshooj kaum xya tias tseem yuav nyob ntxiv ib ntus luv xwb. Nws yog thaum txoj cai Sunday uas kev sib koom ua peb txheej raug tsa los siv, rau qhov nyob ntawd kaum tus vajntxwv pom zoo muab lawv lub nceeg vaj uas kav luv luv rau tus tsiaj qus rau ib “teev.” Qhov “teev” ntawd yog “teev” ntawm kev kub ntxhov ntawm txoj cai Sunday, uas pib hauv Tebchaws Asmeskas thiab xaus thaum Mikha-eev sawv tsees.</w:t>
      </w:r>
    </w:p>
    <w:p>
      <w:pPr>
        <w:pStyle w:val="ArticleScripture"/>
        <w:jc w:val="left"/>
      </w:pPr>
      <w:r>
        <w:rPr>
          <w:rFonts w:ascii="Times New Roman" w:hAnsi="Times New Roman" w:eastAsia="Times New Roman" w:cs="Times New Roman"/>
        </w:rPr>
        <w:t>Thiab kaum kub uas koj tau pom ntawd yog kaum tus vajntxwv, uas tseem tsis tau txais ib lub nceeg vaj li; tiamsis lawv yuav tau hwjchim ua vajntxwv ib teev nrog tus tsiaj nyaum. Cov no muaj ib lub siab tib yam, thiab yuav muab lawv lub hwjchim thiab lawv lub zog rau tus tsiaj nyaum. Cov no yuav ua rog tawm tsam tus Menyuam Yaj, thiab tus Menyuam Yaj yuav kovyeej lawv: rau qhov nws yog Tus Tswv ntawm cov tswv, thiab Vajntxwv ntawm cov vajntxwv; thiab cov uas nrog nws nyob ntawd yog cov uas raug hu, thiab raug xaiv, thiab muaj siab ncaj. Qhia Tshwm 17:12–14.</w:t>
      </w:r>
    </w:p>
    <w:p>
      <w:pPr>
        <w:pStyle w:val="ArticleBody"/>
        <w:jc w:val="left"/>
      </w:pPr>
      <w:r>
        <w:rPr>
          <w:rFonts w:ascii="Times New Roman" w:hAnsi="Times New Roman" w:eastAsia="Times New Roman" w:cs="Times New Roman"/>
        </w:rPr>
        <w:t>Kaum kaum vajntxwv, uas Herod sawv cev rau lawv, pom zoo rau hnub yug ntawm lub nceeg vaj xya los muab ib nrab ntawm lawv lub nceeg vaj rau tus tsiaj qus thaum lub sij hawm kev kub ntxhov ntawm txoj cai hnub Sunday, uas raug sawv cev tias yog “ib teev.” Nyob rau hauv “teev” ntawd, cov ntawv sau ntawm tes raug sau rau saum Belshazzar phab ntsa. Nyob rau hauv “teev” ntawd, Shadrach, Meshach thiab Abednego raug muab pov rau hauv lub cub hluav taws thiab raug tsa nce rau hauv ib huab ib yam li ob tug tim khawv hauv Tshwmsim tshooj kaum ib. Txoj kev koom ua peb feem raug coj los sib sau ua ke los ntawm txoj kev dag ntxias uas tus tsiaj qus hauv ntiaj teb ua tiav, tus uas coj hluav taws nqes saum ntuj los rau ntawm neeg lub xub ntiag.</w:t>
      </w:r>
    </w:p>
    <w:p>
      <w:pPr>
        <w:pStyle w:val="ArticleScripture"/>
        <w:jc w:val="left"/>
      </w:pPr>
      <w:r>
        <w:rPr>
          <w:rFonts w:ascii="Times New Roman" w:hAnsi="Times New Roman" w:eastAsia="Times New Roman" w:cs="Times New Roman"/>
        </w:rPr>
        <w:t>Thiab kuv pom dua ib tug tsiaj ntxiv sawv tawm hauv lub ntiajteb los; nws muaj ob tug kub zoo li tus menyuam yaj, thiab nws hais lus zoo li tus zaj. Thiab nws siv tag nrho lub hwjchim ntawm thawj tug tsiaj nyob ntawm nws xubntiag, thiab ua rau lub ntiajteb thiab cov uas nyob hauv nws pe hawm thawj tug tsiaj, tus uas nws lub qhov txhab tuag ntawd twb zoo lawm. Thiab nws ua tej txujci loj kawg, xwv kom nws ua rau hluav taws nqes saum ntuj los rau hauv ntiajteb rau ntawm neeg pom ntsej muag, thiab ntxias cov uas nyob hauv ntiajteb los ntawm tej txujci uas nws muaj hwjchim ua rau ntawm tus tsiaj xubntiag; nws hais rau cov uas nyob hauv ntiajteb kom lawv ua ib tug mlom rau tus tsiaj, tus uas raug rab ntaj txhab los tseem ciaj sia. Qhia Tshwm 13:11–14.</w:t>
      </w:r>
    </w:p>
    <w:p>
      <w:pPr>
        <w:pStyle w:val="ArticleBody"/>
        <w:jc w:val="left"/>
      </w:pPr>
      <w:r>
        <w:rPr>
          <w:rFonts w:ascii="Times New Roman" w:hAnsi="Times New Roman" w:eastAsia="Times New Roman" w:cs="Times New Roman"/>
        </w:rPr>
        <w:t>Lub ntiajteb no raug dag ntxias, tsis yog ntau npaum li los ntawm tej txuj ci tseem ceeb ntawd, tiam sis yog los ntawm “txoj kev siv tej txuj ci tseem ceeb ntawd” uas nws tau muaj hwjchim ua. Kab lus “txoj kev siv tej txuj ci tseem ceeb ntawd” yog ib kab lus ntxiv nkag los, los nws tso qhov tseem ceeb uas raug rau saum tej txuj ci tseem ceeb ntawd, uas tsim nyog yuav tsum ua tib zoo nco tseg. Txoj kev uas zaj lus cuav (hluav taws nqes saum ntuj ceeb tsheej), dag ntxias lub ntiajteb no yog ib yam tseem ceeb uas yuav tsum paub, rau qhov nim no peb twb nyob hauv keeb kwm ntawd lawm, uas cov pejxeem hauv lub ntiajteb no tab tom raug muab loog siab los ntawm ib “kev loj tshaj rau ntaub ntawv” uas cov tub lag luam thoob ntiajteb ntawm lub ntiajteb no tswj hwm thiab tswj qaug. Zaj kawm ntawd peb yuav tseg cia mus txog lwm cov ntawv tom qab, los nim no peb tsuas yog hais tseg tias kev dag ntxias cov thawj tswj hwm thiab cov nom tswv uas tau raug coj los ua rau Dari-us, yog ib lo lus faj lem tshwjxeeb, muaj ntau yam ntsiab txuas sib cuag uas yuav tsum raug lees paub.</w:t>
      </w:r>
    </w:p>
    <w:p>
      <w:pPr>
        <w:pStyle w:val="ArticleBody"/>
        <w:jc w:val="left"/>
      </w:pPr>
      <w:r>
        <w:rPr>
          <w:rFonts w:ascii="Times New Roman" w:hAnsi="Times New Roman" w:eastAsia="Times New Roman" w:cs="Times New Roman"/>
        </w:rPr>
        <w:t>Kev koom ua peb feem raug coj los sib sau ua ke los ntawm txoj kev dag ntxias hauv Salome txoj kev seev cev ntxim ntxias nyob rau ntawm cov thawj coj xub ntiag hauv Herod rooj mov hnub yug. Txoj kev dag ntxias uas raug yuam tso rau saum Pilate, uas muaj ob txheej xwm nyob hauv nws tus yam ntxwv, yog lo lus liam tias Khetos tab tom ua rau thiab txhawb kom muaj kev ntxeev siab tawm tsam lub hwj chim ntawm lub xeev, thiab tseem liam tias Nws tab tom hais lus thuam vajtswv tawm tsam lub hwj chim kev ntseeg thiab. Hauv zaj keeb kwm ntawd peb tug yeeb ncuab tau tuaj sib sau ua ke. Lub hwj chim Loos (lub xeev), Barabbas, ib tug Khetos cuav (tus yaj saub cuav), thiab pawg ntseeg Yudais uas tau thim rov qab ntawm txoj kev ntseeg tseeb lawm (tsiaj nyaum). Pawg ntseeg uas tau thim rov qab ntawd dag ntxias txoj cai Loos (lub xeev), los ntawm ob txheej lus dag no, yog kev ntxeev siab thiab kev thuam vajtswv.</w:t>
      </w:r>
    </w:p>
    <w:p>
      <w:pPr>
        <w:pStyle w:val="ArticleBody"/>
        <w:jc w:val="left"/>
      </w:pPr>
      <w:r>
        <w:rPr>
          <w:rFonts w:ascii="Times New Roman" w:hAnsi="Times New Roman" w:eastAsia="Times New Roman" w:cs="Times New Roman"/>
        </w:rPr>
        <w:t>Thaum kawg thaum Darius raug tsa kom pom qhov kev txhawb siab ntawm cov uas dag ntxias nws lawm, nws raug yuam kom pov Daniel rau hauv lub qhov tsov ntxhuav. Daniel tau rhuav txoj cai ntawm lub xeev vim nws mloog lus rau txoj cai ntawm Vajtswv. Txoj lus dag uas tau muab nthuav rau Darius, raug ua kom tiav los ntawm kev tsa Darius txoj kev khav theeb kom siab, yog li ntawd thiaj txwv tsis pub nws paub txog qhov kev txhawb siab ntawm cov uas dag ntxias nws. Txoj lus dag thiab txoj kev dag ntxias hauv zaj keeb kwm ntawm Daniel thiab lub qhov tsov ntxhuav, qhia kom kev mloog lus rau Vajtswv raug suav tias yog kev thuam Vajtswv thiab kev ntxeev siab tawm tsam lub xeev, uas yog tib yam kev dag ntxias ob npaug uas muaj nyob rau ntawm tus ntoo khaub lig, thiab tus cim kev ntawm tus ntoo khaub lig sib haum nrog tus cim kev ntawm txoj cai Hnub Caiv.</w:t>
      </w:r>
    </w:p>
    <w:p>
      <w:pPr>
        <w:pStyle w:val="ArticleBody"/>
        <w:jc w:val="left"/>
      </w:pPr>
      <w:r>
        <w:rPr>
          <w:rFonts w:ascii="Times New Roman" w:hAnsi="Times New Roman" w:eastAsia="Times New Roman" w:cs="Times New Roman"/>
        </w:rPr>
        <w:t>Kev rau txim rau lub hwjchim dag ntxias kev cai dab qhuas yog ib yam ntsiab lus hauv Vajluskub tej lus faj lem, ib yam li qhov tseeb tias lub hwjchim kev cai dab qhuas dag ntxias lub hwjchim ntawm lub xeev.</w:t>
      </w:r>
    </w:p>
    <w:p>
      <w:pPr>
        <w:pStyle w:val="ArticleScripture"/>
        <w:jc w:val="left"/>
      </w:pPr>
      <w:r>
        <w:rPr>
          <w:rFonts w:ascii="Times New Roman" w:hAnsi="Times New Roman" w:eastAsia="Times New Roman" w:cs="Times New Roman"/>
        </w:rPr>
        <w:t>“Cov neeg pom tias lawv raug dag ntxias lawm. Lawv sib liam tias ib leeg tau coj ib leeg mus rau kev puastsuaj; tiam sis sawv daws koom ua ke los nchuav lawv txoj kev txiav txim uas iab tshaj plaws rau saum cov xibhwb. Cov tswv yug yaj uas tsis ncaj ncees tau cev lus faj lem tej yam mos muag; lawv tau coj lawv cov neeg mloog kom rhuav txoj kevcai ntawm Vajtswv thiab tsim txom cov uas yuav khaws nws kom dawb huv. Nim no, hauv lawv txoj kev poob siab kawg, cov xibfwb no lees txim ua ntej lub ntiajteb txog lawv tes haujlwm dag ntxias. Cov pab neeg coob coob puv npo kev npau taws. Lawv quaj tias, ‘Peb puastsuaj lawm!’ ‘thiab nej yog tus ua rau peb txoj kev puam tsuaj;’ ces lawv tig los tawm tsam cov tswv yug yaj cuav. Cov neeg ntawd ntag uas ib zaug qhuas lawv tshaj plaws yuav tshaj tawm cov lus foom phem uas txaus ntshai tshaj plaws rau lawv. Cov tes ntawd ntag uas ib zaug muab mom hmab txiv ntoo qhuas rau saum lawv yuav raug tsa los ua rau lawv kev puastsuaj. Cov ntaj uas npaj yuav tua Vajtswv haivneeg tam sim no raug siv los rhuav tshem lawv cov yeeb ncuab. Txhua qhov chaw muaj kev sib ntaus sib tua thiab kev txeev ntshav.” The Great Controversy, 655.</w:t>
      </w:r>
    </w:p>
    <w:p>
      <w:pPr>
        <w:pStyle w:val="ArticleBody"/>
        <w:jc w:val="left"/>
      </w:pPr>
      <w:r>
        <w:rPr>
          <w:rFonts w:ascii="Times New Roman" w:hAnsi="Times New Roman" w:eastAsia="Times New Roman" w:cs="Times New Roman"/>
        </w:rPr>
        <w:t>Cov thawj coj kev ntseeg yuav raug tig rov los tawm tsam tom qab lub sijhawm sim siab kaw lawm, rau qhov lawv cov yajsaub-pawg pom tias lawv tau raug dag los ntawm ib txoj kev dag cuav uas cov thawj coj kev ntseeg tau tshaj tawm. Cov thawj tswj hwm thiab cov nom tswv, nrog rau lawv tsev neeg, txhua tus tau raug tib qho kev txiav txim pauj rov qab ntawd vim yog txoj kev dag cuav uas lawv tau tshaj tawm. Thaum Eliyas tua cov yajsaub cuav ntawm Roob Khamel, tib qho kev pauj rov qab ntawd raug sawv cev rau ntawm “av qeeg loj” hauv Tshwm Sim tshooj kaum ib, thaum “xya txhiab” raug muab pov tseg.</w:t>
      </w:r>
    </w:p>
    <w:p>
      <w:pPr>
        <w:pStyle w:val="ArticleScripture"/>
        <w:jc w:val="left"/>
      </w:pPr>
      <w:r>
        <w:rPr>
          <w:rFonts w:ascii="Times New Roman" w:hAnsi="Times New Roman" w:eastAsia="Times New Roman" w:cs="Times New Roman"/>
        </w:rPr>
        <w:t>Thiab tib lub sijhawm ntawd kuj muaj ib qho av qeeg loj, thiab ib feem kaum ntawm lub nroog poob lawm, thiab hauv qhov av qeeg ntawd neeg raug tua tuag xya txhiab leej; hos cov seem tseem tshuav ntshai heev, thiab qhuas Vajtswv tus uas nyob saum ntuj ceeb tsheej. Tshwm Sim 11:13.</w:t>
      </w:r>
    </w:p>
    <w:p>
      <w:pPr>
        <w:pStyle w:val="ArticleBody"/>
        <w:jc w:val="left"/>
      </w:pPr>
      <w:r>
        <w:rPr>
          <w:rFonts w:ascii="Times New Roman" w:hAnsi="Times New Roman" w:eastAsia="Times New Roman" w:cs="Times New Roman"/>
        </w:rPr>
        <w:t>Hauv qhov kev ua tiav ntawm qhov av qeeg loj ntawm Fabkis Kev Tawm Tsam, xya txhiab tus uas raug tua sawv cev rau vaj ntxwv caj ces ntawm Fabkis. Nyob rau “lub sijhawm” ntawm qhov av qeeg loj ntawd, uas yog txoj cai Sunday, xya txhiab tus uas raug tua sawv cev rau cov Seventh-day Adventists uas pe hawm rau Loos, vim tsuas yog cov uas nkag siab txog lub luag haujlwm lees paub ntawm Hnub Xanpataus xya hnub thiaj li txais tau lub cim ntawm tsiaj qus thaum txoj cai Sunday los txog.</w:t>
      </w:r>
    </w:p>
    <w:p>
      <w:pPr>
        <w:pStyle w:val="ArticleScripture"/>
        <w:jc w:val="left"/>
      </w:pPr>
      <w:r>
        <w:rPr>
          <w:rFonts w:ascii="Times New Roman" w:hAnsi="Times New Roman" w:eastAsia="Times New Roman" w:cs="Times New Roman"/>
        </w:rPr>
        <w:t>“Kev hloov Hnub Xanpataus yog lub cim lossis lub cim txheeb ntawm txoj cai kav ntawm lub Koom Txoos Loos. Cov uas, thaum nkag siab txog tej lus thov cai ntawm lo lus txib plaub, xaiv los ua raws li Hnub Xanpataus cuav los hloov chaw Hnub Xanpataus tseeb, ces lawv twb tab tom pe hawm rau lub hwj chim ntawd uas yog tib lub hwj chim nkaus xwb uas tau txib kom ua li ntawd. Lub cim ntawm tus tsiaj qus yog Hnub Xanpataus papas, uas lub ntiajteb tau txais coj los hloov chaw hnub uas Vajtswv tau teem tseg.”</w:t>
      </w:r>
    </w:p>
    <w:p>
      <w:pPr>
        <w:pStyle w:val="ArticleScripture"/>
        <w:jc w:val="left"/>
      </w:pPr>
      <w:r>
        <w:rPr>
          <w:rFonts w:ascii="Times New Roman" w:hAnsi="Times New Roman" w:eastAsia="Times New Roman" w:cs="Times New Roman"/>
        </w:rPr>
        <w:t>“Tiamsis lub sijhawm txais lub cim ntawm tus tsiaj qus, raws li tau teev cia hauv lus faj lem, tseem tsis tau los txog. Lub sijhawm sim siab tseem tsis tau los txog. Muaj cov ntseeg Khetos tseeb nyob hauv txhua pawg ntseeg, tsis suav tsis tseg txawm yog kev sib koom ntawm Loos Kas Tos Liv. Tsis muaj leej twg raug txim txog thaum lawv tau txais txoj kev kaj thiab tau pom lub luag hauj lwm ntawm lo lus txib plaub. Tiamsis thaum txoj cai yuav raug tshaj tawm mus yuam kom hwm hnub Xanpataus cuav, thiab thaum lub suab quaj nrov ntawm tus tim tswv thib peb yuav ceeb toom tib neeg tawm tsam kev pe hawm tus tsiaj qus thiab nws tus duab, ces txoj kab yuav raug kos kom meej tseeb nruab nrab ntawm yam cuav thiab yam tseeb. Ces cov uas tseem pheej nyob hauv txoj kev ua txhaum yuav txais lub cim ntawm tus tsiaj qus rau ntawm lawv hauv pliaj los sis rau hauv lawv txhais tes.”</w:t>
      </w:r>
    </w:p>
    <w:p>
      <w:pPr>
        <w:pStyle w:val="ArticleScripture"/>
        <w:jc w:val="left"/>
      </w:pPr>
      <w:r>
        <w:rPr>
          <w:rFonts w:ascii="Times New Roman" w:hAnsi="Times New Roman" w:eastAsia="Times New Roman" w:cs="Times New Roman"/>
        </w:rPr>
        <w:t>“Nrog tej kauj ruam ceev nrooj peb tab tom los ze rau lub sijhawm no. Thaum cov pawg ntseeg Protestant yuav koom siab nrog lub hwj chim pej xeem los txhawb ib txoj kev ntseeg cuav, uas vim tawm tsam nws lawv cov yawg koob tau raug kev tsim txom hnyav tshaj plaws, ces hnub Xanpataus papal yuav raug yuam kom coj raws los ntawm txoj cai koom ua ke ntawm pawg ntseeg thiab lub xeev. Yuav muaj ib qho kev thim kev ntseeg ntawm lub teb chaws, uas yuav xaus tsuas yog rau kev puam tsuaj ntawm lub teb chaws xwb.” Bible Training School, February 2, 1913.</w:t>
      </w:r>
    </w:p>
    <w:p>
      <w:pPr>
        <w:pStyle w:val="ArticleBody"/>
        <w:jc w:val="left"/>
      </w:pPr>
      <w:r>
        <w:rPr>
          <w:rFonts w:ascii="Times New Roman" w:hAnsi="Times New Roman" w:eastAsia="Times New Roman" w:cs="Times New Roman"/>
        </w:rPr>
        <w:t>Cov “xya txhiab” uas raug rhuav tshem thaum txog “teev” ntawm qhov av qeeg loj, uas yog txoj cai hnub Sunday, kuj raug muab los piv rau cov “xya txhiab” uas tsis kam pe hawm rau Yes Npe-ees nyob rau lub sijhawm ntawm Eliyas.</w:t>
      </w:r>
    </w:p>
    <w:p>
      <w:pPr>
        <w:pStyle w:val="ArticleScripture"/>
        <w:jc w:val="left"/>
      </w:pPr>
      <w:r>
        <w:rPr>
          <w:rFonts w:ascii="Times New Roman" w:hAnsi="Times New Roman" w:eastAsia="Times New Roman" w:cs="Times New Roman"/>
        </w:rPr>
        <w:t>Txawm li ntawd los kuv tseem tseg cia rau kuv tus kheej xya txhiab leej hauv cov Yixalayees, yog txhua lub hauv caug uas tsis tau txhos pe rau Npa-as, thiab txhua lub qhov ncauj uas tsis tau nwj nws. 1 Vajntxwv 19:18.</w:t>
      </w:r>
    </w:p>
    <w:p>
      <w:pPr>
        <w:pStyle w:val="ArticleBody"/>
        <w:jc w:val="left"/>
      </w:pPr>
      <w:r>
        <w:rPr>
          <w:rFonts w:ascii="Times New Roman" w:hAnsi="Times New Roman" w:eastAsia="Times New Roman" w:cs="Times New Roman"/>
        </w:rPr>
        <w:t>Qhov kev hais txog xya txhiab thawj zaug qhia txog ib pab neeg ncaj ncees uas tsis kam pe hawm rau Yesebees, hos qhov kev hais txog zaum kawg sawv cev rau ib pab seem uas yeej pe hawm rau Yesebees. Thaum txoj kev kav ntawm tus pope kov yeej lub tebchaws muaj hwjchim ci ntsa iab (tus tsiaj qus hauv ntiajteb ntawm Tshwmsim tshooj kaum peb), thaum txoj kevcai Hnub Xab Tham, ib pawg neeg raug “rhuav tshem,” hos lwm pawg neeg dim ntawm tes ntawm Npanpiloo txoj kev tswjhwm, vim tias cov lus hu kom tawm hauv Npanpiloo mam li pib thaum ntawd.</w:t>
      </w:r>
    </w:p>
    <w:p>
      <w:pPr>
        <w:pStyle w:val="ArticleScripture"/>
        <w:jc w:val="left"/>
      </w:pPr>
      <w:r>
        <w:rPr>
          <w:rFonts w:ascii="Times New Roman" w:hAnsi="Times New Roman" w:eastAsia="Times New Roman" w:cs="Times New Roman"/>
        </w:rPr>
        <w:t>Nws kuj yuav nkag mus rau hauv lub tebchaws uas muaj hwjchim ci ntsa iab, thiab ntau lub tebchaws yuav raug rhuav tshem; tiamsis cov no yuav dim ntawm nws txhais tes, yog Edom, thiab Moab, thiab cov thawj ntawm cov neeg Ammon. Daniel 11:41.</w:t>
      </w:r>
    </w:p>
    <w:p>
      <w:pPr>
        <w:pStyle w:val="ArticleBody"/>
        <w:jc w:val="left"/>
      </w:pPr>
      <w:r>
        <w:rPr>
          <w:rFonts w:ascii="Times New Roman" w:hAnsi="Times New Roman" w:eastAsia="Times New Roman" w:cs="Times New Roman"/>
        </w:rPr>
        <w:t>Lo lus “countries” yog ib lo lus ntxiv, rau qhov muaj ntau lub tebchaws uas tsis raug “rhuav tshem” thaum txog txoj cai Hnub Caiv, tiam sis muaj ntau tus neeg Seventh-day Adventist ib leeg zuj zus raug, vim thaum ntawd lawv yog cov tib leeg uas raug hu kom lav ris rau qhov kaj ntawm tus tim tswv thib peb. Lawv yog cov “ntau leej,” rau qhov lawv yog cov uas raug hu kom nyob nrog cov uas tau txais lub cim ntim ntawm Vajtswv, tiam sis lawv tau tsis lees txais qhov kev hu ntawd.</w:t>
      </w:r>
    </w:p>
    <w:p>
      <w:pPr>
        <w:pStyle w:val="ArticleScripture"/>
        <w:jc w:val="left"/>
      </w:pPr>
      <w:r>
        <w:rPr>
          <w:rFonts w:ascii="Times New Roman" w:hAnsi="Times New Roman" w:eastAsia="Times New Roman" w:cs="Times New Roman"/>
        </w:rPr>
        <w:t>Thiab nws hais rau nws tias, Phooj ywg, ua cas koj ho nkag los ntawm no tsis hnav tsoos tsho tshoob? Ces nws twjywm tsis txawj hais ib lo lus li. Tom qab ntawd vajntxwv hais rau cov tub qhe tias, Khi nws ob txhais tes thiab ob txhais taw, coj nws mus pov tseg rau hauv qhov tsaus ntuj sab nraud; qhov ntawd yuav muaj kev quaj thiab kev tom hniav. Vim muaj coob leej raug hu, tiamsis muaj tsawg leej raug xaiv. Mathais 22:12–14.</w:t>
      </w:r>
    </w:p>
    <w:p>
      <w:pPr>
        <w:pStyle w:val="ArticleBody"/>
        <w:jc w:val="left"/>
      </w:pPr>
      <w:r>
        <w:rPr>
          <w:rFonts w:ascii="Times New Roman" w:hAnsi="Times New Roman" w:eastAsia="Times New Roman" w:cs="Times New Roman"/>
        </w:rPr>
        <w:t>Kev dag ntxias ntawm cov thawj coj thiab cov nom tswv hauv Daniyee tshooj rau yog kev txheeb qhia txog txoj kev rau txim rau lub hwj chim kev ntseeg uas dag ntxias lub hwj chim xeev.</w:t>
      </w:r>
    </w:p>
    <w:p>
      <w:pPr>
        <w:pStyle w:val="ArticleScripture"/>
        <w:jc w:val="left"/>
      </w:pPr>
      <w:r>
        <w:rPr>
          <w:rFonts w:ascii="Times New Roman" w:hAnsi="Times New Roman" w:eastAsia="Times New Roman" w:cs="Times New Roman"/>
        </w:rPr>
        <w:t>Ces vajntxwv tau txib, thiab lawv coj cov txivneej uas tau liam Danias tuaj, thiab lawv muab lawv—lawv cov me nyuam thiab lawv cov pojniam—pov rau hauv lub qhov tsov ntxhuav; thiab cov tsov ntxhuav kov yeej lawv, thiab muab tag nrho lawv tej pob txha tsoo ua tej thooj me me ua ntej lawv mus txog hauv qab ntawm lub qhov. Daniel 6:24.</w:t>
      </w:r>
    </w:p>
    <w:p>
      <w:pPr>
        <w:pStyle w:val="ArticleBody"/>
        <w:jc w:val="left"/>
      </w:pPr>
      <w:r>
        <w:rPr>
          <w:rFonts w:ascii="Times New Roman" w:hAnsi="Times New Roman" w:eastAsia="Times New Roman" w:cs="Times New Roman"/>
        </w:rPr>
        <w:t>Peb yuav txuas ntxiv phau ntawv Daniyee hauv zaj lus tom ntej.</w:t>
      </w:r>
    </w:p>
    <w:p>
      <w:pPr>
        <w:pStyle w:val="ArticleScripture"/>
        <w:jc w:val="left"/>
      </w:pPr>
      <w:r>
        <w:rPr>
          <w:rFonts w:ascii="Times New Roman" w:hAnsi="Times New Roman" w:eastAsia="Times New Roman" w:cs="Times New Roman"/>
        </w:rPr>
        <w:t>Thiab kuv tseem yuav hais dab tsi ntxiv? rau qhov lub sij hawm yuav tsis txaus rau kuv piav txog Khede-oos, thiab Npa-ra, thiab Xamsoos, thiab Yeftas; thiab txog Daviv thiab Xamuyees, thiab cov yaj saub: Cov uas los ntawm txoj kev ntseeg tau kov yeej tej teb chaws, tau ua kom ncaj ncees, tau txais tej lus cog tseg, tau kaw tej tsov ntxhuav lub qhov ncauj. Henplais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Peb Caug Peb</dc:title>
  <dc:subject>“Foob Ntim” ntawm Vajtswv raug muab nias rau thaum txoj cai Hnub Sunday raug tshaj tawm: Ib qho kev tshuaj ntsuam txog lus faj lem ntawm Daniyee Tshooj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