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Peb Caug Plaub</w:t>
      </w:r>
    </w:p>
    <w:p>
      <w:pPr>
        <w:pStyle w:val="ArticleSubtitle"/>
        <w:jc w:val="left"/>
      </w:pPr>
      <w:r>
        <w:rPr>
          <w:rFonts w:ascii="Arial" w:hAnsi="Arial" w:eastAsia="Arial" w:cs="Arial"/>
        </w:rPr>
        <w:t>Kev Qhib Tshwm Sim ntawm Daniyee: Ib Txoj Kev Taug Lus Qhia Yaj Saub Hla Dhau Keeb Kwm Ntiajteb thiab Vajtswv Tej Kev Txiav Txim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Rau thawj tshooj ntawm phau Daniel sawv cev rau keeb kwm ntawm tus tsiaj txhu hauv av hauv Tshwmsim kaum peb. Tebchaws Meskas (tus tsiaj txhu hauv av), tau pib ua lub nceeg vaj thib rau ntawm Vajlugkub tej lus faj lem xyoo 1798, thaum txoj cai papacy (tus tsiaj txhu hauv hiav txwv hauv Tshwmsim kaum peb) tau txais ib qho kev raug mob tuag raws li lus faj lem, thiab xaus nws txoj kev kav raws li lub nceeg vaj thib tsib ntawm Vajlugkub tej lus faj lem.</w:t>
      </w:r>
    </w:p>
    <w:p>
      <w:pPr>
        <w:pStyle w:val="ArticleBody"/>
        <w:jc w:val="left"/>
      </w:pPr>
      <w:r>
        <w:rPr>
          <w:rFonts w:ascii="Times New Roman" w:hAnsi="Times New Roman" w:eastAsia="Times New Roman" w:cs="Times New Roman"/>
        </w:rPr>
        <w:t>Keeb kwm ntawm tus tsiaj qus hauv ntiajteb yog keeb kwm ntawm txoj lus ceeb toom txog kev los ze ntawm Vajtswv tej kev txiav txim. Thaum pib ntawm keeb kwm ntawm tus tsiaj qus hauv ntiajteb, Vajtswv txoj kev txiav txim xyuas ua ntej tau pib, thiab thaum kawg ntawm tus tsiaj qus hauv ntiajteb Vajtswv txoj kev txiav txim rau txim tiav hlo pib. Txoj lus ceeb toom txog kev los ze ntawm Vajtswv txoj kev txiav txim xyuas ua ntej, thaum pib ntawd, tau raug sawv cev los ntawm thawj tus timtswv txoj xov hauv Tshwmsim tshooj kaum plaub, uas tau los txog rau “lub sijhawm kawg” xyoo 1798. Txoj lus ceeb toom txog kev los ze ntawm Vajtswv txoj kev txiav txim rau txim tiav hlo, thaum kawg ntawd, raug sawv cev ua peb tus timtswv tej xov hauv Tshwmsim tshooj kaum plaub, uas tau los txog rau “lub sijhawm kawg” xyoo 1989.</w:t>
      </w:r>
    </w:p>
    <w:p>
      <w:pPr>
        <w:pStyle w:val="ArticleBody"/>
        <w:jc w:val="left"/>
      </w:pPr>
      <w:r>
        <w:rPr>
          <w:rFonts w:ascii="Times New Roman" w:hAnsi="Times New Roman" w:eastAsia="Times New Roman" w:cs="Times New Roman"/>
        </w:rPr>
        <w:t>Nyob rau txhua “lub sijhawm kawg” ib feem ntawm phau Daniyee raug qhib lub cim. Thaum pib ntawm keeb kwm ntawm tus tsiaj qus hauv ntiajteb, xyoo 1798, tshooj xya, yim, thiab cuaj ntawm Daniyee raug qhib lub cim. Cov tshooj ntawd raug sawv cev tias yog zaj yog toog ntawm tus Dej Ulai. Thaum xaus ntawm keeb kwm ntawm tus tsiaj qus hauv ntiajteb, xyoo 1989, tshooj kaum, kaum ib, thiab kaum ob ntawm Daniyee raug qhib lub cim. Cov tshooj ntawd raug sawv cev tias yog zaj yog toog ntawm tus Dej Hiddekel. Txhua zaus uas phau Daniyee raug qhib lub cim, muaj ib txoj kev sim siab peb-theem raug coj los rau saum tiam neeg uas tab tom muaj sia nyob thaum ntawd.</w:t>
      </w:r>
    </w:p>
    <w:p>
      <w:pPr>
        <w:pStyle w:val="ArticleScripture"/>
        <w:jc w:val="left"/>
      </w:pPr>
      <w:r>
        <w:rPr>
          <w:rFonts w:ascii="Times New Roman" w:hAnsi="Times New Roman" w:eastAsia="Times New Roman" w:cs="Times New Roman"/>
        </w:rPr>
        <w:t>Thiab nws txawm hais tias, Koj cia li mus koj txoj kev, Daniyee: rau qhov tej lus no raug kaw cia thiab muab ntim foob tseg mus txog rau lub sijhawm kawg. Coob leej yuav raug ntxuav kom huv, thiab ua kom dawb huv, thiab raug sim; tiamsis cov neeg phem yuav ua phem ntxiv mus: thiab tsis muaj ib tug ntawm cov neeg phem yuav to taub; tiamsis cov neeg txawj ntse yuav to taub. Daniyee 12:9, 10.</w:t>
      </w:r>
    </w:p>
    <w:p>
      <w:pPr>
        <w:pStyle w:val="ArticleBody"/>
        <w:jc w:val="left"/>
      </w:pPr>
      <w:r>
        <w:rPr>
          <w:rFonts w:ascii="Times New Roman" w:hAnsi="Times New Roman" w:eastAsia="Times New Roman" w:cs="Times New Roman"/>
        </w:rPr>
        <w:t>Txoj kev sim peb-theem no yog tsim raws li tus qauv ntawm lo lus Henplais uas txhais ua “qhov tseeb,” lo lus uas raug tsim los ntawm kev txuas ua ke thawj tsab ntawv, tsab ntawv thib kaum peb, thiab tsab ntawv kawg ntawm niam ntawv Henplais. Lo lus Henplais ntawd sawv cev rau thiab muaj Vajtswv lub hwjchim tsim txhua yam. Txhua qhov tseeb yav tom ntej raug tsa raws lo lus ntawd, ib yam li txoj kev sim peb-theem hauv Daniyee tshooj kaum ob. Lo lus ntawd tsis yog tsuas sawv cev rau Vajtswv lub hwjchim tsim xwb, tiam sis tseem sawv cev rau Yexus Khetos, tus uas yog Qhov Tseeb, thiab tus uas kuj yog Tus Pib thiab Tus Kawg, raws li thawj tsab ntawv thiab tsab ntawv kawg ntawm niam ntawv Henplais sawv cev.</w:t>
      </w:r>
    </w:p>
    <w:p>
      <w:pPr>
        <w:pStyle w:val="ArticleBody"/>
        <w:jc w:val="left"/>
      </w:pPr>
      <w:r>
        <w:rPr>
          <w:rFonts w:ascii="Times New Roman" w:hAnsi="Times New Roman" w:eastAsia="Times New Roman" w:cs="Times New Roman"/>
        </w:rPr>
        <w:t>Keeb kwm thaum pib ntawm tus tsiaj qus hauv ntiajteb, thaum kev ceeb toom txog kev los ze ntawm kev txiav txim tshuaj xyuas tuaj txog rau lub sijhawm kawg xyoo 1798, raug sawv cev los ntawm tus timtswv thawj hauv Tshwmsim kaum plaub. Txoj xov ntawm tus timtswv thawj hauv Tshwmsim tshooj kaum plaub muaj txhua yam ntawm peb theem, uas yog qhov tseeb, thiab uas sawv cev rau txoj kev sim siab peb-theem uas tau ntsib tiam neeg ntawd thaum tus timtswv thawj tuaj txog xyoo 1798.</w:t>
      </w:r>
    </w:p>
    <w:p>
      <w:pPr>
        <w:pStyle w:val="ArticleScripture"/>
        <w:jc w:val="left"/>
      </w:pPr>
      <w:r>
        <w:rPr>
          <w:rFonts w:ascii="Times New Roman" w:hAnsi="Times New Roman" w:eastAsia="Times New Roman" w:cs="Times New Roman"/>
        </w:rPr>
        <w:t>Thiab kuv pom dua ib tug timtswv ya saum nruab ntug, tuav txoj moo zoo uas nyob mus ib txhis los tshaj tawm rau cov uas nyob saum lub ntiajteb no, thiab rau txhua haiv neeg, txhua xeem, txhua yam lus, thiab txhua pawg neeg; nws hais nrov nrov tias, Nej cia li ntshai Vajtswv, thiab muab koob meej rau nws; rau qhov twb txog sijhawm uas nws txiav txim lawm: thiab nej cia li pe hawm tus uas tsim lub ntuj, lub ntiajteb, hiavtxwv, thiab tej qhov dej txhawv. Qhia Tshwm 14:6, 7.</w:t>
      </w:r>
    </w:p>
    <w:p>
      <w:pPr>
        <w:pStyle w:val="ArticleBody"/>
        <w:jc w:val="left"/>
      </w:pPr>
      <w:r>
        <w:rPr>
          <w:rFonts w:ascii="Times New Roman" w:hAnsi="Times New Roman" w:eastAsia="Times New Roman" w:cs="Times New Roman"/>
        </w:rPr>
        <w:t>Keeb kwm kawg nkaus ntawm tus tsiaj qus hauv ntiajteb, thaum txoj kev ceeb toom txog kev los ze ntawm txoj kev txiav txim uas yuav raug coj los siv tau los txog rau lub sijhawm kawg xyoo 1989, raug sawv cev los ntawm peb tug timtswv hauv Tshwm Sim tshooj kaum plaub. Peb tug timtswv hauv Tshwm Sim 14 sawv cev rau peb theem, uas yog qhov tseeb, thiab peb tug timtswv kuj sawv cev rau txoj kev sim siab peb-theem uas tau ntsib tiam neeg uas ciaj sia nyob thaum tus timtswv thib peb tuaj txog xyoo 1989.</w:t>
      </w:r>
    </w:p>
    <w:p>
      <w:pPr>
        <w:pStyle w:val="ArticleScripture"/>
        <w:jc w:val="left"/>
      </w:pPr>
      <w:r>
        <w:rPr>
          <w:rFonts w:ascii="Times New Roman" w:hAnsi="Times New Roman" w:eastAsia="Times New Roman" w:cs="Times New Roman"/>
        </w:rPr>
        <w:t>Thiab kuv pom dua ib tug tim tswv ya nyob nruab nrab ntuj, nws tuav txoj moo zoo uas nyob mus ib txhis, kom tshaj tawm rau cov uas nyob hauv ntiajteb, thiab rau txhua haiv neeg, txhua xeem, txhua yam lus, thiab txhua pab neeg, hais nrov nrov tias, Nej cia li ntshai Vajtswv, thiab muab yeeb koob rau nws; rau qhov lub sijhawm uas nws txiav txim twb los txog lawm; thiab nej pe hawm tus uas tsim lub ntuj, thiab lub ntiajteb, thiab dej hiavtxwv, thiab cov qhov dej. Ces muaj dua ib tug tim tswv raws qab tuaj, hais tias, Npanpiloo poob lawm, poob lawm, lub nroog loj ntawd, vim nws tau ua kom txhua haiv neeg haus cawv txiv hmab ntawm txoj kev npau taws ntawm nws txoj kev ua nkauj ua nraug. Thiab tus tim tswv peb raws lawv qab tuaj, hais nrov nrov tias, Yog leejtwg pe hawm tus tsiaj qus thiab nws tus mlom, thiab txais nws lub cim rau ntawm nws lub hauv pliaj, lossis rau ntawm nws txhais tes, tus ntawd yuav haus cawv txiv hmab ntawm Vajtswv txoj kev npau taws thiab, uas raug nchuav tawm tsis muaj dabtsi sib tov rau hauv khob ntawm nws txoj kev chim siab; thiab nws yuav raug tsim txom nrog hluav taws thiab leej faj nyob ntawm cov tim tswv dawb huv xubntiag, thiab nyob ntawm tus Menyuam Yaj xubntiag: Thiab pa taws ntawm lawv txoj kev tsim txom nce mus ib txhis ib txhis; thiab lawv tsis muaj kev so nruab hnub lossis hmo ntuj, yog cov uas pe hawm tus tsiaj qus thiab nws tus mlom, thiab tus twg los xij uas txais lub cim ntawm nws lub npe. Ntawm no yog cov neeg dawb huv txoj kev ua siab ntev: ntawm no yog cov uas ceev Vajtswv tej lus txib, thiab txoj kev ntseeg ntawm Yexus. Tshwmsim 14:6–12.</w:t>
      </w:r>
    </w:p>
    <w:p>
      <w:pPr>
        <w:pStyle w:val="ArticleBody"/>
        <w:jc w:val="left"/>
      </w:pPr>
      <w:r>
        <w:rPr>
          <w:rFonts w:ascii="Times New Roman" w:hAnsi="Times New Roman" w:eastAsia="Times New Roman" w:cs="Times New Roman"/>
        </w:rPr>
        <w:t>Phau ntawv Daniyee raug teeb tsa raws li peb tus tim tswv tej xov. Qhov kev teeb tsa ntawd yog tib si peb theem ntawm lo lus Henplais uas txhais tias “qhov tseeb,” thiab kuj yog txoj kev sim siab uas sib haum raws li peb theem; tiam sis txoj kev sim siab ntawd nthuav tawm raws kab keeb kwm ntawm tus tsiaj qus hauv ntiajteb ntawm Tshwm Sim tshooj kaum peb (Tebchaws Meskas), thiab kuj raws kab keeb kwm ntawm ob tug kub ntawm tus tsiaj qus hauv ntiajteb ntawd (Republicanism thiab Protestantism). Keeb kwm ntawm Tebchaws Meskas, pib txij xyoo 1798 thiab txuas ntxiv mus txog rau txoj cai Hnub Caiv uas yuav los sai sai no, yog tib lub sijhawm keeb kwm uas pawg ntseeg Seventh-day Adventist nyob muaj. Yog li ntawd, phau ntawv Daniyee kuj muaj txoj kev teeb tsa uas piav txog keeb kwm ntawm Adventism, pib txij xyoo 1798 thiab txuas ntxiv mus txog rau txoj cai Hnub Caiv uas yuav los sai sai no. Hauv qhov no, phau ntawv Daniyee txheeb qhia tib yam tej keeb kwm yaj saub uas sawv cev hauv phau ntawv Tshwm Sim, thiab hauv qhov ua li ntawd nws muab thawj tus tim khawv uas coj cov lus ntawm tus tim khawv thib ob mus rau qhov zoo tiav. Kev ua kom ob phau ntawv no tiav zoo raug ua tiav los ntawm tib yam xwm txheej yaj saub uas twb muaj nyob hauv kev sib raug zoo ntawm Phau Qub thiab Phau Tshiab.</w:t>
      </w:r>
    </w:p>
    <w:p>
      <w:pPr>
        <w:pStyle w:val="ArticleScripture"/>
        <w:jc w:val="left"/>
      </w:pPr>
      <w:r>
        <w:rPr>
          <w:rFonts w:ascii="Times New Roman" w:hAnsi="Times New Roman" w:eastAsia="Times New Roman" w:cs="Times New Roman"/>
        </w:rPr>
        <w:t>“Keeb kwm txog txoj sia, txoj kev tuag, thiab txoj kev sawv hauv qhov tuag rov los ntawm Yexus, raws li yog ntawm Vajtswv Leej Tub, tsis muaj peev xwm muab pov thawj kom tiav yam tsis muaj cov pov thawj uas muaj nyob hauv Phau Qub. Khetos raug tshwm tawm hauv Phau Qub meej npaum li hauv Phau Tshiab. Ib phau ua tim khawv txog tus Cawm Seej uas yuav los, hos ib phau ua tim khawv txog tus Cawm Seej uas twb los lawm raws li yam uas cov yaj saub tau xub hais tseg. Yuav kom txaus siab rau txoj kev npaj cawm dim, yuav tsum to taub Phau Vajlugkub ntawm Phau Qub kom tob thiab kom meej. Nws yog qhov kaj uas muaj hwjchim ci ntsa iab los ntawm yav dhau los ntawm tej lus faj lem uas ua kom txoj sia ntawm Khetos thiab tej lus qhuab qhia ntawm Phau Tshiab tshwm los nrog kev meej thiab kev zoo nkauj. Tej txuj ci tseem ceeb ntawm Yexus yog pov thawj txog nws txoj kev yog Vajtswv; tiam sis cov pov thawj uas muaj zog tshaj plaws tias nws yog tus Cawm Dim ntawm lub ntiajteb no raug pom nyob hauv tej lus faj lem ntawm Phau Qub thaum muab piv nrog keeb kwm ntawm Phau Tshiab. Yexus hais rau cov Yudais tias, ‘Tshawb nrhiav Vajlugkub; rau qhov hauv ntawd nej xav tias nej muaj txoj sia nyob mus ib txhis, thiab cov ntawd yog yam uas ua tim khawv txog kuv.’ Lub sijhawm ntawd tsis tau muaj lwm phau Vajlugkub li tsuas yog Phau Qub xwb; yog li ntawd lo lus txib ntawm tus Cawm Seej no yog meej nthuav.” Spirit of Prophecy, volume 3, 211.</w:t>
      </w:r>
    </w:p>
    <w:p>
      <w:pPr>
        <w:pStyle w:val="ArticleBody"/>
        <w:jc w:val="left"/>
      </w:pPr>
      <w:r>
        <w:rPr>
          <w:rFonts w:ascii="Times New Roman" w:hAnsi="Times New Roman" w:eastAsia="Times New Roman" w:cs="Times New Roman"/>
        </w:rPr>
        <w:t>“Keeb kwm ntawm txoj sia, kev tuag, thiab kev sawv rov los ntawm Yexus,” yog ib qho lus xaus txog Khetos txoj hauj lwm rau noob neej, thiab ua tim khawv txog peb qib, thiab peb qib ntawd yog “qhov tseeb.” Lo lus Henplais uas txhais tias “qhov tseeb,” sawv cev rau Yexus, tus uas yog thawj thiab tus kawg, tus pib thiab tus xaus, thiab Alpha thiab Omega, thiab lo lus ntawd nws tus kheej muaj tus ntawv thawj thiab tus ntawv kawg uas sawv cev rau tib yam ntawd; rau qhov, raws li Alpha thiab Omega, Yexus qhia txog qhov kawg ntawm ib yam, nrog rau qhov pib ntawm ib yam. Khetos txoj sia, kev tuag, thiab kev sawv rov los yog qhov tseeb, vim hais tias, nrog rau lwm yam, lawv raug sawv cev los ntawm peb qib, thiab thawj qib thiab qib kawg puav leej yog “txoj sia,” rau qhov “txoj sia” thiab “kev sawv rov los” puav leej yog “txoj sia.” Tus ntawv nruab nrab hauv lo lus Henplais ntawd yog tus ntawv thib kaum peb hauv tus niam ntawv, thiab kaum peb yog ib lub cim ntawm kev ntxeev siab, thiab Khetos txoj kev tuag tau los txog vim yog kev ntxeev siab ntawm Xatas thiab cov tub ntawm Adas, uas tau koom nrog nws hauv nws txoj kev ntxeev siab.</w:t>
      </w:r>
    </w:p>
    <w:p>
      <w:pPr>
        <w:pStyle w:val="ArticleBody"/>
        <w:jc w:val="left"/>
      </w:pPr>
      <w:r>
        <w:rPr>
          <w:rFonts w:ascii="Times New Roman" w:hAnsi="Times New Roman" w:eastAsia="Times New Roman" w:cs="Times New Roman"/>
        </w:rPr>
        <w:t>Kev nkag siab txog Kev Qhia Tshwm ntawm Yexus Khetos hauv phau Ntawv Qhia Tshwm raug qhib lub foob meej tseeb justo ua ntej lub caij nyoog sim siab ntawm tib neeg kaw xaus, thiab ib qho tseem ceeb thawj ntawm qhov tseeb uas raug qhib lub foob nyob rau lub sijhawm ntawd yog tias Khetos yog “qhov tseeb,” tus Alpha thiab Omega, tus uas tso nws txoj kev kos npe ua Alpha thiab Omega rau saum cov qhov tseeb uas Nws tau tsa kom muaj nyob hauv Nws Txojlus. Thaum Muam White tau sau tias, “Keeb kwm ntawm txoj sia, kev tuag, thiab kev sawv hauv qhov tuag rov los ntawm Yexus, raws li uas yog ntawm Vajtswv Leej Tub, tsis tuaj yeem raug qhia pov thawj kom puv npo yam tsis muaj cov pov thawj uas muaj nyob hauv Phau Qub. Khetos raug qhia tshwm hauv Phau Qub meej tseeb ib yam li hauv Phau Tshiab,” nws tab tom lees paub, rau cov uas yuav pom, tias zaj lus ntawm peb tug timtswv ceeb toom hauv Qhia Tshwm tshooj kaum plaub (uas kuj raug teeb tsa raws li tib yam peb theem, uas yog “txoj sia, kev tuag thiab kev sawv rov los”), “tsis tuaj yeem raug qhia pov thawj kom puv npo yam tsis muaj cov pov thawj uas muaj nyob hauv” phau Daniyees.</w:t>
      </w:r>
    </w:p>
    <w:p>
      <w:pPr>
        <w:pStyle w:val="ArticleBody"/>
        <w:jc w:val="left"/>
      </w:pPr>
      <w:r>
        <w:rPr>
          <w:rFonts w:ascii="Times New Roman" w:hAnsi="Times New Roman" w:eastAsia="Times New Roman" w:cs="Times New Roman"/>
        </w:rPr>
        <w:t>Nws kuj tseem tab tom taw qhia tias phau ntawv Daniel ua tim khawv txog ib lub Npanpiloo uas “yuav los”, hos phau ntawv Tshwm Sim ua tim khawv txog ib lub Npanpiloo uas “tau los lawm” raws li txoj kev uas phau ntawv Daniel tau twv tseg. Tsis tas li ntawd xwb, daim ntawv thov ntawd kuj qhia tias “yuav kom txaus siab rau” phau ntawv Tshwm Sim, phau ntawv Daniel “yuav tsum raug to taub kom tob thiab meej”, rau qhov “yog txoj kev kaj uas raug tsa kom muaj yeeb koob” los ntawm phau ntawv Daniel “uas ua kom txoj sia ntawm Khetos thiab tej lus qhuab qhia” hauv phau ntawv Tshwm Sim “tawm los nrog kev meej thiab kev zoo nkauj.”</w:t>
      </w:r>
    </w:p>
    <w:p>
      <w:pPr>
        <w:pStyle w:val="ArticleBody"/>
        <w:jc w:val="left"/>
      </w:pPr>
      <w:r>
        <w:rPr>
          <w:rFonts w:ascii="Times New Roman" w:hAnsi="Times New Roman" w:eastAsia="Times New Roman" w:cs="Times New Roman"/>
        </w:rPr>
        <w:t>Nws cov lus kuj yuav raug to taub tau tias yog qhia meej tias “tej txuj ci tseem ceeb ntawm Yexus” uas sawv cev nyob hauv phau Ntawv Qhia Tshwm yog “ib qho pov thawj txog Nws txoj kev yog Vajtswv; tiam sis cov pov thawj uas muaj hwj chim tshaj plaws tias Nws yog tus Txhiv Dim ntawm lub ntiajteb raug nrhiav tau” thaum tej yaj saub tej lus hauv phau Daniyee raug “muab piv nrog keeb kwm” ntawm phau Ntawv Qhia Tshwm. Tsis tas li ntawd, kuj yuav raug lees paub tau tias thaum “Yexus hais rau cov Yudais tias, ‘Nej cia li tshawb nrhiav Vajluskub; vim hauv ntawd nej xav tias nej muaj txoj sia nyob mus ib txhis, thiab tej ntawd yog tej uas ua tim khawv txog kuv,’” ces rau cov Yudais sab ntsuj plig niaj hnub no, phau Daniyee yog yam uas ua tim khawv txog Yexus Khetos txoj Kev Qhia Tshwm, thiab txoj kev qhia tshwm ntawd uas raug qhib foob tsis ntev ua ntej lub sijhawm hlub tshua xaus yog qhov chaw uas txoj sia nyob mus ib txhis raug nrhiav tau.</w:t>
      </w:r>
    </w:p>
    <w:p>
      <w:pPr>
        <w:pStyle w:val="ArticleBody"/>
        <w:jc w:val="left"/>
      </w:pPr>
      <w:r>
        <w:rPr>
          <w:rFonts w:ascii="Times New Roman" w:hAnsi="Times New Roman" w:eastAsia="Times New Roman" w:cs="Times New Roman"/>
        </w:rPr>
        <w:t>Phau ntawv Daniyees nthuav tawm tej yam tseeb uas yog kev cev Vajtswv lus, uas raug coj mus txog qhov puv npo hauv phau ntawv Qhia Tshwm. Nws raug teeb tsa raws li peb kauj ruam uas sawv cev los ntawm lo lus Henplais txhais tias “qhov tseeb,” thiab vim li ntawd phau ntawv nws tus kheej thiaj sawv cev ua ib qho kev sim siab rau tiam neeg thaum tej ntaub ntawv no raug qhib lub cim thiab raug nthuav tawm. Yexus Nws Tus Kheej, raws li Alfa thiab Omega, raug hais meej ncaj qha hauv thawj cov lus thiab thawj tshooj ntawm phau ntawv Qhia Tshwm. Cov ntawv no kuj tau qhia thiab tias Daniyees tshooj ib muaj tib yam qauv thiab yam ntxwv uas yog kev cev Vajtswv lus ib yam li thawj tus tim tswv txoj xov hauv Qhia Tshwm tshooj kaum plaub.</w:t>
      </w:r>
    </w:p>
    <w:p>
      <w:pPr>
        <w:pStyle w:val="ArticleBody"/>
        <w:jc w:val="left"/>
      </w:pPr>
      <w:r>
        <w:rPr>
          <w:rFonts w:ascii="Times New Roman" w:hAnsi="Times New Roman" w:eastAsia="Times New Roman" w:cs="Times New Roman"/>
        </w:rPr>
        <w:t>Txoj lus ceeb toom ntawm tus timtswv thawj thiab Daniyee tshooj ib, nkawd ob leeg qhia txog txoj kev sim siab peb theem uas yog lub cim qhia tshwj xeeb ntawm Alpha thiab Omega. Tshooj ntawd pib nrog Npanpiloo tiag tiag kov yeej Yudas tiag tiag, thiab phau ntawv ntawd coj mus txog rau txoj kev sib ntaus kawg ntawm Npanpiloo thiab Yudas uas raug sawv cev nyob hauv rau nqe kawg ntawm Daniyee tshooj kaum ib. Hauv cov nqe ntawd Npanpiloo sab ntsuj plig raug Yudas sab ntsuj plig kov yeej, ib yam li Mi-kha-ee sawv tsees thiab lub sijhawm sim siab rau tibneeg raug kaw. Cov nqe ntawd sawv cev rau qhov kawg ntawm keeb kwm yaj saub hais txog tsov rog ntawm Npanpiloo thiab Yudas. Hauv cov nqe ntawd, kev kho kom zoo ntawm lub qhov txhab tuag taus raug muab ua piv txwv pom tseeb.</w:t>
      </w:r>
    </w:p>
    <w:p>
      <w:pPr>
        <w:pStyle w:val="ArticleBody"/>
        <w:jc w:val="left"/>
      </w:pPr>
      <w:r>
        <w:rPr>
          <w:rFonts w:ascii="Times New Roman" w:hAnsi="Times New Roman" w:eastAsia="Times New Roman" w:cs="Times New Roman"/>
        </w:rPr>
        <w:t>Nqe vajlugkub uas piav txog kev kho kom zoo ntawm lub qhov txhab tuag taus pib ntawm Daniel kaum ib nqe plaub caug, uas pib nrog cov lus tias, “Thiab thaum lub sij hawm kawg.” “Lub sij hawm kawg” hauv nqe ntawd sawv cev rau xyoo 1798, thaum lub hwj chim txiv plig Loos raug muab nws lub qhov txhab tuag taus. Tom qab ntawd cov nqe ntawd qhia zaj keeb kwm txog yam uas lub qhov txhab tuag taus raug kho kom zoo li cas, raws li lub hwj chim txiv plig Loos kov yeej, ua ntej nws tus yeeb ncuab, tus vajntxwv ntawm sab qab teb (Lub Soviet Union), thib ob nws tus phooj ywg koom tes, lub tebchaws muaj hwjchim ci ntsa iab (Tebchaws Meskas), thiab thib peb nws tus neeg raug tsim txom, Iyiv (Lub Koom Haum Tebchaws Ntiajteb). Hauv nqe plaub caug tsib lub hwj chim txiv plig Loos (tus vajntxwv ntawm sab qaum teb) los txog rau nws qhov kawg, tsis muaj leejtwg pab nws. Zaj keeb kwm txog kev kho kom zoo ntawm lub qhov txhab tuag taus ntawm lub hwj chim txiv plig Loos hauv cov nqe no pib nrog kev poob ntawm lub hwj chim txiv plig Loos xyoo 1798, thiab xaus nrog kev sawv rov los zaum kawg thiab kev poob zaum kawg ntawm lub hwj chim txiv plig Loos. Cov nqe uas nyob nruab nrab ntawm qhov qhib ntawm nqe lus ntawd thiab qhov kaw ntawm nqe lus ntawd qhia txog kev ntxeev siab uas nyob hauv nruab nrab.</w:t>
      </w:r>
    </w:p>
    <w:p>
      <w:pPr>
        <w:pStyle w:val="ArticleBody"/>
        <w:jc w:val="left"/>
      </w:pPr>
      <w:r>
        <w:rPr>
          <w:rFonts w:ascii="Times New Roman" w:hAnsi="Times New Roman" w:eastAsia="Times New Roman" w:cs="Times New Roman"/>
        </w:rPr>
        <w:t>Lo lus Henplais rau “qhov tseeb” raug tsim los ntawm kev muab tus thawj tsab ntawv, tus tsab ntawv thib kaum peb, thiab tus tsab ntawv kawg ntawm tus niam ntawv Henplais los ua ke. Kaum peb yog ib tug lej uas sawv cev rau kev ntxeev siab, thiab rau keeb kwm uas nyob nruab nrab ntawm tus thawj thiab tus kawg. Hauv nqe lus faj lem kawg hauv phau Daniel, tib txoj kev ua rog uas raug sawv cev nyob hauv cov nqe thawj thawj ntawm phau ntawv kuj raug sawv cev thiab. Cov nqe ntawd qhib tshooj ib, qhov chaw uas peb pom txoj txheej txheem sim peb-kauj ruam uas yog qhov tseeb. Tom qab ntawd, hauv nqe lus kawg, peb pom tib peb kauj ruam ntawd thiab, raws li nws pib nrog kev poob thawj zaug ntawm lub hwj chim txiv plig thiab xaus nrog kev poob zaum kawg ntawm lub hwj chim txiv plig, hos nyob nruab nrab yog kev ntxeev siab ntawm cov hnub kawg.</w:t>
      </w:r>
    </w:p>
    <w:p>
      <w:pPr>
        <w:pStyle w:val="ArticleBody"/>
        <w:jc w:val="left"/>
      </w:pPr>
      <w:r>
        <w:rPr>
          <w:rFonts w:ascii="Times New Roman" w:hAnsi="Times New Roman" w:eastAsia="Times New Roman" w:cs="Times New Roman"/>
        </w:rPr>
        <w:t>Nyob rau hauv rau nqe kawg ntawd ntawm Daniyees tshooj kaum ib, muaj ib tug tim khawv thib ob rau qhov tseeb, rau qhov thawj lub hwjchim thaj chaw uas lub papacy yuav tsum kov yeej (vajntxwv sab qab teb) yog ib lub cim ntawm lub hwjchim zaj, ib yam li lub hwjchim thaj chaw kawg ntawm peb lub ntawd (Ejiptus). Qhov kev kov yeej peb-theem uas tsim nyog kom lub qhov txhab tuag taus raug kho zoo, pib nrog vajntxwv sab qab teb uas yog ib lub cim ntawm lub hwjchim zaj ntawm kev tsis ntseeg Vajtswv, thiab lub hwjchim kawg ntawm peb lub ntawd, uas sawv cev los ntawm Ejiptus, yog thawj lub cim hauv phau Vajlugkub ntawm kev tsis ntseeg Vajtswv uas muaj feem nrog zaj. Qhov tseeb tiag, lo lus uas raug txhais ua “sab qab teb” hauv nqe plaub caug ntawm zaj lus no yog “negeb,” uas qee zaus raug txhais ua Ejiptus. Peb qhov kev khuam siab no muaj lub cim qhia ntawm qhov tseeb, rau qhov thawj qhov kev khuam siab yog qhov kev khuam siab kawg. Lub hwjchim nyob nruab nrab yog lub tebchaws muaj yeeb koob (Tebchaws Meskas). Tebchaws Meskas yog qhov chaw uas kev ntxeev siab ntawm txoj cai Hnub Caiv raug coj los ua kom muaj, thiab lub cim ntawm Tebchaws Meskas thaum nws pib yog kaum peb lub xeev qub.</w:t>
      </w:r>
    </w:p>
    <w:p>
      <w:pPr>
        <w:pStyle w:val="ArticleBody"/>
        <w:jc w:val="left"/>
      </w:pPr>
      <w:r>
        <w:rPr>
          <w:rFonts w:ascii="Times New Roman" w:hAnsi="Times New Roman" w:eastAsia="Times New Roman" w:cs="Times New Roman"/>
        </w:rPr>
        <w:t>Kos Npe ntawm Alpha thiab Omega nphau tas hauv phau ntawv Daniel, thiab muab zaj lus tim khawv uas, thaum muab los ua ke nrog phau ntawv Qhia Tshwm, tsim kom ruaj khov txog Vajtswv-txojkev ntawm Yexus Khetos. Raws li Daniel tshooj kaum ob, thiab tus txheej txheem sim peb-theem uas tshwm sim nyob rau tiam neeg uas phau ntawv raug qhib lub cim; kev tsis lees txais qhov kev tshwm sim ntawm tus qauv ntawm phau ntawv Daniel, yog kom nyob hauv cov uas raug txheeb tias yog cov neeg phem. Raws li Qhia Tshwm tshooj kaum plaub, kev tsis lees txais qhov kev tshwm sim ntawm tus qauv ntawm phau ntawv Daniel, yog kom nyob hauv cov uas raug txheeb tias pe hawm tus tsiaj qus thiab nws tus mlom.</w:t>
      </w:r>
    </w:p>
    <w:p>
      <w:pPr>
        <w:pStyle w:val="ArticleBody"/>
        <w:jc w:val="left"/>
      </w:pPr>
      <w:r>
        <w:rPr>
          <w:rFonts w:ascii="Times New Roman" w:hAnsi="Times New Roman" w:eastAsia="Times New Roman" w:cs="Times New Roman"/>
        </w:rPr>
        <w:t>Phau ntawv Qhia Tshwm qhia meej tias tam sim ua ntej lub sijhawm sim siab kaw lawm, Yexus Khetos txoj Kev Qhia Tshwm raug qhib foob, thiab Yexus Khetos txoj Kev Qhia Tshwm ntawd kuj nrog rau kev qhib foob ntawm tus qauv txheej txheem ntawm phau ntawv Daniyees.</w:t>
      </w:r>
    </w:p>
    <w:p>
      <w:pPr>
        <w:pStyle w:val="ArticleScripture"/>
        <w:jc w:val="left"/>
      </w:pPr>
      <w:r>
        <w:rPr>
          <w:rFonts w:ascii="Times New Roman" w:hAnsi="Times New Roman" w:eastAsia="Times New Roman" w:cs="Times New Roman"/>
        </w:rPr>
        <w:t>“Daniyee tau raug tibneeg qhuas vim tej hauj lwm ris txiaj ntsim ntawm lub xeev thiab vim tej kev zais ntawm tej nceeg vaj uas kav dav thoob qab ntuj, thiab Vajtswv kuj qhuas nws ua Nws tus sawv cev, thiab tau pub ntau yam kev tshwm sim rau nws txog tej kev zais uas yog ntawm tej tiam uas yuav los. Nws tej lus faj lem uas zoo kawg, raws li nws tau sau cia hauv tshooj 7 mus txog 12 ntawm phau ntawv uas hu raws nws lub npe, tsis tau to taub meej tag nrho txawm yog los ntawm tus yaj saub nws tus kheej; tiam sis ua ntej nws txoj hauj lwm hauv lub neej xaus, nws tau txais txoj kev paub tseeb uas tau koob hmoov tias ‘thaum kawg ntawm tej hnub’—hauv lub caij xaus ntawm keeb kwm lub ntiaj teb no—nws yuav rov raug pub kom sawv dua hauv nws feem thiab nws qhov chaw. Nws tsis tau raug pub kom to taub txhua yam uas Vajtswv tau tshwm qhia txog lub hom phiaj saum ntuj ceeb tsheej. Nws raug txib hais tias, ‘Kaw tej lus no, thiab muab phau ntawv lo ntsaws ruaj,’ hais txog nws tej ntawv sau faj lem; tej no yuav tsum raug lo ntsaws ruaj ‘mus txog rau lub sij hawm kawg.’ Tus tim tswv rov hais dua rau tus tub txib ncaj ncees ntawm Yehauvas tias, ‘Mus koj txoj kev, Daniyee; rau qhov tej lus no raug kaw cia thiab lo ntsaws ruaj mus txog rau lub sij hawm kawg…. Tab sis koj, cia li mus koj txoj kev mus txog thaum kawg los txog: rau qhov koj yuav so, thiab yuav sawv hauv koj feem thaum kawg ntawm tej hnub.’ Daniyee 12:4, 9, 13.”</w:t>
      </w:r>
    </w:p>
    <w:p>
      <w:pPr>
        <w:pStyle w:val="ArticleScripture"/>
        <w:jc w:val="left"/>
      </w:pPr>
      <w:r>
        <w:rPr>
          <w:rFonts w:ascii="Times New Roman" w:hAnsi="Times New Roman" w:eastAsia="Times New Roman" w:cs="Times New Roman"/>
        </w:rPr>
        <w:t>“Thaum peb tab tom los ze rau qhov kawg ntawm keeb kwm lub ntiajteb no, tej yaj saub uas raug sau tseg los ntawm Daniyees thov kom peb muab kev mloog tshwjxeeb rau, vim tej ntawd hais ncaj qha txog lub sijhawm uas peb tab tom nyob. Nrog rau tej ntawd yuav tsum txuas nrog cov lus qhuab qhia hauv phau ntawv kawg ntawm Vajluskub Tshiab. Xatas tau coj ntau leej los ntseeg tias tej ntu yaj saub hauv tej ntawv sau ntawm Daniyees thiab ntawm Yauhas tus txais kev tshwm sim tsis muaj peev xwm to taub tau. Tiamsis lo lus cog tseg yeej meej tias koob hmoov tshwjxeeb yuav nrog kev kawm txog tej yaj saub no mus. ‘Cov neeg muaj tswvyim yuav to taub’ (nqe 10), yog lo lus hais txog tej zeem muag ntawm Daniyees uas yuav raug qhib lub foob rau hnub kawg; thiab hais txog qhov kev tshwm sim uas Khetos tau muab rau Nws tus tub qhe Yauhas ua kev coj rau Vajtswv haiv neeg thoob plaws txhua tiam, lo lus cog tseg yog tias, ‘Foom koob hmoov rau tus uas nyeem, thiab rau cov uas mloog cov lus ntawm zaj yaj saub no, thiab ceev tej yam uas tau sau tseg rau hauv no.’ Tshwmsim 1:3.” Prophets and Kings, 547.</w:t>
      </w:r>
    </w:p>
    <w:p>
      <w:pPr>
        <w:pStyle w:val="ArticleBody"/>
        <w:jc w:val="left"/>
      </w:pPr>
      <w:r>
        <w:rPr>
          <w:rFonts w:ascii="Times New Roman" w:hAnsi="Times New Roman" w:eastAsia="Times New Roman" w:cs="Times New Roman"/>
        </w:rPr>
        <w:t>Hais txog nws tiam thiab lub sijhawm yav tom ntej, Muam White tau hais tias, “thaum peb tab tom los ze rau qhov kawg ntawm keeb kwm ntiaj teb no”, “‘cov neeg txawj ntse yuav to taub,” tias “cov lus faj lem uas Daniyee tau sau cia yuav tsum tau txais peb txoj kev mloog tshwj xeeb, vim hais tias lawv muaj feem xyuam rau lub sijhawm tiag tiag uas peb tab tom nyob.” Cov “ntau yam kev tshwm sim ntawm tej yam paub tsis meej ntawm ntau tiam uas tseem yuav los. Nws cov lus faj lem uas muaj hwjchim kawg nkaus, raws li nws tau sau cia hauv tshooj xya mus txog tshooj kaum ob ntawm phau ntawv uas ris nws lub npe,” “yuav raug qhib lub cim tseg rau hnub kawg.”</w:t>
      </w:r>
    </w:p>
    <w:p>
      <w:pPr>
        <w:pStyle w:val="ArticleBody"/>
        <w:jc w:val="left"/>
      </w:pPr>
      <w:r>
        <w:rPr>
          <w:rFonts w:ascii="Times New Roman" w:hAnsi="Times New Roman" w:eastAsia="Times New Roman" w:cs="Times New Roman"/>
        </w:rPr>
        <w:t>Thaum phau ntawv Daniyees raug qhib lub cim, nws tsim tawm ib txoj txheej txheem ntxuav kom huv muaj peb theem, uas sim cov tiam neeg uas tseem ciaj sia nyob rau lub sijhawm uas tus Tsov Ntxhuav ntawm pawg neeg Yudas muab phau ntawv Daniyees rau Nws haiv neeg. Hauv Tshwmsim tshooj kaum, Muam White qhia rau peb tias tus tim tswv uas nqes los ntawd yog “tsis muaj leej twg tsawg dua Yexus Khetos.” Hauv Tshwmsim tshooj kaum, tus tim tswv tuav ib phau ntawv me qhib lawm nyob hauv Nws txhais tes, uas Yauhas raug txib kom txais thiab noj. Phau ntawv ntawd raug qhib lub cim los ntawm tus Tsov Ntxhuav ntawm pawg neeg Yudas, tus uas yeej tsis yog leej twg tsawg dua Yexus Khetos, yog li ntawd phau ntawv uas Yauhas raug txib kom noj yog phau ntawv me ntawm Daniyees.</w:t>
      </w:r>
    </w:p>
    <w:p>
      <w:pPr>
        <w:pStyle w:val="ArticleScripture"/>
        <w:jc w:val="left"/>
      </w:pPr>
      <w:r>
        <w:rPr>
          <w:rFonts w:ascii="Times New Roman" w:hAnsi="Times New Roman" w:eastAsia="Times New Roman" w:cs="Times New Roman"/>
        </w:rPr>
        <w:t>“Nws yog Tus Tsov Ntxhuav ntawm xeem Yudas uas qhib lub foob ntawm phau ntawv thiab pub rau Yauhas qhov kev tshwm sim txog yam uas yuav muaj nyob rau hauv tej hnub kawg no.</w:t>
      </w:r>
    </w:p>
    <w:p>
      <w:pPr>
        <w:pStyle w:val="ArticleScripture"/>
        <w:jc w:val="left"/>
      </w:pPr>
      <w:r>
        <w:rPr>
          <w:rFonts w:ascii="Times New Roman" w:hAnsi="Times New Roman" w:eastAsia="Times New Roman" w:cs="Times New Roman"/>
        </w:rPr>
        <w:t>“Daniyee sawv hauv nws feem los ris nws zaj lus tim khawv uas raug muab kaw tseg mus txog rau lub sijhawm kawg, thaum thawj tus tim tswv txoj lus yuav tsum raug tshaj tawm rau peb lub ntiajteb no. Cov teeb meem no muaj nqis tsis kawg hauv cov hnub kawg no; tiam sis thaum ‘coob leej yuav raug ntxuav kom dawb huv, thiab raug ua kom dawb, thiab raug sim,’ ‘cov neeg phem yuav ua phem mus li: thiab tsis muaj ib tug ntawm cov neeg phem yuav to taub li.’ Qhov no yog qhov tseeb npaum li cas! Kev txhaum yog kev hla dhau Vajtswv txoj kevcai; thiab cov uas tsis kam txais qhov kaj txog Vajtswv txoj kevcai yuav tsis to taub txog kev tshaj tawm ntawm thawj, ob, thiab peb tus tim tswv tej lus. Phau ntawv Daniyee raug qhib hauv txoj kev tshwm sim rau Yauhas, thiab coj peb mus tom ntej txog rau cov xwm txheej kawg ntawm keeb kwm lub ntiajteb no.</w:t>
      </w:r>
    </w:p>
    <w:p>
      <w:pPr>
        <w:pStyle w:val="ArticleScripture"/>
        <w:jc w:val="left"/>
      </w:pPr>
      <w:r>
        <w:rPr>
          <w:rFonts w:ascii="Times New Roman" w:hAnsi="Times New Roman" w:eastAsia="Times New Roman" w:cs="Times New Roman"/>
        </w:rPr>
        <w:t>“Peb cov kwvtij nkauj muam puas yuav nco ntsoov tias peb tab tom nyob nruab nrab tej kev phom sij ntawm hnub kawg? Nyeem Phau Tshwmsim txuas nrog Daniyees. Qhia tej yam no.” Testimonies to Ministers, 115.</w:t>
      </w:r>
    </w:p>
    <w:p>
      <w:pPr>
        <w:pStyle w:val="ArticleBody"/>
        <w:jc w:val="left"/>
      </w:pPr>
      <w:r>
        <w:rPr>
          <w:rFonts w:ascii="Times New Roman" w:hAnsi="Times New Roman" w:eastAsia="Times New Roman" w:cs="Times New Roman"/>
        </w:rPr>
        <w:t>Tsis kam lees txais qhov kev tshwm sim hais txog tus qauv ntawm phau Daniyees, uas tam sim no tab tom raug qhib lub foob, yog nyob hauv cov uas raug txheeb tias yog cov neeg phem. Rau thawj tshooj ntawm Daniyees tsim tsa tus qauv yaj saub uas sawv cev rau keeb kwm yaj saub ntawm Kev Ntseeg Adventism, tus tsiaj qus hauv ntiajteb, xya caum xyoo cim piv hauv Yaxayas tshooj nees nkaum-peb, ob tug kub ntawm Protestantism thiab Republicanism, keeb kwm yaj saub ntawm tus tim tswv thawj thiab tus tim tswv thib ob tej lus tshaj tawm, thiab keeb kwm ntawm peb tug tim tswv tej lus tshaj tawm. Rau rau tshooj kawg ntawm Daniyees qhia kom meej txog tej lus yaj saub uas raug qhib lub foob thaum pib thiab thaum xaus ntawm tag nrho cov keeb kwm uas twb tau hais los no lawm.</w:t>
      </w:r>
    </w:p>
    <w:p>
      <w:pPr>
        <w:pStyle w:val="ArticleBody"/>
        <w:jc w:val="left"/>
      </w:pPr>
      <w:r>
        <w:rPr>
          <w:rFonts w:ascii="Times New Roman" w:hAnsi="Times New Roman" w:eastAsia="Times New Roman" w:cs="Times New Roman"/>
        </w:rPr>
        <w:t>Tshooj ib hauv Daniyee yog keeb kwm ntawm kev txav ntawm tus tim tswv thawj, thaum chiv thawj ntawm keeb kwm ntawm tus tsiaj qus hauv ntiaj teb. Tshooj ib txog peb yog keeb kwm ntawm kev txav ntawm tus tim tswv thib peb, thaum xaus ntawm keeb kwm ntawm tus tsiaj qus hauv ntiaj teb. Tshooj plaub yuav tsum raug muab sib phim nrog tshooj ib, ua qhov pib, thiab tshooj tsib thiab rau yuav tsum raug muab sib phim nrog tshooj ib txog peb, ua qhov xaus. Kev paub uas nce ntxiv uas raug sawv cev hauv tshooj xya, yim, thiab cuaj yuav tsum raug muab sib phim nrog tshooj ib ua keeb kwm thaum pib. Kev paub uas nce ntxiv uas raug sawv cev hauv tshooj kaum, kaum ib, thiab kaum ob yuav tsum raug muab sib phim nrog tshooj ib txog peb ua keeb kwm thaum xaus.</w:t>
      </w:r>
    </w:p>
    <w:p>
      <w:pPr>
        <w:pStyle w:val="ArticleBody"/>
        <w:jc w:val="left"/>
      </w:pPr>
      <w:r>
        <w:rPr>
          <w:rFonts w:ascii="Times New Roman" w:hAnsi="Times New Roman" w:eastAsia="Times New Roman" w:cs="Times New Roman"/>
        </w:rPr>
        <w:t>Ib nqe ib nqe, daim ntawv siv no txheeb qhia txog keeb kwm thaum pib ntawm tus tsiaj qus hauv ntiajteb ua tej tshooj ib, plaub, xya, yim, thiab cuaj. Daim ntawv siv no kuj txheeb qhia txog keeb kwm thaum kawg ntawm tus tsiaj qus hauv ntiajteb ua tej tshooj ib txog peb, tshooj tsib, tshooj rau, thiab tshooj kaum txog kaum ob. Yog li ntawd, phau Daniyees raug muab nthuav tawm los ua ob qho tib si—qhov pib thiab qhov kawg—ntawm tus tsiaj qus hauv ntiajteb.</w:t>
      </w:r>
    </w:p>
    <w:p>
      <w:pPr>
        <w:pStyle w:val="ArticleBody"/>
        <w:jc w:val="left"/>
      </w:pPr>
      <w:r>
        <w:rPr>
          <w:rFonts w:ascii="Times New Roman" w:hAnsi="Times New Roman" w:eastAsia="Times New Roman" w:cs="Times New Roman"/>
        </w:rPr>
        <w:t>Ces qhov pib ntawm tus tsiaj qus hauv ntiajteb thiaj li yuav raug txheeb tau tias yog Daniyees tshooj ib, rau qhov tshooj plaub yuav tsum raug muab tso saum tshooj ib (kab raws kab). Tshooj xya, yim, thiab cuaj kuj yuav tsum raug muab tso saum tshooj ib thiab. Yog li ntawd, qhov pib ntawm keeb kwm ntawm tus tsiaj qus hauv ntiajteb yog raug sawv cev los ntawm Daniyees tshooj ib.</w:t>
      </w:r>
    </w:p>
    <w:p>
      <w:pPr>
        <w:pStyle w:val="ArticleBody"/>
        <w:jc w:val="left"/>
      </w:pPr>
      <w:r>
        <w:rPr>
          <w:rFonts w:ascii="Times New Roman" w:hAnsi="Times New Roman" w:eastAsia="Times New Roman" w:cs="Times New Roman"/>
        </w:rPr>
        <w:t>Ib yam li ntawd thiab, nrog rau qhov xaus ntawm tus tsiaj qus hauv ntiajteb. Qhov xaus ntawm keeb kwm ntawm tus tsiaj qus hauv ntiajteb raug sawv cev los ntawm tshooj ib mus txog tshooj peb, thiab tshooj tsib, rau, kaum, kaum ib thiab kaum ob yuav tsum mus saum cov peb tshooj thawj (kab raws kab), yog li ntawd qhov xaus ntawm keeb kwm ntawm tus tsiaj qus hauv ntiajteb raug sawv cev los ntawm peb tshooj thawj ntawm Daniel.</w:t>
      </w:r>
    </w:p>
    <w:p>
      <w:pPr>
        <w:pStyle w:val="ArticleBody"/>
        <w:jc w:val="left"/>
      </w:pPr>
      <w:r>
        <w:rPr>
          <w:rFonts w:ascii="Times New Roman" w:hAnsi="Times New Roman" w:eastAsia="Times New Roman" w:cs="Times New Roman"/>
        </w:rPr>
        <w:t>Tshooj ib sawv cev rau qhov pib, thiab tom qab ntawd tshooj ib txog tshooj peb sawv cev rau qhov xaus; thiab tus qauv ntawm ib, ces peb, qhia meej tias tus qauv yaj saub ntawm phau Daniyees zoo ib yam nkaus li tus qauv yaj saub ntawm peb tug tim tswv hauv Tshwmsim tshooj kaum plaub. Nyob ntawd ib yam li hauv Daniyees, tus tim tswv thawj sawv cev rau ib zaj keeb kwm cais tawm, tiamsis nws kuj yog ib feem peb ntawm zaj keeb kwm ntawm peb tug tim tswv thiab. Tib lub sijhawm ntawd, raws li qhov kev lees paub no qhia thiab hais kom pom tseeb txog kev sib txuas ntawm peb thiab ib, nws kuj yog tus qauv ntawm lo lus Henplais uas yog qhov tseeb, uas sawv cev tsis yog rau Khetos xwb, thiab rau Vajtswv lub hwj chim tsim txojsia, tabsis kuj rau ib txoj txheej txheem sim siab thiab lim kom dawb huv muaj peb kauj ruam, uas tau raug sawv cev hauv Daniyees tshooj ib, thiab tom qab ntawd rov muaj dua hauv Daniyees tshooj ib txog tshooj peb.</w:t>
      </w:r>
    </w:p>
    <w:p>
      <w:pPr>
        <w:pStyle w:val="ArticleBody"/>
        <w:jc w:val="left"/>
      </w:pPr>
      <w:r>
        <w:rPr>
          <w:rFonts w:ascii="Times New Roman" w:hAnsi="Times New Roman" w:eastAsia="Times New Roman" w:cs="Times New Roman"/>
        </w:rPr>
        <w:t>Yexus, tus uas yog qhov tseeb, kuj yog tus Thawj thiab tus Kawg, thiab hais txog qhov ntawd ces keeb kwm ntawm kev txav mus los ntawm thawj tus tim tswv raug rov ua dua ib yam nkaus nraim hauv keeb kwm ntawm peb tug tim tswv, yog li ntawd raws li kev yaj saub ces tsim nyog muab thawj peb tshooj hauv Daniel los tso saum Daniel tshooj ib, vim qhov pib yeej ib txwm ua tus piv txwv qhia txog qhov xaus. Ces phau ntawv Daniel thiaj los ua “phau ntawv me” uas nyob hauv tus tim tswv txhais tes, vim “phau ntawv me” ntawm Daniel ntawd yuav raug sawv cev tau kom puv npo hauv Daniel tshooj ib.</w:t>
      </w:r>
    </w:p>
    <w:p>
      <w:pPr>
        <w:pStyle w:val="ArticleBody"/>
        <w:jc w:val="left"/>
      </w:pPr>
      <w:r>
        <w:rPr>
          <w:rFonts w:ascii="Times New Roman" w:hAnsi="Times New Roman" w:eastAsia="Times New Roman" w:cs="Times New Roman"/>
        </w:rPr>
        <w:t>Peb yuav txuas ntxiv peb txoj kev kawm txog phau ntawv Daniel hauv zaj lus tom ntej.</w:t>
      </w:r>
    </w:p>
    <w:p>
      <w:pPr>
        <w:pStyle w:val="ArticleScripture"/>
        <w:jc w:val="left"/>
      </w:pPr>
      <w:r>
        <w:rPr>
          <w:rFonts w:ascii="Times New Roman" w:hAnsi="Times New Roman" w:eastAsia="Times New Roman" w:cs="Times New Roman"/>
        </w:rPr>
        <w:t>Ntawm cov uas cov tub ceev xwm tab tom nrhiav kom coj mus ua raws li tej kev cai uas nyob hauv vajntxwv txoj lus txib, kuj muaj Daniyee thiab nws cov phoojywg. Thaum raug qhia tias raws li txoj lus txib ntawd lawv kuj yuav tsum tuag thiab, Daniyee thiaj “nrog kev xav thiab kev txawj ntse” nug Ali-auj, tus thawj tub rog zov vajntxwv, tias, “Vim li cas txoj lus txib no thiaj maj nrawm ua luaj ntawm vajntxwv?” Ali-auj thiaj piav zaj xwm txheej rau nws txog vajntxwv txoj kev ntxhov siab vim nws zaj npau suav uas txawv tshaj plaw, thiab txog qhov uas nws nrhiav tsis tau kev pab ntawm cov uas yav tas los nws ib txwm tso siab tshaj plaws. Thaum hnov li ntawd, Daniyee, tso nws txoj sia rau hauv kev phom sij, txawm nkag mus cuag vajntxwv thiab thov kom pub sij hawm rau nws, kom nws thiaj tau thov nws tus Vajtswv kom qhia zaj npau suav ntawd thiab nws lub ntsiab txhais rau nws.</w:t>
      </w:r>
    </w:p>
    <w:p>
      <w:pPr>
        <w:pStyle w:val="ArticleScripture"/>
        <w:jc w:val="left"/>
      </w:pPr>
      <w:r>
        <w:rPr>
          <w:rFonts w:ascii="Times New Roman" w:hAnsi="Times New Roman" w:eastAsia="Times New Roman" w:cs="Times New Roman"/>
        </w:rPr>
        <w:t>“Rau qhov kev thov no tus vajntxwv thiaj pom zoo. ‘Ces Daniyees rov mus rau nws lub tsev, thiab qhia zaj xwm ntawd rau Hananiyas, Misaees, thiab Axaliyas, uas yog nws cov kwv luag nrog nws.’ Lawv koom siab nrhiav kev txawj ntse ntawm Tus Ceg Keeb ntawm qhov kaj thiab ntawm kev paub. Lawv txoj kev ntseeg ruaj khov nyob rau hauv qhov kev nco ntsoov tias Vajtswv tau muab lawv tso rau qhov chaw uas lawv nyob, tias lawv tab tom ua Nws tes haujlwm thiab ua raws li tej kev hu ntawm txoj haujlwm. Thaum muaj sijhawm ntxhov siab thiab kev phom sij lawv yeej ib txwm tig mus cuag Nws kom tau kev coj thiab kev tiv thaiv, thiab Nws yeej tau ua tus pab uas nyob ze yeej ib txwm muaj. Nimno, nrog lub siab tu siab lees txim, lawv rov muab lawv tus kheej cob rau Tus Txiav Txim ntawm lub ntiajteb, thov khawv tias Nws yuav pub kev cawm dim rau lawv hauv lub sijhawm no uas yog lawv qhov kev txom nyem tshwjxeeb. Thiab lawv tsis tau thov yam tsis muaj txiaj ntsig. Tus Vajtswv uas lawv tau hwm, tam sim no kuj hwm lawv. Tus Ntsujplig ntawm tus Tswv nyob saum lawv, thiab rau Daniyees, ‘hauv ib qho yog toog hmo ntuj,’ thiaj tau qhib tawm vajntxwv txoj npau suav thiab nws lub ntsiab lus.”</w:t>
      </w:r>
    </w:p>
    <w:p>
      <w:pPr>
        <w:pStyle w:val="ArticleScripture"/>
        <w:jc w:val="left"/>
      </w:pPr>
      <w:r>
        <w:rPr>
          <w:rFonts w:ascii="Times New Roman" w:hAnsi="Times New Roman" w:eastAsia="Times New Roman" w:cs="Times New Roman"/>
        </w:rPr>
        <w:t>“Tes haujlwm thawj zaug ntawm Daniyees yog ua Vajtswv tsaug rau txoj kev tshwm sim uas tau muab rau nws. Nws qw hais tias, ‘Cia Vajtswv lub npe tau koob hmoov mus ib txhis thiab ib txhis li; rau qhov kev txawj ntse thiab lub hwjchim yog Nws tug: thiab Nws hloov lub sij hawm thiab lub caij nyoog: Nws tshem vajntxwv tawm, thiab tsa vajntxwv sawv: Nws pub kev txawj ntse rau cov txawj ntse, thiab pub kev paub rau cov uas paub kev nkag siab: Nws qhia tej yam tob thiab tej yam zais cia tawm los: Nws paub yam uas nyob hauv qhov tsaus ntuj, thiab qhov kaj nyob nrog Nws. Kuv ua Koj tsaug, thiab qhuas Koj, Au Koj uas yog Vajtswv ntawm kuv cov yawg koob, tus uas tau pub kev txawj ntse thiab lub hwjchim rau kuv, thiab nim no tau qhia rau kuv paub yam uas peb tau thov ntawm Koj: rau qhov tam sim no Koj tau qhia qhov teeb meem ntawm vajntxwv rau peb paub lawm.’”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Peb Caug Plaub</dc:title>
  <dc:subject>Kev Qhib Tshwm Sim ntawm Daniyee: Ib Txoj Kev Taug Lus Qhia Yaj Saub Hla Dhau Keeb Kwm Ntiajteb thiab Vajtswv Tej Kev Txiav Txim</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