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Tus Naj Npawb Peb Caug Tsib</w:t>
      </w:r>
    </w:p>
    <w:p>
      <w:pPr>
        <w:pStyle w:val="ArticleSubtitle"/>
        <w:jc w:val="left"/>
      </w:pPr>
      <w:r>
        <w:rPr>
          <w:rFonts w:ascii="Arial" w:hAnsi="Arial" w:eastAsia="Arial" w:cs="Arial"/>
        </w:rPr>
        <w:t>Qhia Txog Tus Qauv Yaj Saub Uas Qhib Tawm: William Miller Txoj Kev Pom thiab Peb Lub Hwjchim Ua Kev Puas Ntsoog Uas Coj Mus Rau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Thaum txog “lub sij hawm kawg,” xyoo 1798, phau ntawv Daniyees, thiab tshwj xeeb tshaj yog zaj yog toog pom uas tau sawv cev los ntawm tus dej Ulai, raug qhib nws lub foob lawm. Zaj yog toog pom ntawd tshaj tawm txog kev pib ntawm txoj kev txiav txim tshawb xyuas rau hnub tim 22 Lub Kaum Hli Ntuj, 1844. Nqe Vajlugkub uas los ua lub hauv paus rau qhov tseeb ntawd yog Daniyees tshooj yim, nqe kaum plaub. William Miller, tus tub txib uas raug xaiv los lees paub txog kev qhib lub foob ntawm txoj xov no, yeej tsis tau to taub txhua qhov tseeb uas muaj feem xyuam nrog zaj yog toog pom ntawd kom puv npo, los nws yeej tau ua tiav tes haujlwm uas tau muab rau nws.</w:t>
      </w:r>
    </w:p>
    <w:p>
      <w:pPr>
        <w:pStyle w:val="ArticleBody"/>
        <w:jc w:val="left"/>
      </w:pPr>
      <w:r>
        <w:rPr>
          <w:rFonts w:ascii="Times New Roman" w:hAnsi="Times New Roman" w:eastAsia="Times New Roman" w:cs="Times New Roman"/>
        </w:rPr>
        <w:t>Thaum Miller pib nws txoj kev kawm txog lo lus yaj saub, nws tau los nkag siab qee txoj cai ntawm kev txhais yaj saub uas tau raug qhia thiab raug tsa tseg nyob hauv phau Vajlugkub. Cov cai ntawd tau raug sau tseg thiab raug txheeb paub tias yog William Miller Cov Cai ntawm Kev Txhais. Cov cai ntawd raug kev tshoov siab pom zoo thiab raug txheeb tias yog cov cai uas yuav raug siv los ntawm cov uas tshaj tawm txog qhov pib ntawm txoj kev txiav txim siab ua tiav thaum txoj cai Hnub Caiv. Miller ua tim khawv tias nws pib nws txoj kev kawm phau Vajlugkub ntawm qhov pib ntawm phau Vajlugkub thiab tsuas yog txuas mus tom ntej raws li nws nkag siab txog yam uas nws tab tom xav txog thaum ntawd. Los ntawm txoj kev no, yooj yim pom tau tias thawj zaj yaj saub hais txog lub sijhawm uas Miller tau lees paub, uas muaj feem xyuam rau txoj xov uas nws yuav tsum txheeb tias tab tom raug ua tiav nyob rau xyoo 1844, yog “xya lub sijhawm” hauv Leviticus nees nkaum rau.</w:t>
      </w:r>
    </w:p>
    <w:p>
      <w:pPr>
        <w:pStyle w:val="ArticleBody"/>
        <w:jc w:val="left"/>
      </w:pPr>
      <w:r>
        <w:rPr>
          <w:rFonts w:ascii="Times New Roman" w:hAnsi="Times New Roman" w:eastAsia="Times New Roman" w:cs="Times New Roman"/>
        </w:rPr>
        <w:t>Kev tshoov siab qhia rau peb paub tias tus timtswv Kheebleees, nrog rau lwm cov timtswv dawb huv, tau coj Miller lub siab, ib yam li Kheebleees tau coj Daniyees, Yauhas tus uas tau txais kev tshwm sim, thiab tag nrho cov yaj saub hauv phau Vajlugkub lub siab; rau qhov Kheebleees tau raug muab txoj hauj lwm uas Xatas tau tso tseg lawm. Kheebleees txoj hauj lwm tau raug sawv cev nyob hauv Xatas thawj lub npe, Lusifawj, uas txhais tias tus nqa lub teeb. Kheebleees tau coj lub teeb yaj saub los rau Miller, thiab hauv txoj kev mloog lus rau lub teeb ntawd nws tau nthuav tawm txoj xov uas tshaj tawm txog kev qhib ntawm txoj kev txiav txim tshuaj xyuas thaum lub Kaum Hlis Ntuj Tim 22, 1844.</w:t>
      </w:r>
    </w:p>
    <w:p>
      <w:pPr>
        <w:pStyle w:val="ArticleBody"/>
        <w:jc w:val="left"/>
      </w:pPr>
      <w:r>
        <w:rPr>
          <w:rFonts w:ascii="Times New Roman" w:hAnsi="Times New Roman" w:eastAsia="Times New Roman" w:cs="Times New Roman"/>
        </w:rPr>
        <w:t>Kev paub tom qab qhov xwm txheej pub rau cov uas xav to taub txoj hauj lwm ntawm William Miller pom tseeb tias nws tau txais qee yam kev nkag siab txog lo lus faj lem uas tau los ua tej yawm sij rau nws txoj hauj lwm ntawm kev sau ua ke cov lus ntawm txoj kev txiav txim uas tab tom los ze. Ib yam ntawm cov yawm sij ntawd yog nws txoj kev lees paub tias ib hnub sawv cev rau ib xyoos hauv kev siv rau hauv faj lem. Lwm yam yog ib qho qauv faj lem uas nws siv los muab cov kab faj lem uas nws nrhiav tau tso rau hauv lawv qhov chaw thiab muab lawv ua ke kom sib haum. Tus qauv ntawd tau tsim raws li ob lub hwj chim Xatas uas tau coj kev puam tsuaj los rau Vajtswv haiv neeg thiab Vajtswv lub chaw dawb huv. Txhua yam uas Miller nrhiav tau raug muab tso rau saum tus qauv faj lem uas sawv cev rau keeb kwm ntawm kev pe mlom, tom qab ntawd yog kev cai txiv plig, uas txuas ntxiv sib law liag tsuj nkaus ob leeg—Vajtswv lub chaw dawb huv thiab Vajtswv haiv neeg—txij thaum lub sijhawm Ixayees thaum ub mus txog rau Khetos txoj Kev Los Zaum Ob.</w:t>
      </w:r>
    </w:p>
    <w:p>
      <w:pPr>
        <w:pStyle w:val="ArticleBody"/>
        <w:jc w:val="left"/>
      </w:pPr>
      <w:r>
        <w:rPr>
          <w:rFonts w:ascii="Times New Roman" w:hAnsi="Times New Roman" w:eastAsia="Times New Roman" w:cs="Times New Roman"/>
        </w:rPr>
        <w:t>Tus qauv yaj saub ntawd tau pub rau nws txheeb tau meej txhua qhov tseeb uas tsim nyog los tsa lub Kaum Hli 22, 1844, ua hnub pib ntawm txoj kev txiav txim. Tiamsis qhov tseeb ntawd tseem muaj ciam txwv, rau qhov nws tsis pom tau lub hwj chim tsim txom thib peb uas tau raws qab kev pe dab qhuas thiab kev ua nom ua tswv ntawm vajlugkub Loos hauv keeb kwm yaj saub. Tsis yog yam tsim nyog rau nws kom pom qhov tseeb ntawd, rau qhov nws tes haujlwm yog los tshaj tawm lub Kaum Hli 22, 1844, thiab qhov kaj ntawm lub hwj chim tsim txom thib peb yuav raug qhib tawm tom qab hnub ntawd.</w:t>
      </w:r>
    </w:p>
    <w:p>
      <w:pPr>
        <w:pStyle w:val="ArticleBody"/>
        <w:jc w:val="left"/>
      </w:pPr>
      <w:r>
        <w:rPr>
          <w:rFonts w:ascii="Times New Roman" w:hAnsi="Times New Roman" w:eastAsia="Times New Roman" w:cs="Times New Roman"/>
        </w:rPr>
        <w:t>Hais txog kev muab nws tej kev nkag siab txog yav tom ntej los sib haum rau saum ib lub qauv ntawm ob lub hwjchim ua kom puam tsuaj, yog Loos pagan ua ntej, ces mam yog Loos papal tom qab, nws kuj nkag siab tias lo lus uas txhais ua “qhov niaj hnub,” hauv phau Daniyees, yog ib lub cim sawv cev rau paganism, thiab/losis, rau Loos pagan. Lo lus “tamid” uas txhais ua “qhov niaj hnub” raug Daniyees siv tsib zaug. Nws raug siv txhua zaus ua ke nrog ib lub cim uas Miller to taub raug lawm tias sawv cev rau lub papacy. Lub cim ntawm lub papacy uas ib txwm tshwm nyob nrog “qhov niaj hnub,” raug sawv cev los ntawm ob lub cim. Txawm li cas los xij, ob lub cim ntawm lub hwjchim papal ntawd, ob qho tib si qhia meej txog lub papacy, los xij, thaum Daniyees siv lo lus “tamid” uas txhais ua “qhov niaj hnub,” nws ib txwm raug siv nrog thiab ua ntej lub cim ntawm lub papacy. Miller txoj kev to taub tias “qhov niaj hnub,” hauv phau Daniyees, tau los ua lub hauv paus ntawm lub qauv uas nws pom tias raug tsa saum ob lub hwjchim ua kom puam tsuaj, yog paganism ua ntej, ces papalism tom qab. Miller qhov kev txheeb xyuas “qhov niaj hnub,” tias yog paganism hauv phau Daniyees, raug teem tseg tias yuav dhau los ua ib qho kev tsis sib haum loj kawg hauv Adventism, pib hauv tiam thib ob ntawm Adventism, uas tau pib xyoo 1888.</w:t>
      </w:r>
    </w:p>
    <w:p>
      <w:pPr>
        <w:pStyle w:val="ArticleBody"/>
        <w:jc w:val="left"/>
      </w:pPr>
      <w:r>
        <w:rPr>
          <w:rFonts w:ascii="Times New Roman" w:hAnsi="Times New Roman" w:eastAsia="Times New Roman" w:cs="Times New Roman"/>
        </w:rPr>
        <w:t>Qhov tseeb yaj saub thawj zaug uas Miller tau tshawb pom uas yog ib feem ntawm kev to taub txog Lub Kaum Hli 22, 1844, yog “xya lub sij hawm,” hauv Leviticus nees nkaum rau, thiab nws yog thawj qhov tseeb uas Miller tau ruaj nreem tsa tseg uas raug tsis lees paub hauv xyoo 1863. Txoj kev tsis lees txais ntawd tau pib thawj tiam ntawm Adventism, thaum lawv pib taug kev yuam kev hla tebchaws moj sab qhua ntawm Laodicea. Tiam thib ob tau pib ntawm Minneapolis General Conference xyoo 1888, thiab tom qab kev ntxeev siab uas tau tshwm sim nyob ntawd, txoj hauj lwm uas yog Xatas li ntawm kev tsis lees txais Miller txoj kev txheeb xyuas “the daily” tias yog kev pe dab pe mlom tau pib hauv xyoo 1901. Kev to taub uas yog qhov tseeb txog “the daily” tsis tau raug tso tseg tag nrho txog thaum tom qab tus yaj saub poj niam tuag lawm, tus uas tau qhia meej tias txoj kev xav uas raug txhawb nqa los tawm tsam Miller txoj kev pom uas yog qhov tseeb txog “the daily,” yog ib qho uas tau raug coj los ntawm “cov tim tswv uas raug ntiab tawm saum ntuj ceeb tsheej.” Txoj kev tsis lees txais tag nrho ntawd tau tshwm sim nyob rau tiam thib peb ib ncig xyoo 1931. Tiam thib peb tau pib nrog kev luam tawm phau ntawv ntawm W. W. Prescott, uas muaj npe tias, The Doctrine of Christ, tsis ntev tom qab 1919 Bible Conference. Xyoo 1919, tiam thib peb tau pib thiab txuas mus txog thaum muaj kev luam tawm phau ntawv, Questions on Doctrine xyoo 1957.</w:t>
      </w:r>
    </w:p>
    <w:p>
      <w:pPr>
        <w:pStyle w:val="ArticleBody"/>
        <w:jc w:val="left"/>
      </w:pPr>
      <w:r>
        <w:rPr>
          <w:rFonts w:ascii="Times New Roman" w:hAnsi="Times New Roman" w:eastAsia="Times New Roman" w:cs="Times New Roman"/>
        </w:rPr>
        <w:t>Tom qab uas Miller tes haujlwm tau raug tsa ruaj thiab raug nthuav kom meej rau saum Habakkuk ob daim rooj (daim duab qhia txoj lus ntawm cov thawj coj xyoo 1843 thiab 1850), ces tus Tswv thiaj pib qhib qhov tseeb tias tseem muaj dua ib lub hwjchim ntxiv, yog lub hwjchim thib peb uas ua kom puam tsuaj, uas yuav los raws qab kev pe mlom thiab kev kav ntawm tus papas, thiab uas kuj yuav tsim txom Vajtswv haiv neeg thiab.</w:t>
      </w:r>
    </w:p>
    <w:p>
      <w:pPr>
        <w:pStyle w:val="ArticleScripture"/>
        <w:jc w:val="left"/>
      </w:pPr>
      <w:r>
        <w:rPr>
          <w:rFonts w:ascii="Times New Roman" w:hAnsi="Times New Roman" w:eastAsia="Times New Roman" w:cs="Times New Roman"/>
        </w:rPr>
        <w:t>“Los ntawm txoj kev pe hawm dab mlom, thiab tom qab ntawd los ntawm txoj kev kav ntawm Papacy, Xatas tau siv nws lub hwj chim ntau pua xyoo los ua txhua yam kom lwv Vajtswv cov timkhawv ncaj ncees tawm hauv lub ntiaj teb. Cov neeg pe dab pe mlom thiab cov papists raug tib tug ntsuj plig zaj txhawb kom ua. Lawv txawv tsuas yog qhov no xwb, tias Papacy, uas ua txuj tias yog tab tom ua haujlwm rau Vajtswv, yog tus yeeb ncuab uas txaus ntshai dua thiab lim hiam dua. Los ntawm kev ua haujlwm ntawm Romanism, Xatas tau ntes lub ntiaj teb ua qhev. Lub koom txoos uas lees tias yog Vajtswv tug tau raug cheb nkag mus rau hauv cov qeb ntawm qhov kev dag ntxias no, thiab Vajtswv haiv neeg tau raug txom nyem nyob hauv zaj txoj kev chim ntau tshaj ib txhiab xyoo. Thiab thaum Papacy, raug txeeb nws lub zog lawm, raug yuam kom tsum kev tsim txom tseg, Yauhas pom ib lub hwj chim tshiab sawv los kom ncha zaj lub suab, thiab txuas ntxiv tib txoj haujlwm lim hiam thiab thuam ntuj ceeb tsheej ntawd. Lub hwj chim no, uas yog lub kawg uas yuav ua rog tawm tsam lub koom txoos thiab Vajtswv txoj kevcai, tau raug piv txwv los ntawm ib tug tsiaj nyaum uas muaj ob tug kub zoo li menyuam yaj. Cov tsiaj nyaum uas nyob ua ntej nws tau sawv hauv hiav txwv los, tiamsis tus no sawv tawm hauv lub ntiaj teb tuaj, uas sawv cev rau txoj kev sawv los yam thaj yeeb ntawm lub tebchaws uas raug piv txwv ntawd. Cov ‘ob tug kub zoo li menyuam yaj’ sawv cev phim zoo heev rau yam ntxwv ntawm Tsoomfwv Tebchaws Meskas, raws li qhia tawm hauv nws ob lub ntsiab cai hauv paus, Republicanism thiab Protestantism. Ob lub ntsiab cai no yog qhov zais cia ntawm peb lub hwj chim thiab peb txoj kev vam meej ua ib haiv tebchaws. Cov uas xub nrhiav tau ib qho chaw nkaum ntawm ntug dej hiav txwv Asmeskas tau zoo siab tias lawv twb mus txog ib lub tebchaws uas dim ntawm txoj kev khav theeb uas papacy thov tseg thiab txoj kev tswj hwm nruj ua huab tais. Lawv tau txiav txim siab los tsim tsa ib tsoomfwv rau saum lub hauv paus dav dav ntawm kev ywj pheej hauv pej xeem thiab kev ntseeg.” Signs of the Times, November 1, 1899.</w:t>
      </w:r>
    </w:p>
    <w:p>
      <w:pPr>
        <w:pStyle w:val="ArticleBody"/>
        <w:jc w:val="left"/>
      </w:pPr>
      <w:r>
        <w:rPr>
          <w:rFonts w:ascii="Times New Roman" w:hAnsi="Times New Roman" w:eastAsia="Times New Roman" w:cs="Times New Roman"/>
        </w:rPr>
        <w:t>Miller tsis pom tau lub hwjchim tsim txom thib peb, thiab vim li no nws tus qauv kev nkag siab tseem tsis tiav, txawm li ntawd los nws yeej haum raws nraim rau kev ua tiav tes haujlwm uas nws raug hu los ua. Muam White qhia meej tias Miller yog Vajtswv tus tubtxib uas raug xaiv, tias hauv nws tes haujlwm nws tau raug ua tus qauv los ntawm Eliyas thiab Yauhas tus Uas Muab Neeg Ua Kev Cai Raus Dej, thiab hauv txoj kev hu nws los ua tes haujlwm ntawd tau raug ua tus qauv los ntawm Elisas, hos hauv nws txoj kev tuag tau raug ua tus qauv los ntawm Mauxes. Tsawg leej hauv keeb kwm dawb huv uas tau ua rau muaj lus piav qhia hais tias cov timtswv tab tom tos ntawm lawv lub ntxa kom sawv rov qab tsa lawv, los qhov no yog txoj lus piav qhia hais txog Miller. Qhov tseeb tias nws tes haujlwm raug txwv los ntawm keeb kwm tiam uas nws raug tsa los sawv hauv ntawd tsis yog ib lo lus thuam Miller, tsuas yog ib yam tsim nyog yuav tsum lees paub xwb, yog hais tias nws tes haujlwm yuav raug txiav txim raws li qhov pom kev tseeb ntawm Vajtswv Txojlus uas yog lus faj lem.</w:t>
      </w:r>
    </w:p>
    <w:p>
      <w:pPr>
        <w:pStyle w:val="ArticleBody"/>
        <w:jc w:val="left"/>
      </w:pPr>
      <w:r>
        <w:rPr>
          <w:rFonts w:ascii="Times New Roman" w:hAnsi="Times New Roman" w:eastAsia="Times New Roman" w:cs="Times New Roman"/>
        </w:rPr>
        <w:t>Miller tau txais kev taw qhia tshwj xeeb los ntawm cov tim tswv, uas pub rau nws txhim tsa ib lub hauv paus qauv yav tom ntej raws li ob lub hwjchim ua kom puas tsuaj—kev teev dab mlom—thiab tom qab ntawd yog txoj kev ua nom tswv ntawm papalism. Vim li no, tej lus faj lem uas qhia txog keeb kwm dhau ntawm qhov kev puas tsuaj uas ob lub hwjchim ntawd tau ua tiav, Miller thiaj to taub yuam kev. Txawm li ntawd los, tsis muaj ib qho ntawm cov kev to taub yuam kev ntawd nkag mus rau saum ob daim phiaj dawb huv ntawm Habakkuk, qhov chaw uas tej hauv paus ntsiab lus uas raug tsa los ntawm Miller txoj hauj lwm tau raug nthuav qhia ua duab pom tseeb. Vim li no, txoj kev tshoov siab thiaj tuaj yeem sau tseg txog daim phiaj xyoo 1843 tias nws raug coj los ntawm tus Tswv txhais tes.</w:t>
      </w:r>
    </w:p>
    <w:p>
      <w:pPr>
        <w:pStyle w:val="ArticleScripture"/>
        <w:jc w:val="left"/>
      </w:pPr>
      <w:r>
        <w:rPr>
          <w:rFonts w:ascii="Times New Roman" w:hAnsi="Times New Roman" w:eastAsia="Times New Roman" w:cs="Times New Roman"/>
        </w:rPr>
        <w:t>“Tswv qhia rau kuv tias daim ntawv qhia xyoo 1843 ntawd raug cob qhia los ntawm Nws txhais tes, thiab tias tsis muaj ib feem twg ntawm nws uas yuav tsum raug hloov; tias cov lej ntawd yog raws li Nws xav kom lawv yog. Tias Nws txhais tes nyob saum nws thiab tau zais ib qho yuam kev nyob hauv qee cov lej, kom tsis muaj leejtwg pom tau nws, mus txog thaum Nws txhais tes raug tshem tawm.</w:t>
      </w:r>
    </w:p>
    <w:p>
      <w:pPr>
        <w:pStyle w:val="ArticleScripture"/>
        <w:jc w:val="left"/>
      </w:pPr>
      <w:r>
        <w:rPr>
          <w:rFonts w:ascii="Times New Roman" w:hAnsi="Times New Roman" w:eastAsia="Times New Roman" w:cs="Times New Roman"/>
        </w:rPr>
        <w:t>“Tom qab ntawd kuv pom txog ‘Niaj Hnub,’ tias lo lus ‘kev fij txi’ yog ib yam uas tibneeg txoj kev txawj ntse tau ntxiv nkag los, thiab tsis yog ib feem ntawm nqe ntawv; thiab tias tus Tswv tau muab qhov kev to taub uas yog rau cov uas tau tshaj tawm txoj kev quaj hu txog teev txiav txim. Thaum tseem muaj kev sib haum xeeb, ua ntej xyoo 1844, yuav luag txhua tus tau koom siab rau txoj kev to taub uas yog txog ‘Niaj Hnub;’ tiam sis txij xyoo 1844 los, hauv txoj kev ntxhov siab, lwm yam kev to taub tau raug lees txais, thiab kev tsaus ntuj nrog kev ntxhov siab tau ua raws li ntawd.” Review and Herald, November 1, 1850.</w:t>
      </w:r>
    </w:p>
    <w:p>
      <w:pPr>
        <w:pStyle w:val="ArticleBody"/>
        <w:jc w:val="left"/>
      </w:pPr>
      <w:r>
        <w:rPr>
          <w:rFonts w:ascii="Times New Roman" w:hAnsi="Times New Roman" w:eastAsia="Times New Roman" w:cs="Times New Roman"/>
        </w:rPr>
        <w:t>Qhov tseeb uas Miller tau muab sau ua ke raws li cov tim tswv txoj kev coj tau raug tus Tswv coj, thiab nyob hauv qhov kev lees paub ntawm daim chart xyoo 1843 ntawd, kev tshoov siab tau suav nrog tias Miller txoj kev to taub hais tias “qhov niaj hnub” sawv cev rau kev pe dab qhuas yog qhov raug. Tsib zaug uas lo lus Henplais “tamid,” uas tau txhais ua “qhov niaj hnub,” tshwm sim hauv phau Daniel, thiab nws ib txwm sawv cev rau txoj kev sib raug zoo ntawm ob lub hwj chim ua kom puam tsuaj, yog kev pe dab qhuas ua ntej, ces mam yog kev papacy.</w:t>
      </w:r>
    </w:p>
    <w:p>
      <w:pPr>
        <w:pStyle w:val="ArticleBody"/>
        <w:jc w:val="left"/>
      </w:pPr>
      <w:r>
        <w:rPr>
          <w:rFonts w:ascii="Times New Roman" w:hAnsi="Times New Roman" w:eastAsia="Times New Roman" w:cs="Times New Roman"/>
        </w:rPr>
        <w:t>Miller txoj kev nkag siab txog “the daily,” tias nws yog ib lub cim sawv cev rau kev pe dab qhuas, yog yam tseem ceeb kiag li hauv lub qauv cev lus faj lem uas nws siv, rau qhov kev sib raug ua ntu zus uas yog kev pe dab qhuas ua ntej ces mam yog kev kav hwj chim papalism, tau los ua nws lub hauv paus taw qhia hauv kev muab txhua lo lus faj lem uas nws raug coj kom nkag siab los phim sib haum.</w:t>
      </w:r>
    </w:p>
    <w:p>
      <w:pPr>
        <w:pStyle w:val="ArticleBody"/>
        <w:jc w:val="left"/>
      </w:pPr>
      <w:r>
        <w:rPr>
          <w:rFonts w:ascii="Times New Roman" w:hAnsi="Times New Roman" w:eastAsia="Times New Roman" w:cs="Times New Roman"/>
        </w:rPr>
        <w:t>Thaum txog “lub sijhawm kawg,” xyoo 1798, phau ntawv Daniyees tau raug qhib lub cim, thiab nqe lus tseem ceeb uas yog yam Uas Muam White tau txheeb tias yog “tus ncej nruab nrab” thiab “lub hauv paus” ntawm txoj kev txav advent, yog Daniyees tshooj yim, thiab nqe kaum plaub.</w:t>
      </w:r>
    </w:p>
    <w:p>
      <w:pPr>
        <w:pStyle w:val="ArticleScripture"/>
        <w:jc w:val="left"/>
      </w:pPr>
      <w:r>
        <w:rPr>
          <w:rFonts w:ascii="Times New Roman" w:hAnsi="Times New Roman" w:eastAsia="Times New Roman" w:cs="Times New Roman"/>
        </w:rPr>
        <w:t>“Vajluskub uas saum toj dua lwm nqe vajluskub txhua nqe, uas tau yog tib si lub hauv paus thiab tus ncej loj nruab nrab ntawm txojkev ntseeg Advent, yog lo lus tshaj tawm hais tias, ‘Txog ob txhiab peb puas hnub; ces lub chaw dawb huv yuav raug ntxuav kom huv.’ [Daniel 8:14.]” The Great Controversy, 409.</w:t>
      </w:r>
    </w:p>
    <w:p>
      <w:pPr>
        <w:pStyle w:val="ArticleBody"/>
        <w:jc w:val="left"/>
      </w:pPr>
      <w:r>
        <w:rPr>
          <w:rFonts w:ascii="Times New Roman" w:hAnsi="Times New Roman" w:eastAsia="Times New Roman" w:cs="Times New Roman"/>
        </w:rPr>
        <w:t>Nqe kaum plaub yog lo lus teb rau nqe kaum peb, thiab lo lus teb ntawd tsis muaj qab hau li yog tsis muaj lub ntsiab lus ntawm lo lus nug ntawd.</w:t>
      </w:r>
    </w:p>
    <w:p>
      <w:pPr>
        <w:pStyle w:val="ArticleScripture"/>
        <w:jc w:val="left"/>
      </w:pPr>
      <w:r>
        <w:rPr>
          <w:rFonts w:ascii="Times New Roman" w:hAnsi="Times New Roman" w:eastAsia="Times New Roman" w:cs="Times New Roman"/>
        </w:rPr>
        <w:t>Ces kuv hnov ib tug neeg dawb huv hais lus, thiab muaj dua ib tug neeg dawb huv nug tus neeg dawb huv ntawd uas tab tom hais lus tias, Lub zeem muag hais txog txoj kev fij txi txhua hnub, thiab txoj kev txhaum uas ua rau kev puam tsuaj, uas muab ob qho tib si lub chaw dawb huv thiab pab tub rog rau luag tsuj hla taw, yuav kav ntev npaum li cas? Ces nws hais rau kuv tias, Mus txog ob txhiab peb puas hnub; thaum ntawd lub chaw dawb huv mam li raug ntxuav kom huv. Daniel 8:13, 14.</w:t>
      </w:r>
    </w:p>
    <w:p>
      <w:pPr>
        <w:pStyle w:val="ArticleBody"/>
        <w:jc w:val="left"/>
      </w:pPr>
      <w:r>
        <w:rPr>
          <w:rFonts w:ascii="Times New Roman" w:hAnsi="Times New Roman" w:eastAsia="Times New Roman" w:cs="Times New Roman"/>
        </w:rPr>
        <w:t>Ob nqe no ob no yog lub cim ntawm kev nce ntxiv ntawm kev paub uas tau tsim los thaum phau ntawv Daniyees raug qhib nws lub cim rau “lub sijhawm kawg,” xyoo 1798. Nqe kaum peb qhia meej txog ob lub hwjchim uas ua kom puam tsuaj, uas Miller tau tsa nws tus qauv cev Vajtswv lus faj lem raws li. Miller tau txheeb “qhov txhua hnub,” nyob hauv nqe kaum peb, tias yog kev teev dab qhuas ntawm lwm haiv neeg, thiab “kev ua txhaum uas ua kom puam tsuaj” tias yog kev cai papacy. Nws yog ib qho tseem ceeb kom pom tias tus qauv cev Vajtswv lus faj lem uas cov timtswv tau coj Miller kom paub, raug txheeb nyob hauv ob nqe no uas sawv cev rau kev nce ntxiv ntawm kev paub uas tau los txog hauv keeb kwm xyoo 1798. Txawm li ntawd los, Miller tsis tau raug pub kom pom lub hwjchim tom ntej uas yuav los rau saum theem cev Vajtswv lus faj lem thiab tsim txom Vajtswv haiv neeg.</w:t>
      </w:r>
    </w:p>
    <w:p>
      <w:pPr>
        <w:pStyle w:val="ArticleScripture"/>
        <w:jc w:val="left"/>
      </w:pPr>
      <w:r>
        <w:rPr>
          <w:rFonts w:ascii="Times New Roman" w:hAnsi="Times New Roman" w:eastAsia="Times New Roman" w:cs="Times New Roman"/>
        </w:rPr>
        <w:t>“Kuv pom tias tus tsiaj muaj ob tug kub muaj zaj lub qhov ncauj, thiab tias nws lub hwj chim nyob hauv nws lub taub hau, thiab tias txoj cai txiav txim yuav tawm hauv nws lub qhov ncauj los. Ces kuv pom Tus Niam ntawm cov Poj Niam Ua Plees Ua Yi; tias tus niam tsis yog cov ntxhais, tiamsis cais nyias nyias thiab txawv ntawm lawv. Nws twb muaj nws tiam lawm, thiab tam sim no twb dhau mus lawm, hos nws cov ntxhais, yog cov pawg ntseeg Protestant, yog cov tom qab uas tau los tshwm rau saum theem thiab coj tawm tib lub siab qub uas tus niam muaj thaum nws tsim txom cov neeg dawb huv. Kuv pom tias raws li tus niam tau poob qis zuj zus hauv hwj chim, cov ntxhais kuj tau loj hlob tuaj, thiab tsis ntev lawv yuav siv lub hwj chim uas ib zaug tus niam tau siv lawm.” Spalding and Magan, 1.</w:t>
      </w:r>
    </w:p>
    <w:p>
      <w:pPr>
        <w:pStyle w:val="ArticleBody"/>
        <w:jc w:val="left"/>
      </w:pPr>
      <w:r>
        <w:rPr>
          <w:rFonts w:ascii="Times New Roman" w:hAnsi="Times New Roman" w:eastAsia="Times New Roman" w:cs="Times New Roman"/>
        </w:rPr>
        <w:t>Miller txoj kev tsis muaj peev xwm pom tau lub hwj chim thib peb yuam nws kom txiav txim xaus uas tsuas yog yuam kev xwb. Miller tau txheeb xyuas tus tsiaj nyaum hauv hiav txwv ntawm Tshwmsim tshooj kaum peb tias yog Loos pagan, thiab tus tsiaj nyaum hauv ntiajteb tias yog Loos papal. Nws txoj kev siv Tshwmsim tshooj kaum xya kuj muaj qhov yuam kev vim nws tsis muaj peev xwm pom tau keeb kwm yaj saub uas txuas ntxiv dhau ntawm lub hwj chim kev puam tsuaj thib ob uas yog papalism. Vim li no, thaum Miller txheeb xyuas lub hwj chim Loos hauv Daniyee tej yaj saub, nws saib lawv zoo li yog ib lub hwj chim xwb uas los nyob rau hauv ob theem. Qhov ntawd yav tas los yog, thiab tam sim no tseem yog, ib txoj kev siv uas raug, tiam sis nws txwv tsis pub nws to taub txog tej nceeg vaj hauv Vajlugkub yaj saub tias yog ib yam dab tsi uas ncav tsis dhau ib lub nceeg vaj thib plaub uas Loos sawv cev. Nws pom thiab txheeb xyuas tias lub nceeg vaj thib plaub uas yog Loos muaj ob theem, sawv cev ua Loos pagan thiab Loos papal, tiam sis nws tsis muaj peev xwm pom tau tias Loos papal kuj yog lub nceeg vaj thib tsib thiab yuav tsum muaj ib lub nceeg vaj thib rau los tom qab.</w:t>
      </w:r>
    </w:p>
    <w:p>
      <w:pPr>
        <w:pStyle w:val="ArticleBody"/>
        <w:jc w:val="left"/>
      </w:pPr>
      <w:r>
        <w:rPr>
          <w:rFonts w:ascii="Times New Roman" w:hAnsi="Times New Roman" w:eastAsia="Times New Roman" w:cs="Times New Roman"/>
        </w:rPr>
        <w:t>Hauv Daniyee tshooj ob, cov Millerites tau coj tej ntsiab ntawm lub nceeg vaj thib tsib hauv Vajlugkub tej lus faj lem los sib xyaw nrog lub nceeg vaj thib plaub. Nyob rau theem yooj yim tshaj, lawv txoj kev siv yog raug, tabsis tsis tiav, rau qhov thawj qhov kev hais txog cov nceeg vaj hauv Vajlugkub tej lus faj lem yuav tsum sib haum nrog qhov kawg kev hais txog cov nceeg vaj hauv Vajlugkub tej lus faj lem, vim Yexus, raws li Alpha thiab Omega, ib txwm nthuav qhia qhov kawg los ntawm qhov pib. Vim tsis muaj peev xwm pom qhov sib txawv ntawm ob lub nceeg vaj uas los raws ib theem zuj zus, thiaj ua rau Miller tsis muaj peev xwm lees paub tias Qhia Tshwm tshooj kaum ob tab tom txheeb paganism (tus zaj), thiab tus tsiaj nyaum hauv hiav txwv ntawm Qhia Tshwm tshooj kaum peb, ua papalism (tus tsiaj nyaum), thiab tus tsiaj nyaum hauv ntiajteb ntawm Qhia Tshwm tshooj kaum peb ua apostate Protestantism (tus yaj saub cuav).</w:t>
      </w:r>
    </w:p>
    <w:p>
      <w:pPr>
        <w:pStyle w:val="ArticleBody"/>
        <w:jc w:val="left"/>
      </w:pPr>
      <w:r>
        <w:rPr>
          <w:rFonts w:ascii="Times New Roman" w:hAnsi="Times New Roman" w:eastAsia="Times New Roman" w:cs="Times New Roman"/>
        </w:rPr>
        <w:t>Miller tsis muaj peev xwm pom tus zaj, tus tsiaj nyaum, thiab tus yaj saub cuav raws li peb lub nceeg vaj uas los sib law liag hauv Tshooj kaum ob thiab kaum peb ntawm Phau Ntawv Qhia Tshwm, thiab vim li ntawd nws thiaj raug yuam los ntawm nws txoj kev txiav txim raws li lus faj lem kom xaus hais tias ob tshooj ntawd tsis yog ib daim duab qhia uas los sib law liag txog peb lub hwj chim uas coj lub ntiaj teb mus rau Armageddon. Qhov kaj uas Miller tau txais yog qhov kaj uas zoo meej rau nws tiam neeg, thiab nws tiam neeg raug sim los ntawm qhov kaj ntawd.</w:t>
      </w:r>
    </w:p>
    <w:p>
      <w:pPr>
        <w:pStyle w:val="ArticleBody"/>
        <w:jc w:val="left"/>
      </w:pPr>
      <w:r>
        <w:rPr>
          <w:rFonts w:ascii="Times New Roman" w:hAnsi="Times New Roman" w:eastAsia="Times New Roman" w:cs="Times New Roman"/>
        </w:rPr>
        <w:t>Lub teeb ntawm peb lub hwjchim ua kev puas tsuaj (zaj, tsiaj qus, thiab tus cev lus dag), tau muab rau Future for America thaum “lub sijhawm kawg,” xyoo 1989. Nqe hauv Daniyees uas tau qhib lub cim nrog kev poob ntawm Soviet Union raws li kev ua tiav ntawm Daniyees tshooj kaum ib, thiab nqe plaub caug, yog lub teeb ntawm tus timtswv thib peb, hos Miller tau txais lub teeb ntawm tus timtswv thawj. Rau nqe kawg ntawm Daniyees tshooj kaum ib, tau pom tias yog lub hauv paus thiab tus ncej tseem ceeb nruab nrab ntawm kev txav ntawm Future for America, thiab nqe plaub caug, ntawm Daniyees tshooj kaum ib, yog qhov sau luv luv hais txog lub teeb ntawd, ib yam li nqe kaum peb thiab kaum plaub, ntawm Daniyees tshooj yim, tau sau luv luv hais txog lub teeb uas tau qhib lub cim hauv kev txav Millerite.</w:t>
      </w:r>
    </w:p>
    <w:p>
      <w:pPr>
        <w:pStyle w:val="ArticleScripture"/>
        <w:jc w:val="left"/>
      </w:pPr>
      <w:r>
        <w:rPr>
          <w:rFonts w:ascii="Times New Roman" w:hAnsi="Times New Roman" w:eastAsia="Times New Roman" w:cs="Times New Roman"/>
        </w:rPr>
        <w:t>Thiab thaum txog lub caij kawg, vajntxwv sab qab teb yuav thawb tawm tsam nws; thiab vajntxwv sab qaum teb yuav tuaj tawm tsam nws ib yam li cua daj cua dub, nrog tej tsheb nees rog, thiab nrog cov neeg caij nees, thiab nrog ntau lub nkoj; thiab nws yuav nkag mus rau hauv tej tebchaws, thiab yuav nyab hla thiab hla dhau mus. Daniel 11:40.</w:t>
      </w:r>
    </w:p>
    <w:p>
      <w:pPr>
        <w:pStyle w:val="ArticleBody"/>
        <w:jc w:val="left"/>
      </w:pPr>
      <w:r>
        <w:rPr>
          <w:rFonts w:ascii="Times New Roman" w:hAnsi="Times New Roman" w:eastAsia="Times New Roman" w:cs="Times New Roman"/>
        </w:rPr>
        <w:t>Nqe vajlugkub ntawd qhia txog ib qho kev ua rog uas tau pib thaum lub “sijhawm kawg” xyoo 1798, nyob nruab nrab ntawm tus vajntxwv sab qab teb thiab tus vajntxwv sab qaum teb. Tus vajntxwv sab qab teb sawv cev rau Fabkis uas tsis ntseeg Vajtswv, uas tau muab lub qhov txhab tuag rau txoj kev kav papacy rau tib xyoo ntawd. Hauv ntawd, papacy raug sawv cev ua tus vajntxwv sab qaum teb. Fabkis, raws li lus faj lem hauv xyoo 1798, yog ib feem kaum ntawm kaum lub nceeg vaj hauv Daniel tshooj xya. Kaum lub nceeg vaj ntawd sawv cev rau Loos pagan, thiab Loos pagan sawv cev rau tus zaj. Papacy (tus vajntxwv sab qaum teb) sawv cev rau tus tsiaj qus. Nqe vajlugkub ntawd qhia tias tus vajntxwv sab qaum teb (papacy), uas thaum pib ntawm nqe ntawd twb raug lub qhov txhab tuag lawm, thaum kawg yuav tawm tsam rov qab rau tus vajntxwv sab qab teb (tus vajntxwv ntawm kev tsis ntseeg Vajtswv). Thaum papacy tau tawm tsam rov qab tiag tiag, tus vajntxwv ntawm kev tsis ntseeg Vajtswv twb txav ntawm lub tebchaws Fabkis mus rau hauv lub koom pheej sib koom Soviet Union lawm. Fabkis yog ib lub tebchaws xwb; los thaum papacy tau tawm tsam rov qab rau tus vajntxwv sab qab teb hauv nqe ntawd, tus vajntxwv sab qab teb raug hu ua “tej tebchaws,” ib yam li yav tas los Soviet Union thiab.</w:t>
      </w:r>
    </w:p>
    <w:p>
      <w:pPr>
        <w:pStyle w:val="ArticleBody"/>
        <w:jc w:val="left"/>
      </w:pPr>
      <w:r>
        <w:rPr>
          <w:rFonts w:ascii="Times New Roman" w:hAnsi="Times New Roman" w:eastAsia="Times New Roman" w:cs="Times New Roman"/>
        </w:rPr>
        <w:t>Thaum tus vajntxwv qaum teb (lub hwjchim papacy) thim rov qab, nws coj los nrog “tsheb nees,” “cov tub caij nees,” thiab “ntau lub nkoj.” Tsheb nees thiab cov tub caij nees yog cov cim ntawm lub zog tub rog, hos cov nkoj yog cov cim ntawm lub zog kev khwv nyiaj txiag. Lub hwjchim uas tsim ib txoj kev koom tes tsis dawb huv nrog papacy rau lub hom phiaj rhuav tshem Soviet Union yog Tebchaws Asmeskas, thiab ob hom zog ntawm Tebchaws Asmeskas nyob hauv Tshwmsim tshooj kaum peb raug qhia meej tias yog nws lub peev xwm yuam lub ntiajteb kom txais lub cim ntawm papacy txoj cai los ntawm lub zog ntawm riam phom thiab kev khwv nyiaj txiag. Tibneeg yuav raug txwv tsis pub yuav los yog muag yog tsis muaj lub cim ntawd, thiab ntxiv mus, yog tsis muaj lub cim ntawd, tibneeg yuav raug muab tua.</w:t>
      </w:r>
    </w:p>
    <w:p>
      <w:pPr>
        <w:pStyle w:val="ArticleBody"/>
        <w:jc w:val="left"/>
      </w:pPr>
      <w:r>
        <w:rPr>
          <w:rFonts w:ascii="Times New Roman" w:hAnsi="Times New Roman" w:eastAsia="Times New Roman" w:cs="Times New Roman"/>
        </w:rPr>
        <w:t>Nqe plaub caug kaum no qhia meej tseeb txog tus zaj (vajntxwv sab qab teb), tus tsiaj nyaum (lub hwj chim papacy) thiab tus yaj saub cuav (Tebchaws Meskas). Nqe hauv paus rau “lub sijhawm kawg” xyoo 1989 no, qhia txog peb lub hwj chim ua kev puam tsuaj uas coj lub ntiajteb mus rau Armageddon, ib yam li cov nqe hauv paus ntawm kev txav Millerite tau qhia txog ob lub hwj chim ua kev puam tsuaj ntawm kev pe hawm dab mlom, ces tom qab ntawd yog papalism.</w:t>
      </w:r>
    </w:p>
    <w:p>
      <w:pPr>
        <w:pStyle w:val="ArticleBody"/>
        <w:jc w:val="left"/>
      </w:pPr>
      <w:r>
        <w:rPr>
          <w:rFonts w:ascii="Times New Roman" w:hAnsi="Times New Roman" w:eastAsia="Times New Roman" w:cs="Times New Roman"/>
        </w:rPr>
        <w:t>Nqe no pib nrog ib txoj kev sib ntaus sib tua ntawm vajntxwv sab qab teb thiab vajntxwv sab qaum teb. Thaum pib ntawm nqe no (1798), vajntxwv sab qab teb yog tus yeej, tiam sis nyob hauv nqe no vajntxwv sab qaum teb rov tawm tsam thiab yeej vajntxwv sab qab teb. Thaum pib ntawm nqe no cim txog txoj kev sib ntaus sib tua ntawm vajntxwv sab qaum teb thiab vajntxwv sab qab teb, thiab nyob rau qhov xaus ntawm zaj lus uas muaj nyob hauv nqe no kuj piav txog tib txoj kev sib ntaus sib tua ntawm vajntxwv sab qaum teb thiab sab qab teb, tiamsis nrog cov txiaj ntsig uas rov qab sib txawv. Thaum pib cim txog “lub sijhawm kawg” xyoo 1798, thiab txoj kev sib ntaus sib tua kawg cim txog “lub sijhawm kawg” xyoo 1989. Hauv nws tej lus tim khawv uas tau sau cia, nqe no muaj kos npe Alpha thiab Omega, tus Pib thiab tus Kawg.</w:t>
      </w:r>
    </w:p>
    <w:p>
      <w:pPr>
        <w:pStyle w:val="ArticleBody"/>
        <w:jc w:val="left"/>
      </w:pPr>
      <w:r>
        <w:rPr>
          <w:rFonts w:ascii="Times New Roman" w:hAnsi="Times New Roman" w:eastAsia="Times New Roman" w:cs="Times New Roman"/>
        </w:rPr>
        <w:t>Keeb kwm tiag tiag ntawm nqe no tseem txuas mus ntxiv dhau qhov kev poob cev qhev ntawm Soviet Union hauv xyoo 1989, mus txog rau txoj cai Hnub Caiv hauv nqe plaub caug ib. Ntawm txoj cai Hnub Caiv ntawd, kev koom ua ib lub cev peb txheej ntawm Npanpiloo niaj hnub no raug tsim los ntawm ib txheej xwm sai sai sib law liag. Vim li ntawd, nqe plaub caug pib thaum lub qhov txhab uas tuag taus raug muab rau hauv xyoo 1798, thiab tus niam ntiav ntawm Tyre raug hnov qab. Keeb kwm uas nqe ntawd sawv cev rau xaus tag nrho kiag ntawm txoj cai Hnub Caiv hauv nqe plaub caug ib, uas yog qhov chaw uas lub qhov txhab uas tuag taus raug kho zoo lawm thiab tus niam ntiav ntawm Tyre raug nco txog. Lub cim qhia txog qhov pib thiab qhov xaus raug sau tsis yog tsuas yog rau saum cov ntawv uas muaj nyob hauv nqe ntawd xwb, tiamsis kuj raug sau rau saum tag nrho keeb kwm uas nqe ntawd sawv cev rau thiab. Nqe ntawd qhia txog tus qauv yaj saub uas tsis yog raws li kev pe mlom xwb (tus zaj) thiab kev ntseeg papal xwb (tus tsiaj nyaum), tiamsis nws qhia txog tus qauv ntawm peb lub hwjchim ua kom puam tsuaj uas coj lub ntiaj teb mus rau Armageddon.</w:t>
      </w:r>
    </w:p>
    <w:p>
      <w:pPr>
        <w:pStyle w:val="ArticleBody"/>
        <w:jc w:val="left"/>
      </w:pPr>
      <w:r>
        <w:rPr>
          <w:rFonts w:ascii="Times New Roman" w:hAnsi="Times New Roman" w:eastAsia="Times New Roman" w:cs="Times New Roman"/>
        </w:rPr>
        <w:t>Miller txoj qauv lus faj lem tau tshaj tawm txog kev tuaj txog ntawm Vajtswv txoj kev txiav txim xyuas, thiab txoj qauv lus faj lem ntawm Future for America tshaj tawm txog kev tuaj txog ntawm Vajtswv txoj kev txiav txim ua tiav. Thaum txog “lub sijhawm kawg” xyoo 1989, ib txheej txheem sim thiab ntxuav kom dawb huv muaj peb theem tau pib thaum rau nqe kawg ntawm Daniyees tshooj kaum ib raug qhib tawm thaum lub Soviet Union poob vau. Qhov sib txawv uas Miller tsuas pom kev teev dab thiab kev kav ntawm lub hwj chim papacy xwb, tiam sis tsis pom Protestantism uas tau thim kev ntseeg lawm, yuav tsum to taub kom raug thiaj li yuav to taub kom raug txog lub zeem muag ntawm tus Dej Ulai uas raug qhib tawm hauv xyoo 1798.</w:t>
      </w:r>
    </w:p>
    <w:p>
      <w:pPr>
        <w:pStyle w:val="ArticleBody"/>
        <w:jc w:val="left"/>
      </w:pPr>
      <w:r>
        <w:rPr>
          <w:rFonts w:ascii="Times New Roman" w:hAnsi="Times New Roman" w:eastAsia="Times New Roman" w:cs="Times New Roman"/>
        </w:rPr>
        <w:t>Peb yuav txuas ntxiv qhov kev xav txog ntawd nyob rau hauv tsab xov xwm tom ntej.</w:t>
      </w:r>
    </w:p>
    <w:p>
      <w:pPr>
        <w:pStyle w:val="ArticleScripture"/>
        <w:jc w:val="left"/>
      </w:pPr>
      <w:r>
        <w:rPr>
          <w:rFonts w:ascii="Times New Roman" w:hAnsi="Times New Roman" w:eastAsia="Times New Roman" w:cs="Times New Roman"/>
        </w:rPr>
        <w:t>“Peb tsis muaj sijhawm rau peb poob lawm. Lub sijhawm muaj kev kub ntxhov nyob tom hauv ntej peb. Lub ntiajteb raug ntxias sawv los nrog tus ntsuj plig ntawm kev ua tsov ua rog. Tsis ntev no cov xwm txheej ntawm kev txom nyem uas tau hais tseg hauv tej lus faj lem yuav tshwm sim. Lo lus faj lem hauv Daniyees tshooj kaum ib twb yuav luag txog nws txoj kev ua tiav puv npo lawm. Ntau yam keeb kwm uas twb tau tshwm sim los ua tiav raws li lo lus faj lem no lawm yuav rov muaj dua.”</w:t>
      </w:r>
    </w:p>
    <w:p>
      <w:pPr>
        <w:pStyle w:val="ArticleScripture"/>
        <w:jc w:val="left"/>
      </w:pPr>
      <w:r>
        <w:rPr>
          <w:rFonts w:ascii="Times New Roman" w:hAnsi="Times New Roman" w:eastAsia="Times New Roman" w:cs="Times New Roman"/>
        </w:rPr>
        <w:t>“Hauv nqe peb caug hais txog ib lub hwj chim uas ‘nqe 30 txog peb caug rau tau raug hais los saum no.’”</w:t>
      </w:r>
    </w:p>
    <w:p>
      <w:pPr>
        <w:pStyle w:val="ArticleScripture"/>
        <w:jc w:val="left"/>
      </w:pPr>
      <w:r>
        <w:rPr>
          <w:rFonts w:ascii="Times New Roman" w:hAnsi="Times New Roman" w:eastAsia="Times New Roman" w:cs="Times New Roman"/>
        </w:rPr>
        <w:t>“Tej xwm txheej uas zoo ib yam li cov uas tau piav tseg hauv cov lus no yuav tshwm sim.”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Tus Naj Npawb Peb Caug Tsib</dc:title>
  <dc:subject>Qhia Txog Tus Qauv Yaj Saub Uas Qhib Tawm: William Miller Txoj Kev Pom thiab Peb Lub Hwjchim Ua Kev Puas Ntsoog Uas Coj Mus Rau Armageddon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