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Daniel - Zaj Peb Caug Yim</w:t>
      </w:r>
    </w:p>
    <w:p>
      <w:pPr>
        <w:pStyle w:val="ArticleSubtitle"/>
        <w:jc w:val="left"/>
      </w:pPr>
      <w:r>
        <w:rPr>
          <w:rFonts w:ascii="Arial" w:hAnsi="Arial" w:eastAsia="Arial" w:cs="Arial"/>
        </w:rPr>
        <w:t>Qhib Cov Hniav Nyiaj Hniav Kub Tawm: William Miller Txoj Kev Npau Suav Txog Yaj Saub thiab Kev Rov Qab Los ntawm Qhov Tseeb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Hauv Miller zaj npau suav, ib txhais tes uas tsis pom raug xa ib lub thawv me tuaj rau nws. Hauv nws zaj npau suav, nws raug coj kom to taub qhov loj ntawm lub thawv ntawd tias yog “rau fab sib npaug” dav “kaum nti.” Kaum muab xyaum rau rau fab sib npaug ua ke yog peb puas rau caum, uas sawv cev rau cov hnub hauv ib xyoos yaj saub. Miller raug muab ib lub thawv uas muaj txoj xov uas nws yuav tsum tshaj tawm nyob hauv, thiab txoj xov uas nws yuav tsum tshaj tawm ntawd raug tsa los ntawm lub hauv paus ntsiab cai tias ib hnub hauv Vajlugkub tej yaj saub sawv cev rau ib xyoos. Lub thawv ntawd yog Vajlugkub, thiab rau Miller, Vajlugkub yuav tsum raug saib raws li qhov ntsuas ntawm lub hauv paus ntsiab cai “ib hnub rau ib xyoos” hauv Vajlugkub tej yaj saub.</w:t>
      </w:r>
    </w:p>
    <w:p>
      <w:pPr>
        <w:pStyle w:val="ArticleScripture"/>
        <w:jc w:val="left"/>
      </w:pPr>
      <w:r>
        <w:rPr>
          <w:rFonts w:ascii="Times New Roman" w:hAnsi="Times New Roman" w:eastAsia="Times New Roman" w:cs="Times New Roman"/>
        </w:rPr>
        <w:t>“Muaj ib tug yuam sij txuas nrog Vajtswv Txojlus uas qhib tau lub thawv nyiaj kub muaj nqis ntawd, rau peb txoj kev txaus siab thiab kev xyiv fab. Kuv hnov ua tsaug rau txhua txoj kab kaj. Yav tom ntej, tej kev paub dhau los uas tam sim no rau peb tseem tsis meej pem heev yuav raug piav qhia. Tej kev paub dhau los qee yam tej zaum peb yuav tsis to taub kiag li mus txog thaum tus cev nqaij daim tawv uas txawj tuag no yuav hnav tsis txawj tuag.” Manuscript Releases, volume 17, 261.</w:t>
      </w:r>
    </w:p>
    <w:p>
      <w:pPr>
        <w:pStyle w:val="ArticleBody"/>
        <w:jc w:val="left"/>
      </w:pPr>
      <w:r>
        <w:rPr>
          <w:rFonts w:ascii="Times New Roman" w:hAnsi="Times New Roman" w:eastAsia="Times New Roman" w:cs="Times New Roman"/>
        </w:rPr>
        <w:t>Muaj ib “tus yawm sij” dai nrog lub hleb rau hauv Miller zaj npau suav, uas sawv cev rau txoj kev txujci uas Miller raug coj kom siv.</w:t>
      </w:r>
    </w:p>
    <w:p>
      <w:pPr>
        <w:pStyle w:val="ArticleScripture"/>
        <w:jc w:val="left"/>
      </w:pPr>
      <w:r>
        <w:rPr>
          <w:rFonts w:ascii="Times New Roman" w:hAnsi="Times New Roman" w:eastAsia="Times New Roman" w:cs="Times New Roman"/>
        </w:rPr>
        <w:t>“Cov uas tab tom koom tes tshaj tawm txoj xov ntawm tus timtswv thib peb tab tom tshawb nrhiav Vajluskub raws li tib txoj kev uas Txiv Miller tau txais coj. Hauv phau ntawv me uas hu ua Views of the Prophecies and Prophetic Chronology, Txiv Miller muab cov cai yooj yim los yeej muaj kev txawj ntse thiab tseem ceeb hauv qab no rau kev kawm Vajluskub thiab kev txhais nws:—</w:t>
      </w:r>
    </w:p>
    <w:p>
      <w:pPr>
        <w:pStyle w:val="ArticleScripture"/>
        <w:jc w:val="left"/>
      </w:pPr>
      <w:r>
        <w:rPr>
          <w:rFonts w:ascii="Times New Roman" w:hAnsi="Times New Roman" w:eastAsia="Times New Roman" w:cs="Times New Roman"/>
        </w:rPr>
        <w:t>“[Cov cai ib txog tsib raws li tau hais tseg.]”</w:t>
      </w:r>
    </w:p>
    <w:p>
      <w:pPr>
        <w:pStyle w:val="ArticleScripture"/>
        <w:jc w:val="left"/>
      </w:pPr>
      <w:r>
        <w:rPr>
          <w:rFonts w:ascii="Times New Roman" w:hAnsi="Times New Roman" w:eastAsia="Times New Roman" w:cs="Times New Roman"/>
        </w:rPr>
        <w:t>“Qhov hais los saud no yog ib feem ntawm cov cai no; thiab hauv peb txoj kev kawm Vajlugkub peb txhua tus yuav ua tau zoo yog peb ua tib zoo mloog tej hauv paus ntsiab lus uas tau muab nthuav tawm.” Review and Herald, November 25, 1884.</w:t>
      </w:r>
    </w:p>
    <w:p>
      <w:pPr>
        <w:pStyle w:val="ArticleBody"/>
        <w:jc w:val="left"/>
      </w:pPr>
      <w:r>
        <w:rPr>
          <w:rFonts w:ascii="Times New Roman" w:hAnsi="Times New Roman" w:eastAsia="Times New Roman" w:cs="Times New Roman"/>
        </w:rPr>
        <w:t>Thaum Miller qhib lub thawv, nws pom “txhua yam thiab txhua qhov loj me ntawm tej hlaws muaj nqis, pob zeb diamond, pob zeb muaj nqis, thiab nyiaj kub thiab nyiaj dawb npib ntawm txhua yam loj thiab txhua qib nqi, teem cia zoo nkauj raws li lawv tej chaw nyob nyias hauv lub thawv; thiab thaum lawv raug teem li ntawd lawm lawv thiaj ci tawm ib txoj kev kaj thiab hwjchim ci ntsa iab uas tsuas muaj lub hnub xwb thiaj phim tau.” Miller nrhiav pom cov hlaws muaj nqis ntawm tej qhov tseeb uas ua ke los tsim cov hauv paus ntsiab lus tseeb ntawm Adventism. Tej qhov tseeb uas nws pom ntawd “raug teem cia” raws li kev txiav txim zoo meej thiab ci tawm qhov kaj ntawm lub hnub.</w:t>
      </w:r>
    </w:p>
    <w:p>
      <w:pPr>
        <w:pStyle w:val="ArticleBody"/>
        <w:jc w:val="left"/>
      </w:pPr>
      <w:r>
        <w:rPr>
          <w:rFonts w:ascii="Times New Roman" w:hAnsi="Times New Roman" w:eastAsia="Times New Roman" w:cs="Times New Roman"/>
        </w:rPr>
        <w:t>Tom qab ntawd Miller tau muab cov lus tseeb “tsa rau saum ib lub rooj nruab nrab” thiab hu kom sawv daws “los thiab saib.” “Los thiab saib,” yog ib lub cim uas muab rho tawm los ntawm kev qhib cov foob hauv phau Ntawv Qhia Tshwm, thiab Miller sawv cev rau cov neeg txawj ntse uas to taub zaj lus ntawm Daniyee uas tau raug qhib foob xyoo 1798. Cov lus tseeb uas Miller tau muab tsa rau saum lub rooj, yog cov lus tseeb uas raug qhib foob tawm hauv phau Daniyee, uas tau raug qhib los ntawm Tsov Ntxhuav ntawm xeem Yudas, thiab cov ntawd yuav tsum los sim xyuas tiam neeg uas tseem muaj sia nyob thaum lawv raug qhib foob. Vim li no, plaub tug tsiaj nyaum hauv Phau Ntawv Qhia Tshwm uas cuam tshuam nrog plaub lub foob thawj, thiab Miller, tau hu tawm rau tiam neeg ntawd kom “los thiab saib.”</w:t>
      </w:r>
    </w:p>
    <w:p>
      <w:pPr>
        <w:pStyle w:val="ArticleScripture"/>
        <w:jc w:val="left"/>
      </w:pPr>
      <w:r>
        <w:rPr>
          <w:rFonts w:ascii="Times New Roman" w:hAnsi="Times New Roman" w:eastAsia="Times New Roman" w:cs="Times New Roman"/>
        </w:rPr>
        <w:t>Thiab kuv pom thaum tus Menyuam Yaj qhib ib lub foob, thiab kuv hnov ib lub suab zoo li suab xob quaj nroo, ib tug ntawm plaub tug tsiaj muaj sia hais tias, Los saib. Thiab kuv pom, saib seb, ib tug nees dawb; tus uas caij nws tuav ib rab hneev; thiab ib lub mom kub raug muab rau nws; ces nws tawm mus yeej, thiab kom yeej ntxiv. Thiab thaum nws qhib lub foob thib ob, kuv hnov tus tsiaj muaj sia thib ob hais tias, Los saib. Thiab muaj dua ib tug nees tawm mus uas liab; thiab hwjchim raug muab rau tus uas caij saum nws kom tshem kev thaj yeeb tawm hauv ntiajteb mus, thiab kom lawv sib tua tua; thiab muaj ib rab ntaj loj raug muab rau nws. Thiab thaum nws qhib lub foob thib peb, kuv hnov tus tsiaj muaj sia thib peb hais tias, Los saib. Thiab kuv ntsia, saib seb, ib tug nees dub; tus uas caij nws muaj ib nkawm chais ntsuas nyob hauv nws txhais tes. Thiab kuv hnov ib lub suab nyob nruab nrab ntawm plaub tug tsiaj muaj sia hais tias, Ib lub ntsuas nplej mog rau ib lub nyiaj ib npib, thiab peb lub ntsuas nplej barley rau ib lub nyiaj ib npib; thiab ceev faj tsis txhob ua phem rau roj thiab cawv txiv hmab. Thiab thaum nws qhib lub foob thib plaub, kuv hnov lub suab ntawm tus tsiaj muaj sia thib plaub hais tias, Los saib. Thiab kuv ntsia, saib seb, ib tug nees daj ntseg; thiab tus uas caij nws lub npe hu ua Kev Tuag, thiab Dab Teb raws nws qab los. Thiab hwjchim raug muab rau nkawd kav ib feem plaub ntawm ntiajteb, kom tua los ntawm rab ntaj, thiab los ntawm kev tshaib plab, thiab los ntawm kev tuag, thiab los ntawm cov tsiaj qus hauv ntiajteb. Tshwmsim 6:1–8.</w:t>
      </w:r>
    </w:p>
    <w:p>
      <w:pPr>
        <w:pStyle w:val="ArticleBody"/>
        <w:jc w:val="left"/>
      </w:pPr>
      <w:r>
        <w:rPr>
          <w:rFonts w:ascii="Times New Roman" w:hAnsi="Times New Roman" w:eastAsia="Times New Roman" w:cs="Times New Roman"/>
        </w:rPr>
        <w:t>Yexus Khetos, uas raug sawv cev ua Tsov Ntxhuav ntawm xeem Yudas, yog tus qhib phau ntawv uas raug kaw ruaj nrog xya lub cim nyob hauv phau Ntawv Qhia Tshwm, thiab yog Tsov Ntxhuav ntawm xeem Yudas uas qhib tej lub pov haum uas Miller tau muab tso saum rooj, ces tshaj tawm kom sawv daws “los saib.”</w:t>
      </w:r>
    </w:p>
    <w:p>
      <w:pPr>
        <w:pStyle w:val="ArticleBody"/>
        <w:jc w:val="left"/>
      </w:pPr>
      <w:r>
        <w:rPr>
          <w:rFonts w:ascii="Times New Roman" w:hAnsi="Times New Roman" w:eastAsia="Times New Roman" w:cs="Times New Roman"/>
        </w:rPr>
        <w:t>Cov lus tseeb uas nws nrhiav tau ntawd tau raug piav qhia kom pom tseeb meej rau saum daim ntawv qhia thawj coj xyoo 1843, uas Muam White tau hais tias raug coj los ntawm tus Tswv txhais tes, tib txhais tes uas tsis pom ntawd uas tau nqa lub thawv puv npo hniav nyiaj hniav kub los rau Miller. Peb puas daim ntawv qhia uas raug tsim tawm hauv xyoo 1842 ntawd, yog qhov ua tiav raws li Habakkuk tej lus txib kom sau zaj yog toog pom thiab ua kom nws meej rau saum tej txiag. Miller lub rooj nyob nruab nrab ntawm nws chav sawv cev rau peb puas daim ntawv qhia (txiag) uas cov tub txib Millerite tau nqa mus rau lub ntiaj teb xyoo 1842 thiab 1843. Daim ntawv qhia ntawd, ua ke nrog daim ntawv qhia thawj coj xyoo 1850, yog “tej txiag” hauv Habakkuk tshooj ob.</w:t>
      </w:r>
    </w:p>
    <w:p>
      <w:pPr>
        <w:pStyle w:val="ArticleScripture"/>
        <w:jc w:val="left"/>
      </w:pPr>
      <w:r>
        <w:rPr>
          <w:rFonts w:ascii="Times New Roman" w:hAnsi="Times New Roman" w:eastAsia="Times New Roman" w:cs="Times New Roman"/>
        </w:rPr>
        <w:t>“Thaum yog tim khawv sib koom ntawm cov xibfwb qhuab qhia thiab cov ntawv xov xwm ntawm Kev Los Zaum Ob, thaum lawv sawv ruaj rau saum ‘txoj kev ntseeg thawj thaum chiv thawj,’ tias kev luam tawm daim ntawv qhia yog kev ua tiav ntawm Habakkuk 2:2, 3. Yog tias daim ntawv qhia yog ib lub ntsiab lus ntawm txoj lus faj lem (thiab cov uas tsis lees qhov no yog cov uas tso txoj kev ntseeg thawj thaum chiv thawj tseg), ces qhov ntawd ua raws tias BC 457 yog lub xyoo uas yuav tsum muab ua chaw pib suav rau 2300 hnub. Nws yog qhov tsim nyog tias 1843 yuav tsum yog thawj lub sijhawm uas raug tshaj tawm, xwv kom ‘lub zeem muag’ thiaj ‘ncua,’ lossis kom muaj ib lub sijhawm ncua, uas pab nkauj xwb yuav tsum tsaug zog thiab pw tsaug zog nyob rau saum lub ntsiab lus loj txog lub sijhawm, ua ntej lawv yuav raug tsa sawv los ntawm Kev Quaj Thaum Ib Tag Hmo.” James White, Second Advent Review and Sabbath Herald, Volume 1, Number 2.</w:t>
      </w:r>
    </w:p>
    <w:p>
      <w:pPr>
        <w:pStyle w:val="ArticleBody"/>
        <w:jc w:val="left"/>
      </w:pPr>
      <w:r>
        <w:rPr>
          <w:rFonts w:ascii="Times New Roman" w:hAnsi="Times New Roman" w:eastAsia="Times New Roman" w:cs="Times New Roman"/>
        </w:rPr>
        <w:t>Cov neeg uas tau pib teb rau txoj xov (cov hniav nyiaj hniav kub) uas tom qab ntawd raug sawv cev rau saum Habakkuk lub rooj, thaum xub thawj tsuas muaj ob peb leeg xwb, tiam sis nrog rau kev lees paub txog txoj cai ib hnub sawv cev rau ib xyoos thaum Lub Yim Hli 11, 1840, cov neeg ntawd “loj hlob mus ua ib pab coob.”</w:t>
      </w:r>
    </w:p>
    <w:p>
      <w:pPr>
        <w:pStyle w:val="ArticleScripture"/>
        <w:jc w:val="left"/>
      </w:pPr>
      <w:r>
        <w:rPr>
          <w:rFonts w:ascii="Times New Roman" w:hAnsi="Times New Roman" w:eastAsia="Times New Roman" w:cs="Times New Roman"/>
        </w:rPr>
        <w:t>“Thaum txog lub sijhawm uas twb tau teev tseg lawm, Turkey, los ntawm nws cov sawv cev nom tswv, tau txais kev tiv thaiv ntawm cov hwj chim koom tes hauv tebchaws Europe, thiab yog li ntawd nws tau muab nws tus kheej tso rau hauv kev tswj hwm ntawm cov tebchaws Khixatia. Qhov xwm txheej ntawd tau ua kom tiav raws nraim li lo lus faj lem tau hais tseg. Thaum qhov no raug paub lawm, neeg coob coob tau ntseeg ruaj txog qhov raug tseeb ntawm cov ntsiab cai ntawm kev txhais lus faj lem uas Miller thiab nws cov npoj yaig tau lees txais, thiab ib lub zog txhawb uas xav tsis thoob tau raug pub rau txoj kev txav los ntawm kev los txog. Cov txiv neej uas muaj kev kawm thiab muaj koob meej tau koom nrog Miller, ob leeg hauv kev tshaj tawm thiab hauv kev luam tawm nws tej kev xav, thiab txij xyoo 1840 mus txog 1844 txoj haujlwm ntawd tau nthuav dav sai heev.” The Great Controversy, 334, 335.</w:t>
      </w:r>
    </w:p>
    <w:p>
      <w:pPr>
        <w:pStyle w:val="ArticleBody"/>
        <w:jc w:val="left"/>
      </w:pPr>
      <w:r>
        <w:rPr>
          <w:rFonts w:ascii="Times New Roman" w:hAnsi="Times New Roman" w:eastAsia="Times New Roman" w:cs="Times New Roman"/>
        </w:rPr>
        <w:t>Ces cov neeg coob coob txawm pib los tsim txom cov hniav nyiaj hniav kub. Nyob rau lub sijhawm ntawd Miller yuav los txheeb qhia txog kev tawg khiav ri niab ntawm cov hniav nyiaj hniav kub. Lo lus “tawg khiav ri niab” yog ib yam ntawm cov cim tseem ceeb tshaj plaws hauv Leviticus nees nkaum-rau hais txog “xya lub sij hawm,” thiab Miller siv ib hom txawv ntawm lo lus “tawg khiav ri niab” kaum zaug hauv kev nthuav qhia nws zaj npau suav. “Kaum” yog lub cim ntawm ib qho kev sim siab, thiab nws qhia txog txoj kev to taub uas yog txog lub ntsiab lus cim ntawm Miller cov hniav nyiaj hniav kub uas “tawg khiav ri niab” raws li ib qho kev sim siab cev Vajlugkub rau cov uas qhov kawg ntawm lub ntiaj teb tau los txog saum lawv lawm.</w:t>
      </w:r>
    </w:p>
    <w:p>
      <w:pPr>
        <w:pStyle w:val="ArticleBody"/>
        <w:jc w:val="left"/>
      </w:pPr>
      <w:r>
        <w:rPr>
          <w:rFonts w:ascii="Times New Roman" w:hAnsi="Times New Roman" w:eastAsia="Times New Roman" w:cs="Times New Roman"/>
        </w:rPr>
        <w:t>Kev tsis lees txais lub pob zeb muaj nqis ntawm “xya zaug” yog thawj lub pob zeb muaj nqis uas Laodicean Adventism muab tso tseg thaum lawv poob rau hauv txoj kev sim ntawm Mauxes txoj “kev tawg ri niab,” uas Eliyas (Miller) tau nthuav tawm, xyoo 1863. Txij lub sij hawm ntawd mus lawm, cov pob zeb muaj nqis ntawd yuav raug tawg ri niab zuj zus ntxiv, sib xyaw nrog cov cuav, thiab thaum kawg raug npog zais tag nrho. Kev npog zais cov pob zeb muaj nqis ntawd thaum kawg yuav mus txog ib theem uas lub thawv ntim (Phau Vajlugkub) yuav raug rhuav tshem.</w:t>
      </w:r>
    </w:p>
    <w:p>
      <w:pPr>
        <w:pStyle w:val="ArticleBody"/>
        <w:jc w:val="left"/>
      </w:pPr>
      <w:r>
        <w:rPr>
          <w:rFonts w:ascii="Times New Roman" w:hAnsi="Times New Roman" w:eastAsia="Times New Roman" w:cs="Times New Roman"/>
        </w:rPr>
        <w:t>Hauv hauv Miller txoj kev npau suav muaj ib qho kev sib txawv uas pom tseeb ntawm thawj “xya zaug” uas Miller siv lo lus “scatter,” thiab peb zaug kawg uas nws siv lo lus ntawd. Tom qab nws hais txog “scatter” “xya zaug,” nws “poob siab thiab qaug zog hauv siab tag nrho, ces nws zaum los quaj.”</w:t>
      </w:r>
    </w:p>
    <w:p>
      <w:pPr>
        <w:pStyle w:val="ArticleBody"/>
        <w:jc w:val="left"/>
      </w:pPr>
      <w:r>
        <w:rPr>
          <w:rFonts w:ascii="Times New Roman" w:hAnsi="Times New Roman" w:eastAsia="Times New Roman" w:cs="Times New Roman"/>
        </w:rPr>
        <w:t>Ua ntej Khetos, uas raug sawv cev ua Tsov Ntxhuav ntawm xeem Yudas, pib nws tes haujlwm qhib lub phau ntawv uas raug kaw nrog xya lub cim nyob hauv phau Ntawv Qhia Tshwm, Yauhas quaj. Yauhas thiab Miller nkawd ob leeg quaj thaum nkawd to taub tias lub hleb nyiaj kub (Vajtswv Txojlus) twb raug muab faus zais cia los ntawm tej pob zeb muaj nqis cuav lawm.</w:t>
      </w:r>
    </w:p>
    <w:p>
      <w:pPr>
        <w:pStyle w:val="ArticleScripture"/>
        <w:jc w:val="left"/>
      </w:pPr>
      <w:r>
        <w:rPr>
          <w:rFonts w:ascii="Times New Roman" w:hAnsi="Times New Roman" w:eastAsia="Times New Roman" w:cs="Times New Roman"/>
        </w:rPr>
        <w:t>Thiab kuv pom hauv sab tes xis ntawm Tus uas zaum saum lub zwm txwv muaj ib phau ntawv uas sau rau sab hauv thiab sab nraud, raug muab ntim kaw nrog xya lub foob. Thiab kuv pom ib tug tim tswv muaj hwj chim tshaj tawm nrog suab nrov nrov hais tias, Leej twg thiaj tsim nyog qhib tau phau ntawv no, thiab daws tau nws tej foob? Thiab tsis muaj leejtwg nyob saum ntuj, los yog hauv ntiajteb, los yog hauv qab ntiajteb, muaj peev xwm qhib phau ntawv ntawd, thiab tsis muaj leejtwg muaj peev xwm saib tau rau hauv. Ces kuv quaj heev, vim tsis pom muaj leejtwg tsim nyog qhib thiab nyeem tau phau ntawv ntawd, thiab tsis muaj leejtwg tsim nyog saib tau rau hauv. Thiab ib tug ntawm cov txwj laus hais rau kuv tias, Tsis txhob quaj: saib seb, Tsov Ntxhuav ntawm xeem Yuda, Caj Cees ntawm Daviv, twb kov yeej lawm kom thiaj qhib tau phau ntawv no, thiab daws tau nws xya lub foob. Qhia Tshwm 5:1–5.</w:t>
      </w:r>
    </w:p>
    <w:p>
      <w:pPr>
        <w:pStyle w:val="ArticleBody"/>
        <w:jc w:val="left"/>
      </w:pPr>
      <w:r>
        <w:rPr>
          <w:rFonts w:ascii="Times New Roman" w:hAnsi="Times New Roman" w:eastAsia="Times New Roman" w:cs="Times New Roman"/>
        </w:rPr>
        <w:t>Thaum kev tsis lees txais cov nyiaj kub muaj nqis uas Miller nrhiav tau thiab nthuav qhia rau lub ntiajteb no nce zuj zus mus txog theem uas phau Vajlugkub (lub thawv ntim) raug rhuav tshem lawm, ces Miller quaj.</w:t>
      </w:r>
    </w:p>
    <w:p>
      <w:pPr>
        <w:pStyle w:val="ArticleScripture"/>
        <w:jc w:val="left"/>
      </w:pPr>
      <w:r>
        <w:rPr>
          <w:rFonts w:ascii="Times New Roman" w:hAnsi="Times New Roman" w:eastAsia="Times New Roman" w:cs="Times New Roman"/>
        </w:rPr>
        <w:t>“Kuv thiaj pom hais tias nyob hauv cov pob zeb muaj nqes thiab cov npib tseeb lawv twb muab txau tawg ua ke nrog ib co pob zeb muaj nqes cuav thiab npib dag ntau heev uas suav tsis txheeb. Kuv npau taws heev rau lawv tej kev coj tsis tsim txiaj thiab kev tsis txaus siab, thiab kuv qhuab ntuas thiab cem lawv vim li ntawd; tiam sis kuv qhuab ntuas lawv ntau npaum li cas, lawv yim txau cov pob zeb muaj nqes cuav thiab cov npib dag ntawd tov nrog cov tseeb ntau npaum li ntawd.”</w:t>
      </w:r>
    </w:p>
    <w:p>
      <w:pPr>
        <w:pStyle w:val="ArticleScripture"/>
        <w:jc w:val="left"/>
      </w:pPr>
      <w:r>
        <w:rPr>
          <w:rFonts w:ascii="Times New Roman" w:hAnsi="Times New Roman" w:eastAsia="Times New Roman" w:cs="Times New Roman"/>
        </w:rPr>
        <w:t>“Tom qab ntawd kuv tus ntsuj plig cev nqaij daim tawv txawm raug ntxhov siab heev, thiab kuv pib siv zog cev nqaij daim tawv thawb lawv tawm hauv chav; tiam sis thaum kuv tab tom thawb ib tug tawm lawm, peb tug ntxiv tseem yuav nkag los thiab nqa av qias neeg thiab tej txiab ntoo thiab xuab zeb thiab txhua yam khib nyiab los, mus txog thaum lawv npog tas txhua lub pov haum tseeb, pob zeb diamond, thiab tej npib, uas txhua yam ntawd twb raug zais tsis pom lawm. Lawv kuj muab kuv lub thawv nyiaj txiag rhuav ua tej daim thiab muab nws pov tawg ua ke nrog cov khib nyiab. Kuv xav tias tsis muaj ib tug neeg twg quav ntsej txog kuv txoj kev tu siab lossis kuv txoj kev npau taws. Kuv txawm poob siab thiab qaug siab tag nrho, ces zaum nqes thiab quaj.”</w:t>
      </w:r>
    </w:p>
    <w:p>
      <w:pPr>
        <w:pStyle w:val="ArticleBody"/>
        <w:jc w:val="left"/>
      </w:pPr>
      <w:r>
        <w:rPr>
          <w:rFonts w:ascii="Times New Roman" w:hAnsi="Times New Roman" w:eastAsia="Times New Roman" w:cs="Times New Roman"/>
        </w:rPr>
        <w:t>Ntawm qhov no hauv nws zaj npau suav, lo lus “scatter” tau raug siv “xya zaug.” Peb qhov siv zaum kawg no txawv ntawm thawj xya qhov, yog li ntawd thiaj muab ib lub cim yaj saub tso rau saum xya qhov kev tawg khiav ntawd ua ib lub cim ntawm “xya lub sij hawm” hauv Leviticus nees nkaum rau. Miller zaj npau suav thib ob, ib yam li Nebuchadnezzar zaj npau suav thib ob, cim qhia txog “xya lub sij hawm.”</w:t>
      </w:r>
    </w:p>
    <w:p>
      <w:pPr>
        <w:pStyle w:val="ArticleBody"/>
        <w:jc w:val="left"/>
      </w:pPr>
      <w:r>
        <w:rPr>
          <w:rFonts w:ascii="Times New Roman" w:hAnsi="Times New Roman" w:eastAsia="Times New Roman" w:cs="Times New Roman"/>
        </w:rPr>
        <w:t>Ib yam li rau Yauhas hauv Tshwm Sim tshooj tsib, thaum Miller quaj, tus txiv neej tuav txhuam av (Tus Tsov Ntxhuav ntawm xeem Yudas), ces “qhib ib lub qhov rooj” thiab nkag los rau hauv chav. Daim duab qhia txog Leej Txiv tuav phau ntawv uas raug kaw nrog xya lub foob, uas tsis muaj leejtwg qhib tau, thiab uas tau ua rau Yauhas quaj, tau pib hauv nqe ib ntawm tshooj plaub.</w:t>
      </w:r>
    </w:p>
    <w:p>
      <w:pPr>
        <w:pStyle w:val="ArticleScripture"/>
        <w:jc w:val="left"/>
      </w:pPr>
      <w:r>
        <w:rPr>
          <w:rFonts w:ascii="Times New Roman" w:hAnsi="Times New Roman" w:eastAsia="Times New Roman" w:cs="Times New Roman"/>
        </w:rPr>
        <w:t>Tom qab no kuv ntsia, thiab saib seb, muaj ib lub qhov rooj qhib nyob saum ntuj ceeb tsheej; thiab thawj lub suab uas kuv hnov zoo li yog suab raj ncas hais lus nrog kuv; uas hais tias, Cia li nce los ntawm no, thiab kuv yuav qhia rau koj tej yam uas yuav tsum muaj tshwm sim tom qab no. Tshwmsim 4:1.</w:t>
      </w:r>
    </w:p>
    <w:p>
      <w:pPr>
        <w:pStyle w:val="ArticleBody"/>
        <w:jc w:val="left"/>
      </w:pPr>
      <w:r>
        <w:rPr>
          <w:rFonts w:ascii="Times New Roman" w:hAnsi="Times New Roman" w:eastAsia="Times New Roman" w:cs="Times New Roman"/>
        </w:rPr>
        <w:t>Miller quaj ntsuag thiab pom ib lub qhov rooj qhib. “Thaum kuv tseem quaj thiab tu siab li no vim kuv txoj kev poob loj thiab qhov kev lav ris uas nyob saum kuv, kuv nco txog Vajtswv, thiab thov Vajtswv kawg siab kawg ntsws kom Nws xa kev pab tuaj rau kuv. Tam sim ntawd lub qhov rooj qhib, thiab ib tug txivneej nkag los rau hauv chav, thaum ntawd cov neeg sawvdaws txawm tawm ntawm chav mus; thiab nws, tuav ib rab txhuam plua plav hauv nws txhais tes, qhib cov qhov rais, thiab pib txhuam cov av thiab cov khib nyiab tawm hauv chav.” Tsov Ntxhuav ntawm xeem Yudas thiab tus txivneej tuav rab txhuam av nkawd tuaj txog thaum ib lub qhov rooj qhib, thaum Yauhas thiab Miller quaj ntsuag. Kev qhib ib lub qhov rooj yog ib lub cim ntawm kev hloov lub caij nyoog faib haujlwm dawb huv.</w:t>
      </w:r>
    </w:p>
    <w:p>
      <w:pPr>
        <w:pStyle w:val="ArticleBody"/>
        <w:jc w:val="left"/>
      </w:pPr>
      <w:r>
        <w:rPr>
          <w:rFonts w:ascii="Times New Roman" w:hAnsi="Times New Roman" w:eastAsia="Times New Roman" w:cs="Times New Roman"/>
        </w:rPr>
        <w:t>Nrog Miller, nws quaj, thiab ib lub qhov rooj raug qhib, tiam sis nws kuj tau thov Vajtswv thiab. “Kuv poob siab kawg nkaus thiab lub siab qaug zog tag, ces kuv txawm zaum thiab quaj. Thaum kuv tseem tab tom quaj thiab tu siab vim kuv txoj kev poob loj thiab txoj kev lav ris, kuv nco txog Vajtswv, thiab thov Vajtswv kawg siab kawg ntsws kom Nws xa kev pab tuaj rau kuv. Tam sim ntawd lub qhov rooj txawm qhib, thiab muaj ib tug txiv neej nkag los hauv chav, thaum ntawd txhua tus neeg txawm tawm hauv chav mus; thiab nws, tuav ib rab txhuam av hauv tes, qhib tej qhov rais, thiab pib txhuam av thiab tej khib nyiab tawm hauv chav.”</w:t>
      </w:r>
    </w:p>
    <w:p>
      <w:pPr>
        <w:pStyle w:val="ArticleBody"/>
        <w:jc w:val="left"/>
      </w:pPr>
      <w:r>
        <w:rPr>
          <w:rFonts w:ascii="Times New Roman" w:hAnsi="Times New Roman" w:eastAsia="Times New Roman" w:cs="Times New Roman"/>
        </w:rPr>
        <w:t>Txoj kev thov Vajtswv uas yog ib lub cim taw qhia hauv keeb kwm ntawm hnub kawg, yog txoj kev thov Vajtswv uas Daniel thiab peb tug neeg tsim txiaj tau cim tseg hauv tshooj ob, thiab kuj yog qhov Daniel tau cim tseg hauv tshooj cuaj. Nws yog txoj kev thov Vajtswv ntawm Leviticus nees nkaum rau txog “xya zaug,” uas ob tug timkhawv hauv Tshwm Sim kaum ib yuav tsum thov thaum lawv paub tias lawv twb raug “tawg khiav mus lawm” lawm. Ob tug timkhawv yuav tsum rov ua yam uas Daniel tau ua hauv tshooj cuaj, thaum nws pom tias nws tau raug “tawg khiav mus” raws li qhov ua tiav ntawm Mauxe txoj kev foom phem. Ob tug timkhawv yuav tsum rov ua yam uas Miller tau muab piv txwv qhia hauv nws zaj npau suav thaum nws mus txog qhov chaw uas nws cov hniav nyiaj hniav kub tau tawg khiav mus “xya zaug.”</w:t>
      </w:r>
    </w:p>
    <w:p>
      <w:pPr>
        <w:pStyle w:val="ArticleBody"/>
        <w:jc w:val="left"/>
      </w:pPr>
      <w:r>
        <w:rPr>
          <w:rFonts w:ascii="Times New Roman" w:hAnsi="Times New Roman" w:eastAsia="Times New Roman" w:cs="Times New Roman"/>
        </w:rPr>
        <w:t>Thaum txoj kev thov Vajtswv ntawd raug cim tseg lawm, ib lub qhov rooj qhib hlo, tus txiv neej txhuam av los txog, thiab chav ntawd nyob khoob lug. Pab neeg phem qias twb ploj mus lawm, thiab ib lub caij nyoog tshiab twb los txog lawm. Ces Tsov Ntxhuav ntawm xeem Yudas, tus uas Nws rab tshuab nyob hauv Nws txhais tes, “qhib tej qhov rais, thiab pib txhuam cov av thiab khib nyiab tawm hauv chav,” thiab thaum “nws txhuam cov av thiab khib nyiab, tej hniav nyiaj hniav kub cuav thiab nyiaj npib cuav sawv nphob thiab tawm mus ntawm qhov rais ib yam li ib tauv huab, thiab cua thiaj nqa lawv mus lawm.”</w:t>
      </w:r>
    </w:p>
    <w:p>
      <w:pPr>
        <w:pStyle w:val="ArticleBody"/>
        <w:jc w:val="left"/>
      </w:pPr>
      <w:r>
        <w:rPr>
          <w:rFonts w:ascii="Times New Roman" w:hAnsi="Times New Roman" w:eastAsia="Times New Roman" w:cs="Times New Roman"/>
        </w:rPr>
        <w:t>Cov qhov rais qhib kuj qhia txog ib txoj kev sib cais thiab, rau qhov thaum cov khib nyiab raug nqa tawm ntawm qhov rais, cov uas tau ua raws li lo lus txib uas nyob hauv Malakhi, uas qhia rau cov “pov thawj” ntawm hnub kawg kom, “nej cia li coj tag nrho ib feem kaum los rau hauv lub tsev txhab, kom muaj zaub mov nyob hauv kuv lub tsev, thiab sim kuv tam sim no nrog qhov no, tus Tswv uas kav txhua pab tub rog hais li no, seb kuv puas yuav tsis qhib tej qhov rais saum ntuj rau nej, thiab muab ib txoj koob hmoov nchuav los rau nej, kom tsis muaj chaw txaus txais yuav li.” Lub qhov rooj qhib thiab cov qhov rais qhib sawv cev rau ib qho kev hloov hauv lub caij nyoog ntawm Vajtswv txoj hauj lwm uas tiav raws nraim rau lub sijhawm cov pov thawj phem raug tshem tawm, thiab cov pov thawj ncaj ncees tab tom raug foom koob hmoov.</w:t>
      </w:r>
    </w:p>
    <w:p>
      <w:pPr>
        <w:pStyle w:val="ArticleBody"/>
        <w:jc w:val="left"/>
      </w:pPr>
      <w:r>
        <w:rPr>
          <w:rFonts w:ascii="Times New Roman" w:hAnsi="Times New Roman" w:eastAsia="Times New Roman" w:cs="Times New Roman"/>
        </w:rPr>
        <w:t>Thaum tus txhuam hmoov av pib ntxuav kom nws pem teb dawb huv, Miller kaw nws ob lub qhov muag ib pliag. “Nyob hauv txoj kev ntxhov thiab kev sib qas ntsoog ntawd kuv tau kaw kuv ob lub qhov muag ib pliag; thaum kuv qhib lawv, tag nrho cov khib nyiab twb ploj mus lawm. Cov hniav nyiaj hniav kub uas muaj nqis, cov pob zeb diamond, thiab cov nyiaj kub thiab nyiaj npib dawb, pw tawg ua ntu zus nplua mias thoob plaws hauv chav.” Ces yam muaj nqis thiab yam phem qias tau raug cais tawm ntawm ib leeg lawm tiav txhij.</w:t>
      </w:r>
    </w:p>
    <w:p>
      <w:pPr>
        <w:pStyle w:val="ArticleBody"/>
        <w:jc w:val="left"/>
      </w:pPr>
      <w:r>
        <w:rPr>
          <w:rFonts w:ascii="Times New Roman" w:hAnsi="Times New Roman" w:eastAsia="Times New Roman" w:cs="Times New Roman"/>
        </w:rPr>
        <w:t>Tom qab ntawd lub thawv loj dua tau muab tso rau saum rooj, thiab cov hniav nyiaj hniav kub uas tau tawg khiav los tau muab pov rau hauv. “Nws mam li muab ib lub thawv tso rau saum rooj, loj dua qub thiab zoo nkauj dua qub heev, ces khaws cov hniav nyiaj hniav kub, cov pob zeb diamond, cov nyiaj npib, ib teg puv ib teg puv, thiab pov rau hauv lub thawv, mus txog thaum tsis tshuav ib yam li, txawm yog ib txhia pob zeb diamond me npaum li taub hau koob xwb los xij.” Tom qab ntawd, Miller tej qhov tseeb uas yog lub hauv paus tau raug coj los muab sau ua ke, tsis yog nrog phau Vajlugkub xwb, tiamsis nrog tus Ntsuj Plig ntawm Lus Qhia Yav Tom Ntej thiab, thiab cov qhov tseeb ntawd hajyam zoo nkauj thiab ci ntsa iab dua li thaum chiv thawj lawm.</w:t>
      </w:r>
    </w:p>
    <w:p>
      <w:pPr>
        <w:pStyle w:val="ArticleBody"/>
        <w:jc w:val="left"/>
      </w:pPr>
      <w:r>
        <w:rPr>
          <w:rFonts w:ascii="Times New Roman" w:hAnsi="Times New Roman" w:eastAsia="Times New Roman" w:cs="Times New Roman"/>
        </w:rPr>
        <w:t>Thaum peb tshuaj xyuas zaj yog toog pom txog tus dej Ulai raws li cov ntsiab lus ntawm txoj xov uas raug qhib tawm hauv xyoo 1798, yuav tsum nkag siab tias qee qhov tseeb ntawd raug txwv nyob hauv lub moj khaum uas tau muab rau Miller. Yog li ntawd, kuj tsim nyog yuav tsum cia siab tias qee qhov tseeb ntawd yuav loj dua thiab zoo nkauj dua, txawm hais tias ib txhia ntawm lawv tej zaum yuav zoo li me lossis tsis tseem ceeb.</w:t>
      </w:r>
    </w:p>
    <w:p>
      <w:pPr>
        <w:pStyle w:val="ArticleBody"/>
        <w:jc w:val="left"/>
      </w:pPr>
      <w:r>
        <w:rPr>
          <w:rFonts w:ascii="Times New Roman" w:hAnsi="Times New Roman" w:eastAsia="Times New Roman" w:cs="Times New Roman"/>
        </w:rPr>
        <w:t>Thaum tej qhov tseeb raug kho kom rov qab los lawm, lawv raug muab tso rau hauv ib lub thawv loj dua, ces txoj kev hu rov qab raug tshaj tawm dua ib zaug ntxiv, tsis yog los ntawm Miller, tiam sis yog los ntawm Khetos, (uas yog tus txiv neej txhuam plua tshauv, uas yog Tsov Ntxhuav ntawm pawg neeg Yudas) kom hais tias, “cia li los saib.” Qhov no qhia meej tias nyuam qhuav muaj ib qho kev qhib lub foob lawm, thiab qhov kev qhib lub foob zaum kawg yog Kev Qhia Tshwm ntawm Yexus Khetos uas tshwm sim tam sim ntawd ua ntej lub sij hawm sim siab kaw, los yog raws li Muam White tau txheeb hais, thaum tus txiv neej txhuam plua tshauv twb tau nkag mus lawm.</w:t>
      </w:r>
    </w:p>
    <w:p>
      <w:pPr>
        <w:pStyle w:val="ArticleScripture"/>
        <w:jc w:val="left"/>
      </w:pPr>
      <w:r>
        <w:rPr>
          <w:rFonts w:ascii="Times New Roman" w:hAnsi="Times New Roman" w:eastAsia="Times New Roman" w:cs="Times New Roman"/>
        </w:rPr>
        <w:t>“Kuv ntsia mus rau hauv lub hleb, tiam sis qhov kuv pom ntawd ci ntsa iab heev ua rau kuv qhov muag plooj ntais. Lawv ci kaj lug tshaj lawv lub meej mom qub kaum npaug. Kuv xav tias lawv twb raug muab txhuam hauv cov xuab zeb los ntawm ko taw ntawm cov neeg phem uas tau muab lawv txeev pov tseg thiab tsuj lawv rau hauv plua tshauv. Lawv raug teem tseg hauv lub hleb ntawd raws li ib txoj kev txiav txim zoo nkauj, txhua yam nyob hauv nws qhov chaw, tsis muaj ib qho cim li ntawm tej kev mob siab ntawm tus txiv neej uas tau muab lawv pov rau hauv. Kuv qw nrov vim txoj kev zoo siab loj kawg nkaus, thiab lub suab qw ntawd ua rau kuv tsim dheev.” Early Writings, 83.</w:t>
      </w:r>
    </w:p>
    <w:p>
      <w:pPr>
        <w:pStyle w:val="ArticleBody"/>
        <w:jc w:val="left"/>
      </w:pPr>
      <w:r>
        <w:rPr>
          <w:rFonts w:ascii="Times New Roman" w:hAnsi="Times New Roman" w:eastAsia="Times New Roman" w:cs="Times New Roman"/>
        </w:rPr>
        <w:t>Lub sij hawm ncua thiab thawj qhov kev poob siab tau los txog rau hnub tim 18 Lub Xya Hli, 2020, thiab txij li Lub Xya Hli xyoo 2023 los, Tus Tsov Ntxhuav ntawm xeem Yudas tau tab tom qhib cov foob ntawm zaj lus hauv Kev Tshwm Sim txog Yexus Khetos. Qhov kev qhib foob ntawd suav nrog phau ntawv Daniyee, thiab peb yuav xaus peb qhov kev tshuaj xyuas txog Miller txoj kev npau suav hauv tshooj tom ntej.</w:t>
      </w:r>
    </w:p>
    <w:p>
      <w:pPr>
        <w:pStyle w:val="ArticleBody"/>
        <w:jc w:val="left"/>
      </w:pPr>
      <w:r>
        <w:rPr>
          <w:rFonts w:ascii="Times New Roman" w:hAnsi="Times New Roman" w:eastAsia="Times New Roman" w:cs="Times New Roman"/>
        </w:rPr>
        <w:t>Tes hauj lwm ntawm tus txiv neej txhuam av raug ua tiav nyob rau hauv kev koom tes nrog cov “pov thawj muaj tswvyim,” thiab tes hauj lwm ntawm cov “pov thawj” ntawd, uas yog ob tug timkhawv hauv Tshwmsim tshooj kaum ib, thiab uas yog cov pob txha tuag uas raug tsa sawv rov los hauv Exekees tshooj peb caug xya, kuj raug sawv cev los ntawm lwm txoj kab ntawm Vajtswv Txojlus. Peb yuav siv ob peb txoj kab ntawd ua timkhawv thib ob rau yam uas peb tau txheeb xyuas hais txog William Miller zaj npau suav thib ob.</w:t>
      </w:r>
    </w:p>
    <w:p>
      <w:pPr>
        <w:pStyle w:val="ArticleScripture"/>
        <w:jc w:val="left"/>
      </w:pPr>
      <w:r>
        <w:rPr>
          <w:rFonts w:ascii="Times New Roman" w:hAnsi="Times New Roman" w:eastAsia="Times New Roman" w:cs="Times New Roman"/>
        </w:rPr>
        <w:t>“Cov Vajlugkub raug muab pub rau peb kom muaj txiaj ntsig rau peb, xwv peb thiaj tau txais kev qhuab qhia hauv txoj kev ncaj ncees. Cov kab hluav taws kaj uas muaj nqis heev tau raug huab ntawm kev yuam kev npog tsaus, tiam sis Khetos twb npaj txhij los nplawm kom cov pa huab ntawm kev yuam kev thiab kev ntseeg cuav ploj mus, thiab los qhia rau peb pom qhov ci ntsa iab ntawm Leej Txiv lub hwjchim ci ntsa iab, kom peb thiaj hais tau ib yam li cov thwjtim tau hais tias, ‘Peb lub siab tsis kub lug nyob hauv peb thaum nws nrog peb tham ntawm txojkev los lod?’”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Daniel - Zaj Peb Caug Yim</dc:title>
  <dc:subject>Qhib Cov Hniav Nyiaj Hniav Kub Tawm: William Miller Txoj Kev Npau Suav Txog Yaj Saub thiab Kev Rov Qab Los ntawm Qhov Tseeb</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