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Tus Zauv Plaub Caug Ob</w:t>
      </w:r>
    </w:p>
    <w:p>
      <w:pPr>
        <w:pStyle w:val="ArticleSubtitle"/>
        <w:jc w:val="left"/>
      </w:pPr>
      <w:r>
        <w:rPr>
          <w:rFonts w:ascii="Arial" w:hAnsi="Arial" w:eastAsia="Arial" w:cs="Arial"/>
        </w:rPr>
        <w:t>Cov Kev Sib Txuas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2024-01-06</w:t>
      </w:r>
    </w:p>
    <w:p>
      <w:pPr>
        <w:pStyle w:val="ArticleBody"/>
        <w:jc w:val="left"/>
      </w:pPr>
      <w:r>
        <w:rPr>
          <w:rFonts w:ascii="Times New Roman" w:hAnsi="Times New Roman" w:eastAsia="Times New Roman" w:cs="Times New Roman"/>
        </w:rPr>
        <w:t>Yauhas tus Neeg Muab Neeg Ua Kev Cai Raus Dej yog ib tug yaj saub uas ua tus txuas.</w:t>
      </w:r>
    </w:p>
    <w:p>
      <w:pPr>
        <w:pStyle w:val="ArticleScripture"/>
        <w:jc w:val="left"/>
      </w:pPr>
      <w:r>
        <w:rPr>
          <w:rFonts w:ascii="Times New Roman" w:hAnsi="Times New Roman" w:eastAsia="Times New Roman" w:cs="Times New Roman"/>
        </w:rPr>
        <w:t>“Tus cev Vajtswv Yauhas yog txoj hlua txuas ntawm ob txoj kev faib caij nyoog. Ua Vajtswv tus sawv cev nws sawv los qhia txog kev sib raug zoo ntawm txoj kevcai thiab cov yaj saub rau txoj kev faib caij nyoog Khetos. Nws yog lub teeb me dua, uas yuav tsum tau raws los ntawm ib lub teeb loj dua. Yauhas lub siab tau raug tus Vaj Ntsuj Plig Dawb Huv ci kom pom kev, xwv kom nws yuav ci ntsa iab rau saum nws haiv neeg; tiam sis tsis muaj dua ib lub teeb twg uas tau ci los yog yuav ci kom meej rau saum tibneeg poob cev qhev ib yam li lub teeb uas tawm los ntawm Yexus txoj kev qhia thiab Nws tus yam ntxwv ua piv txwv. Khetos thiab Nws tes dej num tsuas yog tau to taub plooj plooj xwb raws li tau ua cim tseg hauv tej kev txi uas tsaus ntxoov. Txawm yog Yauhas los nws kuj tseem tsis tau nkag siab tag nrho txog txoj sia yav tom ntej uas tsis txawj tuag los ntawm tus Cawmseej.” The Desire of Ages, 220.</w:t>
      </w:r>
    </w:p>
    <w:p>
      <w:pPr>
        <w:pStyle w:val="ArticleBody"/>
        <w:jc w:val="left"/>
      </w:pPr>
      <w:r>
        <w:rPr>
          <w:rFonts w:ascii="Times New Roman" w:hAnsi="Times New Roman" w:eastAsia="Times New Roman" w:cs="Times New Roman"/>
        </w:rPr>
        <w:t>Yexus kuj yog ib tug yaj saub uas yog txoj kev txuas thiab txoj kab txuas thiab.</w:t>
      </w:r>
    </w:p>
    <w:p>
      <w:pPr>
        <w:pStyle w:val="ArticleScripture"/>
        <w:jc w:val="left"/>
      </w:pPr>
      <w:r>
        <w:rPr>
          <w:rFonts w:ascii="Times New Roman" w:hAnsi="Times New Roman" w:eastAsia="Times New Roman" w:cs="Times New Roman"/>
        </w:rPr>
        <w:t>“Khetos tau ua qhib txoj kev ntawm lub ntiajteb mus rau saum ntuj ceeb tsheej. Nws yog txoj hlua txuas uas khi ob lub ntiajteb no sib koom. Nws coj Vajtswv txoj kev hlub thiab txoj kev txo Nws tus kheej los cuag tibneeg, thiab Nws kuj tsa tibneeg siab los ntawm Nws tej txiaj ntsim kom mus ntsib Vajtswv txoj kev sib haum xeeb. Khetos yog txoj kev, yog qhov tseeb, thiab yog txoj sia. Kev raws qab mus, ib ruam zuj zus, nrog kev mob siab thiab qeeb qeeb, mus tom ntej thiab nce siab dua hauv txoj kev dawb huv thiab kev huv siab dawb paug, yog ib txoj haujlwm nyuaj heev. Tiamsis Khetos twb npaj txhij txhua lawm kom pub lub zog tshiab thiab lub hwjchim saum ntuj los rau txhua kauj ruam uas nce mus hauv txoj sia uas los ntawm Vajtswv. Qhov no yog txoj kev paub thiab txoj kev xyaum uas txhua txhais tes hauv lub chaw ua haujlwm yeej ntshaw heev, thiab yuav tsum muaj, txwv tsis pub lawv txhua hnub yuav coj kev thuam los rau Khetos tes haujlwm.” Testimonies, volume 3, 193.</w:t>
      </w:r>
    </w:p>
    <w:p>
      <w:pPr>
        <w:pStyle w:val="ArticleBody"/>
        <w:jc w:val="left"/>
      </w:pPr>
      <w:r>
        <w:rPr>
          <w:rFonts w:ascii="Times New Roman" w:hAnsi="Times New Roman" w:eastAsia="Times New Roman" w:cs="Times New Roman"/>
        </w:rPr>
        <w:t>Yauhas Tus Neeg Ua Kevcai Raus Dej txoj hauj lwm yaj saub muaj xws li kev txuas lub kev npaj tseg ntawm tej yam hauv ntiajteb no nrog lub tuam tsev dawb huv saum ntuj ceeb tsheej. Cov thawj lo lus uas Yauhas hais thaum nws xub pom Yexus yog:</w:t>
      </w:r>
    </w:p>
    <w:p>
      <w:pPr>
        <w:pStyle w:val="ArticleScripture"/>
        <w:jc w:val="left"/>
      </w:pPr>
      <w:r>
        <w:rPr>
          <w:rFonts w:ascii="Times New Roman" w:hAnsi="Times New Roman" w:eastAsia="Times New Roman" w:cs="Times New Roman"/>
        </w:rPr>
        <w:t>Hnub tom qab Yauhas pom Yexus tab tom los cuag nws, nws thiaj hais tias, Saib maj! Tus Menyuam Yaj ntawm Vajtswv, tus uas ris mus tshem tawm txoj kev txhaum ntawm lub ntiajteb. Yauhas 1:29.</w:t>
      </w:r>
    </w:p>
    <w:p>
      <w:pPr>
        <w:pStyle w:val="ArticleBody"/>
        <w:jc w:val="left"/>
      </w:pPr>
      <w:r>
        <w:rPr>
          <w:rFonts w:ascii="Times New Roman" w:hAnsi="Times New Roman" w:eastAsia="Times New Roman" w:cs="Times New Roman"/>
        </w:rPr>
        <w:t>Tiamsis txawm tias Yauhas yuav tsum qhia kom paub txog txoj kev hloov ntawm cov Yixayee thaum ub mus rau cov Yixayee sab ntsuj plig, nws txoj kev to taub txog txoj kev hloov ntawd tseem muaj ciam txwv.</w:t>
      </w:r>
    </w:p>
    <w:p>
      <w:pPr>
        <w:pStyle w:val="ArticleScripture"/>
        <w:jc w:val="left"/>
      </w:pPr>
      <w:r>
        <w:rPr>
          <w:rFonts w:ascii="Times New Roman" w:hAnsi="Times New Roman" w:eastAsia="Times New Roman" w:cs="Times New Roman"/>
        </w:rPr>
        <w:t>Khetos, thaum hais los lees paub Yauhas, tau hais tias, “Tiamsis nej tawm mus saib dabtsi? Ib tug yaj saub lov? Muaj tseeb kawg, kuv hais rau nej tias, thiab tseem tshaj ib tug yaj saub ntxiv.” Yauhas tsis yog tsuas yog ib tug yaj saub uas qhia yav tom ntej xwb, tiam sis nws yog ib tug menyuam uas raug cog lus tseg, puv npo ntawm tus Vaj Ntsuj Plig Dawb Huv txij thaum nws yug los, thiab raug Vajtswv tsa tseg kom ua ib txoj haujlwm tshwjxeeb ua tus hloov kho, npaj ib haiv neeg kom txais tos Khetos. Tus yaj saub Yauhas yog txoj hlua txuas ntawm ob lub caij nyoog kev faib haujlwm ntawd.</w:t>
      </w:r>
    </w:p>
    <w:p>
      <w:pPr>
        <w:pStyle w:val="ArticleScripture"/>
        <w:jc w:val="left"/>
      </w:pPr>
      <w:r>
        <w:rPr>
          <w:rFonts w:ascii="Times New Roman" w:hAnsi="Times New Roman" w:eastAsia="Times New Roman" w:cs="Times New Roman"/>
        </w:rPr>
        <w:t>“Kev ntseeg ntawm cov Yudais, vim yog lawv txoj kev tig ncaim ntawm Vajtswv, feem ntau tsuas yog nyob hauv kab ke thiab tej kab lis kev cai nkaus xwb. Yauhas yog lub teeb me dua, uas yuav tsum tau ua ntej lub teeb loj dua. Nws yuav tsum co kev tso siab ntawm cov neeg rau hauv lawv tej kev cai qub, hu kom lawv nco txog lawv tej kev txhaum, thiab coj lawv mus rau txoj kev hloov siab lees txim; xwv kom lawv thiaj npaj tau los txaus siab rau txoj hauj lwm ntawm Khetos. Vajtswv tau qhia rau Yauhas los ntawm kev tshoov siab, ci ntsa iab rau tus yaj saub ntawd xwv kom nws thiaj tshem tau txoj kev ntseeg cuav thiab txoj kev tsaus ntuj tawm ntawm cov Yudais ncaj ncees lub siab, tej uas tau, vim tej lus qhuab qhia cuav dhau ntau tiam neeg, sib sau los npog lawv.”</w:t>
      </w:r>
    </w:p>
    <w:p>
      <w:pPr>
        <w:pStyle w:val="ArticleScripture"/>
        <w:jc w:val="left"/>
      </w:pPr>
      <w:r>
        <w:rPr>
          <w:rFonts w:ascii="Times New Roman" w:hAnsi="Times New Roman" w:eastAsia="Times New Roman" w:cs="Times New Roman"/>
        </w:rPr>
        <w:t>“Tus thwjtim uas qis tshaj plaws uas tau raws Yexus qab, uas tau pom nws tej txujci tseem ceeb, thiab tau mloog nws tej lus qhuab qhia uas yog los saum ntuj los, thiab tau hnov tej lus nplij siab uas tawm hauv nws daim di ncauj, twb tau txais txoj cai tshwj xeeb ntau dua Yauhas tus Muab Neeg Ua Kev Cai Raus Dej lawm, vim nws tau txais ib txoj kev kaj uas meej dua. Tsis muaj dua ib txoj kev kaj twg uas tau ci, los yog uas yuav ci, rau saum lub siab kev txawj ntse ntawm tibneeg txhaum uas poob lawm, tsuas yog txoj kev kaj ntawd uas tau, thiab tseem tabtom, xa tawm los ntawm Nws tus uas yog lub teeb ntawm lub ntiajteb. Khetos thiab nws txoj haujlwm twb tsuas raug to taub ib yam tsaus ntais xwb los ntawm cov kev txi uas yog duab ntxoov ntxoo. Txawm yog Yauhas los kuj tau xav tias Khetos txoj kev kav yuav nyob hauv Yeluxalees, thiab tias nws yuav tsa ib lub nceeg vaj ib ntus, uas nws cov pejxeem yuav yog cov dawb huv.” Review and Herald, April 8, 1873.</w:t>
      </w:r>
    </w:p>
    <w:p>
      <w:pPr>
        <w:pStyle w:val="ArticleBody"/>
        <w:jc w:val="left"/>
      </w:pPr>
      <w:r>
        <w:rPr>
          <w:rFonts w:ascii="Times New Roman" w:hAnsi="Times New Roman" w:eastAsia="Times New Roman" w:cs="Times New Roman"/>
        </w:rPr>
        <w:t>Tus tubtxib Povlauj kuj yog ib tug yaj saub txuas txoj saw hlau uas yuav tsum txheeb kom pom cov kev siv yav tom ntej ntawm txoj kev hloov ntawm qhov tseeb tiag mus rau qhov sab ntsuj plig. Nws to taub tias Yeluxalees hauv ntiajteb tiag tsis yog Yeluxalees ntawm yaj saub tej lus faj lem lawm, rau qhov thaum ntawd nws twb hloov mus rau Yeluxalees saum ntuj lawm.</w:t>
      </w:r>
    </w:p>
    <w:p>
      <w:pPr>
        <w:pStyle w:val="ArticleScripture"/>
        <w:jc w:val="left"/>
      </w:pPr>
      <w:r>
        <w:rPr>
          <w:rFonts w:ascii="Times New Roman" w:hAnsi="Times New Roman" w:eastAsia="Times New Roman" w:cs="Times New Roman"/>
        </w:rPr>
        <w:t>Vim Agar no yog roob Sinai hauv Arabia, thiab phim rau Yeluxalees uas tam sim no nyob, thiab nws nrog nws cov menyuam tseem nyob hauv txojkev qhev. Tiamsis Yeluxalees uas nyob saum toj no yog tus dawb huv, uas yog leej niam ntawm peb txhua tus. Kalatia 4:25, 26.</w:t>
      </w:r>
    </w:p>
    <w:p>
      <w:pPr>
        <w:pStyle w:val="ArticleBody"/>
        <w:jc w:val="left"/>
      </w:pPr>
      <w:r>
        <w:rPr>
          <w:rFonts w:ascii="Times New Roman" w:hAnsi="Times New Roman" w:eastAsia="Times New Roman" w:cs="Times New Roman"/>
        </w:rPr>
        <w:t>Hauv tshooj ob ntawm 2 Thessalonians, uas peb twb tau xav txog lawm, Povlauj tau qhia tias lub nroog Loos txheej thaum ub uas yog lwm haiv neeg pe hawm dab mlom tiag tiag yog lub hwj chim uas tuav cia lub nroog Loos papal ntawm sab ntsuj plig kom txhob nce mus rau saum lub zwm txwv txog rau xyoo 538. Hauv tshooj ntawd nws qhia tias tus “neeg ntawm kev txhaum” uas zaum nyob hauv lub tuam tsev ntawm Vajtswv, yog tib tug “vajntxwv” uas Daniyees tau txheeb qhia hauv tshooj kaum ib, nqe peb caug rau. Cov pov thawj uas qhia tias “vajntxwv qaum teb” nyob hauv rau nqe kawg ntawm Daniyees tshooj kaum ib yog txoj kev ua papacy, tau los ua tus yuam sij los tsim lub qauv ntawm qhov tseeb uas Future for America tau siv los ntawm kev nce ntxiv ntawm kev paub hauv xyoo 1989.</w:t>
      </w:r>
    </w:p>
    <w:p>
      <w:pPr>
        <w:pStyle w:val="ArticleBody"/>
        <w:jc w:val="left"/>
      </w:pPr>
      <w:r>
        <w:rPr>
          <w:rFonts w:ascii="Times New Roman" w:hAnsi="Times New Roman" w:eastAsia="Times New Roman" w:cs="Times New Roman"/>
        </w:rPr>
        <w:t>Hauv tib tshooj ntawd, Povlauj tau qhia txog txoj haujlwm ntawm Loos pej kum uas txwv tsis pub hwj chim papacy sawv los, mus txog rau lub sijhawm uas Loos pej kum yuav raug muab tshem tawm mus; thiab yog li ntawd nws tau qhia meej tias “kev niaj hnub” hauv phau Daniyees yog Loos pej kum. Qhov tseeb ntawd thiaj los ua tus yuam sij tseem ceeb heev los tsim tsa lub hauv paus ntawm qhov tseeb uas ua rau muaj kev nce ntxiv ntawm kev paub nyob rau xyoo 1798.</w:t>
      </w:r>
    </w:p>
    <w:p>
      <w:pPr>
        <w:pStyle w:val="ArticleBody"/>
        <w:jc w:val="left"/>
      </w:pPr>
      <w:r>
        <w:rPr>
          <w:rFonts w:ascii="Times New Roman" w:hAnsi="Times New Roman" w:eastAsia="Times New Roman" w:cs="Times New Roman"/>
        </w:rPr>
        <w:t>Hauv William Miller zaj keeb kwm, cov lus no tau raug tshaj tawm thaum ib qho kev hloov ntawm txoj kev txav Philadelphian mus rau txoj kev txav Laodicean tab tom yuav tshwm sim. Hauv Future for America zaj keeb kwm, kev hloov ntawm txoj kev txav Laodicean mus rau txoj kev txav Philadelphian tam sim no tab tom tshwm sim.</w:t>
      </w:r>
    </w:p>
    <w:p>
      <w:pPr>
        <w:pStyle w:val="ArticleBody"/>
        <w:jc w:val="left"/>
      </w:pPr>
      <w:r>
        <w:rPr>
          <w:rFonts w:ascii="Times New Roman" w:hAnsi="Times New Roman" w:eastAsia="Times New Roman" w:cs="Times New Roman"/>
        </w:rPr>
        <w:t>Qhov tseeb uas Povlauj tau nthuav tawm hauv 2 Thexalaunikes uas qhia kom paub txog txoj kev hloov ntawm Loos pejkum tiag tiag mus rau Loos papacy sab ntsuj plig, tau los ua lub hauv paus qauv rau Miller txoj kev to taub txog yav tom ntej. Ob leeg, Yauhas Tus Muab Neeg Ua Kev Cai Raus Dej thiab Povlauj, raug tsa sawv los piav qhia txog txoj kev hloov ntawm yam tiag tiag mus rau yam sab ntsuj plig. William Miller raug ua qauv piv txwv los ntawm Yauhas Tus Muab Neeg Ua Kev Cai Raus Dej, thiab hauv nws txoj hauj lwm nws yog ib qho tseem ceeb heev uas nws yuav tsum paub txog kev sib raug zoo thiab txoj kev hloov ntawm Loos pejkum thiab Loos papacy, yog txoj kev hloov uas Yauhas raug tsa sawv los qhia kom paub.</w:t>
      </w:r>
    </w:p>
    <w:p>
      <w:pPr>
        <w:pStyle w:val="ArticleBody"/>
        <w:jc w:val="left"/>
      </w:pPr>
      <w:r>
        <w:rPr>
          <w:rFonts w:ascii="Times New Roman" w:hAnsi="Times New Roman" w:eastAsia="Times New Roman" w:cs="Times New Roman"/>
        </w:rPr>
        <w:t>Muaj tsib nqe uas hais txog “qhov niaj hnub” hauv phau Daniyee, thiab lawv ib txwm los ua ntej ib lub cim sawv cev rau hwj chim papacy. Hauv lub ntsiab lus ntawm kev hloov raws li lus faj lem uas peb tab tom xav txog no, tag nrho tsib nqe ntawd muaj nrog txoj kev hloov ntawm Loos tiag tiag mus rau Loos ntawm sab ntsuj plig. “Qhov niaj hnub” hauv phau Daniyee yog ib qho ntawm cov tseeb uas raug sawv cev rau saum ob lub rooj ntawm Habakuk, thiab yog li ntawd nws yog ib qho tseeb hauv paus uas yuav tsum raug tiv thaiv; ib qho tseeb uas thaum kawg yuav raug npog nrog tej pob zeb muaj nqis cuav thiab tej npib cuav. Tsis yog ib qho xwm txheej yuam kev uas txhua qhov tseeb uas raug sawv cev saum ob daim duab dawb huv ntawd muaj kev pom zoo ncaj qha uas yog los ntawm kev tshoov siab nyob hauv Ellen White cov ntawv sau. Kev tsis lees ib qho twg ntawm cov tseeb hauv paus ntawd (xam nrog “qhov niaj hnub”), yog tib lub sijhawm tsis lees txoj cai kav ntawm Tus Ntsuj Plig ntawm Lus Qhia Yaj Saub.</w:t>
      </w:r>
    </w:p>
    <w:p>
      <w:pPr>
        <w:pStyle w:val="ArticleScripture"/>
        <w:jc w:val="left"/>
      </w:pPr>
      <w:r>
        <w:rPr>
          <w:rFonts w:ascii="Times New Roman" w:hAnsi="Times New Roman" w:eastAsia="Times New Roman" w:cs="Times New Roman"/>
        </w:rPr>
        <w:t>“Tom qab ntawd kuv pom hais txog ‘Txhua Hnub,’ tias lo lus ‘kev txi’ yog tibneeg txoj kev txawj ntse ntxiv nkag los, thiab tsis yog ib feem ntawm nqe ntawv ntawd; thiab hais tias tus Tswv tau muab txoj kev nkag siab uas yog rau cov uas tau tshaj tawm txoj xov quaj txog lub sijhawm txiav txim. Thaum tseem muaj kev sib haum xeeb, ua ntej xyoo 1844, yuav luag txhua tus tau koom siab rau txoj kev nkag siab uas yog txog ‘Txhua Hnub;’ tiam sis txij xyoo 1844 los, hauv txoj kev ntxhov siab, lwm yam kev xav tau raug lees txais, thiab kev tsaus ntuj nrog kev ntxhov siab tau raws los.” Review and Herald, November 1, 1850.</w:t>
      </w:r>
    </w:p>
    <w:p>
      <w:pPr>
        <w:pStyle w:val="ArticleBody"/>
        <w:jc w:val="left"/>
      </w:pPr>
      <w:r>
        <w:rPr>
          <w:rFonts w:ascii="Times New Roman" w:hAnsi="Times New Roman" w:eastAsia="Times New Roman" w:cs="Times New Roman"/>
        </w:rPr>
        <w:t>Cov uas “tau tshaj tawm txoj kev quaj hu txog teev txiav txim,” to taub tias “qhov niaj hnub” yog ib lub cim ntawm kev pe hawm dab qhuas, thiab/lossis Loos kev pe hawm dab qhuas. Lawv txoj kev to taub kuj muaj qhov tseeb tias lawv to taub tias lo lus “kev txi” tsis yog ib feem ntawm nqe hauv Daniyee, qhov chaw uas cov neeg txhais lus ntawm phau Vajlugkub King James tau ntxiv nws rau ntawd (los ntawm tibneeg lub tswv yim). Kev to taub ntawm cov thawj coj thaum chiv thawj kuj suav nrog tias “qhov niaj hnub” yeej ib txwm raug nthuav tawm nrog ib qho ntawm ob lub cim ntawm lub hwj chim papal, thiab tias kev pe hawm dab qhuas (“qhov niaj hnub”), yeej ib txwm los ua ntej lub cim papal. Lawv yeej ib txwm raug txheeb xyuas raws li qhov kev txiav raws kev txiav txim uas lawv tau los txog rau hauv keeb kwm yaj saub. Cov phau Daniyee thiab Tshwmsim yeej tsis txhob txwm tawm ntawm txoj kev txiav txim raws keeb kwm uas kev pe hawm dab qhuas los ua ntej papalism, thiab thaum phau Tshwmsim qhia txog lub hwj chim thib peb uas ua kom puam tsuaj, uas yog tus yaj saub cuav, txoj kev txiav txim ntawd yeej ib txwm raug tuav cia.</w:t>
      </w:r>
    </w:p>
    <w:p>
      <w:pPr>
        <w:pStyle w:val="ArticleBody"/>
        <w:jc w:val="left"/>
      </w:pPr>
      <w:r>
        <w:rPr>
          <w:rFonts w:ascii="Times New Roman" w:hAnsi="Times New Roman" w:eastAsia="Times New Roman" w:cs="Times New Roman"/>
        </w:rPr>
        <w:t>Yog tsis muaj Povlauj txoj kev qhia tias tej yam tim ntsej tim muag hauv tej lus faj lem tau hloov mus rau sab ntsuj plig nyob rau lub sijhawm ntawm tus ntoo khaub lig, ces yuav muaj ib qho teeb meem tshwm sim nrog Khetos txoj kev twv hais ua ntej txog kev puas tsuaj ntawm Yeluxalees uas muaj nyob hauv txhua phau ntawv moo zoo tsuas yog Yauhas xwb. Ob lub cim ntawm txoj kev ua papacy uas txuas nrog “qhov niaj hnub” hauv phau Daniyee yog qhov qias neeg uas ua rau kev puam tsuaj thiab txoj kev txhaum cai uas ua rau kev puam tsuaj. Ob lub cim no sawv cev rau lub cim ntawm tus tsiaj nyaum (qhov qias neeg) thiab daim duab ntawm tus tsiaj nyaum (txoj kev txhaum cai).</w:t>
      </w:r>
    </w:p>
    <w:p>
      <w:pPr>
        <w:pStyle w:val="ArticleBody"/>
        <w:jc w:val="left"/>
      </w:pPr>
      <w:r>
        <w:rPr>
          <w:rFonts w:ascii="Times New Roman" w:hAnsi="Times New Roman" w:eastAsia="Times New Roman" w:cs="Times New Roman"/>
        </w:rPr>
        <w:t>Kev ua txhaum uas pub rau lub hwj chim papacy tua cov uas nws txiav txim tias yog cov neeg tsis lees txoj kev ntseeg tseeb yog kev sib koom ntawm pawg ntseeg thiab lub xeev, nrog pawg ntseeg kav txoj kev sib raug ntawd. Yog li ntawd, Daniyees sawv cev rau kev sib koom ntawm pawg ntseeg thiab lub xeev uas yog tus duab ntawm tus tsiaj qus papal, raws li kev ua txhaum uas coj kev puas tsuaj tuaj. Vajlugkub txheeb kev pe mlom tias yog kev qias vuab tsuab, thiab tag nrho txoj kev pe mlom ntawm lub hwj chim papal raug sawv cev los ntawm nws hnub Xanpataus mlom, uas Yauhas hu ua lub cim ntawm tus tsiaj qus, hos Daniyees hu ua yam qias vuab tsuab uas ua kom puas tsuaj.</w:t>
      </w:r>
    </w:p>
    <w:p>
      <w:pPr>
        <w:pStyle w:val="ArticleScripture"/>
        <w:jc w:val="left"/>
      </w:pPr>
      <w:r>
        <w:rPr>
          <w:rFonts w:ascii="Times New Roman" w:hAnsi="Times New Roman" w:eastAsia="Times New Roman" w:cs="Times New Roman"/>
        </w:rPr>
        <w:t>Thiab tawm ntawm ib tug ntawm lawv thiaj txi ib tug kub me me tawm los, uas hlob zuj zus mus loj kawg nkaus, mus rau sab qab teb, thiab mus rau sab hnub tuaj, thiab mus rau thaj av zoo nkauj. Thiab nws loj hlob mus txog rau pawg tub rog saum ntuj; thiab nws muab ib txhia ntawm pawg tub rog thiab ntawm cov hnub qub pov los rau hauv av, thiab tsuj lawv. Yeej muaj tseeb, nws tsa nws tus kheej kom loj kawg nkaus txawm mus txog rau tus thawj ntawm pawg tub rog, thiab los ntawm nws txoj kev ua ntawd thiaj muab txoj kev txi niaj hnub tshem tawm mus, thiab qhov chaw ntawm nws lub chaw dawb huv raug pov tseg lawm. Thiab muaj ib pab tub rog raug muab cob rau nws tawm tsam txoj kev txi niaj hnub no vim yog kev txhaum cai, thiab nws muab qhov tseeb pov los rau hauv av; thiab nws ua raws li nws siab nyiam, thiab vam meej. Daniel 8:9–12.</w:t>
      </w:r>
    </w:p>
    <w:p>
      <w:pPr>
        <w:pStyle w:val="ArticleBody"/>
        <w:jc w:val="left"/>
      </w:pPr>
      <w:r>
        <w:rPr>
          <w:rFonts w:ascii="Times New Roman" w:hAnsi="Times New Roman" w:eastAsia="Times New Roman" w:cs="Times New Roman"/>
        </w:rPr>
        <w:t>Peb yuav hais txog cov nqe no kom ntxaws dua hauv ib tsab xov xwm ntxiv, tiam sis hauv nqe kaum ib, lub hwjchim uas tsa nws tus kheej kom tawm tsam Khetos yog Loos uas yog lwm haiv neeg pe hawm mlom, thaum lawv sim tua Nws thaum Nws yug los thiab thaum kawg kuj ua li ntawd rau ntawm tus ntoo khaub lig. Nqe ntawd hais tias “los ntawm nws” (Loos uas yog lwm haiv neeg pe hawm mlom), “kev txi niaj hnub” raug muab tshem tawm. Lo lus Henplais uas txhais ua “muab tshem tawm” yog “rum,” thiab nws txhais hais tias “tsa kom siab thiab qhuas kom loj.” Loos uas yog lwm haiv neeg pe hawm mlom yuav tsa kom siab thiab qhuas kom loj txoj kev ntseeg pe hawm mlom, thiab lawv yeej tau ua li ntawd tiag tiag hauv keeb kwm. Vim li no lawv thiaj raug hu ua Loos uas yog lwm haiv neeg pe hawm mlom.</w:t>
      </w:r>
    </w:p>
    <w:p>
      <w:pPr>
        <w:pStyle w:val="ArticleBody"/>
        <w:jc w:val="left"/>
      </w:pPr>
      <w:r>
        <w:rPr>
          <w:rFonts w:ascii="Times New Roman" w:hAnsi="Times New Roman" w:eastAsia="Times New Roman" w:cs="Times New Roman"/>
        </w:rPr>
        <w:t>Nqe tom qab no qhia meej tias Loos tus papacy tau txais ib pab “tub rog” (hwj chim tub rog), uas tawm tsam, lossis yuav kov yeej “qhov niaj hnub” (kev teev dab mlom paganism). Qhov no kuj yog ib qhov tseeb hauv keeb kwm, vim hais tias lub zog tub rog tau raug siv los ntawm papacy (txawm yog nws yeej tsis muaj nws tus kheej pab tub rog), kom kov yeej txoj kev txwv uas raug muab tso rau saum nws txoj kev sawv los muaj hwj chim. Lub hwj chim ntawd los ntawm Loos pagan. Lub hwj chim tub rog uas nws siv ntawd raug muab rau nws los ntawm “kev txhaum cai,” vim qhov kev txhaum cai uas cia nws tswj cov vaj ntxwv tej pab tub rog uas tsa nws rau saum lub zwm txwv hauv xyoo 538, yog qhov kev txhaum cai ntawm kev koom ua ke ntawm pawg ntseeg thiab lub xeev. Ua ntej tshaj, Loos pagan raug hais txog hauv nqe kaum ib, qhia rau tus kawm tias Loos pagan yuav sawv tawm tsam Khetos, thiab tias nws yuav tsa kom siab txoj kev ntseeg ntawm paganism.</w:t>
      </w:r>
    </w:p>
    <w:p>
      <w:pPr>
        <w:pStyle w:val="ArticleBody"/>
        <w:jc w:val="left"/>
      </w:pPr>
      <w:r>
        <w:rPr>
          <w:rFonts w:ascii="Times New Roman" w:hAnsi="Times New Roman" w:eastAsia="Times New Roman" w:cs="Times New Roman"/>
        </w:rPr>
        <w:t>Nqe tom qab no piav txog txoj kev ua txhaum ntawm kev sib koom ua ke ntawm pawg ntseeg thiab lub xeev uas tau cia rau lub hwj chim papacy kov yeej thiab tshem tawm qhov kev txwv uas Loos kev pe hawm dab mlom tau siv tawm tsam nws. Keeb kwm txhawb nqa kev siv ob nqe ntawd. “Qhov niaj hnub” sawv cev rau Loos kev pe hawm dab mlom, uas yog lub hwj chim uas sawv tawm tsam Khetos, los sis sawv cev rau kev ntseeg dab mlom uas Loos kev pe hawm dab mlom tau tsa kom siab. Ces lub cim ntawm “qhov niaj hnub” raug ua raws los ntawm papacy, raws li nws txheeb qhia txoj kev ua txhaum ntawm pawg ntseeg thiab lub xeev uas yog yam pub hwj chim rau papacy nrog ib pab tub rog kom ua nws txoj hauj lwm qias neeg. Daniel qhov kev siv “qhov niaj hnub” zaum peb, yog lo lus nug uas tsim tau lo lus teb uas yog tus ncej tseem ceeb hauv Adventism.</w:t>
      </w:r>
    </w:p>
    <w:p>
      <w:pPr>
        <w:pStyle w:val="ArticleScripture"/>
        <w:jc w:val="left"/>
      </w:pPr>
      <w:r>
        <w:rPr>
          <w:rFonts w:ascii="Times New Roman" w:hAnsi="Times New Roman" w:eastAsia="Times New Roman" w:cs="Times New Roman"/>
        </w:rPr>
        <w:t>Ces kuv hnov ib tug neeg dawb huv hais lus, thiab muaj dua ib tug neeg dawb huv hais rau tus neeg dawb huv ntawd uas tab tom hais tias, Kev ua yog toog pom hais txog kev xyeem txhua hnub, thiab txog txoj kev txhaum ntawm kev ua kom puam tsuaj, uas muab ob leeg tib si, lub chaw dawb huv thiab pab tub rog, rau kom raug tsuj rau hauv qab taw, yuav kav ntev npaum li cas? Daniel 8:13.</w:t>
      </w:r>
    </w:p>
    <w:p>
      <w:pPr>
        <w:pStyle w:val="ArticleBody"/>
        <w:jc w:val="left"/>
      </w:pPr>
      <w:r>
        <w:rPr>
          <w:rFonts w:ascii="Times New Roman" w:hAnsi="Times New Roman" w:eastAsia="Times New Roman" w:cs="Times New Roman"/>
        </w:rPr>
        <w:t>Hauv nqe no, lo lus nug raug nug txog tias lub zeem muag yuav kav ntev npaum li cas, yog li ntawd yog tab tom nrhiav ib lo lus teb uas qhia txog lub sijhawm ntev npaum li cas, tsis yog ib lub ntsiab taw tes ntawm lub sijhawm. Lo lus nug tsis yog hais tias lub zeem muag yuav tiav rau hnub twg, tiam sis yog hais txog lub sijhawm ntev npaum li cas ntawm lub zeem muag ntawd. Nqe no tsis nug tias “Thaum twg?”; nws nug tias, “Ntev npaum li cas?” Lub zeem muag no yog hais txog cov hwjchim ua kom puam tsuaj ntawm kev teev dab mlom, uas sawv cev los ntawm “yam niaj hnub,” thiab kev ua nom ua tswv ntawm lub papacy raws li sawv cev los ntawm kev txhaum hla ntawm lub papacy uas ua tiav thaum nws mus ua nkauj ua nraug nrog cov vajntxwv hauv ntiajteb. Ob lub hwjchim ua kom puam tsuaj no—kev teev dab mlom ua ntej, ces mam yog papalism—yuav tsum tsuj nqes lub chaw dawb huv thiab pab tub rog rau ib ntus “xya lub sijhawm.”</w:t>
      </w:r>
    </w:p>
    <w:p>
      <w:pPr>
        <w:pStyle w:val="ArticleBody"/>
        <w:jc w:val="left"/>
      </w:pPr>
      <w:r>
        <w:rPr>
          <w:rFonts w:ascii="Times New Roman" w:hAnsi="Times New Roman" w:eastAsia="Times New Roman" w:cs="Times New Roman"/>
        </w:rPr>
        <w:t>Yeej yog ib qho tseem ceeb kom lees paub tias kev tsuj nqes rau lub tuam tsev dawb huv tiag tiag, uas tau pib nyob rau lub sijhawm Npanpiloo thiab txuas mus txog rau kev rhuav tshem Yeluxalees los ntawm Loos uas pe hawm dab mlom hauv xyoo 70 AD, tau raug ua los ntawm tej hwjchim pe hawm dab mlom txij thaum chiv keeb ntawm zaj keeb kwm mus txog thaum kawg. Yog li ntawd, nws yog kev pe hawm dab mlom tiag tiag, nyob hauv ntau haiv, uas tau tsuj nqes lub tuam tsev dawb huv tiag tiag thiab cov tub rog tiag tiag (Vajtswv haiv neeg). Tiamsis nws yog Loos sab ntsuj plig uas tau tsuj nqes Yeluxalees sab ntsuj plig thiab Ixayees sab ntsuj plig.</w:t>
      </w:r>
    </w:p>
    <w:p>
      <w:pPr>
        <w:pStyle w:val="ArticleScripture"/>
        <w:jc w:val="left"/>
      </w:pPr>
      <w:r>
        <w:rPr>
          <w:rFonts w:ascii="Times New Roman" w:hAnsi="Times New Roman" w:eastAsia="Times New Roman" w:cs="Times New Roman"/>
        </w:rPr>
        <w:t>Tiamsis lub tshav puam uas nyob sab nraud lub tuam tsev cia tseg, txhob ntsuas nws; rau qhov nws twb raug muab rau lwm haiv neeg lawm: thiab lawv yuav tsuj lub nroog dawb huv rau plaub caug ob lub hlis. Thiab Kuv yuav pub hwjchim rau Kuv ob tug timkhawv, thiab nkawd yuav cev Vajtswv lus ib txhiab ob puas rau caum hnub, hnav khaub ncaws ntaub seev. Tshwmsim 11:2, 3.</w:t>
      </w:r>
    </w:p>
    <w:p>
      <w:pPr>
        <w:pStyle w:val="ArticleBody"/>
        <w:jc w:val="left"/>
      </w:pPr>
      <w:r>
        <w:rPr>
          <w:rFonts w:ascii="Times New Roman" w:hAnsi="Times New Roman" w:eastAsia="Times New Roman" w:cs="Times New Roman"/>
        </w:rPr>
        <w:t>Yauhas tus Neeg Ua Kev Cai Raus Dej yog ib tug yaj saub uas yog txoj hlua txuas, uas qhia kom paub txog qhov kev hloov ntawm kev faib caij nyoog ntawm lub tuam tsev dawb huv hauv ntiajteb mus rau lub tuam tsev dawb huv saum ntuj, txawm nws tus kheej tsis tau paub tag nrho qhov puv npo ntawm nws tes hauj lwm. Povlauj yog ib tug yaj saub uas yog txoj hlua txuas, uas qhia kom paub txog qhov kev hloov ntawm kev faib caij nyoog ntawm cov Yixayee raws cev nqaij daim tawv (tus tswv tsev) mus rau cov Yixayee sab ntsuj plig. Yeluxalees uas raug tsuj hnyo rau plaub caug ob lub hlis ntawd yog Yeluxalees sab ntsuj plig.</w:t>
      </w:r>
    </w:p>
    <w:p>
      <w:pPr>
        <w:pStyle w:val="ArticleScripture"/>
        <w:jc w:val="left"/>
      </w:pPr>
      <w:r>
        <w:rPr>
          <w:rFonts w:ascii="Times New Roman" w:hAnsi="Times New Roman" w:eastAsia="Times New Roman" w:cs="Times New Roman"/>
        </w:rPr>
        <w:t>“Cov sij hawm uas tau hais ntawm no—plaub caug ob lub hlis,” thiab “ib txhiab ob puas rau caum hnub”—yog tib lub sij hawm xwb, tib yam sawv cev rau lub caij uas pawg ntseeg ntawm Khetos yuav tsum raug Loos tsim txom. 1260 lub xyoos ntawm txoj kev kav loj tshaj ntawm papacy tau pib hauv A.D. 538, thiab yog li ntawd yuav xaus rau xyoo 1798. Lub sij hawm ntawd ib pab tub rog Fabkis nkag mus rau Loos thiab ntes tus pope ua neeg raug kaw, thiab nws tuag hauv kev thoj nam tawg rog. Txawm yog tsis ntev tom qab ntawd tau xaiv ib tug pope tshiab, los txij thaum ntawd los papal hierarchy yeej tsis tau muaj peev xwm tuav tau lub hwj chim uas yav tas los nws tau muaj.” The Great Controversy, 266.</w:t>
      </w:r>
    </w:p>
    <w:p>
      <w:pPr>
        <w:pStyle w:val="ArticleBody"/>
        <w:jc w:val="left"/>
      </w:pPr>
      <w:r>
        <w:rPr>
          <w:rFonts w:ascii="Times New Roman" w:hAnsi="Times New Roman" w:eastAsia="Times New Roman" w:cs="Times New Roman"/>
        </w:rPr>
        <w:t>Povlauj tau qhia meej tias thaum lub sijhawm hloov chaw uas tau tshwm sim hauv keeb kwm ntawm tus ntoo khaub lig, Yeluxalees sab ntsuj plig uas “nyob saud” tau los ua lub nroog uas Vajtswv xaiv los tso nws lub npe rau, thiab Yeluxalees tiag tiag hauv ntiajteb thiaj tsis yog Yeluxalees hauv Vajluskub tej lus faj lem lawm.</w:t>
      </w:r>
    </w:p>
    <w:p>
      <w:pPr>
        <w:pStyle w:val="ArticleScripture"/>
        <w:jc w:val="left"/>
      </w:pPr>
      <w:r>
        <w:rPr>
          <w:rFonts w:ascii="Times New Roman" w:hAnsi="Times New Roman" w:eastAsia="Times New Roman" w:cs="Times New Roman"/>
        </w:rPr>
        <w:t>Akas no Hagas yog roob Xinais nyob hauv Arabia, thiab phim rau lub nroog Yeluxalees uas tam sim no muaj nyob, thiab tseem nyob hauv kev qhev nrog nws cov me nyuam. Tiamsis lub nroog Yeluxalees uas nyob saud yog tus ywj pheej, uas yog leej niam ntawm peb sawv daws. Kalatia 4:25, 26.</w:t>
      </w:r>
    </w:p>
    <w:p>
      <w:pPr>
        <w:pStyle w:val="ArticleBody"/>
        <w:jc w:val="left"/>
      </w:pPr>
      <w:r>
        <w:rPr>
          <w:rFonts w:ascii="Times New Roman" w:hAnsi="Times New Roman" w:eastAsia="Times New Roman" w:cs="Times New Roman"/>
        </w:rPr>
        <w:t>Qhov tseeb no yog yam tseem ceeb uas yuav tsum to taub kom raug, thiab kev siv Yeluxalees tiag ua lub cim ntawm tej lus faj lem hauv Vajlugkub yuam kev yog ib feem ntawm txoj kev dag ntxias uas cov Jesuit tsim los txo hwj chim qhov tseeb tias tus pope ntawm Loos yog tus antichrist. Txoj kev qhia cuav ntawd ua kom muaj ib txoj kev ntseeg nyob hauv Protestantism uas twb poob siab lawm, uas cia lawv tig mus saib haiv neeg Yixayee Yudais niaj hnub no yuam kev ua ib lub cim ntawm tej lus faj lem. Yeluxalees tiag tsis yog Yeluxalees ntawm Vajtswv lawm txij thaum lub sijhawm tus ntoo khaub lig.</w:t>
      </w:r>
    </w:p>
    <w:p>
      <w:pPr>
        <w:pStyle w:val="ArticleScripture"/>
        <w:jc w:val="left"/>
      </w:pPr>
      <w:r>
        <w:rPr>
          <w:rFonts w:ascii="Times New Roman" w:hAnsi="Times New Roman" w:eastAsia="Times New Roman" w:cs="Times New Roman"/>
        </w:rPr>
        <w:t>“Lub nroog Yeluxalees tsis yog ib qho chaw dawb huv lawm. Vajtswv txoj kev foom phem nyob saum nws vim yog txoj kev tsis lees txais thiab kev muab Khetos ntsia saum ntoo khaub lig. Ib qho cim dub ntawm kev txhaum uas muaj txim hnyav nyob ntsiag to saum nws, thiab nws yuav tsis rov ua ib qho chaw dawb huv dua li mus txog thaum nws tau raug ntxuav kom dawb huv los ntawm tej hluav taws uas ntxuav kom huv ntawm ntuj ceeb tsheej. Thaum lub sij hawm uas lub ntiaj teb no, uas raug kev txhaum foom phem, raug ntxuav kom huv ntawm txhua qhov chaw paug ntawm kev txhaum, Khetos yuav rov sawv saum Roob Txiv Ntoo Roj dua. Thaum Nws ob txhais ko taw tsaws saum nws, nws yuav tawg ua ob sab, thiab yuav dhau los ua ib thaj tiaj dav loj, uas raug npaj tseg rau lub nroog ntawm Vajtswv.” Review and Herald, July 30, 1901.</w:t>
      </w:r>
    </w:p>
    <w:p>
      <w:pPr>
        <w:pStyle w:val="ArticleBody"/>
        <w:jc w:val="left"/>
      </w:pPr>
      <w:r>
        <w:rPr>
          <w:rFonts w:ascii="Times New Roman" w:hAnsi="Times New Roman" w:eastAsia="Times New Roman" w:cs="Times New Roman"/>
        </w:rPr>
        <w:t>Qhov tseem ceeb ntawm kev sib txawv ntawm Yeluxalees tiag thiab Yeluxalees sab ntsuj plig yuav raug hais txog thaum peb xav txog Khetos txoj lus cev faj lem hais txog qhov kawg ntawm lub ntiaj teb no. Zaum plaub uas Daniyees qhia txog “qhov niaj hnub,” yog nyob hauv tshooj kaum ib.</w:t>
      </w:r>
    </w:p>
    <w:p>
      <w:pPr>
        <w:pStyle w:val="ArticleScripture"/>
        <w:jc w:val="left"/>
      </w:pPr>
      <w:r>
        <w:rPr>
          <w:rFonts w:ascii="Times New Roman" w:hAnsi="Times New Roman" w:eastAsia="Times New Roman" w:cs="Times New Roman"/>
        </w:rPr>
        <w:t>Thiab cov npab yuav sawv ntawm nws ib sab, thiab lawv yuav ua kom lub chaw dawb huv uas yog lub chaw muaj hwj chim qias neeg, thiab yuav tshem tawm txoj kev fij xyeem niaj hnub, thiab lawv yuav tsa yam qias vuab tsuab uas ua rau kev puam tsuaj. Daniyee 11:31.</w:t>
      </w:r>
    </w:p>
    <w:p>
      <w:pPr>
        <w:pStyle w:val="ArticleBody"/>
        <w:jc w:val="left"/>
      </w:pPr>
      <w:r>
        <w:rPr>
          <w:rFonts w:ascii="Times New Roman" w:hAnsi="Times New Roman" w:eastAsia="Times New Roman" w:cs="Times New Roman"/>
        </w:rPr>
        <w:t>Nqe no yog tab tom qhia txog tes dej num ntawm Loos pej kum uas tsa lub hwj chim txiv plig papacy los rau saum lub zwm txwv ntawm lub ntiaj teb xyoo 538. Cov “caj npab” sawv cev rau lub zog tub rog ntawm Loos pej kum uas sawv los txhawb papacy pib nrog Clovis, vaj ntxwv ntawm cov Franks, xyoo 496. Ntau tus vaj ntxwv European tau ua haujlwm los pab tsa papacy raws li Clovis tom qab, tiam sis nqe no tab tom qhia txog plaub yam uas cov vaj ntxwv European (caj npab) tau ua rau papacy, thaum lawv twb ua txhaum los ntawm kev tsim kev koom tes ntawm pawg ntseeg thiab lub xeev nrog tus niam ntiav ntawm Tyre.</w:t>
      </w:r>
    </w:p>
    <w:p>
      <w:pPr>
        <w:pStyle w:val="ArticleBody"/>
        <w:jc w:val="left"/>
      </w:pPr>
      <w:r>
        <w:rPr>
          <w:rFonts w:ascii="Times New Roman" w:hAnsi="Times New Roman" w:eastAsia="Times New Roman" w:cs="Times New Roman"/>
        </w:rPr>
        <w:t>Thaum lawv sawv los txhawb lub hwjchim papacy lawm, lawv thiaj “ua qias” lossis rhuav tshem lub nroog Loos, uas yog lub cim ntawm lub zog ntawm ob qho tib si Loos pagan thiab Loos papal. Qhov kev ua qias uas nqe no hais txog ntawd tau raug coj los ua ntau zaus dhau tej xyoo, raws li lub nroog Loos raug coj mus nyob hauv kev tawm tsam tub rog tsis tu ncua. Cov vajntxwv nyob tebchaws Europe ntawd (cov caj npab), kuj yuav “tshem tawm qhov txhia hnub.” Lo lus Hebrew uas txhais ua “tshem tawm” hauv nqe no tsis yog “rum,” ib yam li nyob hauv tshooj yim. Hauv nqe no, lo lus txhais ua “tshem tawm” yog “sur,” thiab nws txhais tias tshem mus. Cov caj npab ntawm cov vajntxwv European yuav tshem tawm txoj kev tawm tsam pagan rau kev sawv los ntawm papacy hauv xyoo 508. Ces hauv xyoo 538, cov caj npab ntawd yuav tsa papacy rau saum lub zwm txwv ntawm lub ntiajteb. Ces ntawm Council of Orleans, nyob rau tib lub xyoo ntawd, papacy tau coj los siv ib txoj cai Hnub Caiv.</w:t>
      </w:r>
    </w:p>
    <w:p>
      <w:pPr>
        <w:pStyle w:val="ArticleBody"/>
        <w:jc w:val="left"/>
      </w:pPr>
      <w:r>
        <w:rPr>
          <w:rFonts w:ascii="Times New Roman" w:hAnsi="Times New Roman" w:eastAsia="Times New Roman" w:cs="Times New Roman"/>
        </w:rPr>
        <w:t>Hnub Xaiv ua ib hnub teev hawm yog yam uas Muam White hu ua hnub Xanpataus “mlom”, thiab kev pe mlom yog lo lus txhais Vajlugkub uas phim txhij rau lo lus “yam qias neeg kawg.” Xyoo 538, cov npab ntawm Loos pagan tau tsa yam qias neeg uas ua rau kev puam tsuaj.</w:t>
      </w:r>
    </w:p>
    <w:p>
      <w:pPr>
        <w:pStyle w:val="ArticleScripture"/>
        <w:jc w:val="left"/>
      </w:pPr>
      <w:r>
        <w:rPr>
          <w:rFonts w:ascii="Times New Roman" w:hAnsi="Times New Roman" w:eastAsia="Times New Roman" w:cs="Times New Roman"/>
        </w:rPr>
        <w:t>“Txhua tus uas yuav tsa kom siab thiab pe hawm hnub Xanpataus cuav ntawd, uas yog ib hnub uas Vajtswv tsis tau foom koob hmoov rau, tab tom pab dab ntxwg nyoog thiab nws cov tim tswv kawg nkaus raws li tag nrho lub hwj chim ntawm lawv tej peev xwm uas Vajtswv tau pub rau lawv, uas lawv twb muab ntxeev siv rau qhov tsis raug lawm. Vim raug lwm tus ntsuj plig tshoov siab, uas ua rau lawv qhov kev txawj txiav txim dig muag, lawv thiaj tsis pom tias kev tsa hnub Sunday kom siab ntawd yog lub koom haum ntawm lub Koom Txoos Kas Tos Liv xwb.” Selected Messages, phau 3, 423.</w:t>
      </w:r>
    </w:p>
    <w:p>
      <w:pPr>
        <w:pStyle w:val="ArticleBody"/>
        <w:jc w:val="left"/>
      </w:pPr>
      <w:r>
        <w:rPr>
          <w:rFonts w:ascii="Times New Roman" w:hAnsi="Times New Roman" w:eastAsia="Times New Roman" w:cs="Times New Roman"/>
        </w:rPr>
        <w:t>Kev xibh saub thiab keeb kwm txhawb nqa txoj kev siv uas peb nyuam qhuav txheeb xyuas rau nqe peb caug ib. Thaum peb hais tias kev xibh saub txhawb nqa txoj kev siv no, peb tab tom hais txog qhov tseeb tias tseem muaj lwm yam lus faj lem uas hais txog tib cov xwm txheej no, txawm li cas los xij tsis coj lawv los rau hauv kev sib tham rau lub sij hawm no. Zaj thib tsib thiab zaum kawg uas Daniyee siv lo lus “txhua hnub,” muaj nyob hauv tshooj kaum ob.</w:t>
      </w:r>
    </w:p>
    <w:p>
      <w:pPr>
        <w:pStyle w:val="ArticleScripture"/>
        <w:jc w:val="left"/>
      </w:pPr>
      <w:r>
        <w:rPr>
          <w:rFonts w:ascii="Times New Roman" w:hAnsi="Times New Roman" w:eastAsia="Times New Roman" w:cs="Times New Roman"/>
        </w:rPr>
        <w:t>Thiab txij thaum lub sijhawm uas yuav muab txoj kev txi niaj hnub tshem tawm mus, thiab tsa yam qias neeg uas ua kom puam tsuaj los lawm, yuav muaj ib txhiab ob puas cuaj caum hnub. Foom koob hmoov rau tus uas tos, thiab los txog rau ib txhiab peb puas peb caug tsib hnub. Daniel 12:11, 12.</w:t>
      </w:r>
    </w:p>
    <w:p>
      <w:pPr>
        <w:pStyle w:val="ArticleBody"/>
        <w:jc w:val="left"/>
      </w:pPr>
      <w:r>
        <w:rPr>
          <w:rFonts w:ascii="Times New Roman" w:hAnsi="Times New Roman" w:eastAsia="Times New Roman" w:cs="Times New Roman"/>
        </w:rPr>
        <w:t>Zaj lus faj lem thiab keeb kwm lees paub tias nyob rau xyoo 508, kev tawm tsam rau kev sawv los ntawm lub hwjchim papacy yeej xaus lawm raws li qhov tseem ceeb, thaum qhov kawg ntawm peb qho kev txwv thaj av (cov Goths) raug muab rho tawm, raws li Daniyee tshooj xya qhia tseg.</w:t>
      </w:r>
    </w:p>
    <w:p>
      <w:pPr>
        <w:pStyle w:val="ArticleScripture"/>
        <w:jc w:val="left"/>
      </w:pPr>
      <w:r>
        <w:rPr>
          <w:rFonts w:ascii="Times New Roman" w:hAnsi="Times New Roman" w:eastAsia="Times New Roman" w:cs="Times New Roman"/>
        </w:rPr>
        <w:t>Kuv xav txog tej kub, thiab saib seb, muaj dua ib tug kub me sawv tuaj hauv lawv nruab nrab, nyob ntawm nws xub ntiag muaj peb tug ntawm cov kub thawj raug muab rho tawm mus nrog cag ntoo; thiab saib seb, hauv tus kub no muaj qhov muag zoo li tibneeg qhov muag, thiab muaj ib lub qhov ncauj hais tej lus loj kawg. Daniel 7:8.</w:t>
      </w:r>
    </w:p>
    <w:p>
      <w:pPr>
        <w:pStyle w:val="ArticleBody"/>
        <w:jc w:val="left"/>
      </w:pPr>
      <w:r>
        <w:rPr>
          <w:rFonts w:ascii="Times New Roman" w:hAnsi="Times New Roman" w:eastAsia="Times New Roman" w:cs="Times New Roman"/>
        </w:rPr>
        <w:t>Peb lub kub raug tshem tawm ntawd raug piav qhia tseg rau saum ob daim phaj dawb huv, thiab thaum lub thib peb ntawm peb yam chaw-thaj av uas ua kev txwv ntawd raug ntiab tawm hauv lub nroog Loos, nyob rau xyoo 508, ces txoj kev tawm tsam tiv thaiv kev sawv los ntawm hwjchim kav ntawm papacy raug muab tshem mus lawm. Kev tsa tsa uas raug hais txog hauv nqe kaum ib, sawv cev rau peb caug xyoo nruab nrab ntawm 508 thiab 538. Nws qhia meej peb caug xyoo uas kev npaj rau kev tsa tus neeg ntawm txojkev txhaum nyob hauv Vajtswv lub tuam tsev tau raug ua kom tiav.</w:t>
      </w:r>
    </w:p>
    <w:p>
      <w:pPr>
        <w:pStyle w:val="ArticleBody"/>
        <w:jc w:val="left"/>
      </w:pPr>
      <w:r>
        <w:rPr>
          <w:rFonts w:ascii="Times New Roman" w:hAnsi="Times New Roman" w:eastAsia="Times New Roman" w:cs="Times New Roman"/>
        </w:rPr>
        <w:t>Lo lus uas txhais ua “muab tshem tawm” kuj yog “sur,” uas txhais hais tias tshem tawm, thiab nyob rau xyoo 508, txoj kev tawm tsam tawm tsam qhov kev sawv los ntawm papacy raug tshem tawm (muab tshem tawm). Txij hnub ntawd mus, ib txhiab ob puas cuaj caum xyoo coj koj mus txog xyoo 1798, thiab lub qhov txhab tuag taus ntawm papacy. Ib txhiab peb puas peb caug tsib hnub coj koj mus txog thawj zaug kev poob siab, thiab qhov pib ntawm lub sijhawm ncua ntev nyob rau thaum xaus kawg ntawm xyoo 1843. Nqe vaj lug kub no cog lus txog ib txoj koob hmoov rau cov uas “los txog” 1843. Lo lus “los txog” txhais hais tias kov. Thawj hnub ntawm xyoo 1844 cim thawj zaug kev poob siab, tiam sis hnub kawg ntawm xyoo 1843 kov thawj lub sijhawm ntawm xyoo 1844. Hnub kawg ntawm ib xyoos kov thawj hnub ntawm lub xyoo tom qab. Txoj koob hmoov uas txuas nrog hnub ntawd raug txhawb nqa los ntawm keeb kwm thiab yaj saub tej lus.</w:t>
      </w:r>
    </w:p>
    <w:p>
      <w:pPr>
        <w:pStyle w:val="ArticleBody"/>
        <w:jc w:val="left"/>
      </w:pPr>
      <w:r>
        <w:rPr>
          <w:rFonts w:ascii="Times New Roman" w:hAnsi="Times New Roman" w:eastAsia="Times New Roman" w:cs="Times New Roman"/>
        </w:rPr>
        <w:t>Peb yuav txuas ntxiv peb txoj kev xav txog qhov tseem ceeb ntawm “yam niaj hnub” uas yog ib qho tseeb hauv paus rau hauv zaj lus tom ntej.</w:t>
      </w:r>
    </w:p>
    <w:p>
      <w:pPr>
        <w:pStyle w:val="ArticleScripture"/>
        <w:jc w:val="left"/>
      </w:pPr>
      <w:r>
        <w:rPr>
          <w:rFonts w:ascii="Times New Roman" w:hAnsi="Times New Roman" w:eastAsia="Times New Roman" w:cs="Times New Roman"/>
        </w:rPr>
        <w:t>“Tag nrho tej lus uas tau muab txij xyoo 1840–1844 yuav tsum raug nthuav tawm tam sim no nrog hwjchim thiab zog, rau qhov muaj coob leej neeg twb plam lawv txoj kev taw qhia lawm. Cov lus ntawd yuav tsum mus txog txhua pawg ntseeg.</w:t>
      </w:r>
    </w:p>
    <w:p>
      <w:pPr>
        <w:pStyle w:val="ArticleScripture"/>
        <w:jc w:val="left"/>
      </w:pPr>
      <w:r>
        <w:rPr>
          <w:rFonts w:ascii="Times New Roman" w:hAnsi="Times New Roman" w:eastAsia="Times New Roman" w:cs="Times New Roman"/>
        </w:rPr>
        <w:t>“Khetos tau hais tias, ‘Nej lub qhov muag tau koob hmoov lawm, rau qhov lawv pom; thiab nej lub pob ntseg, rau qhov lawv hnov. Vim kuv hais tseeb rau nej tias, ntau tus cev Vajtswv lus thiab cov neeg ncaj ncees tau ntshaw pom tej yam uas nej pom no, los lawv tsis tau pom; thiab ntshaw hnov tej yam uas nej hnov no, los lawv tsis tau hnov li’ [Mathai 13:16, 17]. Cov qhov muag uas tau pom tej yam uas tau pom nyob rau xyoo 1843 thiab 1844 yog cov tau koob hmoov lawm.</w:t>
      </w:r>
    </w:p>
    <w:p>
      <w:pPr>
        <w:pStyle w:val="ArticleScripture"/>
        <w:jc w:val="left"/>
      </w:pPr>
      <w:r>
        <w:rPr>
          <w:rFonts w:ascii="Times New Roman" w:hAnsi="Times New Roman" w:eastAsia="Times New Roman" w:cs="Times New Roman"/>
        </w:rPr>
        <w:t>“Zaj lus twb raug muab lawm. Thiab yuav tsum tsis txhob ncua sijhawm hauv kev rov hais zaj lus ntawd dua, rau qhov tej cim ntawm lub sijhawm tab tom raug ua tiav; txoj hauj lwm kaw kawg yuav tsum raug ua kom tiav. Ib txoj hauj lwm loj yuav raug ua tiav nyob rau lub sijhawm luv. Tsis ntev no, raws li Vajtswv txoj kev teem tseg, ib zaj lus yuav raug muab tawm uas yuav nthuav loj hlob mus ua ib lub suab quaj nrov. Ces Daniel yuav sawv hauv nws feem, los muab nws zaj lus tim khawv.” Manuscript Releases, volume 21, 437.</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Tus Zauv Plaub Caug Ob</dc:title>
  <dc:subject>Cov Kev Sib Txuas</dc:subject>
  <dc:creator>Jeff Pippenger</dc:creator>
  <cp:keywords/>
  <dc:description>Generated by ArticleDigger from daniel\42_daniel.json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