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Zaj Lus Naj Npawb Plaub Caug Xya</w:t>
      </w:r>
    </w:p>
    <w:p>
      <w:pPr>
        <w:pStyle w:val="ArticleSubtitle"/>
        <w:jc w:val="left"/>
      </w:pPr>
      <w:r>
        <w:rPr>
          <w:rFonts w:ascii="Arial" w:hAnsi="Arial" w:eastAsia="Arial" w:cs="Arial"/>
        </w:rPr>
        <w:t>Qhia Tej Lus Qhuab Qhia Dag Ntxias Tawm: Kev Ntsuam Xyuas Tob Txog Daniyee 8 thiab Cov Kev Sib Tw Rau Kev Ntseeg Vajtswv Adventist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2024-01-11</w:t>
      </w:r>
    </w:p>
    <w:p>
      <w:pPr>
        <w:pStyle w:val="ArticleBody"/>
        <w:jc w:val="left"/>
      </w:pPr>
      <w:r>
        <w:rPr>
          <w:rFonts w:ascii="Times New Roman" w:hAnsi="Times New Roman" w:eastAsia="Times New Roman" w:cs="Times New Roman"/>
        </w:rPr>
        <w:t>Thaum tus kub me ntawm Loos raug sawv cev nyob rau hauv nqe cuaj txog kaum ob ntawm Daniyee tshooj yim, nws yog ib lub cim uas twb raug ua kom qias lawm, rau qhov nws yog ib lub cim ntawm kev hnav cev hla-pojniam-txiv neej, ib tug neeg hnav khaub ncaws hloov mus ua txivneej thiab pojniam sib pauv mus los. Qhov no phim raws li txoj kev to taub ntawm cov Millerite tias Loos raug sawv cev los ntawm ob theem, thawj theem yog Roman statecraft, hos theem ob yog Roman churchcraft; tiam sis nyob rau hauv qhov kev pauv mus los ntawm pojniam thiab txivneej hauv cov nqe ntawd, tus kub me nyob tawm ntawm kab keeb kwm thiab yaj saub (raug ua kom qias lawm). Txawm li cas los xij, txhua nqe ntawm plaub nqe ntawd sawv cev rau keeb kwm uas txuas ncaj qha nrog Roman statecraft lossis Roman churchcraft. Loos pagan tsim txom txhua tus uas tawm tsam nws txoj cai kav teb chaws, tiam sis kev tsim txom ntawm papal Rome (pojniam) hauv nqe kaum, yog tsom tshwj xeeb rau saum ntuj ceeb tsheej.</w:t>
      </w:r>
    </w:p>
    <w:p>
      <w:pPr>
        <w:pStyle w:val="ArticleBody"/>
        <w:jc w:val="left"/>
      </w:pPr>
      <w:r>
        <w:rPr>
          <w:rFonts w:ascii="Times New Roman" w:hAnsi="Times New Roman" w:eastAsia="Times New Roman" w:cs="Times New Roman"/>
        </w:rPr>
        <w:t>Hauv txoj kev to taub ntawm cov Millerite tias Loos yog lub nceeg vaj plaub thiab kawg, qhov uas txav rov mus los ntawm lub xeev mus rau pawg ntseeg thiab ntawm pawg ntseeg rov mus rau lub xeev dua yuav tsis yog ib yam uas ua rau muaj kev txhawj xeeb. Lawv twb pom qhov sib tov ntawm hlau thiab av nplaum nyob hauv ko taw ntawm Daniyees tshooj ob lawm, thiab tsuas to taub tias nws yog ob theem ntawm Loos xwb, tsis muaj kev txhawj txog kev txhais kom meej ib qho txheej txheem keeb kwm tshwj xeeb ntawm lub nceeg vaj plaub thiab lub nceeg vaj tsib. Lawv kuj to taub tib yam txog tshooj xya, qhov uas tus kub uas hais tej yam loj tawm tsam tus Siab Tshaj, tau muab peb lub kub rho tawm ntawm thawj kaum lub kub ntawm tus tsiaj nyaum ntawm Loos. Txawm yog Miller yeej pom qhov kev hloov mus los ntawm poj niam los txiv neej hauv nqe cuaj mus txog kaum ob, los qhov ntawd yuav tsis tseem ceeb rau nws txoj kev to taub tias lub nceeg vaj plaub yog Loos. Hauv txoj kev to taub ntawm cov Millerite, lub nceeg vaj plaub xaus rau xyoo 1798, thiab qhov txheej xwm yaj saub tom ntej yog Kev Rov Los Zaum Ob ntawm Khetos.</w:t>
      </w:r>
    </w:p>
    <w:p>
      <w:pPr>
        <w:pStyle w:val="ArticleBody"/>
        <w:jc w:val="left"/>
      </w:pPr>
      <w:r>
        <w:rPr>
          <w:rFonts w:ascii="Times New Roman" w:hAnsi="Times New Roman" w:eastAsia="Times New Roman" w:cs="Times New Roman"/>
        </w:rPr>
        <w:t>Tus kub pojniam qhia txog tus pojniam uas ua kev nkauj nraug sab ntsuj plig nrog tus kub pojniam, thiab raug sawv cev rau hauv nqe kaum thiab kaum ob.</w:t>
      </w:r>
    </w:p>
    <w:p>
      <w:pPr>
        <w:pStyle w:val="ArticleScripture"/>
        <w:jc w:val="left"/>
      </w:pPr>
      <w:r>
        <w:rPr>
          <w:rFonts w:ascii="Times New Roman" w:hAnsi="Times New Roman" w:eastAsia="Times New Roman" w:cs="Times New Roman"/>
        </w:rPr>
        <w:t>Nws loj hlob heev, mus txog rau pab tub rog saum ntuj ceeb tsheej; thiab nws muab qee leej ntawm pab tub rog thiab ntawm cov hnub qub pov rau hauv av, thiab tsuj lawv. Daniel 8:10.</w:t>
      </w:r>
    </w:p>
    <w:p>
      <w:pPr>
        <w:pStyle w:val="ArticleBody"/>
        <w:jc w:val="left"/>
      </w:pPr>
      <w:r>
        <w:rPr>
          <w:rFonts w:ascii="Times New Roman" w:hAnsi="Times New Roman" w:eastAsia="Times New Roman" w:cs="Times New Roman"/>
        </w:rPr>
        <w:t>Kev tsim txom ntawm hwjchim papal tau raug tsom rau tawm tsam txoj Kev Ntseeg Khetos (tus tswv tsev saum ntuj), thiab hauv nqe kaum ob, Loos papal (pojniam), tau txais lub hwjchim los ua kom tiav nws txoj haujlwm tua neeg los ntawm txoj kev ua txhaum ntawm kev ua nkauj ua nraug nrog cov vajntxwv ntawm Tebchaws Europe.</w:t>
      </w:r>
    </w:p>
    <w:p>
      <w:pPr>
        <w:pStyle w:val="ArticleScripture"/>
        <w:jc w:val="left"/>
      </w:pPr>
      <w:r>
        <w:rPr>
          <w:rFonts w:ascii="Times New Roman" w:hAnsi="Times New Roman" w:eastAsia="Times New Roman" w:cs="Times New Roman"/>
        </w:rPr>
        <w:t>Thiab ib pab tub rog raug muab rau nws tawm tsam txoj kev fij txi txhua hnub vim yog kev txhaum, thiab nws muab qhov tseeb pov rau hauv av; thiab nws tau ua li ntawd, thiab vam meej. Daniel 8:12.</w:t>
      </w:r>
    </w:p>
    <w:p>
      <w:pPr>
        <w:pStyle w:val="ArticleBody"/>
        <w:jc w:val="left"/>
      </w:pPr>
      <w:r>
        <w:rPr>
          <w:rFonts w:ascii="Times New Roman" w:hAnsi="Times New Roman" w:eastAsia="Times New Roman" w:cs="Times New Roman"/>
        </w:rPr>
        <w:t>Lo lus “host” hauv nqe vajlugkub no sawv cev rau lub hwj chim tub rog uas tau muab rau lub hwj chim papacy “tawm ntawm tus daily.” Lo lus “against” txhais hais tias “tawm ntawm.” Tawm ntawm cov vaj ntxwv pagan ntawm teb chaws Europe (pagan Rome), uas raug sawv cev los ntawm “tus daily,” kev txhawb nqa tub rog (ib host) tau muab rau lub papacy “vim yog kev txhaum.” Kev koom ua ke ntawm pawg ntseeg thiab lub xeev, uas pawg ntseeg yog tus tswj txoj kev sib raug zoo ntawd, yog “kev txhaum” ntawd. Cawv txiv hmab ntawm txoj kev txhaum ntawd yog cov ntshav Khixatia. Thaum lub papacy twb tau tswj hwm cov tub rog ntawm pagan Rome lawm, papal Rome (“nws”) “ntxeev qhov tseeb pov rau hauv av; thiab nws tau xyaum ua, thiab vam meej.”</w:t>
      </w:r>
    </w:p>
    <w:p>
      <w:pPr>
        <w:pStyle w:val="ArticleBody"/>
        <w:jc w:val="left"/>
      </w:pPr>
      <w:r>
        <w:rPr>
          <w:rFonts w:ascii="Times New Roman" w:hAnsi="Times New Roman" w:eastAsia="Times New Roman" w:cs="Times New Roman"/>
        </w:rPr>
        <w:t>Hauv Daniyees tshooj kaum ib, nqe peb caug ib, kuj sawv cev txog kev cob cov tub rog rau Loos papas:</w:t>
      </w:r>
    </w:p>
    <w:p>
      <w:pPr>
        <w:pStyle w:val="ArticleScripture"/>
        <w:jc w:val="left"/>
      </w:pPr>
      <w:r>
        <w:rPr>
          <w:rFonts w:ascii="Times New Roman" w:hAnsi="Times New Roman" w:eastAsia="Times New Roman" w:cs="Times New Roman"/>
        </w:rPr>
        <w:t>Thiab cov caj npab yuav sawv ntawm nws sab, thiab lawv yuav ua kom lub chaw dawb huv uas muaj zog qias tuaj, thiab lawv yuav muab txoj kev txi niaj hnub tshem tawm mus, thiab lawv yuav tsa yam qias neeg uas ua rau muaj kev puam tsuaj. Daniel 11:31.</w:t>
      </w:r>
    </w:p>
    <w:p>
      <w:pPr>
        <w:pStyle w:val="ArticleBody"/>
        <w:jc w:val="left"/>
      </w:pPr>
      <w:r>
        <w:rPr>
          <w:rFonts w:ascii="Times New Roman" w:hAnsi="Times New Roman" w:eastAsia="Times New Roman" w:cs="Times New Roman"/>
        </w:rPr>
        <w:t>Nqe lus no tab tom txheeb xyuas txog kev hloov keeb kwm ntawm Loos kev teev dab mus rau Loos ntawm lub hwj chim papacy. Hauv nqe lus no, cov “caj npab” yog cov vaj ntxwv European uas pib sawv los txhawb papacy, pib nrog Clovis, vaj ntxwv ntawm cov Franks (Fabkis), nyob rau xyoo 496. Cov “caj npab” kuj ua kom “lub tuam tsev dawb huv ntawm lub zog” (lub nroog Loos) qias tuaj, los ntawm kev ua tsov rog tsis tu ncua txij xyoo pua plaub mus ntxiv mus txog xyoo 538. Cov “caj npab” kuj tshem tawm txoj kev tawm tsam ntawm kev teev dab uas tawm tsam kev sawv los ntawm papacy, thiab txog xyoo 508, txoj kev tawm tsam ntawm kev teev dab ntawd twb xaus lawm.</w:t>
      </w:r>
    </w:p>
    <w:p>
      <w:pPr>
        <w:pStyle w:val="ArticleBody"/>
        <w:jc w:val="left"/>
      </w:pPr>
      <w:r>
        <w:rPr>
          <w:rFonts w:ascii="Times New Roman" w:hAnsi="Times New Roman" w:eastAsia="Times New Roman" w:cs="Times New Roman"/>
        </w:rPr>
        <w:t>Lo lus uas tau txhais ua “rho tawm,” yog lo lus Henplais “sur” thiab txhais hais tias “tshem tawm”. Cov “caj npab” tau tsa “yam qias neeg uas ua rau puam tsuaj” (lub hwj chim papacy), rau saum lub zwm txwv ntawm lub ntiaj teb hauv xyoo 538. Thaum Daniyee tshooj yim, nqe kaum ob qhia tias “ib pab tub rog” raug muab rau tus kub me poj niam, nws yog tab tom pom zoo nrog zaj lus tim khawv ntawm nqe peb caug ib ntawm tshooj kaum ib. Phau Ntawv Qhia Tshwm kuj ua tim khawv rau tib qhov tseeb ntawd hauv tshooj kaum peb.</w:t>
      </w:r>
    </w:p>
    <w:p>
      <w:pPr>
        <w:pStyle w:val="ArticleScripture"/>
        <w:jc w:val="left"/>
      </w:pPr>
      <w:r>
        <w:rPr>
          <w:rFonts w:ascii="Times New Roman" w:hAnsi="Times New Roman" w:eastAsia="Times New Roman" w:cs="Times New Roman"/>
        </w:rPr>
        <w:t>Thiab tus tsiaj nyaum uas kuv pom zoo li ib tug tsov txaij, thiab nws ob txhais ko taw zoo li ob txhais ko taw dais, thiab nws lub qhov ncauj zoo li lub qhov ncauj tsov ntxhuav; thiab tus zaj muab nws lub hwj chim, thiab nws lub zwm txwv, thiab txoj cai loj rau nws. Tshwm Sim 13:2.</w:t>
      </w:r>
    </w:p>
    <w:p>
      <w:pPr>
        <w:pStyle w:val="ArticleBody"/>
        <w:jc w:val="left"/>
      </w:pPr>
      <w:r>
        <w:rPr>
          <w:rFonts w:ascii="Times New Roman" w:hAnsi="Times New Roman" w:eastAsia="Times New Roman" w:cs="Times New Roman"/>
        </w:rPr>
        <w:t>Muam White qhia meej tseeb tias tus tsiaj nyaum nyob hauv nqe ob yog lub hwj chim papacy, thiab tias tus zaj nyob hauv nqe ntawd yog Loos pagan. Loos pagan tau muab peb yam rau lub hwj chim papacy; “nws lub hwj chim, thiab nws lub zwm txwv, thiab txoj cai loj.”</w:t>
      </w:r>
    </w:p>
    <w:p>
      <w:pPr>
        <w:pStyle w:val="ArticleBody"/>
        <w:jc w:val="left"/>
      </w:pPr>
      <w:r>
        <w:rPr>
          <w:rFonts w:ascii="Times New Roman" w:hAnsi="Times New Roman" w:eastAsia="Times New Roman" w:cs="Times New Roman"/>
        </w:rPr>
        <w:t>Lub hwjchim tub rog tau raug muab los ntawm Loos uas pe hawm dab mlom, pib nrog Clovis hauv xyoo 496. “Lub zwm txwv” uas siv los kav ntawd, raug muab rau txoj kev ua Vajlugkub ntawm papacy hauv xyoo 330, thaum huab tais Constantine txav nws lub peev mus rau Constantinople, tso nws lub qub peev nroog Loos tseg rau hauv kev tswj hwm ntawm pawg ntseeg papal. Nyob rau xyoo 533, huab tais Justinian tau tshaj tawm tias tus pope yog tus thawj ntawm pawg ntseeg thiab yog tus kho cov neeg ntseeg cuav, muab nws “lub hwjchim loj” rau tus pope ntawm Loos. Nqe kaum ob ntawm Daniyees tshooj yim qhia txog lub sijhawm thaum ib “pab tub rog” raug muab, thiab qhov tseeb yaj saub ntawd raug ua tim khawv los ntawm ntau tus pov thawj. Txij lub sijhawm ntawd mus (pib hauv xyoo 496), papacy tau “vam meej.”</w:t>
      </w:r>
    </w:p>
    <w:p>
      <w:pPr>
        <w:pStyle w:val="ArticleBody"/>
        <w:jc w:val="left"/>
      </w:pPr>
      <w:r>
        <w:rPr>
          <w:rFonts w:ascii="Times New Roman" w:hAnsi="Times New Roman" w:eastAsia="Times New Roman" w:cs="Times New Roman"/>
        </w:rPr>
        <w:t>Nws yuav tseem “ua” thiab “vam meej” mus txog thaum kawg ntawm txoj kev chim siab tawm tsam lub nceeg vaj qaum teb ntawm Ixayees xaus rau xyoo 1798, thiab lub hwj chim papacy tau txais nws lub qhov txhab uas txaus tuag.</w:t>
      </w:r>
    </w:p>
    <w:p>
      <w:pPr>
        <w:pStyle w:val="ArticleScripture"/>
        <w:jc w:val="left"/>
      </w:pPr>
      <w:r>
        <w:rPr>
          <w:rFonts w:ascii="Times New Roman" w:hAnsi="Times New Roman" w:eastAsia="Times New Roman" w:cs="Times New Roman"/>
        </w:rPr>
        <w:t>Thiab vajntxwv yuav ua raws li nws lub siab nyiam; thiab nws yuav tsa nws tus kheej siab, thiab ua kom nws tus kheej loj dua txhua tus vajtswv, thiab yuav hais tej lus txawv txawv tawm tsam tus Vajtswv ntawm cov vajtswv, thiab nws yuav vam meej mus txog thaum txoj kev chim siab tiav lawm: rau qhov yam uas tau txiav txim cia lawm yuav tsum muaj tiav. Daniyees 11:36.</w:t>
      </w:r>
    </w:p>
    <w:p>
      <w:pPr>
        <w:pStyle w:val="ArticleBody"/>
        <w:jc w:val="left"/>
      </w:pPr>
      <w:r>
        <w:rPr>
          <w:rFonts w:ascii="Times New Roman" w:hAnsi="Times New Roman" w:eastAsia="Times New Roman" w:cs="Times New Roman"/>
        </w:rPr>
        <w:t>Nqe cuaj ntawm tshooj yim piav txog Loos pojniam txivneej (Loos pagan), thiab sawv cev rau txoj kev kov yeej peb theem uas Loos pagan tau ua tiav, thiab uas yog ib daim qauv ua ntej txog peb thaj chaw thaj av uas yuav raug kov yeej kom Loos papal thiaj raug tsa rau saum lub zwm txwv ntawm lub ntiajteb, raws li peb tug kub uas raug muab rho tawm hauv tshooj xya sawv cev. Ob txoj kev kov yeej peb theem ntawd ntawm Loos pagan thiab Loos papal sawv cev rau peb yam teeb meem thaj chaw ntawm Loos niaj hnub no, nyob hauv nqe plaub caug mus txog plaub caug peb ntawm Daniyees kaum ib. Ces nyob hauv tshooj yim, nqe kaum ib, tus kub me txivneej (Loos pagan) raug sawv cev dua ib zaug ntxiv. Nyob hauv nqe ntawd, lub laj thawj dawb huv ruaj khov heev, txog npaum li cov txiv neej saib tsis taus uas kav Yeluxalees raug yuam kom coj los qhia ob peb qho lus dag kev ntseeg xibhwb txhawm rau tsa lawv lub hauv paus cuav.</w:t>
      </w:r>
    </w:p>
    <w:p>
      <w:pPr>
        <w:pStyle w:val="ArticleScripture"/>
        <w:jc w:val="left"/>
      </w:pPr>
      <w:r>
        <w:rPr>
          <w:rFonts w:ascii="Times New Roman" w:hAnsi="Times New Roman" w:eastAsia="Times New Roman" w:cs="Times New Roman"/>
        </w:rPr>
        <w:t>Yog lawm, nws tsa nws tus kheej kom loj txawm mus txog rau Tus Tub Vaj Ntxwv ntawm pab tub rog, thiab los ntawm nws txoj kev ua, kev txi niaj hnub raug muab tshem tawm, thiab qhov chaw ntawm nws lub chaw dawb huv raug rhuav pov tseg. Daniel 8:11.</w:t>
      </w:r>
    </w:p>
    <w:p>
      <w:pPr>
        <w:pStyle w:val="ArticleBody"/>
        <w:jc w:val="left"/>
      </w:pPr>
      <w:r>
        <w:rPr>
          <w:rFonts w:ascii="Times New Roman" w:hAnsi="Times New Roman" w:eastAsia="Times New Roman" w:cs="Times New Roman"/>
        </w:rPr>
        <w:t>Thaum peb pib hais txog cov nyiaj cuav thiab cov hniav nyiaj hniav kub cuav uas tau raug coj los rau hauv Adventism txij xyoo 1863 los, tsim nyog yuav tsum nco ntsoov tias muaj ob thaj chaw tseem ceeb ntawm yam uas raug hu ua kev txawj ntse sab kev ntseeg uas Adventism khav txog, ua lub hauv paus rau lawv txoj kev txhawb nqa cov lus qhuab qhia ntawm Protestantism uas thim rov qab thiab Catholicism. Qhov kev thov uas cov neeg txawj txhais kev ntseeg niaj hnub no hauv Adventism hais tseg yog tias lawv yog cov kws tshaj lij hauv keeb kwm Vajlugkub, los sis yog cov kws tshaj lij hauv cov lus ntawm Vajlugkub. Lawv txoj kev siv nqe Vajlugkub ntawd qhia tias lo lus faj lem tau dhau los ua ib phau ntawv kaw ruaj rau lawv, thiab kuj qhia tias lawv txoj kev lees tias yog cov kws tshaj lij ntawm cov lus Vajlugkub tsuas yog kev tshwm sim niaj hnub no ntawm txoj kev ua Falixais xwb.</w:t>
      </w:r>
    </w:p>
    <w:p>
      <w:pPr>
        <w:pStyle w:val="ArticleBody"/>
        <w:jc w:val="left"/>
      </w:pPr>
      <w:r>
        <w:rPr>
          <w:rFonts w:ascii="Times New Roman" w:hAnsi="Times New Roman" w:eastAsia="Times New Roman" w:cs="Times New Roman"/>
        </w:rPr>
        <w:t>Ua ntej tshaj plaws yog qhov tsis quav ntsej txog kev hloov mus los ntawm txivneej-pojniam kev qhia rau tus kub me hauv nqe cuaj mus txog kaum ob. Yog lawv yeej yog cov kws txawj tiag tiag hauv lus Henplais, lawv yuav tsis tsis lees paub, lossis txo kom nqaim, qhov tseeb tias Daniel tau txhob txwm siv kev hloov mus los ntawm txivneej-pojniam kev qhia hauv cov nqe ntawd. Tus kub me raug sawv cev nyob rau hauv ob hom txivneej-pojniam kev qhia, thiab cov kev qhia ntawd hloov mus los sib law liag thoob plaws cov nqe ntawd. Cov kws ntseeg-vajlugkub sim npog qhov tseeb no nrog tej yam khib nyiab thiab tej npib cuav, rau qhov nws qhia meej tias nqe kaum ib tab tom txheeb kom pom Loos pagan, tsis yog Loos papal. Lawv, yeej tsis poob li, hais tawv tias tus kub me hauv nqe kaum ib yog tus pope, thaum qhov tseeb nws yog Loos pagan.</w:t>
      </w:r>
    </w:p>
    <w:p>
      <w:pPr>
        <w:pStyle w:val="ArticleBody"/>
        <w:jc w:val="left"/>
      </w:pPr>
      <w:r>
        <w:rPr>
          <w:rFonts w:ascii="Times New Roman" w:hAnsi="Times New Roman" w:eastAsia="Times New Roman" w:cs="Times New Roman"/>
        </w:rPr>
        <w:t>Thaum twb lees paub lawm tias ob nqe ntawm plaub nqe hais txog lub hwj me muaj xeem txiv neej thiab ob nqe muaj xeem poj niam, ces kuj yooj yim los koom nrog qhov tseeb hauv Vajlugkub tias ib tug poj niam hauv kev yaj saub hauv Vajlugkub sawv cev rau ib lub koom txoos, hos ib tug txiv neej sawv cev rau ib lub xeev. Kev paub qhov no ua rau txhua tus uas xav pom, pom tseeb tias lub hwj me hauv nqe kaum ib yog Loos xeem txiv neej (Loos pagan), tsis yog Loos xeem poj niam (Loos papal).</w:t>
      </w:r>
    </w:p>
    <w:p>
      <w:pPr>
        <w:pStyle w:val="ArticleBody"/>
        <w:jc w:val="left"/>
      </w:pPr>
      <w:r>
        <w:rPr>
          <w:rFonts w:ascii="Times New Roman" w:hAnsi="Times New Roman" w:eastAsia="Times New Roman" w:cs="Times New Roman"/>
        </w:rPr>
        <w:t>Yog li no raug to taub hais tias Loos uas pe hawm tej dab mlom (nws) tau tsa nws tus kheej kom siab mus txog Tus Tub Vaj Ntxwv ntawm pab tub rog, ib yam li Loos uas pe hawm tej dab mlom tau ua thaum nws muab Tus Tub Vaj Ntxwv ntawm pab tub rog ntsia rau saum tus ntoo khaub lig ntawm Kalvari. Tsis yog tsuas yog Loos uas pe hawm tej dab mlom tau tsa nws tus kheej tawm tsam Khetos ntawm tus ntoo khaub lig xwb, nqe vaj lug kub ntawd tseem hais ntxiv tias los ntawm nws (Loos uas pe hawm tej dab mlom) “txoj kev txi niaj hnub raug muab tshem tawm lawm.”</w:t>
      </w:r>
    </w:p>
    <w:p>
      <w:pPr>
        <w:pStyle w:val="ArticleBody"/>
        <w:jc w:val="left"/>
      </w:pPr>
      <w:r>
        <w:rPr>
          <w:rFonts w:ascii="Times New Roman" w:hAnsi="Times New Roman" w:eastAsia="Times New Roman" w:cs="Times New Roman"/>
        </w:rPr>
        <w:t>Hauv phau ntawv Daniyee muaj ob lo lus Henplais uas ob leeg raug txhais ua “tshem tawm.” Ob lo lus ntawd yog “sur” thiab “rum”. Ob lo lus no puav leej raug siv hauv txoj haujlwm pabcuam hauv lub chaw dawb huv. “Sur” txhais tias tshem tawm lossis muab tshem mus, thiab thaum cov hmoov tshauv saum lub thaj hauv lub chaw dawb huv raug tshem tawm, lo lus uas siv los piav txog kev tshem cov hmoov tshauv ntawd yog “sur”. Lo lus “rum” txhais tias tsa kom siab thiab qhuas kom muaj meejmom, thiab thaum tus pov thawj hauv lub chaw dawb huv yuav tsum tsa ib qho khoom fij viav tes, nws yuav tsum “rum” (tsa kom siab) qhov khoom fij ntawd. Nyob hauv nqe kaum ib, Loos uas pe dab mlom (“the daily”) yuav “rum” (tshem tawm) kev teev dab qhuas los ntawm kev tsa kom siab thiab qhuas kom muaj meejmom rau txoj kev ntseeg ntawm kev pe dab mlom.</w:t>
      </w:r>
    </w:p>
    <w:p>
      <w:pPr>
        <w:pStyle w:val="ArticleBody"/>
        <w:jc w:val="left"/>
      </w:pPr>
      <w:r>
        <w:rPr>
          <w:rFonts w:ascii="Times New Roman" w:hAnsi="Times New Roman" w:eastAsia="Times New Roman" w:cs="Times New Roman"/>
        </w:rPr>
        <w:t>Loos Thee Kheev uas yog neeg pe dab mlom yuav tsa kom siab thiab qhuas txhawb txoj kev ntseeg ntawm kev pe dab mlom. Cov kws xibhwb kev ntseeg Adventist uas lees tias lawv txawj ntse tshwj xeeb txog cov lus hauv Vajlugkub xaiv los txhais txhua qhov uas lo lus “rho tawm” tshwm hauv phau ntawv Daniel ua “tshem tawm”. Lawv tsis lees paub Daniel txoj kev sau uas txawv thiab meej tseeb, thiab yog li ntawd lawv muab lawv tus kheej tsa siab dua tus yaj saub Daniel.</w:t>
      </w:r>
    </w:p>
    <w:p>
      <w:pPr>
        <w:pStyle w:val="ArticleBody"/>
        <w:jc w:val="left"/>
      </w:pPr>
      <w:r>
        <w:rPr>
          <w:rFonts w:ascii="Times New Roman" w:hAnsi="Times New Roman" w:eastAsia="Times New Roman" w:cs="Times New Roman"/>
        </w:rPr>
        <w:t>Cov xibfwb kev ntseeg uas lees tias lawv to taub cov lus hauv Phau Vajlugkub, muab tej lus sib cav los ua pov thawj tias vim li cas Daniyees thiaj npaj kom txhais ib yam nkaus, thaum nws siv ob lo lus sib txawv. Lawv nthuav tej kev kawm lus ntev thiab nkees mloog los txhawb lawv tej lus dag. Cov xibfwb kev ntseeg uas lees tias lawv to taub keeb kwm hauv Phau Vajlugkub, sib cav tias qhov kev siv tsis tseeb ntawd yog raws li kev lees paub tias nyob rau ntau tiam keeb kwm sib txawv, tib lo lus kuj yuav txhais tau ib yam txawv, thiab vim li ntawd thaum Daniyees siv ob lo lus sib txawv, tsuas yog tus kws paub keeb kwm xwb thiaj txheeb tau yam uas Daniyees yeej txhais tiag. Nws yog ib qho tseem ceeb uas yuav tsum txheeb kom paub ob txoj kev dag no, rau qhov cov xibfwb kev ntseeg uas nrhiav kev zais lawv tus kheej ntawm txoj kev qhia “kab saum kab” siv lawv ntau zaus.</w:t>
      </w:r>
    </w:p>
    <w:p>
      <w:pPr>
        <w:pStyle w:val="ArticleScripture"/>
        <w:jc w:val="left"/>
      </w:pPr>
      <w:r>
        <w:rPr>
          <w:rFonts w:ascii="Times New Roman" w:hAnsi="Times New Roman" w:eastAsia="Times New Roman" w:cs="Times New Roman"/>
        </w:rPr>
        <w:t>Muaj tseeb tiag, nws tau tsa nws tus kheej loj hlob mus txog rau Tus Tub Vaj Ntxwv ntawm pab tub rog, thiab vim nws thiaj muab txoj kev txi niaj hnub raug tshem tawm, thiab qhov chaw ntawm nws lub chaw dawb huv raug muab pov tseg. Daniel 8:11.</w:t>
      </w:r>
    </w:p>
    <w:p>
      <w:pPr>
        <w:pStyle w:val="ArticleBody"/>
        <w:jc w:val="left"/>
      </w:pPr>
      <w:r>
        <w:rPr>
          <w:rFonts w:ascii="Times New Roman" w:hAnsi="Times New Roman" w:eastAsia="Times New Roman" w:cs="Times New Roman"/>
        </w:rPr>
        <w:t>Lo lus uas raug txhais ua “muab tshem tawm” hauv nqe vajlugkub no txhais tias “tsa kom siab thiab qhuas kom loj”. Nws tsis txhais hais tias tshem tawm. Qhov tseeb no ua rau muaj kev ntxhov siab thiab kev sib txeeb hauv cov kws ntseeg Adventist, vim lawv tej kev xav ua thawj tsis ruaj khov thaum muab nqe vajlugkub no los tshuaj xyuas yooj yim, thaum siv lub ntsiab txhais tiag tiag ntawm lo lus uas Daniyees tau siv rau hauv nqe vajlugkub no. Lawv sib cav tias tus kub me hauv nqe vajlugkub no yog Loos papal, thiab yog li ntawd nqe vajlugkub no yuav nyeem tias “los ntawm nws” (Loos papal) “kev niaj hnub raug tsa kom siab.”</w:t>
      </w:r>
    </w:p>
    <w:p>
      <w:pPr>
        <w:pStyle w:val="ArticleBody"/>
        <w:jc w:val="left"/>
      </w:pPr>
      <w:r>
        <w:rPr>
          <w:rFonts w:ascii="Times New Roman" w:hAnsi="Times New Roman" w:eastAsia="Times New Roman" w:cs="Times New Roman"/>
        </w:rPr>
        <w:t>Lawv yeej tsis muaj teeb meem li uas yuav suav nrog lo lus uas raug ntxiv ntawd, uas Muam White hais meej tias yog tibneeg txoj kev txawj ntse ntxiv nkag los thiab tsis siv rau nqe ntawd.</w:t>
      </w:r>
    </w:p>
    <w:p>
      <w:pPr>
        <w:pStyle w:val="ArticleScripture"/>
        <w:jc w:val="left"/>
      </w:pPr>
      <w:r>
        <w:rPr>
          <w:rFonts w:ascii="Times New Roman" w:hAnsi="Times New Roman" w:eastAsia="Times New Roman" w:cs="Times New Roman"/>
        </w:rPr>
        <w:t>“Tom qab ntawd kuv tau pom hais txog lo lus ‘txhua hnub’ (Daniel 8:12) tias lo lus ‘kev txi’ yog tibneeg lub tswvyim ntxiv nkag los, thiab tsis yog ib feem ntawm zaj ntawv ntawd, thiab tias tus Tswv tau muab txoj kev to taub uas raug txog qhov no rau cov uas tau tshaj tawm txoj xov quaj txog lub sijhawm txiav txim.” Early Writings, 74.</w:t>
      </w:r>
    </w:p>
    <w:p>
      <w:pPr>
        <w:pStyle w:val="ArticleBody"/>
        <w:jc w:val="left"/>
      </w:pPr>
      <w:r>
        <w:rPr>
          <w:rFonts w:ascii="Times New Roman" w:hAnsi="Times New Roman" w:eastAsia="Times New Roman" w:cs="Times New Roman"/>
        </w:rPr>
        <w:t>Lawv txheeb tias “yam niaj hnub” yog Khetos txoj hauj lwm qhuab qhia hauv lub tuam tsev dawb huv, yog li “kev txi niaj hnub” txhawb nqa lub ntsiab uas “yam niaj hnub” yog Khetos txoj hauj lwm txi nyob hauv lub tuam tsev dawb huv saum ntuj ceeb tsheej. Tiamsis kev tshoov siab qhia meej tias lo lus “kev txi” “tsis yog ib feem ntawm zaj ntawv qub”.</w:t>
      </w:r>
    </w:p>
    <w:p>
      <w:pPr>
        <w:pStyle w:val="ArticleBody"/>
        <w:jc w:val="left"/>
      </w:pPr>
      <w:r>
        <w:rPr>
          <w:rFonts w:ascii="Times New Roman" w:hAnsi="Times New Roman" w:eastAsia="Times New Roman" w:cs="Times New Roman"/>
        </w:rPr>
        <w:t>Thaum cov neeg qaug cawv ntawm Efa-i-ees txheeb “qhov niaj hnub” tias yog Khetos txoj haujlwm hauv lub chaw dawb huv, nqe ntawd ces yuav nyeem hais tias, “los ntawm nws” (Loos papal) “qhov niaj hnub raug muab tshem tawm,” los yog nws yuav nyeem hais tias, “los ntawm lub hwj chim papal, Khetos txoj hauj lwm qhuab qhia hauv lub chaw dawb huv raug muab tshem tawm lawm.” Lawv yeej qhia txoj kev dag no tiag tiag. Lawv hais khov kho tias, los ntawm qhov tsaus ntuj ntawm txoj kev kav papal, txoj kev to taub tseeb txog Khetos txoj hauj lwm qhuab qhia hauv lub chaw dawb huv raug muab tshem tawm ntawm tib neeg lub siab.</w:t>
      </w:r>
    </w:p>
    <w:p>
      <w:pPr>
        <w:pStyle w:val="ArticleBody"/>
        <w:jc w:val="left"/>
      </w:pPr>
      <w:r>
        <w:rPr>
          <w:rFonts w:ascii="Times New Roman" w:hAnsi="Times New Roman" w:eastAsia="Times New Roman" w:cs="Times New Roman"/>
        </w:rPr>
        <w:t>Txawm li cas los xij, lo lus uas tau txhais ua “tshem tawm,” tsis txhais hais tias tshem mus, tabsis nws txhais hais tias tsa kom siab thiab qhuas kom loj. Yog cov uas tshaj tawm tias yog cov kws txawj ntawm tej lus hauv Vajlugkub yuav siv raws nraim lub ntsiab ntawm lo lus Henplais “rum” rau nqe ntawd, lawv qhov kev txhais yuav tsum hais tias, “los ntawm hwjchim papal, Khetos txoj hauj lwm qhuab ntuas hauv lub chaw dawb huv tau raug tsa kom siab thiab qhuas kom loj.” Thaum twg papacy puas tau tsa kom siab thiab qhuas Khetos?</w:t>
      </w:r>
    </w:p>
    <w:p>
      <w:pPr>
        <w:pStyle w:val="ArticleBody"/>
        <w:jc w:val="left"/>
      </w:pPr>
      <w:r>
        <w:rPr>
          <w:rFonts w:ascii="Times New Roman" w:hAnsi="Times New Roman" w:eastAsia="Times New Roman" w:cs="Times New Roman"/>
        </w:rPr>
        <w:t>Lawv nrhiav yuam kom lo lus txhais ntawm lo lus Henplais “sur” raug muab rau saum lo lus Henplais “rum.” Daniel siv lo lus “sur,” uas txhais tias tshem tawm, nrog rau “txoj kev txhua hnub” hauv ob nqe lus ntxiv, tiam sis hauv nqe kaum ib, Daniel xaiv lo lus “rum” uas txhais tias tsa kom siab thiab qhuas kom loj. Tsis yog xwb tias cov dab neeg cuav uas hais txog nqe no yog kev ruam vim yog kev ntxeev lub ntsiab ntawm lo lus uas raug txhais tias “rho tawm mus,” tab sis yeej tsis muaj ib lub sij hawm twg li uas Khetos txoj hauj lwm qhuab qhia hauv lub chaw dawb huv raug tshem tawm ntawm tib neeg hauv ib yam dab tsi li.</w:t>
      </w:r>
    </w:p>
    <w:p>
      <w:pPr>
        <w:pStyle w:val="ArticleScripture"/>
        <w:jc w:val="left"/>
      </w:pPr>
      <w:r>
        <w:rPr>
          <w:rFonts w:ascii="Times New Roman" w:hAnsi="Times New Roman" w:eastAsia="Times New Roman" w:cs="Times New Roman"/>
        </w:rPr>
        <w:t>Tiamsis tus no, vim hais tias nws nyob mus ib txhis, muaj txoj kev ua pov thawj hwj uas hloov tsis tau. Yog li ntawd nws kuj muaj peev xwm cawm tau kom kawg nkaus cov uas los cuag Vajtswv los ntawm nws, vim nws muaj sia nyob mus ib txhis los thov sawv cev rau lawv. Hebrews 7:24, 25.</w:t>
      </w:r>
    </w:p>
    <w:p>
      <w:pPr>
        <w:pStyle w:val="ArticleBody"/>
        <w:jc w:val="left"/>
      </w:pPr>
      <w:r>
        <w:rPr>
          <w:rFonts w:ascii="Times New Roman" w:hAnsi="Times New Roman" w:eastAsia="Times New Roman" w:cs="Times New Roman"/>
        </w:rPr>
        <w:t>Kev hais tseg, raws li cov kws ntseeg Adventist ua, nyob rau hauv ib qho kev sim txhawb lawv qhov kev siv nqe Vajlugkub no yuam kev, tias tau muaj ib ntus sijhawm uas txoj kev ua thawj coj ntawm lub hwj chim papacy tau siv ib yam hwj chim twg los tshem Khetos txoj kev thov ntuj sawv cev hauv lub chaw dawb huv, yog ib qho tsis tsim nyog thiab tsis muaj qab hau hlo li!</w:t>
      </w:r>
    </w:p>
    <w:p>
      <w:pPr>
        <w:pStyle w:val="ArticleBody"/>
        <w:jc w:val="left"/>
      </w:pPr>
      <w:r>
        <w:rPr>
          <w:rFonts w:ascii="Times New Roman" w:hAnsi="Times New Roman" w:eastAsia="Times New Roman" w:cs="Times New Roman"/>
        </w:rPr>
        <w:t>Tiamsis cov kws kawm txog kev ntseeg tsis qhia tias nqe vajlugkub ntawd qhia tias txoj kev tswj hwm ntawm papacy tau tsa kom siab thiab qhuas tsa Khetos txoj hauj lwm ua pov thawj hauv lub chaw dawb huv. Lawv zam qhov ntsiab lus ntawm Daniyee cov lus, thiab Ellen White cov lus ntuas uas tau tshoov siab los, kom qhia yam uas lawv xaiv yuav qhia txawm yog tawm tsam Daniyee cov lus tim khawv.</w:t>
      </w:r>
    </w:p>
    <w:p>
      <w:pPr>
        <w:pStyle w:val="ArticleScripture"/>
        <w:jc w:val="left"/>
      </w:pPr>
      <w:r>
        <w:rPr>
          <w:rFonts w:ascii="Times New Roman" w:hAnsi="Times New Roman" w:eastAsia="Times New Roman" w:cs="Times New Roman"/>
        </w:rPr>
        <w:t>Muaj tseeb tiag, nws tsa nws tus kheej kom siab mus txog rau Tus Tub Vaj Ntxwv ntawm pab tub rog, thiab yog vim nws thiaj raug muab tshem tawm txoj kev txi niaj hnub, thiab qhov chaw ntawm nws lub tuam tsev dawb huv raug muab rhuav tshem pov tseg. Daniel 8:11.</w:t>
      </w:r>
    </w:p>
    <w:p>
      <w:pPr>
        <w:pStyle w:val="ArticleBody"/>
        <w:jc w:val="left"/>
      </w:pPr>
      <w:r>
        <w:rPr>
          <w:rFonts w:ascii="Times New Roman" w:hAnsi="Times New Roman" w:eastAsia="Times New Roman" w:cs="Times New Roman"/>
        </w:rPr>
        <w:t>Cov kws paub Vajlugkub qhia tias nqe Vajlugkub no txhais hais tias “los ntawm lub hwj chim papal, Khetos txoj hauj lwm ua qhauj nyob hauv lub tuam tsev dawb huv raug muab tshem tawm,” thiab qhov kev muab Khetos txoj hauj lwm ua qhauj nyob hauv lub tuam tsev dawb huv tshem tawm ntawm tibneeg lub siab raug txhawb los ntawm qhov tseeb tias, nrog rau qhov kev tshem tawm ntawd, qhov chaw ntawm Khetos “lub tuam tsev dawb huv raug muab ntog pov tseg.” Tsis muaj ib nqe hauv Vajtswv Txoj Lus li uas qhia meej tias lub tuam tsev dawb huv saum ntuj ceeb tsheej, uas yog qhov chaw Khetos ua Nws txoj hauj lwm thov qhuab qhia sawv cev, yeej tau raug muab ntog pov tseg. Thiab kuj tsis muaj ib nqe Vajlugkub twg uas qhia tias saum ntuj ceeb tsheej nws tus kheej, uas yog “qhov chaw ntawm nws lub tuam tsev dawb huv,” puas tau raug muab ntog pov tseg. Ib zaug ntxiv, cov kws paub Vajlugkub no tsa lawv tus kheej siab dua tus yaj saub Daniyees, vim lawv hais tawv ncauj tias “qhov chaw ntawm nws lub tuam tsev dawb huv” hauv nqe no yog hais txog Vajtswv lub tuam tsev dawb huv, txawm yog qhov tseeb tias Daniyees qhia ncaj qha tawm tsam lub tswv yim ntawd.</w:t>
      </w:r>
    </w:p>
    <w:p>
      <w:pPr>
        <w:pStyle w:val="ArticleBody"/>
        <w:jc w:val="left"/>
      </w:pPr>
      <w:r>
        <w:rPr>
          <w:rFonts w:ascii="Times New Roman" w:hAnsi="Times New Roman" w:eastAsia="Times New Roman" w:cs="Times New Roman"/>
        </w:rPr>
        <w:t>Cov neeg uas lees tias yog cov kws txawj txog lus Henplais hais tawv tias hauv nqe ntawd lo lus Henplais “rum,” yuav tsum to taub raws li lub ntsiab ntawm lo lus Henplais “sur.” Lawv kuj hais tawv tias lo lus Henplais “miqdash” yuav tsum to taub zoo li lo lus Henplais “qodesh.” “Miqdash” thiab “qodash” ob lo lus no raug txhais ib yam xwb tias yog “lub chaw dawb huv” hauv phau Daniyee, los ob lo lus no muaj ntsiab txawv. “Miqdash” sawv cev rau txhua yam chaw dawb huv, txawm yog Vajtswv lub chaw dawb huv los yog lub chaw dawb huv teev dab cuav. Nws yog lo lus dav dav rau lub chaw dawb huv, tiam sis “qodesh” tsuas yog siv hauv Phau Vajlugkub xwb los sawv cev rau Vajtswv lub chaw dawb huv.</w:t>
      </w:r>
    </w:p>
    <w:p>
      <w:pPr>
        <w:pStyle w:val="ArticleBody"/>
        <w:jc w:val="left"/>
      </w:pPr>
      <w:r>
        <w:rPr>
          <w:rFonts w:ascii="Times New Roman" w:hAnsi="Times New Roman" w:eastAsia="Times New Roman" w:cs="Times New Roman"/>
        </w:rPr>
        <w:t>Daniyees paub qhov txawv ntawm ib lub chaw dawb huv cuav teev dab mlom thiab Vajtswv lub chaw dawb huv. Yog Daniyees yuav qhia kom paub tias yog ib lub chaw dawb huv cuav teev dab mlom, nws yuav siv lo lus “miqdash.” Ua rau kuv ceeb heev uas cov uas raug xav tias yog cov kws txawj ntawm lus Henplais yeej tsis quav ntsej txog qhov tseeb tias, hauv plaub nqe txuas sib law liag, Daniyees siv ob lo lus ntawd tib si peb zaug. Daniyees txoj kev siv ob lo lus Henplais ntawd, uas ob leeg raug txhais ua “chaw dawb huv,” yog yam txhais meej lub ntsiab uas Daniyees npaj kom to taub.</w:t>
      </w:r>
    </w:p>
    <w:p>
      <w:pPr>
        <w:pStyle w:val="ArticleScripture"/>
        <w:jc w:val="left"/>
      </w:pPr>
      <w:r>
        <w:rPr>
          <w:rFonts w:ascii="Times New Roman" w:hAnsi="Times New Roman" w:eastAsia="Times New Roman" w:cs="Times New Roman"/>
        </w:rPr>
        <w:t>Muaj tseeb, nws tau tsa nws tus kheej loj mus txog rau tus thawj ntawm pab tub rog, thiab yog vim nws thiaj muab txoj kev txi niaj hnub raug tshem tawm, thiab qhov chaw ntawm nws lub chaw dawb huv raug muab pov tseg. Thiab ib pab tub rog raug muab rau nws tawm tsam txoj kev txi niaj hnub vim yog kev txhaum, thiab nws tau muab qhov tseeb ntog rau hauv av; thiab nws tau ua raws li nws lub siab, thiab vam meej. Ces kuv hnov ib tug neeg dawb huv hais lus, thiab muaj dua ib tug neeg dawb huv hais rau tus neeg dawb huv uas hais lus ntawd tias, Lub zeem muag hais txog txoj kev txi niaj hnub, thiab txoj kev txhaum uas ua rau kev puam tsuaj, uas muab ob qho tib si lub chaw dawb huv thiab pab tub rog rau raug tsuj taw, yuav kav ntev npaum li cas? Thiab nws hais rau kuv tias, Mus txog ob txhiab peb puas hnub; ces lub chaw dawb huv yuav raug ntxuav kom dawb huv. Daniel 8:11–14.</w:t>
      </w:r>
    </w:p>
    <w:p>
      <w:pPr>
        <w:pStyle w:val="ArticleBody"/>
        <w:jc w:val="left"/>
      </w:pPr>
      <w:r>
        <w:rPr>
          <w:rFonts w:ascii="Times New Roman" w:hAnsi="Times New Roman" w:eastAsia="Times New Roman" w:cs="Times New Roman"/>
        </w:rPr>
        <w:t>Nyob rau hauv nqe lus ntawd kiag uas muaj lub hauv paus ntawm Adventism, Daniyees siv ob lo lus Henplais sib txawv uas ob leeg raug txhais ua “lub chaw dawb huv.” Hauv nqe kaum peb thiab kaum plaub, Daniyees xaiv siv lo lus Henplais rau “lub chaw dawb huv” uas hauv Vajluskub tsuas yog siv los txheeb xyuas Vajtswv lub chaw dawb huv xwb; tiam sis hauv nqe kaum ib, Daniyees siv lo lus Henplais dav dav lossis lo lus siv rau txhua yam uas tej zaum yuav yog Vajtswv lub chaw dawb huv, los sis kuj yuav yog ib lub chaw dawb huv teev dab cuav thiab.</w:t>
      </w:r>
    </w:p>
    <w:p>
      <w:pPr>
        <w:pStyle w:val="ArticleBody"/>
        <w:jc w:val="left"/>
      </w:pPr>
      <w:r>
        <w:rPr>
          <w:rFonts w:ascii="Times New Roman" w:hAnsi="Times New Roman" w:eastAsia="Times New Roman" w:cs="Times New Roman"/>
        </w:rPr>
        <w:t>Yog Daniyee xav txheeb kom meej txog “lub tuam tsev dawb huv” nyob hauv nqe kaum ib tias yog Vajtswv lub tuam tsev dawb huv, nws yuav tau siv tib lo lus Henplais uas nws tau siv ob zaug nyob hauv peb nqe tom qab ntawd. Nws meej kawg nkaus tias Daniyee tab tom qhia qhov txawv nruab nrab ntawm ib lub tuam tsev dawb huv ntawm lwm haiv neeg pe dab pe mlom nyob hauv nqe kaum ib, thiab Vajtswv lub tuam tsev dawb huv nyob hauv nqe kaum peb thiab kaum plaub! Tiamsis cov neeg qaug cawv ntawm Efa-i sib cav tias “thaj chaw ntawm nws lub tuam tsev dawb huv” uas tau “raug muab pov tseg,” nyob hauv nqe kaum ib, yog thaj chaw ntawm Vajtswv lub tuam tsev dawb huv, txawm yog lawv pheej zam tsis hais lo lus “thaj chaw.”</w:t>
      </w:r>
    </w:p>
    <w:p>
      <w:pPr>
        <w:pStyle w:val="ArticleBody"/>
        <w:jc w:val="left"/>
      </w:pPr>
      <w:r>
        <w:rPr>
          <w:rFonts w:ascii="Times New Roman" w:hAnsi="Times New Roman" w:eastAsia="Times New Roman" w:cs="Times New Roman"/>
        </w:rPr>
        <w:t>Lawv qhia tias lub hwj chim papacy tau tshem tawm Khetos txoj hauj lwm ua tus sawv nruab nrab thov cawm seej thiab muab qhov tseeb txog lub tuam tsev dawb huv saum ntuj pov tseg. Tiamsis Daniyee tau hais meej tias “lub tuam tsev dawb huv” hauv nqe kaum ib ntawd tsis yog Vajtswv lub tuam tsev dawb huv, tiam sis yog ib lub tuam tsev dawb huv ntawm lwm haiv neeg pe dab qhuas. Daniyee kuj tau hais meej ib yam nkaus tias qhov uas raug pov tseg tsis yog “lub tuam tsev dawb huv,” tab sis yog “qhov chaw” ntawm nws lub tuam tsev dawb huv.</w:t>
      </w:r>
    </w:p>
    <w:p>
      <w:pPr>
        <w:pStyle w:val="ArticleBody"/>
        <w:jc w:val="left"/>
      </w:pPr>
      <w:r>
        <w:rPr>
          <w:rFonts w:ascii="Times New Roman" w:hAnsi="Times New Roman" w:eastAsia="Times New Roman" w:cs="Times New Roman"/>
        </w:rPr>
        <w:t>Vim tsis kam lees paub txog qhov kev txav mus los ntawm kev hloov pojniam-txiv neej uas muaj lub hom phiaj nyob hauv nqe cuaj mus txog nqe kaum ob, cov kws ntseeg kev ntseeg niaj hnub no tau txais yuav lub ntsiab txhais ntawm “the daily” uas muaj keeb kwm hauv Protestantism uas tau poob kev ntseeg tseg lawm, thiab pib txhim tsa ib lub hauv paus saum cov xuab zeb ntawm tibneeg tej kev kwv yees, kab lig kev cai, thiab kev xyaum uas ib txwm muaj. Thaum lawv los txog nqe kaum ib, lawv tseem tsis lees txais Sister White tej lus ntuas uas raug tshoov siab, uas tau qhia meej tias Miller txoj kev nkag siab txog “the daily” tias yog kev pe dab qhuas yeej yog lawm, thiab pib siv kev txawj ntawm kev coj kom yuam kev thiab kev kwv yees los tiv thaiv lawv txoj kev nyiam Catholic thiab Protestant theology.</w:t>
      </w:r>
    </w:p>
    <w:p>
      <w:pPr>
        <w:pStyle w:val="ArticleBody"/>
        <w:jc w:val="left"/>
      </w:pPr>
      <w:r>
        <w:rPr>
          <w:rFonts w:ascii="Times New Roman" w:hAnsi="Times New Roman" w:eastAsia="Times New Roman" w:cs="Times New Roman"/>
        </w:rPr>
        <w:t>Lawv hloov Loos txheej dab qhuas ua Loos ntawm cov vajlugkub kav ntuj hauv nqe ntawd, thiab lawv yuam lo lus uas txhais tias “tsa kom siab thiab qhuas kom loj” kom txais lub ntsiab txhais tias “tshem tawm”. Lawv txhais lub cim uas yog Xatas li ntawm “yam niaj hnub”, ua ib lub cim uas yog Vajtswv li, thiab tom qab ntawd tseem hais khov kho tias ib lub tuam tsev dab qhuas yog Vajtswv lub tuam tsev, thaum lawv zam kev hais ncaj qha txog “qhov chaw” ntawm lub chaw dawb huv. Thiab cov “tsis txawj kawm” (raws li Yaxayas hu lawv), uas tsuas yuav to taub xwb yog tias cov “txawj kawm” qhia lawv tias yeej yog li ntawd, txais yuav lub tais puv dab neeg cuav ntawd mus txog lawv tus kheej txoj kev puam tsuaj.</w:t>
      </w:r>
    </w:p>
    <w:p>
      <w:pPr>
        <w:pStyle w:val="ArticleBody"/>
        <w:jc w:val="left"/>
      </w:pPr>
      <w:r>
        <w:rPr>
          <w:rFonts w:ascii="Times New Roman" w:hAnsi="Times New Roman" w:eastAsia="Times New Roman" w:cs="Times New Roman"/>
        </w:rPr>
        <w:t>Peb yuav txuas ntxiv peb txoj kev txiav txim txog kev nce ntxiv ntawm txoj kev paub uas tau sawv cev ua tej nyiaj kub nplua nuj hauv Miller txoj kev npau suav hauv tsab xov xwm tom ntej.</w:t>
      </w:r>
    </w:p>
    <w:p>
      <w:pPr>
        <w:pStyle w:val="ArticleScripture"/>
        <w:jc w:val="left"/>
      </w:pPr>
      <w:r>
        <w:rPr>
          <w:rFonts w:ascii="Times New Roman" w:hAnsi="Times New Roman" w:eastAsia="Times New Roman" w:cs="Times New Roman"/>
        </w:rPr>
        <w:t>“Tus tubtxib Povlauj ceeb toom peb tias, ‘ib txhia yuav ncaim ntawm txojkev ntseeg mus, mloog dab phem ntxias thiab tej lus qhuab qhia ntawm dab.’ Qhov no yog yam uas peb yuav tsum cia siab tias yuav muaj los. Peb tej kev sim siab loj tshaj yuav los vim pawg neeg ntawd uas ib zaug tau txhawb nqa qhov tseeb, tiamsis lawv tig nraub qaum ntawm nws mus rau lub ntiajteb, thiab muab nws tsuj rau hauv qab lawv ko taw hauv kev ntxub thiab kev thuam. Vajtswv muaj ib tes haujlwm rau nws cov tub qhe ncaj ncees ua. Tej kev tawm tsam ntawm tus yeeb ncuab yuav tsum raug ntsib nrog qhov tseeb ntawm nws Txojlus. Kev dag ntxias yuav tsum raug muab nthuav tawm, nws tus yam ntxwv tiag yuav tsum raug qhia kom pom, thiab qhov kaj ntawm Yehauvas txoj kevcai yuav tsum ci ntsa iab tawm mus rau hauv txojkev tsaus ntuj sab kev coj ncaj ncees ntawm lub ntiajteb. Peb yuav tsum nthuav qhia tej lus thov cai ntawm nws Txojlus. Peb yuav tsis raug suav tias tsis muaj txim yog peb tsis quav ntsej tes haujlwm loj thiab dawb huv no. Tiamsis thaum peb sawv tiv thaiv qhov tseeb, cia peb tsis txhob sawv tiv thaiv peb tus kheej, thiab ua kom muaj suab nrov loj vim raug hu kom ris kev thuam thiab kev piav tsis tseeb. Cia peb tsis txhob khuv leej peb tus kheej, tiamsis cia peb kub siab heev rau txoj kevcai ntawm Tus Siab Tshaj Plaws.”</w:t>
      </w:r>
    </w:p>
    <w:p>
      <w:pPr>
        <w:pStyle w:val="ArticleScripture"/>
        <w:jc w:val="left"/>
      </w:pPr>
      <w:r>
        <w:rPr>
          <w:rFonts w:ascii="Times New Roman" w:hAnsi="Times New Roman" w:eastAsia="Times New Roman" w:cs="Times New Roman"/>
        </w:rPr>
        <w:t>“Tus tubtxib hais tias, ‘Lub sij hawm yuav los thaum lawv yuav tsis kam ua siab ntev rau txoj kev qhuab qhia uas yog; tiam sis raws li lawv tus kheej txoj kev ntshaw lawv yuav khaws tej xibfwb los rau lawv tus kheej, vim lawv pob ntseg khaus; thiab lawv yuav tig lawv pob ntseg ntawm qhov tseeb mus, thiab yuav raug tig mus rau tej dab neeg cuav.’ Nyob txhua sab peb pom neeg raug ntes mus yooj yim los ntawm tej kev xav dag ntxias ntawm cov uas ua kom Vajtswv Txojlus poob hwj chim; tab sis thaum muab qhov tseeb coj los tso rau ntawm lawv xub ntiag, lawv puv npo kev tsis ua siab ntev thiab kev npau taws. Tiamsis txoj lus ntuas uas tus tubtxib muab rau tus qhev ntawm Vajtswv yog, ‘Koj cia li ceev faj rau txhua yam, ua siab ntev tiv kev txom nyem, ua tes haujlwm ntawm tus tshaj txoj moo zoo, ua kom tiav nplua mias rau koj tes haujlwm qhuab qhia.’ Nyob hauv nws tiam, muaj qee leej tso tus Tswv tes haujlwm tseg lawm. Nws sau hais tias, ‘Demas tau tso kuv tseg lawm, vim nws hlub lub ntiajteb tam sim no no;’ thiab dua nws hais tias, ‘Alexander tus kws ntaus tooj liab tau ua phem rau kuv heev: tus Tswv yuav pauj rau nws raws li nws tej haujlwm: koj kuj yuav tsum ceev faj txog nws thiab; rau qhov nws tau tawm tsam peb tej lus heev kawg.’”</w:t>
      </w:r>
    </w:p>
    <w:p>
      <w:pPr>
        <w:pStyle w:val="ArticleScripture"/>
        <w:jc w:val="left"/>
      </w:pPr>
      <w:r>
        <w:rPr>
          <w:rFonts w:ascii="Times New Roman" w:hAnsi="Times New Roman" w:eastAsia="Times New Roman" w:cs="Times New Roman"/>
        </w:rPr>
        <w:t>“Cov yaj saub thiab cov tubtxib tau ntsib tej kev sim siab zoo sib xws ntawm kev tawm tsam thiab kev thuam thuam, thiab txawm yog tus Menyuam Yaj uas tsis muaj chaw txhaum ntawm Vajtswv los kuj raug ntxias nyob hauv txhua yam ib yam li peb raug. Nws tau ris kev tawm tsam ntawm cov neeg txhaum tawm tsam nws tus kheej.</w:t>
      </w:r>
    </w:p>
    <w:p>
      <w:pPr>
        <w:pStyle w:val="ArticleScripture"/>
        <w:jc w:val="left"/>
      </w:pPr>
      <w:r>
        <w:rPr>
          <w:rFonts w:ascii="Times New Roman" w:hAnsi="Times New Roman" w:eastAsia="Times New Roman" w:cs="Times New Roman"/>
        </w:rPr>
        <w:t>“Txhua lo lus ceeb toom rau lub sijhawm no yuav tsum raug tshaj tawm nrog kev ncaj ncees; tiam sis ‘tus Tswv tus tub qhe yuav tsum tsis txhob sib cav sib ceg; tab sis yuav tsum ua siab mos siab muag rau sawv daws, txawj qhia, ua siab ntev; qhia cov uas tawm tsam lawv tus kheej hauv kev txo hwj chim.’ Peb yuav tsum khaws cia kom zoo zoo tej lus ntawm peb tus Vajtswv tsam peb raug paug los ntawm tej haujlwm dag ntxias ntawm cov uas twb tso txoj kev ntseeg tseg lawm. Peb yuav tsum tawm tsam lawv tus ntsuj plig thiab lawv tej kev cuam tshuam nrog tib rab riam phom uas peb tus Xib Hwb siv thaum tus thawj ntawm txoj kev tsaus ntuj tuaj tawm tsam Nws,—‘Muaj lus sau tseg lawm.’ Peb yuav tsum kawm siv Vajtswv txoj lus kom txawj thiab raug cai. Lo lus ntuas yog, ‘Cia li rau siab kawm kom koj qhia tau tias koj yog tus uas Vajtswv pom zoo, yog ib tug neeg ua haujlwm uas tsis tsim nyog txaj muag, ncaj nraim faib txoj lus tseeb.’ Yuav tsum muaj kev ua haujlwm uas mob siab rau thiab kev thov ntuj uas kub siab thiab txoj kev ntseeg kom thiaj li tiv taus tau tej kev yuam kev nkhaus ntxhias ntawm cov xib hwb cuav thiab cov neeg dag ntxias; rau qhov ‘hauv hnub kawg tej sijhawm txaus ntshai yuav los txog. Rau qhov neeg yuav hlub lawv tus kheej, ntshaw nyiaj txiag, khav theeb, muaj siab hlob, hais lus thuam Vajtswv, tsis mloog niam txiv lus, tsis ua tsaug, tsis dawb huv, tsis muaj kev hlub raws ntuj tsim, rhuav kev sib cog lus, liam cuav, tswj tsis tau tus kheej, ua nruj ua tsiv, ntxub cov uas zoo, ntxeev siab, ua siab kub lug, siab tsa, hlub kev lom zem tshaj hlub Vajtswv; muaj daim duab ntawm kev pe hawm Vajtswv, tab sis tsis lees lub hwj chim ntawm kev pe hawm ntawd: ntawm cov ntawd cia li tig ncaim mus.’ Cov lus no piav txog tus yam ntxwv ntawm cov neeg uas Vajtswv cov tub qhe yuav tau ntsib. ‘Cov liam cuav,’ ‘cov ntxub cov uas zoo,’ yuav tawm tsam cov uas ncaj ncees rau lawv tus Vajtswv hauv tiam neeg uas poob qab no. Tab sis tus sawv cev ntawm Saum Ntuj Ceeb Tsheej yuav tsum qhia tawm tus ntsuj plig uas tau tshwm hauv tus Xib Hwb. Hauv kev txo hwj chim thiab kev hlub nws yuav tsum ua haujlwm rau tibneeg txoj kev cawm seej.</w:t>
      </w:r>
    </w:p>
    <w:p>
      <w:pPr>
        <w:pStyle w:val="ArticleScripture"/>
        <w:jc w:val="left"/>
      </w:pPr>
      <w:r>
        <w:rPr>
          <w:rFonts w:ascii="Times New Roman" w:hAnsi="Times New Roman" w:eastAsia="Times New Roman" w:cs="Times New Roman"/>
        </w:rPr>
        <w:t>“Povlauj tseem hais ntxiv txog cov uas tawm tsam Vajtswv tes haujlwm, muab lawv piv rau cov txiv neej uas tau ua rog tawm tsam cov neeg ncaj ncees nyob rau tiam Ixayees thaum ub. Nws hais tias: ‘Tam sim no ib yam li Yannes thiab Yambres tau tawm tsam Mauxes, cov no kuj tawm tsam qhov tseeb thiab; lawv yog cov neeg siab ntsws puas tsuaj, raug tsis lees txais hais txog txoj kev ntseeg. Tiamsis lawv yuav tsis mus ntxiv lawm: rau qhov lawv txoj kev ruam yuav tshwm rau txhua tus neeg pom, ib yam li lawv tug kuj tau tshwm lawm thiab.’ Peb paub tias lub sijhawm tab tom los uas txoj kev ruam ntawm kev ua rog tawm tsam Vajtswv yuav raug qhia tawm. Peb muaj cuab kav tos nrog txoj kev ua siab tus thiab kev ntseeg siab, txawm yuav raug cem thuam thiab saib tsis taus npaum li cas los xij; rau qhov ‘tsis muaj dab tsi zais cia uas yuav tsis raug qhia tawm,’ thiab cov uas hwm Vajtswv yuav raug nws hwm nyob rau ntawm tibneeg thiab timtswv xub ntiag. Peb yuav tsum koom nrog txoj kev txom nyem ntawm cov neeg kho dua tshiab. Muaj lus sau tseg tias, ‘Cov lus thuam ntawm cov uas thuam koj tau poob los rau saum kuv.’ Khetos nkag siab peb txoj kev tu siab. Tsis muaj ib tug ntawm peb raug hu kom ris tus ntoo khaublig ib leeg. Tus Txiv Neej ntawm Kalakali uas tau raug kev txom nyem raug kov los ntawm peb txoj kev nyuaj siab, thiab vim nws twb raug kev txom nyem thaum raug sim ntxias lawm, nws kuj muaj peev xwm pab cawm cov uas nyob hauv kev tu siab thiab kev sim siab vim nws lub npe. ‘Yog lawm, thiab txhua tus uas yuav ua neej raws li Vajtswv txoj kev hauv Khetos Yexus yuav raug kev tsim txom. Tiamsis cov neeg phem thiab cov neeg dag ntxias yuav hajyam phem zuj zus mus, dag lwm tus thiab raug dag lawv tus kheej. Tiamsis koj cia li nyob ruaj khov rau hauv tej yam uas koj tau kawm lawm.’ Review and Herald, January 10, 1888.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Zaj Lus Naj Npawb Plaub Caug Xya</dc:title>
  <dc:subject>Qhia Tej Lus Qhuab Qhia Dag Ntxias Tawm: Kev Ntsuam Xyuas Tob Txog Daniyee 8 thiab Cov Kev Sib Tw Rau Kev Ntseeg Vajtswv Adventist</dc:subject>
  <dc:creator>Jeff Pippenger</dc:creator>
  <cp:keywords/>
  <dc:description>Generated by ArticleDigger from daniel\47_daniel.json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