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Tsib Caug Ib</w:t>
      </w:r>
    </w:p>
    <w:p>
      <w:pPr>
        <w:pStyle w:val="ArticleSubtitle"/>
        <w:jc w:val="left"/>
      </w:pPr>
      <w:r>
        <w:rPr>
          <w:rFonts w:ascii="Arial" w:hAnsi="Arial" w:eastAsia="Arial" w:cs="Arial"/>
        </w:rPr>
        <w:t>Palmoos: Tshwm Qhia Tus Tswv Kav Sijhawm thiab Lus hauv Daniyee thiab Qhia Tshwm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Tus “neeg dawb huv ntawd uas hais lus” nyob hauv Daniel tshooj yim, nqe kaum peb thiab kaum plaub, yog Khetos raws li Palmoni. Hauv phau Ntawv Qhia Tshwm, Khetos raug qhia tias yog Alpha thiab Omega; qhov no, nrog rau lwm yam tseeb uas zoo kawg nkaus, qhia Khetos tias yog Tus Kws Paub Lus Zoo Tshaj Plaws, thiab ua ke, phau Daniel thiab phau Ntawv Qhia Tshwm sawv cev rau Khetos tias yog Tus Tswv kav sij hawm thiab lus. Nws dhau tshaj li tibneeg lub peev xwm los nkag siab qhov tseem ceeb thiab qhov tob ntawm yam uas txhais tau tias Khetos, raws li Palmoni (Tus Suav Tej Tsis Pub Leejtwg Paub), qhia tus cwj pwm ntawd ntawm Nws tus yam ntxwv hauv ob nqe uas tsa lub hauv paus ncej tseem ceeb tshaj plaws ntawm Adventism, tiam sis tej tsis pub leejtwg paub uas Tus Suav Tej Tsis Pub Leejtwg Paub xaiv los qhia tawm yog peb tes haujlwm yuav tsum paub kom meej thiab tiv thaiv.</w:t>
      </w:r>
    </w:p>
    <w:p>
      <w:pPr>
        <w:pStyle w:val="ArticleScripture"/>
        <w:jc w:val="left"/>
      </w:pPr>
      <w:r>
        <w:rPr>
          <w:rFonts w:ascii="Times New Roman" w:hAnsi="Times New Roman" w:eastAsia="Times New Roman" w:cs="Times New Roman"/>
        </w:rPr>
        <w:t>Tej yam uas zais cia yog tus Tswv peb tus Vajtswv li; tiamsis tej yam uas raug nthuav tawm yog peb li thiab yog peb cov me nyuam li mus ib txhis, xwv kom peb yuav ua raws li tag nrho tej lus ntawm txoj kevcai no. Deuteronomy 29:29.</w:t>
      </w:r>
    </w:p>
    <w:p>
      <w:pPr>
        <w:pStyle w:val="ArticleBody"/>
        <w:jc w:val="left"/>
      </w:pPr>
      <w:r>
        <w:rPr>
          <w:rFonts w:ascii="Times New Roman" w:hAnsi="Times New Roman" w:eastAsia="Times New Roman" w:cs="Times New Roman"/>
        </w:rPr>
        <w:t>Ib qho tsis meej uas twb raug qhib tawm lawm yog tias Tus Suav Cov Tsis Meej (Palmoni), yog “tus neeg dawb huv uas hais lus” ntawd; thiab hauv ob nqe vajlugkub uas Nws qhia Nws Tus Kheej tawm los, tug ncej nruab nrab ntawm Adventism raug txheeb qhia. Hauv ob nqe ntawd Tus Suav Zoo Kawg nkaus txheeb qhia txog “kev txawj ntse nce ntxiv” uas Nws, raws li Tsov Ntxhuav ntawm xeem Yudas, tau qhib foob cia tawm hauv xyoo 1798. Hauv ob nqe ntawd, tej lub pob zeb muaj nqis ntawm Miller txoj kev npau suav, uas sawv cev rau “kev txawj ntse nce ntxiv,” tau raug luam tawm rau saum ob daim txiag ntawm Habakkuk raws li kev coj ntawm Palmoni txhais tes.</w:t>
      </w:r>
    </w:p>
    <w:p>
      <w:pPr>
        <w:pStyle w:val="ArticleScripture"/>
        <w:jc w:val="left"/>
      </w:pPr>
      <w:r>
        <w:rPr>
          <w:rFonts w:ascii="Times New Roman" w:hAnsi="Times New Roman" w:eastAsia="Times New Roman" w:cs="Times New Roman"/>
        </w:rPr>
        <w:t>Tom qab ntawd kuv hnov ib tug neeg dawb huv hais lus, thiab lwm tug neeg dawb huv hais rau tus neeg dawb huv uas tab tom hais tias, Lub zeem muag hais txog txoj kev txi niaj hnub, thiab kev ua txhaum uas ua rau kev puas tsuaj, uas muab ob qho tib si lub chaw dawb huv thiab pab tub rog rau kom raug tsuj hauv qab ko taw, yuav kav ntev npaum li cas? Thiab nws hais rau kuv tias, Mus txog ob txhiab peb puas hnub; ces lub chaw dawb huv yuav raug ntxuav kom huv. Daniel 8:13, 14.</w:t>
      </w:r>
    </w:p>
    <w:p>
      <w:pPr>
        <w:pStyle w:val="ArticleBody"/>
        <w:jc w:val="left"/>
      </w:pPr>
      <w:r>
        <w:rPr>
          <w:rFonts w:ascii="Times New Roman" w:hAnsi="Times New Roman" w:eastAsia="Times New Roman" w:cs="Times New Roman"/>
        </w:rPr>
        <w:t>Tom qab Daniyee tau txais txoj kev ua yog toog pom yaj saub txog cov tebchaws hauv Vajlugkub cov lus faj lem, thiab tom qab ntawd tau hnov txoj kev sib tham saum ntuj ceeb tsheej hauv nqe kaum peb thiab kaum plaub, nws nrhiav kom to taub txog “txoj kev ua yog toog pom.”</w:t>
      </w:r>
    </w:p>
    <w:p>
      <w:pPr>
        <w:pStyle w:val="ArticleScripture"/>
        <w:jc w:val="left"/>
      </w:pPr>
      <w:r>
        <w:rPr>
          <w:rFonts w:ascii="Times New Roman" w:hAnsi="Times New Roman" w:eastAsia="Times New Roman" w:cs="Times New Roman"/>
        </w:rPr>
        <w:t>Thiab tau muaj tias, thaum kuv, yog kuv ntag Daniyees, tau pom zaj yog toog ntawd thiab nrhiav kom paub nws lub ntsiab, saib seb, muaj ib tug sawv ntawm kuv xub ntiag zoo li tus yam ntxwv ntawm ib tug neeg. Thiab kuv hnov ib lub suab ntawm ib tug neeg nyob nruab nrab ntawm ntug dej Ulai, uas hu thiab hais tias, Khepreee, cia tus no to taub zaj yog toog no. Daniyees 8:15, 16.</w:t>
      </w:r>
    </w:p>
    <w:p>
      <w:pPr>
        <w:pStyle w:val="ArticleBody"/>
        <w:jc w:val="left"/>
      </w:pPr>
      <w:r>
        <w:rPr>
          <w:rFonts w:ascii="Times New Roman" w:hAnsi="Times New Roman" w:eastAsia="Times New Roman" w:cs="Times New Roman"/>
        </w:rPr>
        <w:t>“Lub zeem muag” uas Daniyees nrhiav kom to taub yog lub zeem muag “chazon”, tiam sis lub zeem muag “mareh” yog yam uas Nkas-pis-ees raug hais kom ua rau Daniyees to taub. Txhua qhov tseeb puav leej muaj nws qhov cuam tshuam, thiab yog qhov tseeb no raug plam lawm, ces tus qauv thiab kev npaj ntawm nqe no yeej raug rhuav tshem hauv nws qhov tseem ceeb. Hauv nqe kaum tsib, thaum Daniyees nrhiav kom to taub lub zeem muag “chazon”, “mareh” raug zais tseg, los tseem raug sawv cev, rau qhov nrog “yam ntxwv zoo li ib tug neeg” (Nkas-pis-ees), lo lus Henplais “mareh” raug txhais ua “yam ntxwv pom”. Hauv nqe kaum tsib ob lo lus uas raug txhais ua “zeem muag” puav leej raug sawv cev. Daniyees, hauv nqe kaum tsib, nrhiav kom to taub “chazon,” tiam sis Palmooni txib Nkas-pis-ees, hauv nqe kaum rau, kom ua rau Daniyees to taub “mareh.” Kev npaj ntawm ob nqe no muaj lub hom phiaj tshwj xeeb, thiab hais kom pom tseeb txog kev sib txuas thiab qhov txawv ntawm ob lo lus no.</w:t>
      </w:r>
    </w:p>
    <w:p>
      <w:pPr>
        <w:pStyle w:val="ArticleBody"/>
        <w:jc w:val="left"/>
      </w:pPr>
      <w:r>
        <w:rPr>
          <w:rFonts w:ascii="Times New Roman" w:hAnsi="Times New Roman" w:eastAsia="Times New Roman" w:cs="Times New Roman"/>
        </w:rPr>
        <w:t>Nws yog Palmoos uas txib Kalisriel kom ua rau Daniyee to taub txog “mareh,” rau qhov Tus uas txib Kalisriel ntawd yog Tus uas sawv saum tej dej, thiab Kalisriel hnov Nws lub suab, “ib tug txiv neej lub suab nyob nruab nrab ntawm ntug dej Ulai.” Tus dej Ulai yog tus dej uas ntws nruab nrab ntawm ob ntug dej, thiab yog Khetos uas sawv saum tej dej hauv Vajluskub. Nrog rau qhov tseeb ntawd, kuj tseem muaj qhov tseeb tias Khetos, raws li tus thawj tubtxib saum ntuj, yog Tus uas txib cov tubtxib saum ntuj. Lub suab nyob nruab nrab ntawm ob ntug dej ntawd yog lub suab ntawm “tus neeg dawb huv ntawd” hauv nqe kaum peb, thiab yog Nws txoj lus uas txib Kalisriel kom ua rau Daniyee to taub txog lub zeem muag “mareh.” Hauv Daniyee tshooj kaum ob, Khetos ib zaug ntxiv nyob nruab nrab ntawm ob ntug dej tus dej. Hauv tshooj kaum ob Nws hnav ntaub linen, thiab cog lus los ntawm Tus uas muaj txoj sia nyob mus ibtxhis.</w:t>
      </w:r>
    </w:p>
    <w:p>
      <w:pPr>
        <w:pStyle w:val="ArticleScripture"/>
        <w:jc w:val="left"/>
      </w:pPr>
      <w:r>
        <w:rPr>
          <w:rFonts w:ascii="Times New Roman" w:hAnsi="Times New Roman" w:eastAsia="Times New Roman" w:cs="Times New Roman"/>
        </w:rPr>
        <w:t>Tiamsis koj, Au Daniel, kaw tej lus no cia, thiab muab phau ntawv no khi ruaj rau txog thaum lub sij hawm kawg los txog: coob leej yuav khiav mus los, thiab kev paub yuav huam vam ntxiv. Ces kuv Daniel txawm ntsia, thiab saib seb, muaj dua ob tug sawv ntawd, ib tug nyob ntawm ntug dej sab no, thiab ib tug nyob ntawm ntug dej sab tod. Thiab ib tug hais rau tus txiv neej uas hnav tsoos ntaub linen, uas nyob saum cov dej ntawm tus dej ntawd tias, Yuav ntev npaum li cas mam txog qhov kawg ntawm tej yam txuj ci tseem ceeb no? Thiab kuv hnov tus txiv neej uas hnav tsoos ntaub linen, uas nyob saum cov dej ntawm tus dej ntawd, thaum nws tsa nws sab tes xis thiab sab tes laug rau saum ntuj, thiab cog lus los ntawm tus uas muaj sia nyob mus ib txhis tias, yuav yog ib lub sij hawm, ob lub sij hawm, thiab ib nrab sij hawm; thiab thaum nws ua tiav rau kev muab lub hwj chim ntawm haiv neeg dawb huv tawg tas lawm, tej no txhua yam yuav tiav. Daniel 12:4–7.</w:t>
      </w:r>
    </w:p>
    <w:p>
      <w:pPr>
        <w:pStyle w:val="ArticleBody"/>
        <w:jc w:val="left"/>
      </w:pPr>
      <w:r>
        <w:rPr>
          <w:rFonts w:ascii="Times New Roman" w:hAnsi="Times New Roman" w:eastAsia="Times New Roman" w:cs="Times New Roman"/>
        </w:rPr>
        <w:t>Tus Txiv Neej uas “hnav ntaub linen, uas nyob saum tej dej ntawm tus dej,” “tsa Nws txhais tes xis thiab Nws txhais tes laug rau saum ntuj, thiab cog lus los ntawm Nws uas muaj txoj sia nyob mus ib txhis li,” thiab Nws yog tib Tus Txiv Neej ntawd, uas hauv tshooj yim tau txib rau Gabriel. Hauv Tshwmsim tshooj kaum, Khetos kuj tsa Nws txhais tes thiab cog lus los ntawm Nws uas muaj txoj sia nyob mus ib txhis li, tiam sis nyob ntawd Nws sawv saum ob qho tib si—dej thiab ntiajteb.</w:t>
      </w:r>
    </w:p>
    <w:p>
      <w:pPr>
        <w:pStyle w:val="ArticleScripture"/>
        <w:jc w:val="left"/>
      </w:pPr>
      <w:r>
        <w:rPr>
          <w:rFonts w:ascii="Times New Roman" w:hAnsi="Times New Roman" w:eastAsia="Times New Roman" w:cs="Times New Roman"/>
        </w:rPr>
        <w:t>Ces tus tim tswv uas kuv pom sawv saum hiav txwv thiab saum lub ntiajteb tsa nws txhais tes rau saum ntuj, thiab cog lus twv rau ntawm Tus uas muaj sia nyob mus ib txhis tsis kawg, tus uas tsim lub ntuj, thiab txhua yam uas nyob hauv, thiab lub ntiajteb, thiab txhua yam uas nyob hauv, thiab hiav txwv, thiab txhua yam uas nyob hauv, tias yuav tsis muaj sij hawm ntxiv lawm. Tshwm Sim 10:5, 6.</w:t>
      </w:r>
    </w:p>
    <w:p>
      <w:pPr>
        <w:pStyle w:val="ArticleBody"/>
        <w:jc w:val="left"/>
      </w:pPr>
      <w:r>
        <w:rPr>
          <w:rFonts w:ascii="Times New Roman" w:hAnsi="Times New Roman" w:eastAsia="Times New Roman" w:cs="Times New Roman"/>
        </w:rPr>
        <w:t>Tus tim tswv muaj hwjchim loj hauv Tshwmsim tshooj kaum ntawd, yog Palmoni, tus uas tau hais rau Khabiliyee ntawm nruab nrab ob ntug dej hauv tshooj yim, thiab tau qhia tias thaum twg “qhov kawg” ntawm cov “yam uas txaus xav tsis thoob” yuav los txog hauv tshooj kaum ob. Hauv Tshwmsim tshooj kaum, Nws yog tus uas qw nrov xws li “ib tug tsov ntxhuav,” rau qhov Nws raug sawv cev nyob ntawd ua Tsov Ntxhuav ntawm xeem Yudas.</w:t>
      </w:r>
    </w:p>
    <w:p>
      <w:pPr>
        <w:pStyle w:val="ArticleScripture"/>
        <w:jc w:val="left"/>
      </w:pPr>
      <w:r>
        <w:rPr>
          <w:rFonts w:ascii="Times New Roman" w:hAnsi="Times New Roman" w:eastAsia="Times New Roman" w:cs="Times New Roman"/>
        </w:rPr>
        <w:t>Thiab ib tug ntawm cov txwj laus hais rau kuv tias, Tsis txhob quaj: saib seb, tus Tsov Ntxhuav ntawm xeem Yuda, tus Cag ntawm Daviv, twb kov yeej lawm kom qhib tau phau ntawv, thiab daws tau nws xya lub cim. Thiab kuv ntsia, thiab saib seb, nyob hauv nruab nrab ntawm lub zwm txwv thiab ntawm plaub tug tsiaj, thiab nyob hauv nruab nrab ntawm cov txwj laus, sawv ib tug Menyuam Yaj zoo li raug tua lawm, muaj xya lub kub thiab xya lub qhov muag, uas yog xya Leej Ntsuj Plig ntawm Vajtswv uas raug xa mus thoob plaws txhua lub ntiajteb. Thiab nws txawm los thiab muab phau ntawv ntawd tawm ntawm sab tes xis ntawm tus uas zaum saum lub zwm txwv. Tshwmsim 5:5–7.</w:t>
      </w:r>
    </w:p>
    <w:p>
      <w:pPr>
        <w:pStyle w:val="ArticleBody"/>
        <w:jc w:val="left"/>
      </w:pPr>
      <w:r>
        <w:rPr>
          <w:rFonts w:ascii="Times New Roman" w:hAnsi="Times New Roman" w:eastAsia="Times New Roman" w:cs="Times New Roman"/>
        </w:rPr>
        <w:t>Raws li Tsov Ntxhuav ntawm xeem Yudas, Khetos yog tus Menyuam Yaj uas tau kov yeej kom qhib tau phau ntawv uas raug kaw nrog xya lub cim. Txawm yog Nws tab tom taug kev saum npoo dej hauv phau Daniyees, lossis muaj ib txhais ko taw nyob saum hiav txwv thiab lwm txhais nyob saum lub ntiajteb hauv Tshwmsim, txhua yam kev sawv cev yaj saub ntawd puav leej muaj kev txuas nrog lub sijhawm yaj saub. Thiab raws li Tsov Ntxhuav ntawm xeem Yudas, Khetos ob leeg kaw tseg thiab qhib Nws Txojlus. Ib yam li Nws tau kaw tseg phau Daniyees, Nws kuj tau kaw tseg xya lub nroo hauv Tshwmsim tshooj kaum.</w:t>
      </w:r>
    </w:p>
    <w:p>
      <w:pPr>
        <w:pStyle w:val="ArticleScripture"/>
        <w:jc w:val="left"/>
      </w:pPr>
      <w:r>
        <w:rPr>
          <w:rFonts w:ascii="Times New Roman" w:hAnsi="Times New Roman" w:eastAsia="Times New Roman" w:cs="Times New Roman"/>
        </w:rPr>
        <w:t>“Tus timtswv muaj hwjchim uas tau qhia Yauhas ntawd tsis yog leejtwg qis dua li Yexus Khetos. Qhov uas Nws tso Nws txhais ko taw xis rau saum hiavtxwv, thiab Nws txhais ko taw laug rau saum thaj av qhuav, qhia txog feem uas Nws tab tom ua nyob rau hauv tej xwm txheej kaw xaus ntawm qhov kev sib cav loj nrog Xatas. Txoj hauj lwm sawv no qhia tias Nws muaj hwjchim loj kawg thiab muaj cai kav saum tag nrho lub ntiajteb. Qhov kev sib cav ntawd tau loj hlob muaj zog dua thiab ruaj khov dua ib tiam dhau ib tiam, thiab yuav txuas ntxiv li ntawd mus txog rau tej xwm txheej xaus kawg thaum txoj haujlwm txawj ntse ntawm tej hwjchim tsaus ntuj yuav nce mus txog nws qhov siab tshaj. Xatas, koom tes nrog neeg phem, yuav dag ntxias tag nrho lub ntiajteb thiab cov pawg ntseeg uas tsis txais txojkev hlub ntawm qhov tseeb. Tiamsis tus timtswv muaj hwjchim ntawd hu kom sawvdaws mloog. Nws qw nrov nrov. Nws yuav qhia lub hwjchim thiab txoj cai ntawm Nws lub suab rau cov uas tau koom nrog Xatas los tawm tsam qhov tseeb.”</w:t>
      </w:r>
    </w:p>
    <w:p>
      <w:pPr>
        <w:pStyle w:val="ArticleScripture"/>
        <w:jc w:val="left"/>
      </w:pPr>
      <w:r>
        <w:rPr>
          <w:rFonts w:ascii="Times New Roman" w:hAnsi="Times New Roman" w:eastAsia="Times New Roman" w:cs="Times New Roman"/>
        </w:rPr>
        <w:t>“Tom qab xya lub xob nroo no tau hais lawv tej suab lawm, lo lus txib thiaj los cuag Yauhas ib yam li los cuag Daniyees hais txog phau ntawv me ntawd tias, ‘Cia li muab tej uas xya lub xob nroo tau hais ntawd kaw cia.’ Tej no muaj feem rau cov xwm txheej yav tom ntej uas yuav raug nthuav tawm raws li lawv txwj lawv txheem. Daniyees yuav sawv hauv nws feem thaum kawg ntawm cov hnub. Yauhas pom phau ntawv me ntawd qhib lawm. Ces tej lus faj lem ntawm Daniyees thiaj muaj lawv qhov chaw tsim nyog hauv thawj tug tim tswv, tus tim tswv thib ob, thiab tus tim tswv thib peb tej lus tshaj tawm uas yuav tsum muab rau lub ntiajteb. Kev qhib ntawm phau ntawv me ntawd yog txoj xov hais txog lub sijhawm.”</w:t>
      </w:r>
    </w:p>
    <w:p>
      <w:pPr>
        <w:pStyle w:val="ArticleScripture"/>
        <w:jc w:val="left"/>
      </w:pPr>
      <w:r>
        <w:rPr>
          <w:rFonts w:ascii="Times New Roman" w:hAnsi="Times New Roman" w:eastAsia="Times New Roman" w:cs="Times New Roman"/>
        </w:rPr>
        <w:t>“Phau ntawv Daniel thiab Tshwmsim yog ib yam nkaus. Ib phau yog ib txoj lus faj lem, ib phau yog ib txoj kev tshwm sim; ib phau yog phau ntawv uas raug muab kaw, ib phau yog phau ntawv uas raug qhib. Yauhas tau hnov tej yam tsis paub uas cov xob quaj nrov tau hais tawm, tabsis nws raug txib kom tsis txhob sau tej ntawd.”</w:t>
      </w:r>
    </w:p>
    <w:p>
      <w:pPr>
        <w:pStyle w:val="ArticleScripture"/>
        <w:jc w:val="left"/>
      </w:pPr>
      <w:r>
        <w:rPr>
          <w:rFonts w:ascii="Times New Roman" w:hAnsi="Times New Roman" w:eastAsia="Times New Roman" w:cs="Times New Roman"/>
        </w:rPr>
        <w:t>“Qhov kaj tshwj xeeb uas tau muab rau Yauhas thiab tau nthuav tawm hauv xya lub xob quaj ntawd yog ib qho kev piav meej txog tej xwm txheej uas yuav tshwm sim nyob hauv qab thawj thiab tus tim tswv thib ob tej lus tshaj tawm.” The Seventh-day Adventist Bible Commentary, volume 7, 971.</w:t>
      </w:r>
    </w:p>
    <w:p>
      <w:pPr>
        <w:pStyle w:val="ArticleBody"/>
        <w:jc w:val="left"/>
      </w:pPr>
      <w:r>
        <w:rPr>
          <w:rFonts w:ascii="Times New Roman" w:hAnsi="Times New Roman" w:eastAsia="Times New Roman" w:cs="Times New Roman"/>
        </w:rPr>
        <w:t>Khetos, uas raug sawv cev ua Palmoni, tus Txiv Neej nyob hauv tshooj yim thiab kaum ob uas nyob saum dej, kuj yog tus tim tswv muaj hwj chim nrog phau ntawv me nyob hauv Nws txhais tes. Nws yog tus Tsov Ntxhuav ntawm xeem Yudas uas muab Nws Txojlus kaw thiab qhib, thiab Nws yog tus uas txib Nkas Lias, rau qhov Nws yog Mikha-ee tus thawj tim tswv.</w:t>
      </w:r>
    </w:p>
    <w:p>
      <w:pPr>
        <w:pStyle w:val="ArticleScripture"/>
        <w:jc w:val="left"/>
      </w:pPr>
      <w:r>
        <w:rPr>
          <w:rFonts w:ascii="Times New Roman" w:hAnsi="Times New Roman" w:eastAsia="Times New Roman" w:cs="Times New Roman"/>
        </w:rPr>
        <w:t>Tiamsis Mikha-ee tus thawj tim tswv, thaum nws sib cav nrog dab ntxwg nyoog txog Mauxes lub cev, nws tsis twv hais lus iab liam thuam nws; nws tsuas hais tias, Tus Tswv foom koj. Yudas 1:9.</w:t>
      </w:r>
    </w:p>
    <w:p>
      <w:pPr>
        <w:pStyle w:val="ArticleBody"/>
        <w:jc w:val="left"/>
      </w:pPr>
      <w:r>
        <w:rPr>
          <w:rFonts w:ascii="Times New Roman" w:hAnsi="Times New Roman" w:eastAsia="Times New Roman" w:cs="Times New Roman"/>
        </w:rPr>
        <w:t>Mikha-ee yog Khetos lub npe, thiab lub npe ntawd sawv cev tias Nws yog tus thawj coj tsis yog tsuas yog ntawm cov timtswv xwb, tiam sis Nws kuj yog Tus uas muaj hwjchim los tsa sawv hauv qhov tuag rov los. Lub npe Mikha-ee txhais tias “leejtwg zoo li Vajtswv”. Thaum Nenpukhanexa pom ib tug zoo li Vajtswv Leej Tub hauv lub cub tawg nrog peb tug neeg ncaj ncees ntawd, nws pom Mikha-ee. Thiab tus thawj timtswv Mikha-ee kuj yog tus thawj ntawm Vajtswv haiv neeg, uas tus kub me ntawm Loos pejkum tau tsa nws tus kheej tawm tsam ntawm tus ntoo khaub lig raws li kev ua tiav ntawm Daniyees tshooj yim, nqe kaum ib.</w:t>
      </w:r>
    </w:p>
    <w:p>
      <w:pPr>
        <w:pStyle w:val="ArticleScripture"/>
        <w:jc w:val="left"/>
      </w:pPr>
      <w:r>
        <w:rPr>
          <w:rFonts w:ascii="Times New Roman" w:hAnsi="Times New Roman" w:eastAsia="Times New Roman" w:cs="Times New Roman"/>
        </w:rPr>
        <w:t>Tiamsis kuv yuav qhia rau koj paub yam uas tau sau tseg rau hauv vaj lug kub ntawm qhov tseeb; thiab tsis muaj ib tug uas nrog nraim kuv hauv tej no, tsuas yog Mika-ee, nej tus thawj xwb. Daniyee 10:21.</w:t>
      </w:r>
    </w:p>
    <w:p>
      <w:pPr>
        <w:pStyle w:val="ArticleBody"/>
        <w:jc w:val="left"/>
      </w:pPr>
      <w:r>
        <w:rPr>
          <w:rFonts w:ascii="Times New Roman" w:hAnsi="Times New Roman" w:eastAsia="Times New Roman" w:cs="Times New Roman"/>
        </w:rPr>
        <w:t>Yog Mikha-ee uas txib cov tim tswv, uas tsa cov neeg tuag sawv rov qab los, thiab uas txiav txim tias thaum twg lub sijhawm ntawm kev sim siab xaus.</w:t>
      </w:r>
    </w:p>
    <w:p>
      <w:pPr>
        <w:pStyle w:val="ArticleScripture"/>
        <w:jc w:val="left"/>
      </w:pPr>
      <w:r>
        <w:rPr>
          <w:rFonts w:ascii="Times New Roman" w:hAnsi="Times New Roman" w:eastAsia="Times New Roman" w:cs="Times New Roman"/>
        </w:rPr>
        <w:t>“‘Thiab lub sijhawm ntawd Mikha-ees yuav sawv los, tus thawj loj uas sawv cev rau cov me nyuam ntawm koj haiv neeg; thiab yuav muaj ib lub sijhawm kev txom nyem, yam uas tsis tau muaj dua txij thaum muaj ib haiv neeg los txog rau lub sijhawm ntawd: thiab lub sijhawm ntawd koj haiv neeg yuav raug cawm dim, txhua tus uas yuav pom tias raug sau nyob hauv phau ntawv.’ Thaum lub sijhawm kev txom nyem no los txog, txhua rooj plaub twb raug txiav txim lawm; tsis muaj sijhawm sim ntxiv lawm, tsis muaj txoj kev hlub tshua ntxiv rau cov uas tsis kam hloov siab lees txim. Lub cim foob ntawm Vajtswv uas muaj txoj sia nyob nyob saum Nws haiv neeg. Cov seem tsawg no, uas tsis muaj peev xwm tiv thaiv lawv tus kheej hauv txoj kev sib ntaus tuag taus nrog cov hwj chim hauv ntiajteb uas raug teeb ua txheej los ntawm pab zaj, cia Vajtswv ua lawv tus chaw tiv thaiv. Txoj cai txiav txim twb raug tshaj tawm los ntawm txoj cai kav ntiajteb siab tshaj plaws tias lawv yuav tsum pe hawm tus tsiaj nyaum thiab txais nws lub cim, tsis li ntawd yuav raug tsim txom thiab raug tua tuag. Thov Vajtswv pab Nws haiv neeg tam sim no, rau qhov thaum ntawd lawv yuav ua tau dab tsi hauv txoj kev sib ntaus txaus ntshai ntawd yog tsis muaj Nws txoj kev pab!” Testimonies, volume 5, 212.</w:t>
      </w:r>
    </w:p>
    <w:p>
      <w:pPr>
        <w:pStyle w:val="ArticleBody"/>
        <w:jc w:val="left"/>
      </w:pPr>
      <w:r>
        <w:rPr>
          <w:rFonts w:ascii="Times New Roman" w:hAnsi="Times New Roman" w:eastAsia="Times New Roman" w:cs="Times New Roman"/>
        </w:rPr>
        <w:t>Zaj lus kawg uas tus Tsov Ntxhuav ntawm pawg neeg Yudas qhib lub foob tawm yog Kev Tshwm Sim ntawm Yexus Khetos, thiab qhov ntawd kuj muaj hais tias Nws yog tus tswj kav txoj kev npaj thiab txoj kev teeb tsa ntawm txhua yam hauv Nws txoj Lus yaj saub. Tus Txiv Neej hnav ntaub linen uas sawv saum tej dej, uas tsa Nws txhais tes thiab cog lus rau Tus uas muaj txoj sia nyob mus ib txhis, thiab uas qw ib yam li ib tug Tsov Ntxhuav, uas ua rau xya lub xob quaj hais lawv tej suab, yog Nws tus uas kaw phau ntawv Daniyees thiab kaw xya lub xob quaj hauv Phau Tshwm Sim. Yog Nws tus uas qhib phau ntawv uas raug kaw nrog xya lub foob, uas muaj hwjchim tsa cov tuag sawv rov los, thiab uas yog tus Tub Vaj Ntxwv loj uas sawv tsees thiab tshaj tawm qhov kawg ntawm lub sijhawm sim siab. Thaum Palmoni txib Nka-lee-ees kom ua rau Daniyees to taub zaj yog toog “mareh,” Nws txhais li ntawd tiag tiag.</w:t>
      </w:r>
    </w:p>
    <w:p>
      <w:pPr>
        <w:pStyle w:val="ArticleBody"/>
        <w:jc w:val="left"/>
      </w:pPr>
      <w:r>
        <w:rPr>
          <w:rFonts w:ascii="Times New Roman" w:hAnsi="Times New Roman" w:eastAsia="Times New Roman" w:cs="Times New Roman"/>
        </w:rPr>
        <w:t>Nws tsis tau txib Khabliyees kom ua rau Daniyees to taub txog lub zeem muag “chazon” ntawd. Lub zeem muag “chazon” yog lub zeem muag txog cov tebchaws hauv Vajlugkub zaj lus faj lem nyob hauv Daniyees tshooj yim, nqe ib txog kaum ob, thiab nws kuj yog “lub zeem muag” uas raug hais txog hauv nqe kaum peb thiab nyob hauv ib lo lus nug txog lub sijhawm ntev. “Lub zeem muag yuav ntev npaum li cas?” Lub zeem muag “chazon” hais txog txoj kev ua niaj hnub (kev pe dab qhuas) thiab txoj kev ua txhaum (kev kav ntawm papacy) uas ua kom muaj kev puam tsuaj, thiab lawv tsuj nqis lub chaw dawb huv thiab pab tub rog.</w:t>
      </w:r>
    </w:p>
    <w:p>
      <w:pPr>
        <w:pStyle w:val="ArticleScripture"/>
        <w:jc w:val="left"/>
      </w:pPr>
      <w:r>
        <w:rPr>
          <w:rFonts w:ascii="Times New Roman" w:hAnsi="Times New Roman" w:eastAsia="Times New Roman" w:cs="Times New Roman"/>
        </w:rPr>
        <w:t>Ces kuv hnov ib tug neeg dawb huv hais lus, thiab lwm tug neeg dawb huv hais rau tus neeg dawb huv ntawd uas tab tom hais lus tias, Lub zeem muag hais txog txoj kev txi niaj txhis, thiab txoj kev txhaum uas ua kom muaj kev puam tsuaj, uas muab ob qho tib si qhov chaw dawb huv thiab pab tub rog rau luag tsuj ntiag hauv qab taw, yuav kav ntev npaum li cas? Daniel 8:13.</w:t>
      </w:r>
    </w:p>
    <w:p>
      <w:pPr>
        <w:pStyle w:val="ArticleBody"/>
        <w:jc w:val="left"/>
      </w:pPr>
      <w:r>
        <w:rPr>
          <w:rFonts w:ascii="Times New Roman" w:hAnsi="Times New Roman" w:eastAsia="Times New Roman" w:cs="Times New Roman"/>
        </w:rPr>
        <w:t>Khetos, raws li Palmoni (Tus Suav Uas Zoo Kawg Nkaus), raug nug tias “ntev li cas” thiaj yuav yog lub zeem muag “chazon,” thiab nws teb tias, “mus txog ob txhiab peb puas hnub; ces lub chaw dawb huv yuav raug ntxuav kom huv.” Ces Daniyee xav kom to taub lub zeem muag “chazon,” uas hais txog “kev txi niaj txi txhua hnub, thiab txoj kev txhaum uas ua kom puam tsuaj, muab ob qho tib si lub chaw dawb huv thiab pab tub rog cob rau kom raug tsuj hla hauv qab taw.” Tiamsis Gabriyee raug txib kom ua rau Daniyee to taub lub zeem muag “mareh.” Txhua qhov tseeb puav leej muaj nws txoj kev cuam tshuam hauv Vajtswv Txojlus. Lub zeem muag “mareh” yog lub zeem muag ntawm tej yav tsaus ntuj thiab tej tag kis uas raug txheeb qhia nyob hauv nqe nees nkaum rau.</w:t>
      </w:r>
    </w:p>
    <w:p>
      <w:pPr>
        <w:pStyle w:val="ArticleScripture"/>
        <w:jc w:val="left"/>
      </w:pPr>
      <w:r>
        <w:rPr>
          <w:rFonts w:ascii="Times New Roman" w:hAnsi="Times New Roman" w:eastAsia="Times New Roman" w:cs="Times New Roman"/>
        </w:rPr>
        <w:t>Thiab lub zeem muag txog yav tsaus ntuj thiab yav sawv ntxov uas tau hais tawm ntawd yog qhov tseeb tiag; yog li ntawd cia li kaw lub zeem muag ntawd cia, rau qhov nws yuav yog rau ntau hnub tom ntej. Daniel 8:26.</w:t>
      </w:r>
    </w:p>
    <w:p>
      <w:pPr>
        <w:pStyle w:val="ArticleBody"/>
        <w:jc w:val="left"/>
      </w:pPr>
      <w:r>
        <w:rPr>
          <w:rFonts w:ascii="Times New Roman" w:hAnsi="Times New Roman" w:eastAsia="Times New Roman" w:cs="Times New Roman"/>
        </w:rPr>
        <w:t>Lo lus “zeem muag” raug hais ob zaug hauv nqe no. Qhov kev hais thawj zaug yog zeem muag “mareh” thiab qhov kev hais zaum ob yog zeem muag “chazon.” Zeem muag “mareh” yog zeem muag hais txog “cov yav tsaus ntuj thiab cov thaum sawv ntxov.” Lo lus Henplais hais tias “yav tsaus ntuj thiab thaum sawv ntxov” feem ntau pom nyob hauv Vajlugkub, thiab nws yeej ib txwm raug txhais ua “yav tsaus ntuj thiab thaum sawv ntxov,” ib yam li hauv nqe nees nkaum rau. Qhov chaw nkaus xwb hauv Vajlugkub uas nws raug txhais txawv ntawm “yav tsaus ntuj thiab thaum sawv ntxov,” yog hauv nqe kaum plaub, qhov uas nws raug txhais tsuas yog “hnub” xwb. Qhov tseeb ntawm lus Henplais hauv nqe kaum plaub yuav nyeem li no tias, “Txog ob txhiab peb puas yav tsaus ntuj thiab thaum sawv ntxov.”</w:t>
      </w:r>
    </w:p>
    <w:p>
      <w:pPr>
        <w:pStyle w:val="ArticleBody"/>
        <w:jc w:val="left"/>
      </w:pPr>
      <w:r>
        <w:rPr>
          <w:rFonts w:ascii="Times New Roman" w:hAnsi="Times New Roman" w:eastAsia="Times New Roman" w:cs="Times New Roman"/>
        </w:rPr>
        <w:t>Nqe vaj lug uas yog tus ncej tseem ceeb ntawm Kev Ntseeg Adventist, yog tib nqe xwb hauv Vajtswv Txojlus uas “yav tsaus ntuj thiab yav sawv ntxov” raug hais tseg ncaj qha ua “hnub.” Txhua qhov tseeb muaj nws qhov chaw thiab nws qhov kev cuam tshuam, thiab yog tias tsis muaj dab tsi ntxiv los xij, yam no yeej qhia meej tias Palmoni tau txhob txwm hais kom nqe ntawd tshwj xeeb muaj qhov tseem ceeb. Nws tau ua li ntawd los ntawm kev coj cov siab ntsws ntawm cov uas txhais Phau Vajlugkub King James kom sau kab lus ntawd txawv ntawm qhov uas ib txwm sau tseg hauv Nws Txojlus. Lub ntsiab uas yuav tsum raug rho tawm ntawm qhov tseeb no yog tias thaum Gabriel raug hais kom ua kom Daniyee nkag siab txog lub zeem muag “mareh,” ces nws raug hais kom ua kom Daniyee nkag siab txog lub zeem muag ntawm qhov tshwm sim ntawm xyoo 1844, thiab tsis yog lub zeem muag “chazon” uas hais txog kev tsuj nqis lub tuam tsev dawb huv thiab pab tub rog.</w:t>
      </w:r>
    </w:p>
    <w:p>
      <w:pPr>
        <w:pStyle w:val="ArticleBody"/>
        <w:jc w:val="left"/>
      </w:pPr>
      <w:r>
        <w:rPr>
          <w:rFonts w:ascii="Times New Roman" w:hAnsi="Times New Roman" w:eastAsia="Times New Roman" w:cs="Times New Roman"/>
        </w:rPr>
        <w:t>Lub zeem muag hais txog “cov yav tsaus ntuj thiab cov sawv ntxov” yog hais txog ib qho kev tshwm sim uas muaj los thaum kev ntxuav lub chaw dawb huv pib rau hnub Tim 22 Lub Kaum Hli, 1844. Lub zeem muag hais txog qhov kev tshwm sim ntawm hnub Tim 22 Lub Kaum Hli, 1844, tsis yog hais txog kev muab lub chaw dawb huv tsuj nqis, tiam sis yog hais txog kev ntxuav lub chaw dawb huv. Puas muaj ib qho kev tshwm sim yaj saub rau hnub ntawd?</w:t>
      </w:r>
    </w:p>
    <w:p>
      <w:pPr>
        <w:pStyle w:val="ArticleScripture"/>
        <w:jc w:val="left"/>
      </w:pPr>
      <w:r>
        <w:rPr>
          <w:rFonts w:ascii="Times New Roman" w:hAnsi="Times New Roman" w:eastAsia="Times New Roman" w:cs="Times New Roman"/>
        </w:rPr>
        <w:t>“Kev los txog ntawm Khetos ua peb tus pov thawj hlob mus rau qhov chaw Dawb Huv Tshaj Plaws, rau txoj kev ntxuav kom dawb huv ntawm lub chaw dawb huv, raws li tau muab qhia hauv Daniyees 8:14; kev los txog ntawm Neeg Leej Tub mus cuag Tus Laus Hnub Nyoog, raws li tau nthuav tawm hauv Daniyees 7:13; thiab kev los txog ntawm tus Tswv mus rau Nws lub tuam tsev, raws li Malakis tau hais yav tom ntej, yog tej lus piav txog tib qho xwm txheej nkaus xwb; thiab qhov no kuj raug sawv cev los ntawm kev los txog ntawm nraug vauv mus rau rooj tshoob, raws li Khetos tau piav hauv zaj lus piv txwv txog kaum tus ntxhais nkauj xwb, hauv Mathais 25.” The Great Controversy, 426.</w:t>
      </w:r>
    </w:p>
    <w:p>
      <w:pPr>
        <w:pStyle w:val="ArticleBody"/>
        <w:jc w:val="left"/>
      </w:pPr>
      <w:r>
        <w:rPr>
          <w:rFonts w:ascii="Times New Roman" w:hAnsi="Times New Roman" w:eastAsia="Times New Roman" w:cs="Times New Roman"/>
        </w:rPr>
        <w:t>Gabriel raug txib kom ua rau Daniyees to taub txog qhov kev tshwm los ntawm yaj saub hais txog Khetos hauv Nws lub tuam tsev thaum Lub Kaum Hli 22, 1844. Vim li no, Gabriel thiaj muab tim khawv thib ob rau Daniyees txog hnub tim Lub Kaum Hli 22, 1844, rau qhov Gabriel tau coj txhua tus sau Vajlugkub uas tau sau tseg ib yam qauv twg ntawm lub hauv paus ntsiab lus hauv Vajlugkub uas qhia tias qhov tseeb raug tsa kom ruaj khov raws li ob tug tim khawv tej lus tim khawv. Yog Gabriel yuav ua kom Daniyees to taub txog Lub Kaum Hli 22, 1844, nws yuav tsum muaj tim khawv thib ob los tsa kom ruaj khov “txog yog toog uas hais txog qhov kev tshwm los.”</w:t>
      </w:r>
    </w:p>
    <w:p>
      <w:pPr>
        <w:pStyle w:val="ArticleBody"/>
        <w:jc w:val="left"/>
      </w:pPr>
      <w:r>
        <w:rPr>
          <w:rFonts w:ascii="Times New Roman" w:hAnsi="Times New Roman" w:eastAsia="Times New Roman" w:cs="Times New Roman"/>
        </w:rPr>
        <w:t>Gabriel pib nws tes haujlwm los ntawm kev xub hais ncaj qha rau Daniel txoj kev ntshaw kom to taub txog zaj yog toog hu ua “chazon,” thiab nws ua li ntawd los ntawm kev qhia meej tias zaj yog toog “chazon” ntawd yog zaj yog toog uas xaus rau thaum “lub sij hawm kawg” nyob rau xyoo 1798.</w:t>
      </w:r>
    </w:p>
    <w:p>
      <w:pPr>
        <w:pStyle w:val="ArticleScripture"/>
        <w:jc w:val="left"/>
      </w:pPr>
      <w:r>
        <w:rPr>
          <w:rFonts w:ascii="Times New Roman" w:hAnsi="Times New Roman" w:eastAsia="Times New Roman" w:cs="Times New Roman"/>
        </w:rPr>
        <w:t>Thiab kuv hnov ib lub suab ntawm ib tug txiv neej nyob nruab nrab ntawm ob ntug dej Ulai, uas hu thiab hais tias, Kaxiliy-ee, cia li ua kom tus txiv neej no to taub zaj yog toog. Yog li ntawd nws txav los ze qhov chaw uas kuv sawv; thiab thaum nws los txog, kuv ntshai heev, ces kuv txhos caug ntsej muag rau hauv av; tiamsis nws hais rau kuv tias, Cia li to taub, Au tus tub neeg: rau qhov zaj yog toog no yog rau lub sijhawm kawg. Daniyees 8:16, 17.</w:t>
      </w:r>
    </w:p>
    <w:p>
      <w:pPr>
        <w:pStyle w:val="ArticleBody"/>
        <w:jc w:val="left"/>
      </w:pPr>
      <w:r>
        <w:rPr>
          <w:rFonts w:ascii="Times New Roman" w:hAnsi="Times New Roman" w:eastAsia="Times New Roman" w:cs="Times New Roman"/>
        </w:rPr>
        <w:t>“Yaj saub” nyob hauv nqe dhau los, uas yog “thaum lub caij kawg,” yog yaj saub “chazon,” thiab “lub caij kawg” hauv phau Daniel yog xyoo 1798. Qhov no yog “yaj saub” uas Daniel tau nrhiav kom to taub, tiam sis nws tsis yog “yaj saub” uas Gabriel raug hais kom ua rau Daniel to taub. Rau qhov ntawd, Gabriel yuav muab ib tug tim khawv thib ob.</w:t>
      </w:r>
    </w:p>
    <w:p>
      <w:pPr>
        <w:pStyle w:val="ArticleScripture"/>
        <w:jc w:val="left"/>
      </w:pPr>
      <w:r>
        <w:rPr>
          <w:rFonts w:ascii="Times New Roman" w:hAnsi="Times New Roman" w:eastAsia="Times New Roman" w:cs="Times New Roman"/>
        </w:rPr>
        <w:t>Yog li ntawd nws txav los ze rau ntawm qhov chaw uas kuv sawv; thiab thaum nws los txog, kuv ntshai heev, thiab kuv ntog khwb nkaus rau ntawm kuv xub ntiag; tiam sis nws hais rau kuv tias, Cia li to taub, Au tus tub ntawm neeg: rau qhov yog thaum lub sijhawm kawg mam muaj zaj yog toog ntawd. Tam sim no thaum nws tseem tab tom hais nrog kuv, kuv poob rau hauv ib tug pw tsaug zog tob, kuv lub ntsej muag tig rau hauv av; tiam sis nws kov kuv, thiab tsa kuv kom sawv ntsug ncaj. Thiab nws hais tias, Saib seb, kuv yuav ua rau koj paub yam uas yuav muaj tshwm sim nyob rau hauv lub caij kawg ntawm txoj kev chim; rau qhov thaum lub sijhawm teem tseg kawg yuav los. Daniel 8:17–19.</w:t>
      </w:r>
    </w:p>
    <w:p>
      <w:pPr>
        <w:pStyle w:val="ArticleBody"/>
        <w:jc w:val="left"/>
      </w:pPr>
      <w:r>
        <w:rPr>
          <w:rFonts w:ascii="Times New Roman" w:hAnsi="Times New Roman" w:eastAsia="Times New Roman" w:cs="Times New Roman"/>
        </w:rPr>
        <w:t>Gabriel pib ua nws tes hauj lwm uas raug tsa los ntawm kev ceeb toom rau Daniyees tias, “saib seb,” uas yog qhia Daniyees kom xav txog qhov tseeb tom ntej no. Qhov tseeb tom ntej no yog tias “txoj kev chim kawg,” ntawm ob “xya lub sij hawm” hauv Leviticus nees nkaum rau, xaus rau xyoo 1844. “Txoj kev chim kawg” no raug txheeb ncaj qha tias yog ib zaj lus faj lem hais txog lub sij hawm, rau qhov nws muaj ib “lub sij hawm teem tseg” uas nws yuav “xaus.” “Txoj kev chim” yuav tsum sawv cev rau ib ntu ntawm lub sij hawm, rau qhov muaj ib “lub sij hawm teem tseg” rau nws qhov kev xaus. Yog tias “txoj kev chim” tsuas yog ib lub ntsiab lus ntawm lub sij hawm xwb ces nws yuav tsis muaj qhov xaus; nws tsuas yog yuav yog lub ntsiab lus uas nws tau tshwm sim xwb.</w:t>
      </w:r>
    </w:p>
    <w:p>
      <w:pPr>
        <w:pStyle w:val="ArticleBody"/>
        <w:jc w:val="left"/>
      </w:pPr>
      <w:r>
        <w:rPr>
          <w:rFonts w:ascii="Times New Roman" w:hAnsi="Times New Roman" w:eastAsia="Times New Roman" w:cs="Times New Roman"/>
        </w:rPr>
        <w:t>“Kev chim” ntawd muaj ib qho chaw xaus uas twb raug cim tseg lawm, yog li ntawd nws sawv cev rau qhov kawg ntawm ib lub sijhawm. Lub sijhawm ntawd raug nthuav tawm ua “kev chim kawg.” Yog muaj ib qho kawg, ces yuav tsum muaj ib qho thawj. “Kev chim thawj” raug txheeb qhia nyob hauv Daniel tshooj kaum ib, thiab nyob ntawd nws kuj yog ib lub sijhawm thiab, rau qhov txoj kev kav papacy yuav “ua raws li nws siab nyiam thiab vam meej” mus txog thaum xaus ntawm “kev chim” ntawd.</w:t>
      </w:r>
    </w:p>
    <w:p>
      <w:pPr>
        <w:pStyle w:val="ArticleScripture"/>
        <w:jc w:val="left"/>
      </w:pPr>
      <w:r>
        <w:rPr>
          <w:rFonts w:ascii="Times New Roman" w:hAnsi="Times New Roman" w:eastAsia="Times New Roman" w:cs="Times New Roman"/>
        </w:rPr>
        <w:t>Thiab ib txhia ntawm cov neeg muaj kev to taub yuav poob, kom raug sim lawv, thiab kom raug ntxuav kom dawb huv, txawm mus txog rau lub sijhawm kawg; rau qhov qhov no tseem tseg cia rau lub sijhawm uas tau teem tseg. Thiab tus vajntxwv yuav ua raws li nws lub siab nyiam; thiab nws yuav tsa nws tus kheej siab, thiab qhuas nws tus kheej loj dua txhua tus vajtswv, thiab yuav hais tej lus txaus ntshai tawm tsam tus Vajtswv ntawm cov vajtswv, thiab nws yuav vam meej mus txog thaum txoj kev chim siab raug ua tiav; vim qhov uas tau txiav txim lawm yuav raug ua kom tiav. Daniel 11:35, 36.</w:t>
      </w:r>
    </w:p>
    <w:p>
      <w:pPr>
        <w:pStyle w:val="ArticleBody"/>
        <w:jc w:val="left"/>
      </w:pPr>
      <w:r>
        <w:rPr>
          <w:rFonts w:ascii="Times New Roman" w:hAnsi="Times New Roman" w:eastAsia="Times New Roman" w:cs="Times New Roman"/>
        </w:rPr>
        <w:t>Nyob rau hauv ob nqe no, tus vajntxwv uas ua raws li nws lub siab nyiam thiab tsa nws tus kheej siab yog lub ntsiab lus uas tab tom hais txog. Nqe peb caug rau yog nqe uas Povlauj muab txhais rov hais dua, thaum nws txheeb xyuas “tus neeg ntawm txoj kev txhaum” uas zaum nyob hauv Vajtswv lub tuam tsev qhia nws tus kheej tias nws yog Vajtswv. Kev tsim txom ntawm Cov Hnub Nyoog Tsaus Ntuj txij xyoo 538 mus txog 1798 raug qhia tseg hauv nqe peb caug tsib, thiab nws txuas ntxiv mus txog “lub sijhawm kawg” uas yog 1798, uas yog “lub sijhawm uas raug teem tseg.” Ces nqe peb caug rau qhia tias lub hwj chim papacy yuav “vam meej” mus “txog thaum txoj kev chim txaus raug ua kom tiav.” Nqe no qhia tias papacy vam meej mus txog 1798, thaum ntawd thawj zaug “txoj kev chim txaus” twb “raug ua kom tiav” lawm. Vajtswv Txojlus yav tom ntej tau “txiav txim tseg” tias papacy yuav nyob mus ntxiv tau ib txhiab ob puas rau caum xyoo, mus txog 1798, uas yog “lub sijhawm kawg.”</w:t>
      </w:r>
    </w:p>
    <w:p>
      <w:pPr>
        <w:pStyle w:val="ArticleBody"/>
        <w:jc w:val="left"/>
      </w:pPr>
      <w:r>
        <w:rPr>
          <w:rFonts w:ascii="Times New Roman" w:hAnsi="Times New Roman" w:eastAsia="Times New Roman" w:cs="Times New Roman"/>
        </w:rPr>
        <w:t>“Txoj kev chim” thawj zaug xaus rau xyoo 1798, thiab “txoj kev chim kawg” xaus rau xyoo 1844. Ob qho kev chim no raug sawv cev ua tej ntu sijhawm, uas muaj tej hnub xaus tshwj xeeb, yog li ntawd thiaj qhia meej tias nkawd ob leeg yog tej lus faj lem hais txog sijhawm. Palmoosni tau txib Kaabri-ees kom ua rau Daniyee to taub txoj yog toog pom (“mareh”), uas yog hais txog “cov yav tsaus ntuj thiab cov yav sawv ntxov” (hnub) uas qhia txog hnub tim 22 Lub Kaum Hli, 1844, thiab nws tau ua li ntawd los ntawm kev muab ib tug tim khawv thib ob rau hnub ntawd.</w:t>
      </w:r>
    </w:p>
    <w:p>
      <w:pPr>
        <w:pStyle w:val="ArticleBody"/>
        <w:jc w:val="left"/>
      </w:pPr>
      <w:r>
        <w:rPr>
          <w:rFonts w:ascii="Times New Roman" w:hAnsi="Times New Roman" w:eastAsia="Times New Roman" w:cs="Times New Roman"/>
        </w:rPr>
        <w:t>Lub zeem muag “chazon” ntawm nqe kaum peb, uas Daniyees ntshaw kom to taub, yog lub zeem muag hais txog kev raug tsuj nthi uas xaus rau ntawm “lub sijhawm kawg” xyoo 1798. Lub zeem muag “mareh” ntawm nqe kaum plaub xaus nrog kev tshwm sim ntawm Khetos hauv Chaw Dawb Huv Tshaj Plaws rau hnub Kaum Hli 22, 1844, raws li kev ua tiav ntawm zaj lus faj lem txog lub sijhawm ob txhiab peb puas xyoo, thiab kuj yog kev ua tiav ntawm zaj lus faj lem txog lub sijhawm ob txhiab tsib puas nees nkaum xyoo. Ob zaj lus faj lem txog lub sijhawm ntawd raug sawv cev rau saum Habakkuk cov phaj dawb huv, uas Muam White qhia meej tias raug coj los ntawm tus Tswv txhais tes, thiab tsis tsim nyog muab hloov.</w:t>
      </w:r>
    </w:p>
    <w:p>
      <w:pPr>
        <w:pStyle w:val="ArticleBody"/>
        <w:jc w:val="left"/>
      </w:pPr>
      <w:r>
        <w:rPr>
          <w:rFonts w:ascii="Times New Roman" w:hAnsi="Times New Roman" w:eastAsia="Times New Roman" w:cs="Times New Roman"/>
        </w:rPr>
        <w:t>Peb yuav txuas ntxiv txoj kev kawm no hauv zaj tshooj tom ntej.</w:t>
      </w:r>
    </w:p>
    <w:p>
      <w:pPr>
        <w:pStyle w:val="ArticleScripture"/>
        <w:jc w:val="left"/>
      </w:pPr>
      <w:r>
        <w:rPr>
          <w:rFonts w:ascii="Times New Roman" w:hAnsi="Times New Roman" w:eastAsia="Times New Roman" w:cs="Times New Roman"/>
        </w:rPr>
        <w:t>“Peb muaj ntau zaj lus qhia uas yuav tsum kawm, thiab muaj ntau heev, ntau heev yam uas yuav tsum tsis kawm lawm. Tswv Ntuj thiab ntuj ceeb tsheej xwb thiaj tsis txawj yuam kev. Cov uas xav tias lawv yuav tsis muaj hnub yuav tsum tso tseg ib lub tswv yim uas lawv hlub tshua, lossis yuav tsis muaj sijhawm yuav tsum hloov ib qho kev xav, lawv yuav poob siab. Tsuav yog peb tseem tuav ruaj nrees rau peb tus kheej tej tswv yim thiab tej kev xav nrog kev mob siab tsis kam tso, peb yuav tsis muaj txoj kev sib haum xeeb uas Khetos tau thov txog.”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Tsib Caug Ib</dc:title>
  <dc:subject>Palmoos: Tshwm Qhia Tus Tswv Kav Sijhawm thiab Lus hauv Daniyee thiab Qhia Tshwm</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