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Tus Naj Npawb Tsib Caug Peb</w:t>
      </w:r>
    </w:p>
    <w:p>
      <w:pPr>
        <w:pStyle w:val="ArticleSubtitle"/>
        <w:jc w:val="left"/>
      </w:pPr>
      <w:r>
        <w:rPr>
          <w:rFonts w:ascii="Arial" w:hAnsi="Arial" w:eastAsia="Arial" w:cs="Arial"/>
        </w:rPr>
        <w:t>Kev Tshwm Sim Los Saib Ua Yaj Saub Qhib Tawm: To Taub Hnub Kawg Los Ntawm Daniyee Qhov Kev Paub Ntsib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Tag nrho cov yaj saub tab tom hais txog hnub kawg ntau dua li hais txog cov hnub uas lawv tau nyob.</w:t>
      </w:r>
    </w:p>
    <w:p>
      <w:pPr>
        <w:pStyle w:val="ArticleScripture"/>
        <w:jc w:val="left"/>
      </w:pPr>
      <w:r>
        <w:rPr>
          <w:rFonts w:ascii="Times New Roman" w:hAnsi="Times New Roman" w:eastAsia="Times New Roman" w:cs="Times New Roman"/>
        </w:rPr>
        <w:t>“Txhua tus cev Vajtswv thaum ub txhua tus hais lus tsawg dua rau lawv tiam li hais rau peb tiam, yog li ntawd lawv tej lus cev faj lem tseem muaj zog siv tau rau peb. ‘Tam sim no tej noob neej no txhua yam tau tshwm sim rau lawv ua piv txwv: thiab tej ntawd raug sau tseg cia ua lus qhuab ntuas rau peb, cov uas twb los txog ntawm ntug kawg ntawm lub ntiajteb lawm.’ 1 Corinthians 10:11. ‘Tsis yog rau lawv tus kheej, tiam sis yog rau peb, lawv thiaj ua hauj lwm pab txog tej yam no, uas nim no twb raug qhia rau nej lawm los ntawm cov uas tau tshaj tawm txoj moo zoo rau nej, nrog tus Vaj Ntsuj Plig Dawb Huv uas raug txib nqes saum ntuj los; tej yam no yog yam uas cov tim tswv ntshaw yuav saib tob rau hauv.’ 1 Peter 1:12”</w:t>
      </w:r>
    </w:p>
    <w:p>
      <w:pPr>
        <w:pStyle w:val="ArticleScripture"/>
        <w:jc w:val="left"/>
      </w:pPr>
      <w:r>
        <w:rPr>
          <w:rFonts w:ascii="Times New Roman" w:hAnsi="Times New Roman" w:eastAsia="Times New Roman" w:cs="Times New Roman"/>
        </w:rPr>
        <w:t>“Phau Vajlugkub tau khaws cia thiab muab nws tej txiaj ntsig muaj nqis los sib sau khi ua ke rau tiam neeg kawg no. Txhua yam xwm txheej loj thiab tej kev sib koom tes uas muaj hwjchim thiab hnyav ntawm keeb kwm hauv Phau Qub twb tau rov muaj dua lawm, thiab tseem tab tom rov muaj dua, hauv pawg ntseeg nyob rau hnub kawg no.” Selected Messages, phau 3, 338, 339.</w:t>
      </w:r>
    </w:p>
    <w:p>
      <w:pPr>
        <w:pStyle w:val="ArticleBody"/>
        <w:jc w:val="left"/>
      </w:pPr>
      <w:r>
        <w:rPr>
          <w:rFonts w:ascii="Times New Roman" w:hAnsi="Times New Roman" w:eastAsia="Times New Roman" w:cs="Times New Roman"/>
        </w:rPr>
        <w:t>Daniyee yog tus sawv cev rau Vajtswv haiv neeg, uas nyob rau hnub kawg tau tshawb pom los ntawm Lo Lus cev Vajtswv lus tias lawv twb raug tawg khiav mus lawm. Thaum lawv tsim dheev paub qhov tseeb ntawd, lawv raug hu kom ua tiav zaj lus thov hauv Levis Kevcai nees nkaum rau, thiab kuj yuav tsum thov kom to taub qhov zais lus cev Vajtswv lus kawg uas raug qhib tawm tam sim ua ntej lub sijhawm probation kaw, raws li sawv cev los ntawm Daniyee zaj lus thov hauv tshooj ob. Yog thiab thaum twg lawv nkag mus rau hauv Daniyee txoj kev paub dhau los, tus tim tswv Kaabliyees yuav los kov, qhia, thiab hais lus rau lawv, nrog lub hom phiaj muab “txoj kev txawj” thiab “kev nkag siab” rau lawv. Cov neeg txawj ntse yog cov uas “to taub” “kev paub ntau ntxiv” thaum ib qho zais lus cev Vajtswv lus raug qhib tawm.</w:t>
      </w:r>
    </w:p>
    <w:p>
      <w:pPr>
        <w:pStyle w:val="ArticleScripture"/>
        <w:jc w:val="left"/>
      </w:pPr>
      <w:r>
        <w:rPr>
          <w:rFonts w:ascii="Times New Roman" w:hAnsi="Times New Roman" w:eastAsia="Times New Roman" w:cs="Times New Roman"/>
        </w:rPr>
        <w:t>Nws qhia rau kuv, thiab hais lus nrog kuv, thiab hais tias, Au Daniyee, tam sim no kuv tau tawm los kom pub rau koj txoj kev txawj ntse thiab kev nkag siab. Thaum pib koj tej lus thov, lo lus txib tau tawm tuaj lawm, thiab kuv tau los qhia rau koj; rau qhov koj yog tus uas raug hlub kawg nkaus: yog li ntawd, cia li nkag siab txog zaj no, thiab xav txog txoj yog toog. Daniyee 9:22, 23.</w:t>
      </w:r>
    </w:p>
    <w:p>
      <w:pPr>
        <w:pStyle w:val="ArticleBody"/>
        <w:jc w:val="left"/>
      </w:pPr>
      <w:r>
        <w:rPr>
          <w:rFonts w:ascii="Times New Roman" w:hAnsi="Times New Roman" w:eastAsia="Times New Roman" w:cs="Times New Roman"/>
        </w:rPr>
        <w:t>Lub zeem muag uas Daniyees raug hais kom ua tib zoo xav txog yog lub zeem muag “mareh” ntawm qhov kev tshwm sim. Kas Npe-eees tseem tsis tau ua tiav txoj hauj lwm uas tau muab rau nws hauv tshooj yim thaum nws tau raug hais kom ua rau Daniyees nkag siab txog lub zeem muag “mareh” ntawd. Hauv tshooj cuaj nws tau rov qab los ua kom tiav qhov kev txhais ntawd. Hauv tshooj cuaj, Daniyees tsis nyob ntxiv lawm hauv lub sijhawm ntawm lub nceeg vaj Npanpiloo, tiam sis nyob hauv keeb kwm ntawm lub teb chaws faj tim teb chaws Medes thiab Pawxia.</w:t>
      </w:r>
    </w:p>
    <w:p>
      <w:pPr>
        <w:pStyle w:val="ArticleBody"/>
        <w:jc w:val="left"/>
      </w:pPr>
      <w:r>
        <w:rPr>
          <w:rFonts w:ascii="Times New Roman" w:hAnsi="Times New Roman" w:eastAsia="Times New Roman" w:cs="Times New Roman"/>
        </w:rPr>
        <w:t>Thaum Nkasalis qhia Daniyee kom “nkag siab txog lo lus no,” thiab kom “xav txog zaj yog toog,” nws tab tom taw qhia ib txoj txheej txheem ntawm kev cais tawm hauv lub siab uas nws xav kom Daniyee xyaum siv. Cov lus uas raug txhais ua “nkag siab” thiab “xav txog” yog tib lo lus Henplais xwb. Lo lus ntawd yog “biyn,” thiab txhais tias cais tawm hauv lub siab. Lo lus Henplais uas raug txhais ua “lo lus no,” yog “dabar,” thiab txhais tias “Lo Lus”. Yog li ntawd, Nkasalis tab tom ceeb toom rau Daniyee, thiab rau cov uas nws sawv cev rau nyob rau hnub kawg, kom muab Lo Lus ntawm qhov tseeb faib kom yog.</w:t>
      </w:r>
    </w:p>
    <w:p>
      <w:pPr>
        <w:pStyle w:val="ArticleScripture"/>
        <w:jc w:val="left"/>
      </w:pPr>
      <w:r>
        <w:rPr>
          <w:rFonts w:ascii="Times New Roman" w:hAnsi="Times New Roman" w:eastAsia="Times New Roman" w:cs="Times New Roman"/>
        </w:rPr>
        <w:t>Kawm kom qhia tau tias koj yog tus uas Vajtswv pom zoo, yog ib tug neeg ua haujlwm uas tsis tas yuav txaj muag, faib ncaj ncees lo lus ntawm qhov tseeb. 2 Timaute 2:15</w:t>
      </w:r>
    </w:p>
    <w:p>
      <w:pPr>
        <w:pStyle w:val="ArticleBody"/>
        <w:jc w:val="left"/>
      </w:pPr>
      <w:r>
        <w:rPr>
          <w:rFonts w:ascii="Times New Roman" w:hAnsi="Times New Roman" w:eastAsia="Times New Roman" w:cs="Times New Roman"/>
        </w:rPr>
        <w:t>Lo lus “matter” kuj raug Daniel siv thiab nyob rau hauv tshooj kaum, nqe ib, qhov uas nws raug txhais peb zaug ua “thing.”</w:t>
      </w:r>
    </w:p>
    <w:p>
      <w:pPr>
        <w:pStyle w:val="ArticleScripture"/>
        <w:jc w:val="left"/>
      </w:pPr>
      <w:r>
        <w:rPr>
          <w:rFonts w:ascii="Times New Roman" w:hAnsi="Times New Roman" w:eastAsia="Times New Roman" w:cs="Times New Roman"/>
        </w:rPr>
        <w:t>Nyob rau xyoo peb ntawm Cyrus tus vajntxwv ntawm Persia, ib yam raug nthuav tawm rau Daniyees, uas nws lub npe hu ua Belteshasas; thiab yam ntawd yog qhov tseeb, tiamsis lub sijhawm uas teem tseg ntawd ntev: thiab nws to taub yam ntawd, thiab muaj kev nkag siab txog zaj yog toog. Daniel 10:1.</w:t>
      </w:r>
    </w:p>
    <w:p>
      <w:pPr>
        <w:pStyle w:val="ArticleBody"/>
        <w:jc w:val="left"/>
      </w:pPr>
      <w:r>
        <w:rPr>
          <w:rFonts w:ascii="Times New Roman" w:hAnsi="Times New Roman" w:eastAsia="Times New Roman" w:cs="Times New Roman"/>
        </w:rPr>
        <w:t>Hauv hauv nqe Vajlugkub no, lo lus “zeem muag” yog lub zeem muag “mareh” uas hais txog qhov pom tshwm sim, thiab Daniyees tau muaj kev to taub txog ob qho tib si, yog qhov teeb meem (yam) thiab lub zeem muag (“mareh”) thiab. Hauv nqe nees nkaum peb ntawm tshooj cuaj, Kalis Npe-ee tau qhia Daniyees kom faib kom raug ntawm qhov teeb meem thiab lub zeem muag, thiab hauv nqe ib ntawm tshooj kaum nws muaj kev to taub txog ob qho tib si, yog qhov teeb meem (yam) thiab lub zeem muag (“mareh”). Kalis Npe-ee tab tom ceeb toom Daniyees hauv tshooj cuaj kom paub qhov txawv (faib kom raug) ntawm qhov teeb meem thiab lub zeem muag. Lub zeem muag ntawd yog lub zeem muag “mareh,” hos “qhov teeb meem,” lossis “yam,” yog lub zeem muag “chazon.”</w:t>
      </w:r>
    </w:p>
    <w:p>
      <w:pPr>
        <w:pStyle w:val="ArticleBody"/>
        <w:jc w:val="left"/>
      </w:pPr>
      <w:r>
        <w:rPr>
          <w:rFonts w:ascii="Times New Roman" w:hAnsi="Times New Roman" w:eastAsia="Times New Roman" w:cs="Times New Roman"/>
        </w:rPr>
        <w:t>Hauv tshooj yim, ob lub zeem muag raug txheeb meej, thiab muaj ib qho kev cais sib txawv raug hais tseg vim Daniyees xav kom to taub lub zeem muag “chazon,” tab sis Nkaspiliyis raug txib kom ua rau Daniyees to taub lub zeem muag “mareh.” Thaum Nkaspiliyis pib nws txoj haujlwm uas ua rau Daniyees to taub txog “qhov teeb meem” thiab “lub zeem muag,” nws ceeb toom rau Daniyees kom ua tib zoo nco ntsoov tias nkawd yog ob lub zeem muag sib txawv.</w:t>
      </w:r>
    </w:p>
    <w:p>
      <w:pPr>
        <w:pStyle w:val="ArticleScripture"/>
        <w:jc w:val="left"/>
      </w:pPr>
      <w:r>
        <w:rPr>
          <w:rFonts w:ascii="Times New Roman" w:hAnsi="Times New Roman" w:eastAsia="Times New Roman" w:cs="Times New Roman"/>
        </w:rPr>
        <w:t>Nws tau qhia rau kuv, thiab nrog kuv hais lus, thiab hais tias, Au Daniyee, nim no kuv tau tawm los kom pub rau koj muaj kev txawj ntse thiab kev to taub. Thaum pib ntawm koj tej lus thov, lo lus txib twb tawm los lawm, thiab kuv tau los qhia rau koj; rau qhov koj yog tus uas hlub tshua heev: yog li ntawd cia li to taub txog zaj no, thiab xav txog zaj yog toog. Xya caum lub lis piam raug teem rau saum koj haiv neeg thiab saum koj lub nroog dawb huv, kom ua kom kev ntxeev siab tiav, thiab kom xaus rau kev txhaum, thiab kom ua kev sib haum rau txoj kev phem kev qias, thiab coj los txog txoj kev ncaj ncees uas nyob mus ib txhis, thiab muab lub zeem muag thiab lo lus faj lem kaw ruaj, thiab pleev roj tsa tus Dawb Huv Tshaj Plaws. Yog li ntawd, koj yuav tsum paub thiab to taub tias txij thaum lo lus txib tawm mus kom kho dua thiab txhim tsa Yeluxalees mus txog rau tus Mexiyas tus Tub Vaj Ntxwv yuav muaj xya lub lis piam, thiab rau caum ob lub lis piam: txoj kev yuav rov raug txhim tsa dua, thiab phab ntsa kuj li ntawd thiab, txawm yog nyob rau lub sijhawm kev ntxhov siab. Thiab tom qab rau caum ob lub lis piam, tus Mexiyas yuav raug txiav tawm, tiamsis tsis yog rau nws tus kheej: thiab haiv neeg ntawm tus tub huabtais uas yuav los ntawd yuav rhuav tshem lub nroog thiab lub chaw dawb huv; thiab qhov kawg ntawm ntawd yuav zoo li dej nyab, thiab mus txog thaum kawg ntawm kev tsov rog, kev puam tsuaj raug teem cia lawm. Thiab nws yuav tsa lo lus cog tseg kom ruaj nrog ntau leej rau ib lub lis piam: thiab nyob nruab nrab ntawm lub lis piam nws yuav ua kom tej kev txi thiab tej khoom fij tseg tseg lawm, thiab vim txoj kev nthuav dav ntawm tej kev qias vuab tsuab nws yuav ua kom ntawd puam tsuaj, txawm mus txog rau thaum kawg nkaus, thiab yam uas raug teem cia lawm yuav raug muab nchuav los rau saum tus uas puam tsuaj. Daniyee 9:22–27.</w:t>
      </w:r>
    </w:p>
    <w:p>
      <w:pPr>
        <w:pStyle w:val="ArticleBody"/>
        <w:jc w:val="left"/>
      </w:pPr>
      <w:r>
        <w:rPr>
          <w:rFonts w:ascii="Times New Roman" w:hAnsi="Times New Roman" w:eastAsia="Times New Roman" w:cs="Times New Roman"/>
        </w:rPr>
        <w:t>Gabriel xav kom Daniel paub meej tias tej ntu ntawm ob qho tib si, yog qhov yog toog pom “chazon” thiab yog qhov yog toog pom “mareh,” yuav raug sawv cev nyob hauv qhov kev txhais uas nws muab rau Daniel. Qhov kev txhais ntawd yuav hais txog ob qho yog toog pom ntawd tib si, thiab yog Daniel lub luag hauj lwm kom muab qhov yog toog pom uas hais txog kev tsuj tseg lub chaw dawb huv thiab pab tub rog kom raug cais tawm ntawm qhov yog toog pom uas coj mus rau qhov uas Khetos tshwm sim nyob rau hauv Chaw Dawb Huv Tshaj Plaws rau hnub tim 22 Lub Kaum Hli, 1844.</w:t>
      </w:r>
    </w:p>
    <w:p>
      <w:pPr>
        <w:pStyle w:val="ArticleBody"/>
        <w:jc w:val="left"/>
      </w:pPr>
      <w:r>
        <w:rPr>
          <w:rFonts w:ascii="Times New Roman" w:hAnsi="Times New Roman" w:eastAsia="Times New Roman" w:cs="Times New Roman"/>
        </w:rPr>
        <w:t>Khebli-as txheeb qhia tias txij thaum txoj cai xaj ntawm Athexanxes xyoo 457 BC, yuav muaj plaub puas cuaj caug xyoo uas raug “cais tawm” ntawm ob txhiab peb puas xyoo ntawm zaj yog toog pom txog tej tsaus ntuj thiab tej kaj ntug, uas yog tshwj xeeb rau cov Yudais. Hauv cov nqe uas nyuam qhuav raug hais tseg no, lo lus “txiav tseg” raug hais qhia peb zaug, tiam sis muaj ob lo lus Henplais sib txawv uas ob leeg raug txhais ua “txiav tseg” hauv cov nqe ntawd. Thawj zaug uas “txiav tseg” raug hais qhia yog nyob hauv nqe nees nkaum plaub, thiab lo lus Henplais ntawd yog “chathak” thiab txhais hais tias “cais tawm”.</w:t>
      </w:r>
    </w:p>
    <w:p>
      <w:pPr>
        <w:pStyle w:val="ArticleBody"/>
        <w:jc w:val="left"/>
      </w:pPr>
      <w:r>
        <w:rPr>
          <w:rFonts w:ascii="Times New Roman" w:hAnsi="Times New Roman" w:eastAsia="Times New Roman" w:cs="Times New Roman"/>
        </w:rPr>
        <w:t>Nws qhia tias Yixayee tau txais ib lub sijhawm sim siab uas pib nrog Artaxerxes tsab cai thib peb thiab yuav xaus rau thaum Xatefanaus raug txawb pob zeb tua nyob rau xyoo 34 AD. Plaub puas cuaj caug xyoo ntawd raug “txiav tawm,” thiab sawv cev rau ib lub sijhawm yaj saub uas luv dua nyob hauv zaj lus faj lem ntev dua ntawm ob txhiab peb puas xyoo. Tus lej “plaub puas cuaj caug” yog ib lub cim ntawm lub sijhawm sim siab, raws li Yexus tau ua tim khawv txog.</w:t>
      </w:r>
    </w:p>
    <w:p>
      <w:pPr>
        <w:pStyle w:val="ArticleScripture"/>
        <w:jc w:val="left"/>
      </w:pPr>
      <w:r>
        <w:rPr>
          <w:rFonts w:ascii="Times New Roman" w:hAnsi="Times New Roman" w:eastAsia="Times New Roman" w:cs="Times New Roman"/>
        </w:rPr>
        <w:t>Tom qab ntawd Petus txawm tuaj cuag Nws thiab hais tias, Tus Tswv, kuv tus kwvtij yuav ua txhaum rau kuv pes tsawg zaug, kuv thiaj yuav zam txim rau nws? Puas yog txog xya zaus? Yexus hais rau nws tias, Kuv tsis hais rau koj tias, Txog xya zaus xwb; tiam sis, Txog xya caum npaug xya. Mathai 18:22.</w:t>
      </w:r>
    </w:p>
    <w:p>
      <w:pPr>
        <w:pStyle w:val="ArticleBody"/>
        <w:jc w:val="left"/>
      </w:pPr>
      <w:r>
        <w:rPr>
          <w:rFonts w:ascii="Times New Roman" w:hAnsi="Times New Roman" w:eastAsia="Times New Roman" w:cs="Times New Roman"/>
        </w:rPr>
        <w:t>Muaj ib qho kawg rau txoj kev zam txim, thiab qhov kawg ntawd raug sawv cev los ntawm tus lej “plaub puas cuaj caug.” Lub “plaub puas cuaj caug” xyoo sawv cev rau ib lub sijhawm ntawm kev sim siab rau cov Yudais txij lawv txoj kev dim tawm mus txog thaum lawv tau puv lawv lub khob ntawm lawv lub sijhawm sim siab ntawd hauv kev muab Stivhen txawb pob zeb. Lub “plaub puas cuaj caug” xyoo kuj muaj kev txuas nrog lo lus foom phem ntawm “xya npaug” hauv Leviticus nees nkaum rau. Muaj tsuas yog ob qhov chaw hauv Phau Vajlugkub uas hais txog thaj av txaus siab rau nws tej hnub Xanpataus. Qhov thawj pom nyob hauv Leviticus nees nkaum rau.</w:t>
      </w:r>
    </w:p>
    <w:p>
      <w:pPr>
        <w:pStyle w:val="ArticleScripture"/>
        <w:jc w:val="left"/>
      </w:pPr>
      <w:r>
        <w:rPr>
          <w:rFonts w:ascii="Times New Roman" w:hAnsi="Times New Roman" w:eastAsia="Times New Roman" w:cs="Times New Roman"/>
        </w:rPr>
        <w:t>Thiab yog tias nej tseem tsis mloog kuv rau tag nrho tej no, tiamsis tseem mus tawmtsam kuv; ces kuv kuj yuav tawmtsam nej thiab hauv txojkev npau taws; thiab kuv, yog kuv tiag tiag, yuav qhuab ntuas nej xya npaug vim nej tej kev txhaum. Thiab nej yuav noj cev nqaij ntawm nej cov tub, thiab nej yuav noj cev nqaij ntawm nej cov ntxhais. Thiab kuv yuav rhuav tshem nej tej chaw siab, thiab txiav nej tej mlom pov tseg, thiab muab nej tej cev tuag ntws rau saum tej cev tuag ntawm nej tej dab mlom, thiab kuv tus ntsuj plig yuav ntxub nej. Thiab kuv yuav ua rau nej tej nroog puam tsuaj, thiab coj nej tej chaw dawb huv mus rau hauv kev qhuav qhawv, thiab kuv yuav tsis hnov ntxhiab ntawm nej tej tshuaj tsw qab. Thiab kuv yuav ua kom lub tebchaws no qhuav qhawv: thiab nej cov yeeb ncuab uas nyob hauv ntawd yuav ceeb tag rau qhov ntawd. Thiab kuv yuav muab nej tawg khiav mus nyob nruab nrab ntawm lwm haiv neeg, thiab yuav rho rab ntaj raws nej qab: thiab nej lub tebchaws yuav qhuav qhawv, thiab nej tej nroog yuav puam tsuaj. Ces lub tebchaws yuav tau zoo siab rau nws tej hnub Xanpataus, ntev npaum li nws pw qhuav qhawv, thiab nej nyob hauv nej cov yeeb ncuab lub tebchaws; txawm yog thaum ntawd los lub tebchaws yuav tau so, thiab zoo siab rau nws tej hnub Xanpataus. Ntev npaum li nws pw qhuav qhawv nws yuav tau so; vim nws tsis tau so rau hauv nej tej hnub Xanpataus thaum nej tseem nyob saum nws. Leviticus 26:27–35.</w:t>
      </w:r>
    </w:p>
    <w:p>
      <w:pPr>
        <w:pStyle w:val="ArticleBody"/>
        <w:jc w:val="left"/>
      </w:pPr>
      <w:r>
        <w:rPr>
          <w:rFonts w:ascii="Times New Roman" w:hAnsi="Times New Roman" w:eastAsia="Times New Roman" w:cs="Times New Roman"/>
        </w:rPr>
        <w:t>Kev rau txim ntawm “xya lub sij hawm,” uas raug hais txog plaub zaug hauv tshooj nees nkaum rau, qhia meej tias thaum Vajtswv haiv neeg raug muab tawg khiav mus, ces lub tebchaws yuav “txaus siab rau nws tej hnub Xab Npataus.” Daniyee thiab peb tug neeg tsim txiaj ntawd tau raug muab tawg khiav mus rau hauv thaj av ntawm cov yeeb ncuab raws li kev ua tiav ntawm Mauxes txoj lus foom, thiab qhov kev tawg khiav mus ntawd xya caum xyoo yog ib zaj lus qhia piv txwv muaj cim qhia txog qhov kev tawg khiav mus ob txhiab tsib puas nees nkaum xyoo. Nws yog ib zaj lus qhia piv txwv raws li yav tom ntej, zoo ib yam li Eliyas peb xyoos ib nrab ntawm kev qhuav dej thaum Yesebees tab tom tsim txom. Peb xyoos ib nrab ntawd sawv cev rau peb xyoos ib nrab raws li yaj saub txoj kev suav, uas sib npaug rau ib txhiab ob puas rau caum xyoo ntawm txoj kev kav ntawm pawg thawj coj Vajlugkub Loos txij xyoo 538 mus txog 1798. Xya caum xyoo ntawd yog ib lub cim ntawm “xya lub sij hawm,” ib yam li peb xyoos ib nrab yog ib lub cim ntawm roob moj sab qhua ntawm ib txhiab ob puas rau caum xyoo. Xya caum xyoo ntawm Daniyee txoj kev poob cev qhev uas Yelemis qhia ntawd, sawv cev rau “plaub puas cuaj caum” xyoo.</w:t>
      </w:r>
    </w:p>
    <w:p>
      <w:pPr>
        <w:pStyle w:val="ArticleScripture"/>
        <w:jc w:val="left"/>
      </w:pPr>
      <w:r>
        <w:rPr>
          <w:rFonts w:ascii="Times New Roman" w:hAnsi="Times New Roman" w:eastAsia="Times New Roman" w:cs="Times New Roman"/>
        </w:rPr>
        <w:t>Thiab tus yawg koob tus Tswv Vajtswv txib nws cov tub txib mus cuag lawv, sawv ntxov ntxov thiab niaj hnub txib mus; vim nws khuvleej nws haiv neeg thiab nws qhov chaw nyob. Tiamsis lawv thuam Vajtswv cov tub txib, saib tsis taus nws tej lus, thiab tsim txom nws cov yaj saub, mus txog thaum tus Tswv txoj kev chim sawv tawm tsam nws haiv neeg, txog ntua tsis tshuav kev kho lawm. Vim li ntawd nws thiaj coj cov neeg Kaldeas tus vajntxwv los tawm tsam lawv, tus uas muab ntaj tua lawv cov tub hluas hauv lawv lub tsev dawb huv, thiab tsis khuvleej tub hluas lossis hluas nkauj, neeg laus lossis tus uas nkhaus cev vim laus lawm: nws muab lawv sawvdaws rau hauv nws txhais tes. Thiab txhua yam twj hauv Vajtswv lub tuam tsev, yam loj thiab yam me, thiab tus Tswv lub tuam tsev tej nyiaj txiag, thiab vajntxwv tej nyiaj txiag, thiab nws cov nom tswv tej nyiaj txiag; txhua yam no nws coj mus rau Npanpiloo. Thiab lawv hlawv Vajtswv lub tuam tsev, thiab rhuav Yeluxalees phab ntsa, thiab hlawv tag nrho nws tej vaj tsev loj nrog hluav taws, thiab rhuav tshem tag nrho nws tej twj zoo zoo. Hos cov uas dim ntawm ntaj, nws coj lawv mus ua qhev rau Npanpiloo; qhov uas lawv tau ua qhev rau nws thiab nws cov tub mus txog thaum lub nceeg vaj Pawxia kav: kom ua tiav tus Tswv txoj lus uas hais los ntawm Yelemis lub qhov ncauj, mus txog thaum thaj av tau txaus siab rau nws tej hnub Xanpataus: rau qhov thaum nws pw qhuav qhawv, nws tau ceev hnub Xanpataus, kom ua tiav xya caum xyoo. Tam sim no, hauv thawj xyoo ntawm Xa-u-les uas yog vajntxwv Pawxia, kom tus Tswv txoj lus uas hais los ntawm Yelemis lub qhov ncauj yuav ua tiav, tus Tswv txhawb Xa-u-les uas yog vajntxwv Pawxia tus ntsuj plig, kom nws tshaj tawm thoob plaws nws lub nceeg vaj, thiab tseem muab sau cia thiab hais tias, Xa-u-les uas yog vajntxwv Pawxia hais li no, Tus Tswv, uas yog Vajtswv saum ntuj, tau pub txhua lub nceeg vaj hauv ntiajteb rau kuv; thiab nws tau txib kuv kom ua ib lub tuam tsev rau nws hauv Yeluxalees, uas nyob hauv Yudas. Leejtwg nyob hauv nej txhua tus uas yog nws haiv neeg? Thov kom tus Tswv nws tus Vajtswv nrog nws nyob, thiab cia nws nce mus. 2 Vaj Keeb Kwm 36:15–23.</w:t>
      </w:r>
    </w:p>
    <w:p>
      <w:pPr>
        <w:pStyle w:val="ArticleBody"/>
        <w:jc w:val="left"/>
      </w:pPr>
      <w:r>
        <w:rPr>
          <w:rFonts w:ascii="Times New Roman" w:hAnsi="Times New Roman" w:eastAsia="Times New Roman" w:cs="Times New Roman"/>
        </w:rPr>
        <w:t>Ob qho kev hais txog hauv Phau Vajlugkub uas hais tias thaj av tau txaus siab rau nws cov hnub Xanpata-us tsuas muaj ob zaug xwb, thiab ob zaug ntawd yeej yog muaj feem rau qhov uas Vajtswv haiv neeg raug tawg khiav mus nyob rau ntau qhov chaw, thiab rau xya caum xyoo ntawm kev poob cev qhev, uas sawv cev rau ib ntu sijhawm uas yuav cia thaj av txaus siab rau nws cov hnub Xanpata-us. Qhov ntawd sib npaug nkaus li tus naj npawb hnub Xanpata-us uas cov Yudais tsis pub thaj av tau so. Qhov uas thaj av tau so tau xya caum xyoo ntawd, sawv cev rau tag nrho cov xyoo uas kev ntxeev siab tawm tsam lo lus txib kom cia thaj av so tau raug ua tiav lawm. Kev xam lej yooj yim qhia meej tias hauv “plaub puas cuaj caum” xyoo ntawm kev ntxeev siab, yuav muaj tag nrho xya caum xyoo uas thaj av tsis tau so.</w:t>
      </w:r>
    </w:p>
    <w:p>
      <w:pPr>
        <w:pStyle w:val="ArticleBody"/>
        <w:jc w:val="left"/>
      </w:pPr>
      <w:r>
        <w:rPr>
          <w:rFonts w:ascii="Times New Roman" w:hAnsi="Times New Roman" w:eastAsia="Times New Roman" w:cs="Times New Roman"/>
        </w:rPr>
        <w:t>Plaub puas cuaj caug xyoo tau raug txiav tawm ntawm ob txhiab peb puas xyoo, ua ib lub sij hawm sim neej rau cov Yudais, thiab qhov “plaub puas cuaj caug” xyoo ntawd muaj kev txuas ncaj qha nrog kev tawg khiav mus nyob txawv teb chaws ntawm “xya lub sij hawm” hauv Leviticus nees nkaum rau.</w:t>
      </w:r>
    </w:p>
    <w:p>
      <w:pPr>
        <w:pStyle w:val="ArticleBody"/>
        <w:jc w:val="left"/>
      </w:pPr>
      <w:r>
        <w:rPr>
          <w:rFonts w:ascii="Times New Roman" w:hAnsi="Times New Roman" w:eastAsia="Times New Roman" w:cs="Times New Roman"/>
        </w:rPr>
        <w:t>Lub zeem muag “chazon” hais txog kev raug tsuj hneev nqes thiab lub zeem muag “mareh” hais txog qhov kev tshwm sim thaum kawg ntawm ob txhiab peb puas xyoo yog nyias txawv nyias, los lawv muaj kev txuas ncaj qha rau ib leeg. Ib yam li Daniyee, Vajtswv haiv neeg yuav tsum faib kom raug ob lub zeem muag ntawd, thaum tib lub sijhawm tseem lees paub lawv txoj kev sib txuas nrog ib leeg. Xya caum xyoo ntawm kev poob cev qhev uas coj mus rau peb txoj kev cai tshaj tawm uas pub cov Yudais rov qab los thiab txhim kho Yeluxalees dua, sawv cev rau “plaub puas cuaj caug” xyoo ntawm cov Yudais txoj kev ntxeev siab tawm tsam txoj kev cog lus uas hais kom cia thaj av tau so.</w:t>
      </w:r>
    </w:p>
    <w:p>
      <w:pPr>
        <w:pStyle w:val="ArticleBody"/>
        <w:jc w:val="left"/>
      </w:pPr>
      <w:r>
        <w:rPr>
          <w:rFonts w:ascii="Times New Roman" w:hAnsi="Times New Roman" w:eastAsia="Times New Roman" w:cs="Times New Roman"/>
        </w:rPr>
        <w:t>Thaum daim cai txiav txim thib peb qhia meej txog lawv lub sijhawm rov qab los thiab rov txhim kho dua, lawv tau txais “plaub puas cuaj caum” xyoo ua lub sijhawm sim siab, raws li lawv raug sim los ntawm tib lub sijhawm uas lawv txoj kev tsis mloog lus tau coj los rau kev puastsuaj ntawm Yeluxalees thiab lawv txoj kev tawg khiav mus nyob txawv teb chaws. Thaum kawg ntawm “plaub puas cuaj caum xyoo” thib ob, lawv txoj kev tsis mloog lus yuav ib zaug ntxiv coj los rau kev puastsuaj ntawm Yeluxalees thiab lawv txoj kev tawg khiav mus nyob hauv cov Lwm Haiv Neeg.</w:t>
      </w:r>
    </w:p>
    <w:p>
      <w:pPr>
        <w:pStyle w:val="ArticleBody"/>
        <w:jc w:val="left"/>
      </w:pPr>
      <w:r>
        <w:rPr>
          <w:rFonts w:ascii="Times New Roman" w:hAnsi="Times New Roman" w:eastAsia="Times New Roman" w:cs="Times New Roman"/>
        </w:rPr>
        <w:t>Kev tawg khiav ri niab ntawm xya caum xyoo kev poob cev qhev ntawd tau raug ua ntej los ntawm “plaub puas cuaj caug” xyoo ntawm kev ntxeev siab, thiab tom qab ntawd xya caum xyoo kev poob cev qhev ntawd kuj tau raug raws qab los ntawm dua ib “plaub puas cuaj caug xyoo” ntawm kev ntxeev siab ntxiv.</w:t>
      </w:r>
    </w:p>
    <w:p>
      <w:pPr>
        <w:pStyle w:val="ArticleBody"/>
        <w:jc w:val="left"/>
      </w:pPr>
      <w:r>
        <w:rPr>
          <w:rFonts w:ascii="Times New Roman" w:hAnsi="Times New Roman" w:eastAsia="Times New Roman" w:cs="Times New Roman"/>
        </w:rPr>
        <w:t>Thawj “plaub puas cuaj caum” xyoo thawj zaug, uas ua rau muaj xya caum xyoo uas lub teb chaws tau so, twb xaus lawm nrog rau kev puas tsuaj ntawm Yeluxalees. Thaum kawg ntawm “plaub puas cuaj caum” xyoo uas raug txiav tawm ntawm ob txhiab peb puas xyoo, Yeluxalees rov raug puas tsuaj ib zaug ntxiv, rau qhov Yexus ib txwm siv qhov pib ntawm ib yam los ua piv txwv qhia txog qhov kawg ntawm yam ntawd.</w:t>
      </w:r>
    </w:p>
    <w:p>
      <w:pPr>
        <w:pStyle w:val="ArticleBody"/>
        <w:jc w:val="left"/>
      </w:pPr>
      <w:r>
        <w:rPr>
          <w:rFonts w:ascii="Times New Roman" w:hAnsi="Times New Roman" w:eastAsia="Times New Roman" w:cs="Times New Roman"/>
        </w:rPr>
        <w:t>Xyaum xyaum xyoo kev poob cev qhev ntawm cov Yixayee tiag tiag hauv Npanpiloo tiag tiag yog ib lub cim ntawm kev tawg khiav “xya lub sij hawm,” thiab Muam White qhia meej tias xyaum xyaum xyoo kev poob cev qhev ntawm cov Yixayee tiag tiag hauv Npanpiloo tiag tiag yog ib hom piv txwv ntawm ib txhiab ob puas rau caum xyoo kev poob cev qhev ntawm cov Yixayee sab ntsuj plig hauv Npanpiloo sab ntsuj plig.</w:t>
      </w:r>
    </w:p>
    <w:p>
      <w:pPr>
        <w:pStyle w:val="ArticleScripture"/>
        <w:jc w:val="left"/>
      </w:pPr>
      <w:r>
        <w:rPr>
          <w:rFonts w:ascii="Times New Roman" w:hAnsi="Times New Roman" w:eastAsia="Times New Roman" w:cs="Times New Roman"/>
        </w:rPr>
        <w:t>“Vajtswv pawg ntseeg hauv ntiajteb no kuj yeej nyob hauv txoj kev raug ntes tiag tiag ib yam li cov me nyuam Yixalayees uas raug kaw nyob hauv Npanpiloo thaum lub caij uas lawv raug ntiab mus nyob txawv tebchaws, thoob plaws lub sij hawm ntev no ntawm txoj kev tsim txom tsis tseg.” Prophets and Kings, 714.</w:t>
      </w:r>
    </w:p>
    <w:p>
      <w:pPr>
        <w:pStyle w:val="ArticleBody"/>
        <w:jc w:val="left"/>
      </w:pPr>
      <w:r>
        <w:rPr>
          <w:rFonts w:ascii="Times New Roman" w:hAnsi="Times New Roman" w:eastAsia="Times New Roman" w:cs="Times New Roman"/>
        </w:rPr>
        <w:t>Ib txhiab ob puas rau caum xyoo txij xyoo 538 mus txog 1798 yog ib yam piv txwv ntawm “xya lub sij hawm.” Thaum xaus ntawm xya caum xyoo, cov Yudais rov qab los txhim tsa thiab rov tsim Yeluxalees. Lawv txoj kev rov qab los nyob rau hauv peb txoj cai tshaj tawm ntawd tau cim qhov pib (457 BC) ntawm ob txhiab peb puas xyoo ntawm lub zeem muag “mareh” uas coj mus rau qhov uas Khetos tshwm sim hauv Chaw Dawb Huv Tshaj Plaws thaum lub Kaum Hli 22, 1844. Peb txoj cai tshaj tawm ntawd tau cim qhov pib ntawm lub sijhawm yaj saub, thiab yuav tsum muaj tag nrho peb txoj cai tshaj tawm ntawd thiaj pib tau lub sijhawm yaj saub, txawm yog lawv twb pib rov qab los thiab rov tsim dua nrog thawj txoj cai tshaj tawm ntawm Khaulees lawm.</w:t>
      </w:r>
    </w:p>
    <w:p>
      <w:pPr>
        <w:pStyle w:val="ArticleScripture"/>
        <w:jc w:val="left"/>
      </w:pPr>
      <w:r>
        <w:rPr>
          <w:rFonts w:ascii="Times New Roman" w:hAnsi="Times New Roman" w:eastAsia="Times New Roman" w:cs="Times New Roman"/>
        </w:rPr>
        <w:t>“Hauv Ezra tshooj xya muaj txoj kevcai ntawd pom muaj nyob. Nqe 12-26. Nyob rau hauv nws daim ntawv uas tiav txhij tshaj plaws, nws raug tshaj tawm los ntawm Artaxerxes, vajntxwv ntawm Persia, xyoo 457 BC. Tiamsis hauv Ezra 6:14 hais tias lub tuam tsev ntawm tus Tswv hauv Yeluxalees tau raug txhim tsa ‘raws li lo lus txib [‘kev cai tshaj tawm,’ nyob hauv ntug ntawv] ntawm Cyrus, thiab Darius, thiab Artaxerxes vajntxwv ntawm Persia.’ Peb tug vajntxwv no, hauv kev pib teeb tsa, rov lees paub, thiab ua kom tiav txoj kevcai ntawd, tau coj nws mus txog qhov puv npo uas yuav tsum muaj raws li zaj lus faj lem kom cim txog qhov pib ntawm 2300 xyoo. Thaum muab xyoo 457 BC, uas yog lub sijhawm uas txoj kevcai ntawd raug ua kom tiav, los ua hnub tim ntawm lo lus txib, ces txhua yam uas tau teev tseg hauv zaj lus faj lem hais txog xya caum lub limtiam raug pom tias twb tau ua tiav lawm.” The Great Controversy, 326.</w:t>
      </w:r>
    </w:p>
    <w:p>
      <w:pPr>
        <w:pStyle w:val="ArticleBody"/>
        <w:jc w:val="left"/>
      </w:pPr>
      <w:r>
        <w:rPr>
          <w:rFonts w:ascii="Times New Roman" w:hAnsi="Times New Roman" w:eastAsia="Times New Roman" w:cs="Times New Roman"/>
        </w:rPr>
        <w:t>Txij xyoo 1798 mus txog 1844, peb tug tim tswv hauv Phau Qhia Tshwm tau los txog rau hauv keeb kwm cev lus faj lem, thiab ib yam li peb txoj cai kav ntawd tau cim tseg qhov pib ntawm cev lus faj lem ob txhiab peb puas xyoo, peb tug tim tswv ntawd kuj tau cim tseg qhov xaus ntawm cev lus faj lem ntawd. Lub sij hawm cev lus faj lem tau xaus nrog kev los txog ntawm tus tim tswv thib peb, ib yam li nws tau pib nrog kev los txog ntawm txoj cai kav thib peb, rau qhov Yexus ib txwm txuas qhov kawg ntawm ib yam nrog qhov pib ntawm ib yam.</w:t>
      </w:r>
    </w:p>
    <w:p>
      <w:pPr>
        <w:pStyle w:val="ArticleBody"/>
        <w:jc w:val="left"/>
      </w:pPr>
      <w:r>
        <w:rPr>
          <w:rFonts w:ascii="Times New Roman" w:hAnsi="Times New Roman" w:eastAsia="Times New Roman" w:cs="Times New Roman"/>
        </w:rPr>
        <w:t>Cov Yudais pib rov qab los raws li thawj daim ntawv tshaj tawm, thiab hauv keeb kwm ntawm daim ntawv tshaj tawm thib ob lawv tau ua tiav lub tuam tsev. Tus timtswv thib peb tuaj txog rau hnub tim 22 lub Kaum Hli, 1844, thiab ua ntej hnub ntawd cov Millerites tau ua tiav lub tuam tsev sab ntsuj plig uas lawv tau tawm hauv Npanpiloo sab ntsuj plig los rov txhim kho. Nws yuav tsum raug ua kom tiav, rau qhov nyob rau hnub tim 22 lub Kaum Hli, 1844 tus tubtxib ntawm txoj kev khi lus yuav los txog rau nws lub tuam tsev tam sim ntawd. Lub tuam tsev ntawd yog haiv neeg Millerite uas tau nkag mus rau hauv txoj kev khi lus rau hnub tim 22 lub Kaum Hli, 1844, thiab uas Petus qhia meej tias lawv yog ib lub tuam tsev.</w:t>
      </w:r>
    </w:p>
    <w:p>
      <w:pPr>
        <w:pStyle w:val="ArticleScripture"/>
        <w:jc w:val="left"/>
      </w:pPr>
      <w:r>
        <w:rPr>
          <w:rFonts w:ascii="Times New Roman" w:hAnsi="Times New Roman" w:eastAsia="Times New Roman" w:cs="Times New Roman"/>
        </w:rPr>
        <w:t>Nej thiab, zoo li tej pob zeb muaj sia, raug txhim tsa ua ib lub tsev sab ntsuj plig, ua ib pawg pov thawj dawb huv, kom muab tej kev txi sab ntsuj plig xyeem, uas yog yam Vajtswv txais yuav los ntawm Yexus Khetos. 1 Petus 2:5.</w:t>
      </w:r>
    </w:p>
    <w:p>
      <w:pPr>
        <w:pStyle w:val="ArticleBody"/>
        <w:jc w:val="left"/>
      </w:pPr>
      <w:r>
        <w:rPr>
          <w:rFonts w:ascii="Times New Roman" w:hAnsi="Times New Roman" w:eastAsia="Times New Roman" w:cs="Times New Roman"/>
        </w:rPr>
        <w:t>Lub tuam tsev ntawm cov Millerite tau raug txhim tsa txij xyoo 1798 mus txog 1844, uas yog plaub caug rau xyoos, lossis raws li kev cev Vajtswv lus yog peb hnub, vim Khetos tau qhia tias yuav siv peb hnub los tsa ib lub tuam tsev sawv.</w:t>
      </w:r>
    </w:p>
    <w:p>
      <w:pPr>
        <w:pStyle w:val="ArticleScripture"/>
        <w:jc w:val="left"/>
      </w:pPr>
      <w:r>
        <w:rPr>
          <w:rFonts w:ascii="Times New Roman" w:hAnsi="Times New Roman" w:eastAsia="Times New Roman" w:cs="Times New Roman"/>
        </w:rPr>
        <w:t>Thiab cov Yudais tej Kev Cai Hla Dhau los txog lawm, thiab Yexus nce mus rau Yeluxalees, thiab pom hauv lub tuam tsev cov uas muag nyuj, yaj, thiab nquab, thiab cov uas pauv nyiaj zaum ntawd: Thiab thaum nws tau xaws ib rab nplawm ntawm tej hlua me me, nws ntiab lawv sawvdaws tawm hauv lub tuam tsev, nrog rau cov yaj thiab cov nyuj; thiab muab cov neeg pauv nyiaj tej nyiaj nchuav tawm, thiab ntxeev lawv tej rooj; Thiab nws hais rau cov uas muag nquab tias, Cia li coj tej no tawm ntawm no mus; txhob muab kuv Txiv lub tsev ua ib lub tsev lag luam. Thiab nws cov thwjtim nco dheev tias muaj lus sau tseg tias, Koj lub tsev txoj kev kub siab lug tau noj kuv tas lawm. Ces cov Yudais teb thiab hais rau nws tias, Koj yuav qhia lub cim dabtsi rau peb pom, vim koj ua tej no? Yexus teb thiab hais rau lawv tias, Nej rhuav lub tuam tsev no, ces hauv peb hnub kuv yuav tsa nws sawv rov los. Ces cov Yudais hais tias, Lub tuam tsev no tau siv plaub caug rau xyoo los txhim kho, hos koj puas yuav tsa nws sawv rov los hauv peb hnub? Tiamsis nws hais txog lub tuam tsev uas yog nws lub cev. Yauhas 2:13–21.</w:t>
      </w:r>
    </w:p>
    <w:p>
      <w:pPr>
        <w:pStyle w:val="ArticleBody"/>
        <w:jc w:val="left"/>
      </w:pPr>
      <w:r>
        <w:rPr>
          <w:rFonts w:ascii="Times New Roman" w:hAnsi="Times New Roman" w:eastAsia="Times New Roman" w:cs="Times New Roman"/>
        </w:rPr>
        <w:t>Muam White qhia meej tias thaum tus tubtxib ntawm txoj kevcog lus mam li nco dheev los rau hauv nws lub tuam tsev, raws li tau sawv cev nyob hauv phau ntawv Malachi, ces qhov lus faj lem ntawd twb tau ua tiav lawm thaum Khetos ntxuav lub tuam tsev, raws li nyuam qhuav tau taw qhia hauv nqe lus ntawm Yauhas.</w:t>
      </w:r>
    </w:p>
    <w:p>
      <w:pPr>
        <w:pStyle w:val="ArticleScripture"/>
        <w:jc w:val="left"/>
      </w:pPr>
      <w:r>
        <w:rPr>
          <w:rFonts w:ascii="Times New Roman" w:hAnsi="Times New Roman" w:eastAsia="Times New Roman" w:cs="Times New Roman"/>
        </w:rPr>
        <w:t>“Nyob rau hauv kev ntxuav lub tuam tsev kom dim ntawm cov neeg yuav thiab cov neeg muag ntawm lub ntiajteb no, Yexus tau tshaj tawm Nws txoj haujlwm uas yog los ntxuav lub siab kom dim ntawm kev qias neeg ntawm kev txhaum,—ntawm tej kev ntshaw hauv ntiajteb, tej kev muaj siab phem rau tus kheej, tej cwj pwm phem, uas ua kom tus ntsuj plig raug kev puas tsuaj. ‘Saib seb, Kuv yuav xa Kuv tus tub txib mus, thiab nws yuav npaj txoj kev ua ntej Kuv: thiab tus Tswv, uas nej nrhiav, yuav los rau Nws lub tuam tsev tam sim ntawd, yog tus tub txib ntawm txoj kev cog lus, uas nej zoo siab rau: saib seb, nws yuav los, hais tias tus Tswv uas muaj hwjchim kav txhua yam. Tiamsis leejtwg thiaj yuav nyob ruaj tau hauv hnub uas nws los? thiab leejtwg thiaj yuav sawv tau thaum nws tshwm los? rau qhov nws zoo ib yam li hluav taws uas lim kom huv, thiab zoo li xab npum uas cov neeg ntxhua khaub ncaws siv: Thiab nws yuav zaum ua tus lim thiab tus ua kom nyiaj huv: thiab nws yuav ua kom cov tub ntawm Levi huv, thiab lim lawv ib yam li kub thiab nyiaj, kom lawv thiaj yuav muab kev txi rau tus Tswv hauv kev ncaj ncees. Malakhi 3:1–3.’ The Desire of Ages, 161.”</w:t>
      </w:r>
    </w:p>
    <w:p>
      <w:pPr>
        <w:pStyle w:val="ArticleBody"/>
        <w:jc w:val="left"/>
      </w:pPr>
      <w:r>
        <w:rPr>
          <w:rFonts w:ascii="Times New Roman" w:hAnsi="Times New Roman" w:eastAsia="Times New Roman" w:cs="Times New Roman"/>
        </w:rPr>
        <w:t>Lub tuam tsev hauv Yauhas tshooj ob, siv sijhawm plaub caug rau xyoo los txhim tsa, thiab Yexus tau hais tias Nws yuav tsa lub tuam tsev uas raug rhuav ntawd sawv rov los hauv peb hnub. Xyoo 1798 txog rau 1844, yog plaub caug rau xyoo, thiab nws qhia txog kev tuaj txog ntawm peb tug tim tswv (hnub), hauv Tshwm Sim tshooj kaum plaub, uas twb raug ua yam ntxoov ntxoo ua ntej los ntawm peb txoj cai tshaj tawm uas tau pib txoj lus faj lem ob txhiab peb puas xyoo. Plaub caug rau xyoo ntawd yog lub caij nyoog uas Khetos tsa lub tuam tsev Millerite sawv los, rau qhov ua ntej lub sijhawm ntawd lub chaw dawb huv sab ntsuj plig thiab cov Yixayee sab ntsuj plig tau raug Npanpiloos sab ntsuj plig tsuj hnyo.</w:t>
      </w:r>
    </w:p>
    <w:p>
      <w:pPr>
        <w:pStyle w:val="ArticleBody"/>
        <w:jc w:val="left"/>
      </w:pPr>
      <w:r>
        <w:rPr>
          <w:rFonts w:ascii="Times New Roman" w:hAnsi="Times New Roman" w:eastAsia="Times New Roman" w:cs="Times New Roman"/>
        </w:rPr>
        <w:t>Thaum Khetos ntxuav lub tuam tsev rau lub caij Hla Dhau thaum pib Nws tes haujlwm, Nws tab tom ua kom tiav zaj lus faj lem hais txog Tus Tub Txib ntawm Txojlus Cog Tseg uas yuav los txog rau Nws lub tuam tsev tam sid, raws li tau teev tseg hauv Malakis. Hnub tim 22 Lub Kaum Hli, 1844, Khetos tau los txog rau Nws lub tuam tsev tam sid, thiab Nws tau siv plaub caug rau xyoo los txhim tsa Nws lub tuam tsev uas raug rhuav tshem lawm.</w:t>
      </w:r>
    </w:p>
    <w:p>
      <w:pPr>
        <w:pStyle w:val="ArticleScripture"/>
        <w:jc w:val="left"/>
      </w:pPr>
      <w:r>
        <w:rPr>
          <w:rFonts w:ascii="Times New Roman" w:hAnsi="Times New Roman" w:eastAsia="Times New Roman" w:cs="Times New Roman"/>
        </w:rPr>
        <w:t>“Kev los ntawm Khetos ua peb tus pov thawj hlob mus rau qhov chaw dawb huv tshaj plaws, rau kev ntxuav lub tuam tsev dawb huv, raws li tau muab nthuav qhia hauv Daniyee 8:14; kev los ntawm Leej Tub ntawm neeg mus cuag Tus Laus Hnub Nyoog, raws li tau hais tawm hauv Daniyee 7:13; thiab kev los ntawm tus Tswv mus rau Nws lub tuam tsev, raws li Malakias tau cev lus faj lem tseg, yog tej lus piav txog tib qho xwm txheej nkaus xwb; thiab qhov no kuj tau raug sawv cev los ntawm kev los ntawm tus nraug vauv mus rau tshoob kos, raws li Khetos tau piav hauv zaj lus piv txwv txog kaum tus nkauj xwb, hauv Mathai 25.” The Great Controversy, 426.</w:t>
      </w:r>
    </w:p>
    <w:p>
      <w:pPr>
        <w:pStyle w:val="ArticleBody"/>
        <w:jc w:val="left"/>
      </w:pPr>
      <w:r>
        <w:rPr>
          <w:rFonts w:ascii="Times New Roman" w:hAnsi="Times New Roman" w:eastAsia="Times New Roman" w:cs="Times New Roman"/>
        </w:rPr>
        <w:t>Kev npau taws thawj zaug tau xaus rau xyoo 1798, thiab qhov kawg ntawm kev npau taws zaum kawg yog xyoo 1844. Qhov pib ntawm lub sijhawm plaub caug rau xyoo, uas Khetos tau tsa lub tuam tsev Millerite sawv, tau ua ib daim duab qhia txog qhov kawg, rau qhov ob qho tib si—qhov pib thiab qhov xaus—tau raug cim tseg los ntawm qhov xaus ntawm Vajtswv txoj kev npau taws tawm tsam Nws haiv neeg, vim Yexus ib txwm txuas qhov kawg ntawm ib yam khoom nrog qhov pib ntawm tib yam ntawd.</w:t>
      </w:r>
    </w:p>
    <w:p>
      <w:pPr>
        <w:pStyle w:val="ArticleBody"/>
        <w:jc w:val="left"/>
      </w:pPr>
      <w:r>
        <w:rPr>
          <w:rFonts w:ascii="Times New Roman" w:hAnsi="Times New Roman" w:eastAsia="Times New Roman" w:cs="Times New Roman"/>
        </w:rPr>
        <w:t>Peb yuav txuas ntxiv peb txoj kev kawm txog Gabriel tej lus qhia rau Daniel hauv zaj ntawv tom ntej.</w:t>
      </w:r>
    </w:p>
    <w:p>
      <w:pPr>
        <w:pStyle w:val="ArticleScripture"/>
        <w:jc w:val="left"/>
      </w:pPr>
      <w:r>
        <w:rPr>
          <w:rFonts w:ascii="Times New Roman" w:hAnsi="Times New Roman" w:eastAsia="Times New Roman" w:cs="Times New Roman"/>
        </w:rPr>
        <w:t>“Phau ntawv Qhia Tshwm yuav tsum raug qhib rau cov neeg. Coob leej tau raug qhia tias nws yog ib phau ntawv raug kaw ntim, tiam sis nws raug kaw ntim rau cov uas tsis lees txais qhov tseeb thiab qhov kaj xwb. Cov tseeb uas nws muaj yuav tsum raug tshaj tawm, xwv kom neeg thiaj muaj sijhawm npaj rau tej xwm txheej uas yuav tshwm sim sai heev no. Txoj Xov ntawm Tus Timtswv Peb yuav tsum raug nthuav tawm ua tib txoj kev cia siab rau txoj kev cawm seej ntawm ib lub ntiajteb uas tab tom puam tsuaj.”</w:t>
      </w:r>
    </w:p>
    <w:p>
      <w:pPr>
        <w:pStyle w:val="ArticleScripture"/>
        <w:jc w:val="left"/>
      </w:pPr>
      <w:r>
        <w:rPr>
          <w:rFonts w:ascii="Times New Roman" w:hAnsi="Times New Roman" w:eastAsia="Times New Roman" w:cs="Times New Roman"/>
        </w:rPr>
        <w:t>“Cov kev phom sij ntawm hnub kawg twb nyob saum peb lawm, thiab hauv peb tes haujlwm peb yuav tsum ceeb toom rau cov neeg txog txoj kev phom sij uas lawv nyob hauv. Tsis txhob cia tej xwm txheej loj uas muaj kev hnyav dawb ceev, uas tej lus faj lem tau qhia tawm, thiab uas yuav tshwm sim sai no, raug muab tseg cia yam tsis kov txog. Peb yog Vajtswv cov tub txib, thiab peb tsis muaj sijhawm yuav poob ntxiv lawm. Cov uas xav ua cov neeg koom tes nrog peb tus Tswv Yexus Khetos yuav qhia txog kev txaus siab tob heev rau tej qhov tseeb uas pom muaj nyob hauv phau ntawv no. Nrog cwj mem thiab suab lus lawv yuav siv zog kom qhia kom meej txog tej yam xav tsis thoob uas Khetos tau los saum ntuj ceeb tsheej los nthuav tawm.”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Tus Naj Npawb Tsib Caug Peb</dc:title>
  <dc:subject>Kev Tshwm Sim Los Saib Ua Yaj Saub Qhib Tawm: To Taub Hnub Kawg Los Ntawm Daniyee Qhov Kev Paub Ntsib</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