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Phau Ntawv Daniyees – Tsib Caug Tsib</w:t>
      </w:r>
    </w:p>
    <w:p>
      <w:pPr>
        <w:pStyle w:val="ArticleSubtitle"/>
        <w:jc w:val="left"/>
      </w:pPr>
      <w:r>
        <w:rPr>
          <w:rFonts w:ascii="Arial" w:hAnsi="Arial" w:eastAsia="Arial" w:cs="Arial"/>
        </w:rPr>
        <w:t>Qhia Daim Ntaub Yaj Saub: Kaxalis Kev Qhia Tawm rau Daniel</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2024-01-19</w:t>
      </w:r>
    </w:p>
    <w:p>
      <w:pPr>
        <w:pStyle w:val="ArticleBody"/>
        <w:jc w:val="left"/>
      </w:pPr>
      <w:r>
        <w:rPr>
          <w:rFonts w:ascii="Times New Roman" w:hAnsi="Times New Roman" w:eastAsia="Times New Roman" w:cs="Times New Roman"/>
        </w:rPr>
        <w:t>Gabriel tau los cuag Daniyee tom qab nws twb tau los nkag siab txog xya caum xyoo ntawm txoj kev poob rau hauv teb chaws luag ntawm Yelemis txoj lus faj lem, thiab txog Mauxes txoj lus cog tseg thiab txoj lus foom phem.</w:t>
      </w:r>
    </w:p>
    <w:p>
      <w:pPr>
        <w:pStyle w:val="ArticleScripture"/>
        <w:jc w:val="left"/>
      </w:pPr>
      <w:r>
        <w:rPr>
          <w:rFonts w:ascii="Times New Roman" w:hAnsi="Times New Roman" w:eastAsia="Times New Roman" w:cs="Times New Roman"/>
        </w:rPr>
        <w:t>Nyob rau thawj xyoo ntawm nws txoj kev kav tebchaws, kuv Daniyee thiaj to taub los ntawm tej ntawv txog cov xyoo uas suav tseg, raws li lo lus ntawm tus Tswv uas tau los cuag Yelemis tus yaj saub, tias Nws yuav ua kom tiav xya caum xyoo hauv kev puam tsuaj ntawm Yeluxalees.... Yeej tiag, tag nrho cov Yixayee tau ua txhaum rau koj txoj kevcai, thiab twb tig mus lawm kom lawv thiaj tsis mloog koj lub suab; yog li ntawd txoj kev foom phem thiaj raug nchuav los saum peb, thiab txoj lus cog tseg uas sau tseg hauv Mauxes tus qhev ntawm Vajtswv txoj kevcai, vim peb tau ua txhaum tawm tsam Nws. Thiab Nws tau lees kom ruaj Nws tej lus uas Nws tau hais tawm tsam peb, thiab tawm tsam peb cov thawj txiav txim uas txiav txim rau peb, los ntawm kev coj ib qho kev phem loj los rau saum peb; rau qhov nyob hauv qab tag nrho lub ntuj tsis tau muaj ib yam uas tau ua zoo li yam uas tau ua rau saum Yeluxalees. Raws li tau sau tseg hauv Mauxes txoj kevcai, tag nrho txoj kev phem no tau los rau saum peb; los peb tseem tsis tau thov peb tej lus thov ntawm tus Tswv uas yog peb tus Vajtswv, kom peb thiaj tig tawm ntawm peb tej kev tsis ncaj, thiab to taub koj qhov tseeb. Yog li ntawd tus Tswv thiaj ceev faj txog txoj kev phem ntawd, thiab coj nws los rau saum peb; rau qhov tus Tswv uas yog peb tus Vajtswv yog ncaj ncees hauv txhua yam haujlwm uas Nws ua, vim peb tsis tau mloog Nws lub suab. Daniyee 9:2, 11–14.</w:t>
      </w:r>
    </w:p>
    <w:p>
      <w:pPr>
        <w:pStyle w:val="ArticleBody"/>
        <w:jc w:val="left"/>
      </w:pPr>
      <w:r>
        <w:rPr>
          <w:rFonts w:ascii="Times New Roman" w:hAnsi="Times New Roman" w:eastAsia="Times New Roman" w:cs="Times New Roman"/>
        </w:rPr>
        <w:t>Lo lus uas Daniyees siv, uas raug txhais tias yog “lo lus cog tseg,” yog tib lo lus uas Mauxes siv, uas raug txhais tias yog “xya npaug,” hauv Levis Kevcai nees nkaum rau. Muam White qhia peb tias hauv tshooj cuaj, Daniyees tab tom nrhiav kom to taub txoj kev sib raug zoo ntawm Yelemis lub sijhawm xya caum xyoo thiab lub sijhawm ob txhiab peb puas xyoo. Hauv tshooj yim, Kabriyee twb raug txib kom ua rau Daniyees to taub yog toog pom ntawm ob txhiab peb puas hnub, thiab thaum nws rov qab los hauv tshooj cuaj, Kabriyee tab tom ua tiav nws tes haujlwm, thiab nws qhia rau Daniyees kom hauv siab cais ob yam yog toog pom uas twb yog lub ntsiab lus ntawm tshooj xya, yim, thiab cuaj thiab. Ob yam yog toog pom ntawd yog lub ntsiab lus ntawm “kev paub ntxiv tuaj” uas raug muab qhib tawm hauv xyoo 1798.</w:t>
      </w:r>
    </w:p>
    <w:p>
      <w:pPr>
        <w:pStyle w:val="ArticleBody"/>
        <w:jc w:val="left"/>
      </w:pPr>
      <w:r>
        <w:rPr>
          <w:rFonts w:ascii="Times New Roman" w:hAnsi="Times New Roman" w:eastAsia="Times New Roman" w:cs="Times New Roman"/>
        </w:rPr>
        <w:t>Xelaiyas xya caum xyoo thiab Mauxe “txoj kev foom” nkawd ob leeg puav leej yog tej cim ntawm “xya lub sij hawm,” raws li Mauxe “txoj lus cog tseg” tau sawv cev, tiam sis Kaspivlaj yuav nthuav qhia qhov kev faib tawm ntawm lub sij hawm ob txhiab peb puas xyoo. Lub sij hawm ntawd tsuas yog muab faib kom raug xwb thaum kev sib raug zoo ntawm zaj yog toog (“chazon”) hais txog kev tsuj nkaus rau hauv qab, thiab zaj yog toog (“mareh”) hais txog qhov tshwm sim, raug muab faib kom raug. Kaspivlaj pib los ntawm kev qhia meej tias ib lub sij hawm sim siab ntev plaub puas cuaj caum xyoo tau muab rau cov Yudais. Lub sij hawm ntawd yog tib yam li lub sij hawm plaub puas cuaj caum xyoo ntawm kev ntxeev siab uas tau tsim kom muaj xya caum xyoo ntawm kev poob cev qhev.</w:t>
      </w:r>
    </w:p>
    <w:p>
      <w:pPr>
        <w:pStyle w:val="ArticleBody"/>
        <w:jc w:val="left"/>
      </w:pPr>
      <w:r>
        <w:rPr>
          <w:rFonts w:ascii="Times New Roman" w:hAnsi="Times New Roman" w:eastAsia="Times New Roman" w:cs="Times New Roman"/>
        </w:rPr>
        <w:t>Lo lus “txiav txim lawm” hauv nqe nees nkaum plaub hais txog lub sijhawm txij thaum txoj cai txib thib peb tawm mus hauv xyoo 457 BC mus txog thaum Xatefanaus raug txawb pob zeb tua hauv xyoo 34 AD, tiam sis lo lus “txiav txim lawm” hauv nqe nees nkaum rau thiab nees nkaum xya tab tom qhia txog cov hwj chim ua rau kev puam tsuaj ntawm kev pe dab qhuas thiab kev papas.</w:t>
      </w:r>
    </w:p>
    <w:p>
      <w:pPr>
        <w:pStyle w:val="ArticleScripture"/>
        <w:jc w:val="left"/>
      </w:pPr>
      <w:r>
        <w:rPr>
          <w:rFonts w:ascii="Times New Roman" w:hAnsi="Times New Roman" w:eastAsia="Times New Roman" w:cs="Times New Roman"/>
        </w:rPr>
        <w:t>Thiab tom qab rau caum ob lub limtiam ntawd, tus Mexiyas yuav raug txiav pov tseg, tiamsis tsis yog vim nws tus kheej; thiab haiv neeg ntawm tus thawj uas yuav los ntawd yuav rhuav tshem lub nroog thiab lub chaw dawb huv; thiab nws qhov kawg yuav los nrog dej nyab, thiab mus txog thaum kawg ntawm kev tsov rog, tej kev puam tsuaj twb raug txiav txim tseg lawm. Thiab nws yuav cog lus ruaj nrog coob leej rau ib lub limtiam; thiab nyob hauv nruab nrab ntawm lub limtiam nws yuav ua kom tej xyeem thiab tej khoom fij nres tseg, thiab vim txoj kev nthuav dav ntawm tej kev qias neeg phem, nws yuav ua kom nws puam tsuaj, mus txog thaum tiav kawg nkaus, thiab yam uas raug txiav txim tseg ntawd yuav raug nchuav rau saum tus uas raug muab tseg cia kom puam tsuaj. Daniel 9:26, 27.</w:t>
      </w:r>
    </w:p>
    <w:p>
      <w:pPr>
        <w:pStyle w:val="ArticleBody"/>
        <w:jc w:val="left"/>
      </w:pPr>
      <w:r>
        <w:rPr>
          <w:rFonts w:ascii="Times New Roman" w:hAnsi="Times New Roman" w:eastAsia="Times New Roman" w:cs="Times New Roman"/>
        </w:rPr>
        <w:t>Gabriel qhia rau Daniel tias “tom qab” “Tus Mexiyas” raug “txiav tawm lawm” ces “haiv neeg ntawm tus thawj uas yuav los yuav rhuav tshem lub nroog thiab lub tuam tsev dawb huv.” Loos txheej dab mlom rhuav tshem lub “nroog thiab lub tuam tsev dawb huv” ntawd hauv txoj kev</w:t>
      </w:r>
      <w:r>
        <w:rPr>
          <w:rFonts w:ascii="Microsoft YaHei" w:hAnsi="Microsoft YaHei" w:eastAsia="Microsoft YaHei" w:cs="Microsoft YaHei"/>
        </w:rPr>
        <w:t>包围</w:t>
      </w:r>
      <w:r>
        <w:rPr>
          <w:rFonts w:ascii="Times New Roman" w:hAnsi="Times New Roman" w:eastAsia="Times New Roman" w:cs="Times New Roman"/>
        </w:rPr>
        <w:t xml:space="preserve"> uas kav raws nraim peb xyoos ib nrab txij xyoo 66 mus txog 70 AD. Gabriel qhia meej tias “qhov kawg ntawm tsov rog” yuav yog “nrog dej nyab,” thiab hais tias tsov rog ntawd yuav muaj “kev ua kom puam tsuaj.” Tsov rog uas tau ua tiav tawm tsam Yeluxalees thiab lub tuam tsev dawb huv yog qhov kev tsuj hnyav uas tau ua tiav los ntawm kev dab mlom thiab kev thawj coj txiv plig. Lub hwjchim txheej dab mlom uas yuav rhuav tshem Yeluxalees thaum chiv thawj yog Npanpiloo, tiamsis lub hwjchim txheej dab mlom uas yuav rhuav tshem nws tom qab tus Mexiyas raug ntsia saum ntoo khaub lig yog Loos txheej dab mlom. Tiamsis tsov rog tawm tsam lub tuam tsev dawb huv thiab pab tub rog tau ua tiav los ntawm ob lub hwjchim ua kom puam tsuaj, thiab lub hwjchim ua kom puam tsuaj thib ob ntawm ob lub ntawd hauv Vajluskub yog txoj kev thawj coj txiv plig.</w:t>
      </w:r>
    </w:p>
    <w:p>
      <w:pPr>
        <w:pStyle w:val="ArticleBody"/>
        <w:jc w:val="left"/>
      </w:pPr>
      <w:r>
        <w:rPr>
          <w:rFonts w:ascii="Times New Roman" w:hAnsi="Times New Roman" w:eastAsia="Times New Roman" w:cs="Times New Roman"/>
        </w:rPr>
        <w:t>Kev papacy yog lub hwj chim uas raug sawv cev ua “tus nplawm uas nyab lug hla,” nws yog lub hwj chim nyob hauv Daniel kaum ib nqe plaub caug, uas “nyab lug thiab hla dhau.” Kev tsuj ntais Yeluxalees uas tau pib nrog Npanpiloo, thiab txuas ntxiv nrog haiv neeg hlau uas hais lus tsaus ntuj nti raws li Mauxes tau sawv cev hauv Deuteronomy, tau raug papacy raws qab los. Mus txog rau thaum kawg ntawm kev tsuj ntais ntawd “kev puam tsuaj” twb “tau raug txiav txim tseg.” Nyob hauv nqe nees nkaum xya, Khetos lees paub lo lus cog tseg nrog coob leej rau ib lim tiam. Hauv nruab nrab ntawm lub lim tiam ntawd, txoj kev fij xyeem hauv ntiaj teb yuav tsum tu lawm thaum Khetos pib nws tes haujlwm ua Tus Pov Thawj Hlob hauv lub chaw dawb huv saum ntuj ceeb tsheej. Vim yog cov Yudais txoj kev tsis mloog lus thaum lub sijhawm sim siab uas twb raug txiav tseg rau lawv lawm, lub tuam tsev thiab lub nroog yuav raug muab ua kom puam tsuaj dua.</w:t>
      </w:r>
    </w:p>
    <w:p>
      <w:pPr>
        <w:pStyle w:val="ArticleBody"/>
        <w:jc w:val="left"/>
      </w:pPr>
      <w:r>
        <w:rPr>
          <w:rFonts w:ascii="Times New Roman" w:hAnsi="Times New Roman" w:eastAsia="Times New Roman" w:cs="Times New Roman"/>
        </w:rPr>
        <w:t>Nqe vajlugkub hais tias “vim yog kev nthuav dav ntawm tej kev qias vuab tsuab, nws yuav ua kom nws raug kev puam tsuaj, txawm mus txog rau lub sijhawm xaus kiag; thiab yam uas twb raug txiav txim lawm yuav raug nchuav los rau saum tus uas raug kev puam tsuaj.” Thaum cov Yudais thaum kawg tau ua kom lawv lub khob ntawm lub sijhawm sim siab puv npo txog ntug, lub nroog thiab lub tuam tsev yuav tsum raug kev puam tsuaj mus txog thaum kawg ntawm tsov rog. Thaum txog “lub sijhawm xaus kiag” ntawm kev raug tsuj nthe hauv xyoo 1798, twb tau “raug txiav txim” lawm tias lub hwj chim papacy yuav raug ib lub qhov txhab tuag taus. Ces lub nroog thiab lub tuam tsev yuav tsum raug rov kho thiab rov txhim tsa dua, raws li tau ua qauv cia thaum cov Yudais tawm hauv Npanpiloo tiag tiag los raws li peb tsab cai.</w:t>
      </w:r>
    </w:p>
    <w:p>
      <w:pPr>
        <w:pStyle w:val="ArticleBody"/>
        <w:jc w:val="left"/>
      </w:pPr>
      <w:r>
        <w:rPr>
          <w:rFonts w:ascii="Times New Roman" w:hAnsi="Times New Roman" w:eastAsia="Times New Roman" w:cs="Times New Roman"/>
        </w:rPr>
        <w:t>Mus txog thaum kev ua rog ntawd xaus tiav lawm, Yeluxalees yuav tsum raug lub hwjchim papal tsuj nphau. Cov sijhawm yaj saub uas tsim ua cov ntu txawv nyob hauv ob txhiab peb puas xyoo ntawd tsuas yuav raug to taub kom yog thaum to taub txog kev sib raug zoo ntawm zaj yog toog ntawm kev tsuj nphau hauv xya caum xyoo nrog rau zaj yog toog ntawm kev kho lub chaw dawb huv thiab pawg tub rog kom rov txum tim. Kev tsis lees txais zaj yog toog ntawm kev tawg khiav raws li Mauxes txoj kev foom phem yog kev tsis lees txais zaj yog toog ntawm kev sib sau ua ke. Zaj yog toog ntawm xya caum xyoo yog zaj yog toog ntawm kev tawg khiav. Zaj yog toog ntawm ob txhiab peb puas xyoo yog zaj yog toog ntawm kev sib sau ua ke. Zaj yog toog ntawm xya caum xyoo yog zaj yog toog “chazon” ntawm kev tawg khiav, hos zaj yog toog ntawm ob txhiab peb puas xyoo yog zaj yog toog “mareh” ntawm kev sib sau ua ke.</w:t>
      </w:r>
    </w:p>
    <w:p>
      <w:pPr>
        <w:pStyle w:val="ArticleScripture"/>
        <w:jc w:val="left"/>
      </w:pPr>
      <w:r>
        <w:rPr>
          <w:rFonts w:ascii="Times New Roman" w:hAnsi="Times New Roman" w:eastAsia="Times New Roman" w:cs="Times New Roman"/>
        </w:rPr>
        <w:t>Yog li ntawd, yam uas Vajtswv tau muab txuas ua ke lawm, txhob cia neeg muab cais tawm. Malakau 10:9.</w:t>
      </w:r>
    </w:p>
    <w:p>
      <w:pPr>
        <w:pStyle w:val="ArticleBody"/>
        <w:jc w:val="left"/>
      </w:pPr>
      <w:r>
        <w:rPr>
          <w:rFonts w:ascii="Times New Roman" w:hAnsi="Times New Roman" w:eastAsia="Times New Roman" w:cs="Times New Roman"/>
        </w:rPr>
        <w:t>Ob zaj uas yog toog pom no twb raug txuas ua ke raws li tej lus faj lem lawm, thiab tsis lees ib zaj ces yog tsis lees ob zaj tib si. Qhov tseeb no qhia meej tias txawm Adventism hais tias lawv tuav rawv tej lus faj lem ob txhiab peb puas xyoo los, lawv twb tsis lees tus ncej tseem ceeb nruab nrab ntawm Adventism lawm, ib yam nkaus li lawv tau tsis lees “xya lub sij hawm” nyob rau xyoo 1863. Puas yog cov Yudais tsis tau lees tias lawv ceev Vajtswv txoj kevcai? Puas yog cov Yixayee thaum ub tsis tau lees tias lawv tab tom tos tus Mexiyas? Kev lees ncauj tsis muaj nqis dabtsi yog tias nws tsis tuav rawv Vajtswv Txojlus.</w:t>
      </w:r>
    </w:p>
    <w:p>
      <w:pPr>
        <w:pStyle w:val="ArticleBody"/>
        <w:jc w:val="left"/>
      </w:pPr>
      <w:r>
        <w:rPr>
          <w:rFonts w:ascii="Times New Roman" w:hAnsi="Times New Roman" w:eastAsia="Times New Roman" w:cs="Times New Roman"/>
        </w:rPr>
        <w:t>Thaum kawg no cov Millerite tau txheeb hnub tim Lub Kaum Hli 22, 1844, tias yog qhov kawg ntawm lub sijhawm ob txhiab peb puas hnub, tiamsis lawv txoj kev to taub tseem txwv. Tsis txog thaum tom qab txoj kev poob siab loj ntawd mam li muaj qhov kaj los txog hais txog lub tuam tsev dawb huv saum ntuj ceeb tsheej thiab Khetos txoj kev tshwm sim nyob hauv Chav Dawb Huv Tshaj Plaws rau hnub tim ntawd. Tsis txog thaum tom qab hnub tim ntawd lawv mam li pom tus timtswv thib peb txoj xov thiab Vajtswv txoj kevcai.</w:t>
      </w:r>
    </w:p>
    <w:p>
      <w:pPr>
        <w:pStyle w:val="ArticleBody"/>
        <w:jc w:val="left"/>
      </w:pPr>
      <w:r>
        <w:rPr>
          <w:rFonts w:ascii="Times New Roman" w:hAnsi="Times New Roman" w:eastAsia="Times New Roman" w:cs="Times New Roman"/>
        </w:rPr>
        <w:t>Tus Tswv tau npaj siab kom nce ntxiv txoj kev kaj yaj saub uas txuas nrog ob txhiab peb puas xyoo, thiab xyoo 1856, Nws qhib lub qhov rooj rau txoj kev kaj ntxiv ntawd, tiam sis hauv xya xyoo tom qab no Kev Ntseeg Adventist tau kaw lub qhov rooj ntawd. Tsuas yog tom qab lub Cuaj Hlis 11, 2001 xwb, uas Tus Tswv coj cov tub ntxhais kawm yaj saub rov qab mus rau Hiram Edson cov ntawv, thiab txoj kev kaj ntawm “xya zaug,” thiaj pib nce ntxiv dua ib zaug.</w:t>
      </w:r>
    </w:p>
    <w:p>
      <w:pPr>
        <w:pStyle w:val="ArticleBody"/>
        <w:jc w:val="left"/>
      </w:pPr>
      <w:r>
        <w:rPr>
          <w:rFonts w:ascii="Times New Roman" w:hAnsi="Times New Roman" w:eastAsia="Times New Roman" w:cs="Times New Roman"/>
        </w:rPr>
        <w:t>Vim tsis kam pom qhov kev sib txuas ntawm zaj lus faj lem ob txhiab peb puas xyoo thiab zaj lus faj lem ob txhiab tsib puas nees nkaum xyoo, Adventism thiaj li los nkag siab txog lub Kaum Hli 22, 1844 nyob rau hauv ib txoj kev to taub txwv thiab tsis tiav.</w:t>
      </w:r>
    </w:p>
    <w:p>
      <w:pPr>
        <w:pStyle w:val="ArticleBody"/>
        <w:jc w:val="left"/>
      </w:pPr>
      <w:r>
        <w:rPr>
          <w:rFonts w:ascii="Times New Roman" w:hAnsi="Times New Roman" w:eastAsia="Times New Roman" w:cs="Times New Roman"/>
        </w:rPr>
        <w:t>Thaum S. S. Snow tau txiav tseg hnub rau kev raug ntsia saum ntoo khaub lig lawm, ces thiaj paub meej tias hnub tim 22 Lub Kaum Hli, 1844, yog hnub ntawd.</w:t>
      </w:r>
    </w:p>
    <w:p>
      <w:pPr>
        <w:pStyle w:val="ArticleScripture"/>
        <w:jc w:val="left"/>
      </w:pPr>
      <w:r>
        <w:rPr>
          <w:rFonts w:ascii="Times New Roman" w:hAnsi="Times New Roman" w:eastAsia="Times New Roman" w:cs="Times New Roman"/>
        </w:rPr>
        <w:t>Yog li ntawd cia li paub thiab nkag siab, tias txij thaum lo lus txib tawm mus kom kho dua thiab tsa Yeluxalees rov qab los mus txog rau tus Mexiyas, tus Tub Vajntxwv, yuav muaj xya lub limtiam, thiab rau caum ob lub limtiam: txoj kev yuav raug tsa dua tshiab, thiab phab ntsa yuav raug txhim tsa dua, txawm yog nyob rau hauv lub sijhawm muaj kev kub ntxhov. Thiab tom qab rau caum ob lub limtiam tus Mexiyas yuav raug txiav tawm, tabsis tsis yog rau nws tus kheej: thiab haiv neeg ntawm tus tub vajntxwv uas yuav los ntawd yuav rhuav tshem lub nroog thiab lub chaw dawb huv; thiab nws qhov kawg yuav los nrog dej nyab, thiab mus txog thaum kawg ntawm kev ua rog, kev puam tsuaj raug txiav txim tseg lawm. Thiab nws yuav lees paub thiab ruaj nreb lo lus cog lus nrog coob leej rau ib lub limtiam: thiab hauv nruab nrab ntawm lub limtiam nws yuav ua kom kev xyeem thiab kev fij tseg tu ncua, thiab vim txoj kev nthuav dav ntawm tej kev qias vuab tsuab nws yuav ua kom nws puam tsuaj, mus txog rau thaum qhov kawg tiav hlo, thiab yam uas raug txiav txim tseg yuav raug muab nchuav los rau saum tus uas raug ua kom puam tsuaj. Daniel 9:25–27.</w:t>
      </w:r>
    </w:p>
    <w:p>
      <w:pPr>
        <w:pStyle w:val="ArticleBody"/>
        <w:jc w:val="left"/>
      </w:pPr>
      <w:r>
        <w:rPr>
          <w:rFonts w:ascii="Times New Roman" w:hAnsi="Times New Roman" w:eastAsia="Times New Roman" w:cs="Times New Roman"/>
        </w:rPr>
        <w:t>Cov Millerites tau lees paub hnub tim raug ntawm txoj kev raug ntsia saum ntoo khaub lig, thiab tom qab ntawd kuj tau txheeb xyuas qhov kawg ntawm lub sijhawm ob txhiab peb puas xyoo. “Kev txiav tawm tus Mexiyas” nyob rau hauv “nruab nrab ntawm lub limtiam” uas Khetos tau cog lus ruaj “txoj kevcai khi lus” vim cov Yudai tau puv lawv lub khob ntawm lub sijhawm sim neej mus txog ntug, raws li sawv cev los ntawm “kev nthuav dav ntawm tej Yam Qias Neeg Ntxim Ntshai”, kuj tau raug txheeb xyuas thiab. Tus ntoo khaub lig tau los ua lub cim keeb kwm qhia kev uas tseem ceeb heev rau kev lees paub txog zaj lus ntawm Kev Quaj Thaum Ib Tag Hmo.</w:t>
      </w:r>
    </w:p>
    <w:p>
      <w:pPr>
        <w:pStyle w:val="ArticleBody"/>
        <w:jc w:val="left"/>
      </w:pPr>
      <w:r>
        <w:rPr>
          <w:rFonts w:ascii="Times New Roman" w:hAnsi="Times New Roman" w:eastAsia="Times New Roman" w:cs="Times New Roman"/>
        </w:rPr>
        <w:t>Txawm yog tias muaj qhov kaj nyob hauv cov nqe vajlugkub uas tau ua rau muaj ib qho kev tshwm sim muaj hwjchim kawg nkaus ntawm Vajtswv lub hwjchim, cov Millerites yeej tsis tau mus txog qhov kev nkag siab txog cov nqe ntawd uas tau sawv cev los ntawm Daniyee txoj kev ntshaw xav kom nkag siab txog kev sib raug zoo ntawm ob zaj yog toog. Lub limtiam uas Khetos tau lees paub zaj lus cog tseg ntawd raug faib ua ob ntu, uas tom qab no Muam White tau txheeb tias sawv cev rau Khetos txoj hauj lwm qhuab qhia tus kheej ntev peb xyoos ib nrab, tom qab ntawd yog nws txoj hauj lwm qhuab qhia raws li cov thwj tim tau sawv cev. Lawv pom tias lub cim tseem ceeb keeb kwm ntawm tus ntoo khaublig tau los ua lub chaw ruaj khov los txiav txim kom paub meej txog hnub tim Lub Kaum Hli 22, 1844, tiam sis lawv tsis pom tias nws kuj sawv cev rau nruab nrab ntawm ob lub sij hawm uas zoo ib yam, txhua lub yog peb xyoos ib nrab, thiab yog li ntawd sawv cev rau “xya lub sij hawm,” uas Vajtswv los ntawm Mauxes tau hu ua “kev sib ceg ntawm nws zaj lus cog tseg.”</w:t>
      </w:r>
    </w:p>
    <w:p>
      <w:pPr>
        <w:pStyle w:val="ArticleScripture"/>
        <w:jc w:val="left"/>
      </w:pPr>
      <w:r>
        <w:rPr>
          <w:rFonts w:ascii="Times New Roman" w:hAnsi="Times New Roman" w:eastAsia="Times New Roman" w:cs="Times New Roman"/>
        </w:rPr>
        <w:t>Ces kuv kuj yuav tawm tsam nej ib yam li ntawd thiab, thiab yuav rau txim rau nej ntxiv xya npaug vim nej tej kev txhaum. Thiab kuv yuav coj rab ntaj los rau saum nej, uas yuav pauj rau txoj kev ua txhaum tawm tsam kuv tej lus cog tseg; thiab thaum nej sib sau nyob hauv nej tej nroog, kuv yuav tso kab mob kev kis kev tuag los rau hauv nej; thiab nej yuav raug muab cob rau hauv tes yeeb ncuab. Leviticus 26:24, 25.</w:t>
      </w:r>
    </w:p>
    <w:p>
      <w:pPr>
        <w:pStyle w:val="ArticleBody"/>
        <w:jc w:val="left"/>
      </w:pPr>
      <w:r>
        <w:rPr>
          <w:rFonts w:ascii="Times New Roman" w:hAnsi="Times New Roman" w:eastAsia="Times New Roman" w:cs="Times New Roman"/>
        </w:rPr>
        <w:t>Thaum Khetos tab tom lees paub txoj kev khi lus nrog coob leej, txoj kev khi lus ntawd yog yam uas nws muaj kev sib ceg tawm tsam nrog cov Yudais uas tsis mloog lus. “Kev sib ceg txog nws txoj kev khi lus,” tau pib xyoo 723 BC, thaum cov Assilia coj lub nceeg vaj qaum teb mus rau hauv kev poob cev qhev, thiab tom qab ntawd rau ib txhiab ob puas rau caum hnub yaj saub, kev pe dab qhuas tau tsuj nyoos cov Yixayee tiag. Kev tsuj nyoos ntawd ces raug raws qab los ntawm dua ib txhiab ob puas rau caum hnub yaj saub ntxiv, uas txoj kev coj ntawm papacy tau tsuj nyoos cov Yixayee sab ntsuj plig.</w:t>
      </w:r>
    </w:p>
    <w:p>
      <w:pPr>
        <w:pStyle w:val="ArticleBody"/>
        <w:jc w:val="left"/>
      </w:pPr>
      <w:r>
        <w:rPr>
          <w:rFonts w:ascii="Times New Roman" w:hAnsi="Times New Roman" w:eastAsia="Times New Roman" w:cs="Times New Roman"/>
        </w:rPr>
        <w:t>Lub limtiam cev Vajlugkub uas Khetos tau lees paub txoj kev cog lus, raws li kev ua tiav ntawm qhov yog toog pom txog ob txhiab peb puas xyoo, kuj sawv cev rau qhov yog toog pom txog ob txhiab tsib puas nees nkaum xyoo. Cov Millerites tau pom thiab lees txais txaus ntawm zaj lus cev Vajlugkub txog ob txhiab peb puas xyoo kom tshaj tawm tau txoj xov ntawm Txoj Kev Quaj Thaum Ib Tag Hmo kom raug, tiam sis lawv tau xaiv tsis lees txais ib feem ntawm qhov kaj uas Gabriel txoj kev txhais nyob hauv tshooj cuaj tau npaj los qhia.</w:t>
      </w:r>
    </w:p>
    <w:p>
      <w:pPr>
        <w:pStyle w:val="ArticleBody"/>
        <w:jc w:val="left"/>
      </w:pPr>
      <w:r>
        <w:rPr>
          <w:rFonts w:ascii="Times New Roman" w:hAnsi="Times New Roman" w:eastAsia="Times New Roman" w:cs="Times New Roman"/>
        </w:rPr>
        <w:t>Gabriel tau hais kom Daniyees faib kom raug (hauv nws lub siab cais tawm) ob zaj ua yog toog, uas sawv cev los ntawm “matter” thiab “vision,” thiab hauv kev ua tiav raws li lo lus ntuas ntawd, Muam White qhia rau peb tias qhov no yog nra hnyav uas Daniyees ris tiag thaum nws nrhiav kom to taub txoj kev sib raug zoo ntawm xya caum lub limtiam (ib lub cim ntawm “xya zaug”), thiab ob txhiab peb puas xyoo.</w:t>
      </w:r>
    </w:p>
    <w:p>
      <w:pPr>
        <w:pStyle w:val="ArticleBody"/>
        <w:jc w:val="left"/>
      </w:pPr>
      <w:r>
        <w:rPr>
          <w:rFonts w:ascii="Times New Roman" w:hAnsi="Times New Roman" w:eastAsia="Times New Roman" w:cs="Times New Roman"/>
        </w:rPr>
        <w:t>Kev tsis lees txais “xya lub sij hawm” ntawm Adventism tau muab lawv tso rau hauv ib txoj hauj lwm uas lawv tsis muaj peev xwm to taub tias thawj lub sijhawm plaub puas cuaj caug xyoo, uas raug txiav tawm ntawm ob txhiab peb puas xyoo, sawv cev rau kev ntxeev siab tawm tsam txoj kev cog lus uas Mauxes hu ua “kev sib ceg ntawm nws txoj kev cog lus”.</w:t>
      </w:r>
    </w:p>
    <w:p>
      <w:pPr>
        <w:pStyle w:val="ArticleBody"/>
        <w:jc w:val="left"/>
      </w:pPr>
      <w:r>
        <w:rPr>
          <w:rFonts w:ascii="Times New Roman" w:hAnsi="Times New Roman" w:eastAsia="Times New Roman" w:cs="Times New Roman"/>
        </w:rPr>
        <w:t>Lawv kuj raug txwv tsis pub pom tias kev raug ntsia saum ntoo khaub lig nyob nruab nrab ntawm lub limtiam ntawd tau ua ntau tshaj li tsuas yog qhia hnub tim xwb, rau qhov nws tau qhia meej txog lub chaw nruab nrab tiag tiag ntawm Khetos txoj kev sib cav nrog cov neeg Ixayees txoj kev tsis mloog lus los ntawm cov ntshav ntawm txoj kev khi lus. Lawv dig muag rau qhov tseeb tias cov ntshav uas tau raug los rau coob leej ntawm saum ntoo khaub lig, uas tau lees paub nws txoj kev khi lus, kuj yog lees paub txoj kev khi lus uas tau muab teev tseg hauv Leviticus nees nkaum tsib thiab nees nkaum rau.</w:t>
      </w:r>
    </w:p>
    <w:p>
      <w:pPr>
        <w:pStyle w:val="ArticleBody"/>
        <w:jc w:val="left"/>
      </w:pPr>
      <w:r>
        <w:rPr>
          <w:rFonts w:ascii="Times New Roman" w:hAnsi="Times New Roman" w:eastAsia="Times New Roman" w:cs="Times New Roman"/>
        </w:rPr>
        <w:t>Cov neeg Ixayees thaum ub tau ris rau lawv tus kheej ib txoj kev cog lus uas lawv txhais txoj kev cog lus ntawd raws li lawv lo lus tshaj tawm tias, “txhua yam uas tus Tswv tau hais, peb yuav ua,” yam tsis paub kiag li tias txoj kev cog lus uas Khetos tab tom muab ntawd yuav tsum kom Nws txoj kevcai raug sau rau hauv lub siab. Lawv txoj kev txhais raws li Falixai txog cov ntsiab lus ntawm txoj kev cog lus tau txwv lawv tsis pub to taub thiab txais yuav txoj kev cog lus tseeb.</w:t>
      </w:r>
    </w:p>
    <w:p>
      <w:pPr>
        <w:pStyle w:val="ArticleBody"/>
        <w:jc w:val="left"/>
      </w:pPr>
      <w:r>
        <w:rPr>
          <w:rFonts w:ascii="Times New Roman" w:hAnsi="Times New Roman" w:eastAsia="Times New Roman" w:cs="Times New Roman"/>
        </w:rPr>
        <w:t>Ixayees niaj hnub no tau txhais cov ntshav ntawm tus ntoo khaublig nyob rau nruab nrab ntawm lub limtiam raws li tej lo lus uas ua rau tib qho kev digmuag ntawd los rau Ixayees niaj hnub no ib yam li tau nyob saum Ixayees thaum ub thaum lawv tsis lees txais tus Mexiyas thiab tshaj tawm tias lawv tsis muaj vajntxwv twg tsuas yog Xixas xwb.</w:t>
      </w:r>
    </w:p>
    <w:p>
      <w:pPr>
        <w:pStyle w:val="ArticleBody"/>
        <w:jc w:val="left"/>
      </w:pPr>
      <w:r>
        <w:rPr>
          <w:rFonts w:ascii="Times New Roman" w:hAnsi="Times New Roman" w:eastAsia="Times New Roman" w:cs="Times New Roman"/>
        </w:rPr>
        <w:t>Cov Yixayee niaj hnub no dig muag tsis pom qhov tseeb tias keeb kwm uas Gabriel tau piav qhia rau Daniel tsis yog tsuas muaj kev lees paub ntawm txoj kev khi lus xwb, tiam sis kuj muaj kev tawg khiav uas raug coj los rau saum cov uas tsis lees yuav txoj kev khi lus ntawd, rau qhov cov nqe ntawd qhia meej tias Loos uas tsis pe hawm Vajtswv (tus thawj uas yuav los), yuav rhuav tshem lub nroog thiab lub chaw dawb huv, thiab tias mus txog thaum kawg ntawm tsov rog (uas tsuj nqis lub chaw dawb huv thiab cov tub rog) “kev puam tsuaj,” nyob hauv daim ntau npaug, twb raug txiav txim cia lawm.</w:t>
      </w:r>
    </w:p>
    <w:p>
      <w:pPr>
        <w:pStyle w:val="ArticleBody"/>
        <w:jc w:val="left"/>
      </w:pPr>
      <w:r>
        <w:rPr>
          <w:rFonts w:ascii="Times New Roman" w:hAnsi="Times New Roman" w:eastAsia="Times New Roman" w:cs="Times New Roman"/>
        </w:rPr>
        <w:t>Hauv hauv zaj keeb kwm uas Khetos tau los ntshav los lees paub txoj kev cog lus nrog coob leej, ob lub hwjchim uas ua kom puam tsuaj, yog Loos pagan thiab Loos papal, raug qhia kom meej tseeb. Cov ntshav uas raug nchuav saum tus ntoo khaublig yog yam uas Khetos coj los rau hauv lub chaw dawb huv saum ntuj ceeb tsheej, thiab yog ib lub cim ntawm Nws tes haujlwm uas raug sawv cev los ntawm yog toog “mareh” ntawm ob txhiab peb puas xyoo. Zaj keeb kwm ntawd raug xaws txuas nrog zaj keeb kwm ntawm yog toog “chazon” ntawm ob txhiab tsib puas nees nkaum xyoo, raws li raug sawv cev los ntawm ob lub hwjchim uas ua kom puam tsuaj uas yuav tsuj lub chaw dawb huv thiab pab tub rog nqes mus.</w:t>
      </w:r>
    </w:p>
    <w:p>
      <w:pPr>
        <w:pStyle w:val="ArticleBody"/>
        <w:jc w:val="left"/>
      </w:pPr>
      <w:r>
        <w:rPr>
          <w:rFonts w:ascii="Times New Roman" w:hAnsi="Times New Roman" w:eastAsia="Times New Roman" w:cs="Times New Roman"/>
        </w:rPr>
        <w:t>Cov tseeb uas tau raug sawv cev hauv Miller zaj npau suav zoo li tej pob zeb muaj nqis ci ntsa iab ib yam li lub hnub, tiam sis lawv tseem tsis tau tiav nrho. Hauv hnub kawg, thaum Lub Suab Quaj Thaum Nruab Nrab Hmo rov raug tshaj tawm raws nraim txhua lo lus, tib cov pob zeb muaj nqis ntawd yuav raug muab pov rau hauv lub thawv tshiab, loj dua, los ntawm tus “Txiv Neej Txhuam Av”, thiab thaum ntawd lawv yuav ci ntsa iab kaum npaug kaj dua li thaum xub thawj. Lawv dhau los ua qhov kev sim ntawm txoj xov kawg ntawm Lub Suab Quaj Thaum Nruab Nrab Hmo. Cov pob zeb muaj nqis ntawd tau raug ob tug tim khawv uas Habakkuk tau cev lus faj lem txog lawv qhia meej tias yog tej ntxhuav. Thaum ob daim ntxhuav ntawm cov pioneer charts xyoo 1843 thiab 1850 raug muab tso sib phim saum npoo ib leeg “kab saum kab”, Miller cov pob zeb muaj nqis thiaj raug txheeb kom meej, thiab los ntawm qhov ntawd cov pob zeb muaj nqis ntawd sawv cev rau txoj xov ntawm Lub Suab Quaj Thaum Nruab Nrab Hmo zaum kawg.</w:t>
      </w:r>
    </w:p>
    <w:p>
      <w:pPr>
        <w:pStyle w:val="ArticleBody"/>
        <w:jc w:val="left"/>
      </w:pPr>
      <w:r>
        <w:rPr>
          <w:rFonts w:ascii="Times New Roman" w:hAnsi="Times New Roman" w:eastAsia="Times New Roman" w:cs="Times New Roman"/>
        </w:rPr>
        <w:t>Feem coob ntawm tej qhov tseeb uas nyob saum ob daim ntawv qhia no yog cov uas piav txog tej lus faj lem uas twb tau muaj tiav ua ntej xyoo 1844 lawm, xws li kev txheeb xyuas cov tsiaj qus hauv Daniel xya thiab yim. Tus mlom hauv Daniel ob kuj raug muab sawv cev nyob ntawd. Kev sib cav hais txog seb puas yog Loos los yog Antiochus Epiphanes uas tsa txoj kev yog toog pom ntawd kuj nyob ntawd. Thawj qhov kev chim siab poob siab thiab lub caij ncua ntev ntawm Habakkuk thiab kaum tus nkauj xwb kuj nyob ntawd. Kev los txog ntawm tus tim tswv thib peb kuj nyob ntawd, ib yam nkaus li lub chaw dawb huv saum ntuj ceeb tsheej. “Qhov niaj hnub” raws li ib lub cim ntawm kev pe hawm dab qhuas kuj nyob ntawd. Thiab yeej muaj, peb qho Kev Puas Ntsoog ntawm Islam kuj nyob ntawd. Thaum muab coj los sib sau ua ke, ob daim ntawv qhia ntawd sawv cev ua ib daim duab piav txog qhov “kev txawj ntse nce ntxiv” uas tshwm sim thaum tus Tsov Ntxhuav ntawm xeem Yudas qhib cov cim ntawm ib qho lus faj lem tseeb.</w:t>
      </w:r>
    </w:p>
    <w:p>
      <w:pPr>
        <w:pStyle w:val="ArticleBody"/>
        <w:jc w:val="left"/>
      </w:pPr>
      <w:r>
        <w:rPr>
          <w:rFonts w:ascii="Times New Roman" w:hAnsi="Times New Roman" w:eastAsia="Times New Roman" w:cs="Times New Roman"/>
        </w:rPr>
        <w:t>Thaum peb xaus peb txoj kev xav txog zaj yog toog pom ntawm tus Dej Ulai uas yog lub cim ntawm txoj kev paub cev lus faj lem uas tau raug qhib thaum lub sijhawm kawg hauv xyoo 1798, uas tau nce ntxiv los ua tej hlaws nyiaj hlaws kub nyob hauv lub thawv tshiab uas loj dua hauv William Miller zaj npau suav, peb yuav rov qab los saib cov qhov tseeb ntawm cov Millerite uas tseem tsis tau tiav nyob hauv lawv keeb kwm. Qee yam raug tso cia rau hauv ib lub xeev uas tsis tau tiav vim yog lub sijhawm hauv keeb kwm uas cov Millerite tab tom nyob, hos lwm yam raug tso cia tsis tiav vim yog kev tsis mloog lus ntawm cov uas tsis kam taug raws lub teeb uas tab tom nce mus ntxiv ntawm tus tim tswv thib peb.</w:t>
      </w:r>
    </w:p>
    <w:p>
      <w:pPr>
        <w:pStyle w:val="ArticleBody"/>
        <w:jc w:val="left"/>
      </w:pPr>
      <w:r>
        <w:rPr>
          <w:rFonts w:ascii="Times New Roman" w:hAnsi="Times New Roman" w:eastAsia="Times New Roman" w:cs="Times New Roman"/>
        </w:rPr>
        <w:t>Peb yuav txuas ntxiv tej no hauv zaj tshooj txuas ntxiv.</w:t>
      </w:r>
    </w:p>
    <w:p>
      <w:pPr>
        <w:pStyle w:val="ArticleScripture"/>
        <w:jc w:val="left"/>
      </w:pPr>
      <w:r>
        <w:rPr>
          <w:rFonts w:ascii="Times New Roman" w:hAnsi="Times New Roman" w:eastAsia="Times New Roman" w:cs="Times New Roman"/>
        </w:rPr>
        <w:t>“Cov uas Vajtswv tau xa tuaj nrog ib txoj xov tsuas yog neeg xwb, tiam sis yam ntxwv ntawm txoj xov uas lawv nqa los yog dab tsi? Nej puas yuav twv kom tig nraub qaum rau, lossis saib tsis taus, tej lus ceeb toom ntawd, vim Vajtswv tsis tau sab laj nrog nej txog yam uas yuav raug nej siab nyiam? Vajtswv hu cov neeg uas yuav hais lus, uas yuav qw nrov nrov thiab tsis tseg li. Vajtswv tau tsa nws cov tub txib sawv los ua nws tes haujlwm rau lub sijhawm no. Muaj ib txhia twb tig ntawm txoj xov hais txog Khetos txoj kev ncaj ncees mus thuam cov neeg thiab lawv tej kev tsis txhij txhua, vim lawv tsis tshaj txoj xov ntawm qhov tseeb nrog tag nrho txoj kev mos siab muag thiab kev txawj hais txawj sau kom zoo nkauj raws li xav kom muaj. Lawv kub siab dhau lawm, mob siab dhau lawm, hais nrog kev txiav txim siab meej dhau lawm, thiab txoj xov uas yuav coj kev kho mob, txoj sia, thiab kev nplij siab los rau ntau tus ntsuj plig uas nkees thiab raug quab yuam, raug muab thawb tawm ib feem; rau qhov raws nraim li qhov uas cov neeg muaj hwjchim kaw lawv tus kheej lub siab thiab tsa lawv tus kheej lub siab nyiam los tawm tsam yam uas Vajtswv tau hais, lawv kuj yuav nrhiav kev muab txoj kab kaj ntawd txeeb ntawm cov uas twb ntshaw thiab thov Vajtswv nrhiav qhov kaj thiab lub hwjchim uas ua kom muaj sia. Khetos tau sau tseg tag nrho tej lus hnyav, khav theeb, thiab thuam luag uas tau hais tawm tsam nws cov tub qhe ib yam li yog hais tawm tsam nws tus kheej.”</w:t>
      </w:r>
    </w:p>
    <w:p>
      <w:pPr>
        <w:pStyle w:val="ArticleScripture"/>
        <w:jc w:val="left"/>
      </w:pPr>
      <w:r>
        <w:rPr>
          <w:rFonts w:ascii="Times New Roman" w:hAnsi="Times New Roman" w:eastAsia="Times New Roman" w:cs="Times New Roman"/>
        </w:rPr>
        <w:t>“Tus tim tswv thib peb txoj xov yuav tsis raug to taub, thiab qhov kaj uas yuav ua kom tag nrho lub ntiajteb ci ntsa iab nrog nws lub yeeb koob yuav raug hu ua qhov kaj cuav los ntawm cov uas tsis kam taug kev hauv nws lub yeeb koob uas tab tom nce mus ntxiv. Tes haujlwm uas yuav tsum tau ua ntawd yuav raug tso cia tsis ua los ntawm cov uas tsis lees txais qhov tseeb, vim yog lawv txoj kev tsis ntseeg. Peb thov ntuas nej cov uas tawm tsam qhov kaj ntawm qhov tseeb, kom nej txav tawm ntawm txoj kev ntawm Vajtswv haiv neeg. Cia qhov kaj uas raug xa los saum ntuj ceeb tsheej los ci tuaj rau lawv hauv tej kab teeb uas kaj lug thiab ruaj khov. Vajtswv tuav nej, nej cov uas qhov kaj no twb los txog lawm, kom nej yuav tsum ris lub luag haujlwm raws li txoj kev uas nej siv nws. Cov uas tsis kam mloog yuav raug tuav kom ris lub luag haujlwm; rau qhov qhov tseeb twb raug coj los txog hauv lawv txhais tes lawm, tiamsis lawv saib tsis taus lawv tej sijhawm thiab tej cai tshwjxeeb. Tej xov uas nqa cov cim pov thawj saum ntuj los twb raug xa tuaj rau Vajtswv haiv neeg lawm; lub yeeb koob, lub hwjchim loj kawg nkaus, thiab Khetos txoj kev ncaj ncees, uas puv npo kev zoo thiab kev tseeb, twb raug nthuav tawm lawm; thiab tag nrho qhov puv npo ntawm Vajtswv tus kheej hauv Yexus Khetos twb raug qhia tawm nyob hauv peb nruab nrab nrog kev zoo nkauj thiab kev ntxim hlub, kom txaus nyiam txhua tus uas lawv lub siab tsis raug kaw los ntawm kev ntxub ntxaug ua ntej. Peb paub tias Vajtswv twb ua haujlwm nyob hauv peb nruab nrab lawm. Peb twb pom tej ntsujplig tig ntawm kev txhaum los rau kev ncaj ncees. Peb twb pom txoj kev ntseeg raug tsa rov qab muaj sia nyob hauv cov siab ntawm cov neeg uas lub siab tawg thiab txo hwjchim. Peb puas yuav zoo li cov mob ruas uas raug ntxuav huv lawm ces cia li mus raws lawv txojkev, thiab tsuas muaj ib tug xwb rov qab los qhuas Vajtswv? Cia peb hais txog nws txoj kev zoo dua, thiab qhuas Vajtswv nrog lub siab, nrog cwjmem, thiab nrog lub suab.” Review and Herald, May 27, 1890.</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Phau Ntawv Daniyees – Tsib Caug Tsib</dc:title>
  <dc:subject>Qhia Daim Ntaub Yaj Saub: Kaxalis Kev Qhia Tawm rau Daniel</dc:subject>
  <dc:creator>Jeff Pippenger</dc:creator>
  <cp:keywords/>
  <dc:description>Generated by ArticleDigger from daniel\55_daniel.json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