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Tsib Caug Xya</w:t>
      </w:r>
    </w:p>
    <w:p>
      <w:pPr>
        <w:pStyle w:val="ArticleSubtitle"/>
        <w:jc w:val="left"/>
      </w:pPr>
      <w:r>
        <w:rPr>
          <w:rFonts w:ascii="Arial" w:hAnsi="Arial" w:eastAsia="Arial" w:cs="Arial"/>
        </w:rPr>
        <w:t>Qhia Cov Yaj Saub Tej Lus Zais ntawm Phau Ntawv Qhia Tshwm: Ib Txoj Kev Taug Los Ntawm Cov Lus Qhia Yaj Saub Txog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Tag nrho cov yaj saub hais txog hnub kawg ntawm lub ntiajteb, thiab tag nrho tej lus faj lem sib ntsib thiab xaus rau hauv phau Ntawv Qhia Tshwm. Hauv phau Ntawv Qhia Tshwm, tib txoj kab lus faj lem raug khaws txuas ntxiv ib yam li hauv phau Daniel, rau qhov lawv yog tib phau ntawv xwb. Tag nrho cov ntsiab cai faj lem no twb raug sau tseg ruaj khov lawm hauv cov nqe lus dhau los. Hauv phau Ntawv Qhia Tshwm, peb raug ceeb toom tias ua ntej lub sijhawm txiav txim siab rau tibneeg kaw tag, muaj ib lo lus faj lem uas tau raug kaw cia thiab raug qhib tawm. Cov nqe lus no tau nthuav tawm cov ntsiab lus faj lem uas txuas nrog txoj xov hauv phau Ntawv Qhia Tshwm uas nim no tab tom raug qhib tawm. Txoj xov no tsis yog ib qho tseeb faj lem ib leeg xwb, thiab txhua lub ntsiab ntawm txoj xov uas tab tom raug qhib tawm ntawd poob rau hauv pawg ntawm Yexus Khetos txoj Kev Qhia Tshwm.</w:t>
      </w:r>
    </w:p>
    <w:p>
      <w:pPr>
        <w:pStyle w:val="ArticleBody"/>
        <w:jc w:val="left"/>
      </w:pPr>
      <w:r>
        <w:rPr>
          <w:rFonts w:ascii="Times New Roman" w:hAnsi="Times New Roman" w:eastAsia="Times New Roman" w:cs="Times New Roman"/>
        </w:rPr>
        <w:t>Tsab xov no raug qhib lub cim cia nyuam qhuav ua ntej lub sijhawm sim neej kaw, thaum “lub sijhawm twb los ze.” Phau ntawv Daniel thiab Tshwmsim, txuas nrog cov lus piav qhia hauv cov ntawv sau ntawm tus Ntsuj Plig Qhia Yaj Saub, hais meej heev txog tus txheej txheem uas muaj feem xyuam nrog kev qhib lub cim cia ntawm ib zaj lus faj lem. Yog Tsov Ntxhuav ntawm xeem Yudas uas ua kom muaj qhov qhib lub cim cia ntawd, thiab thaum Nws ua li ntawd Nws siv ib txoj kev muaj qauv txhij los nthuav tawm zaj lus ntawd. Nws txais zaj lus ntawd ntawm Leej Txiv, tus uas raug sawv cev tias tuav Phau Vajlugkub raws li nws raug kaw nrog xya lub cim. Tsov Ntxhuav ntawm xeem Yudas, tus uas kuj yog cag ntawm Daviv thiab tus Menyuam Yaj uas raug tua lawm, txais phau ntawv ntawm Leej Txiv thiab muab cov cim tshem tawm.</w:t>
      </w:r>
    </w:p>
    <w:p>
      <w:pPr>
        <w:pStyle w:val="ArticleBody"/>
        <w:jc w:val="left"/>
      </w:pPr>
      <w:r>
        <w:rPr>
          <w:rFonts w:ascii="Times New Roman" w:hAnsi="Times New Roman" w:eastAsia="Times New Roman" w:cs="Times New Roman"/>
        </w:rPr>
        <w:t>Yexus mam li muab txoj lus rau Ka-bili-ee, tus uas nrog rau lwm cov timtswv xa txoj lus ntawd mus rau ib tug yaj saub, tus yaj saub ntawd thiaj sau txoj lus ntawd tseg thiab xa mus rau cov pawg ntseeg. Thaum txog lub sij hawm uas yuav qhib tshem lub foob ntawm txoj lus yaj saub, kev qhib tawm ntawm txoj lus yaj saub ntawd ua rau muaj ib txoj kev sim siab peb theem, uas sim cov neeg nyob hauv cov pawg ntseeg uas yog cov neeg uas zaj uas yaj saub sau ntawd hais rau. Raws li txhua tus tswvcuab pawg ntseeg teb li cas rau txoj lus ntawd, lawv thiaj txiav txim seb lawv nyob hauv ib ntawm ob pab. Cov uas lees txais qhov kev paub uas nce ntxiv uas txoj lus qhib tawm ntawd tsim los raug txheeb tias yog cov “txawj ntse,” hos cov uas tsis lees txais ntawd, Daniyees hu lawv ua cov “neeg phem,” thiab Mathais hu lawv ua cov “ruam”.</w:t>
      </w:r>
    </w:p>
    <w:p>
      <w:pPr>
        <w:pStyle w:val="ArticleBody"/>
        <w:jc w:val="left"/>
      </w:pPr>
      <w:r>
        <w:rPr>
          <w:rFonts w:ascii="Times New Roman" w:hAnsi="Times New Roman" w:eastAsia="Times New Roman" w:cs="Times New Roman"/>
        </w:rPr>
        <w:t>Tag nrho tej ntsiab no uas txuas nrog kev qhib tawm ntawm qhov zais cev lus faj lem kawg raug hais txog thiab raug hais kom tseeb hauv nqe cuaj ntawm Qhia Tshwm kaum xya, vim nqe ntawd qhia ib yam tseem ceeb hauv Qhia Tshwm ntawm Yexus Khetos uas yuav sim ob pab neeg pe hawm. Nws ua li ntawd los ntawm kev qhia tias yog cov “txawj ntse” uas yuav to taub zaj lus uas raws tom qab tus chij ceeb toom ntawm nqe ntawd.</w:t>
      </w:r>
    </w:p>
    <w:p>
      <w:pPr>
        <w:pStyle w:val="ArticleScripture"/>
        <w:jc w:val="left"/>
      </w:pPr>
      <w:r>
        <w:rPr>
          <w:rFonts w:ascii="Times New Roman" w:hAnsi="Times New Roman" w:eastAsia="Times New Roman" w:cs="Times New Roman"/>
        </w:rPr>
        <w:t>Thiab ntawm no yog lub siab uas muaj kev txawj ntse. Xya lub taub hau yog xya lub roob, uas tus poj niam zaum saum lawv. Thiab muaj xya tus vajntxwv: tsib tus twb poob lawm, ib tug tseem nyob, hos tus kia tseem tsis tau los; thiab thaum nws los, nws yuav tsum nyob ib ntus luv xwb. Thiab tus tsiaj qus uas twb muaj lawm, tiam sis tam sim no tsis muaj lawm, nws tus ntawd yog tus yim, thiab yog ib tug ntawm xya tus ntawd, thiab mus rau hauv kev puastsuaj. Tshwm Sim 17:9–11.</w:t>
      </w:r>
    </w:p>
    <w:p>
      <w:pPr>
        <w:pStyle w:val="ArticleBody"/>
        <w:jc w:val="left"/>
      </w:pPr>
      <w:r>
        <w:rPr>
          <w:rFonts w:ascii="Times New Roman" w:hAnsi="Times New Roman" w:eastAsia="Times New Roman" w:cs="Times New Roman"/>
        </w:rPr>
        <w:t>“Lub siab uas muaj tswvyim,” yog lub siab ntawm cov “neeg muaj tswvyim.” Cov “neeg muaj tswvyim” nkag siab txog kev nce ntxiv ntawm kev paub, thiab qhov kev nce ntxiv ntawm kev paub uas raug sawv cev tam sim ntawd tom qab tus cim faj lem, uas qhia txog ib qho tseeb uas cov neeg muaj tswvyim yuav nkag siab thiab cov neeg phem yuav tsis lees txais, yog qhov tseeb uas muaj feem nrog cov nceeg vaj hauv faj lem ntawm Phau Vajlugkub uas tau muab nthuav tawm nyob rau hauv cov nqe uas raws tom qab. Cov nqe ntawd sawv cev rau daim duab piv txwv kawg ntawm cov nceeg vaj hauv faj lem ntawm Phau Vajlugkub, thiab yam uas raug qhib tawm nyob rau hnub kawg yog tias yim lub nceeg vaj ntawd kuj tau raug sawv cev nyob rau hauv daim duab piv txwv thawj zaug ntawm cov nceeg vaj hauv faj lem ntawm Phau Daniyee tshooj ob.</w:t>
      </w:r>
    </w:p>
    <w:p>
      <w:pPr>
        <w:pStyle w:val="ArticleBody"/>
        <w:jc w:val="left"/>
      </w:pPr>
      <w:r>
        <w:rPr>
          <w:rFonts w:ascii="Times New Roman" w:hAnsi="Times New Roman" w:eastAsia="Times New Roman" w:cs="Times New Roman"/>
        </w:rPr>
        <w:t>Kev tshwm sim ntawm qhov tseeb txhawb nqa txoj kev to taub txwv nkaus txog cov nceeg vaj hauv Vajlugkub tej lus faj lem uas tsim ib qho ntawm Miller tej lub pov haum, tiam sis nws ci ntsa iab kaum npaug dua, rau qhov nws muaj qhov tseeb ntau dua li cov Millerites tau to taub ntawm lawv qhov chaw txwv hauv keeb kwm, thiab nws sawv cev rau ib txoj kev sim raws li sawv cev los ntawm tus lej “kaum,” thiab los ntawm lub teeb ceeb toom ntawm lo lus ceeb toom qhib hais tias “ntawm no yog lub siab uas muaj tswv yim,” uas raug txhais raws li lus faj lem tias, qhov tseeb nram qab no yuav sim cov pawg ntseeg uas tau raug xa txoj xov uas raug qhib tshem lub foob nyuam qhuav ua ntej qhov kev kaw ntawm lub sij hawm sim.</w:t>
      </w:r>
    </w:p>
    <w:p>
      <w:pPr>
        <w:pStyle w:val="ArticleBody"/>
        <w:jc w:val="left"/>
      </w:pPr>
      <w:r>
        <w:rPr>
          <w:rFonts w:ascii="Times New Roman" w:hAnsi="Times New Roman" w:eastAsia="Times New Roman" w:cs="Times New Roman"/>
        </w:rPr>
        <w:t>Hauv Tshwm Sim kaum xya, Yauhas raug coj mus rau hauv roob moj sab qhua ntawm ib txhiab ob puas rau caum xyoo ntawm txoj kev tsaus ntuj ntawm txoj kev kav papal. Nws raug muab tso rau qhov kawg nkaus ntawm lub sijhawm ntawd hauv xyoo 1798, uas yog tib zaj keeb kwm uas nws raug muab tso rau hauv Hauv Tshwm Sim kaum peb.</w:t>
      </w:r>
    </w:p>
    <w:p>
      <w:pPr>
        <w:pStyle w:val="ArticleScripture"/>
        <w:jc w:val="left"/>
      </w:pPr>
      <w:r>
        <w:rPr>
          <w:rFonts w:ascii="Times New Roman" w:hAnsi="Times New Roman" w:eastAsia="Times New Roman" w:cs="Times New Roman"/>
        </w:rPr>
        <w:t>Thiab kuv sawv ntawm ntug xuab zeb hiav txwv, thiab kuv pom ib tug tsiaj qus tawm hauv hiav txwv los, muaj xya lub taub hau thiab kaum tug kub, thiab saum nws cov kub muaj kaum lub kaus mom vajntxwv, thiab saum nws cov taub hau muaj lub npe ntawm kev thuam Vajtswv. Qhia Tshwm 13:1.</w:t>
      </w:r>
    </w:p>
    <w:p>
      <w:pPr>
        <w:pStyle w:val="ArticleBody"/>
        <w:jc w:val="left"/>
      </w:pPr>
      <w:r>
        <w:rPr>
          <w:rFonts w:ascii="Times New Roman" w:hAnsi="Times New Roman" w:eastAsia="Times New Roman" w:cs="Times New Roman"/>
        </w:rPr>
        <w:t>“Cov xuab zeb ntawm hiav txwv” sawv cev rau xyoo 1798, vim nws sawv cev rau qhov chaw saib raws keeb kwm uas Yauhas tau raug qhia txog lub hwjchim papacy (tus tsiaj qus ntawm hiav txwv) nyob rau hauv lub sij hawm dhau los, thiab Tebchaws Meskas (tus tsiaj qus ntawm lub ntiaj teb) tab tom sawv los, thiab thaum kawg yuav hais lus ib yam li zaj thaum txoj cai Hnub Chiv uas yuav los sai no. Ces tus tsiaj qus ntawm lub ntiaj teb yuam kom lub ntiaj teb lees txais “daim duab ntawm tus tsiaj qus,” uas yuav hais lus thiab coj txoj cai Hnub Chiv los siv rau thoob plaws lub ntiaj teb.</w:t>
      </w:r>
    </w:p>
    <w:p>
      <w:pPr>
        <w:pStyle w:val="ArticleScripture"/>
        <w:jc w:val="left"/>
      </w:pPr>
      <w:r>
        <w:rPr>
          <w:rFonts w:ascii="Times New Roman" w:hAnsi="Times New Roman" w:eastAsia="Times New Roman" w:cs="Times New Roman"/>
        </w:rPr>
        <w:t>“Thaum txog lub sijhawm uas Papacy, raug txeeb nws lub hwj chim lawm, raug yuam kom tsum tsis txhob tsim txom ntxiv lawm, Yauhas tau pom ib lub hwj chim tshiab sawv los kom rov hais tus zaj lub suab, thiab coj mus ntxiv tib yam haujlwm lim hiam thiab hais lus thuam Vajtswv ntawd. Lub hwj chim no, yog lub kawg uas yuav tawm tsam rau pawg ntseeg thiab Vajtswv txoj kevcai, raug sawv cev los ntawm ib tug tsiaj nyaum uas muaj kub zoo li menyuam yaj. Cov tsiaj nyaum uas ua ntej nws tau sawv tawm hauv hiav txwv los; tiam sis tus no tau sawv tawm hauv lub ntiajteb, uas sawv cev rau txoj kev sawv los nyob kaj siab lug ntawm haiv neeg uas nws cim tseg—Tebchaws Asmeskas.” Signs of the Times, February 8, 1910.</w:t>
      </w:r>
    </w:p>
    <w:p>
      <w:pPr>
        <w:pStyle w:val="ArticleBody"/>
        <w:jc w:val="left"/>
      </w:pPr>
      <w:r>
        <w:rPr>
          <w:rFonts w:ascii="Times New Roman" w:hAnsi="Times New Roman" w:eastAsia="Times New Roman" w:cs="Times New Roman"/>
        </w:rPr>
        <w:t>Yauhas raug coj mus rau tib lub chaw saib keeb kwm ntawd kom tau txais qhov kev nthuav qhia kawg ntawm cov nceeg vaj hauv yav lus faj lem hauv phau Vajlugkub nyob hauv tshooj kaum xya. Thaum nws sawv ntawm lub chaw saib ntawd, cov nceeg vaj raug nthuav tawm. Ua ntej tshaj, nws raug ceeb toom tias tus tsiaj qus tswj hwm ob qho tib si pawg ntseeg thiab lub xeev, rau qhov nws zaum saum tsis yog tsuas yog xya lub taub hau xwb, tiam sis kuj saum xya lub roob thiab. Qhov uas tus niam ntiav loj zaum saum ntawd qhia meej tias nws yog tus uas caij tus tsiaj qus, thiab tus uas caij tus tsiaj qus yog tus uas tswj hwm tus tsiaj qus.</w:t>
      </w:r>
    </w:p>
    <w:p>
      <w:pPr>
        <w:pStyle w:val="ArticleScripture"/>
        <w:jc w:val="left"/>
      </w:pPr>
      <w:r>
        <w:rPr>
          <w:rFonts w:ascii="Times New Roman" w:hAnsi="Times New Roman" w:eastAsia="Times New Roman" w:cs="Times New Roman"/>
        </w:rPr>
        <w:t>Tus pojniam uas koj tau pom ntawd yog lub nroog loj ntawd, uas kav saum cov vajntxwv hauv ntiajteb. Kevcai Tshwm Sim 17:18.</w:t>
      </w:r>
    </w:p>
    <w:p>
      <w:pPr>
        <w:pStyle w:val="ArticleBody"/>
        <w:jc w:val="left"/>
      </w:pPr>
      <w:r>
        <w:rPr>
          <w:rFonts w:ascii="Times New Roman" w:hAnsi="Times New Roman" w:eastAsia="Times New Roman" w:cs="Times New Roman"/>
        </w:rPr>
        <w:t>Lo lus “reigneth” txhais hais tias tuav thiab kav saum. Tus neeg caij tswj hwm tus tsiaj ntawd los ntawm kev tuav txoj hlua tswj. Lub papacy kav saum xya lub taub hau thiab kuj kav saum xya lub roob. Hauv Daniyees tshooj ob, Daniyees qhia rau Nenpukhanexas tias nws yog “lub taub hau” kub. Hauv Yaxayas tshooj xya, “lub taub hau” kuj yog ib tug vajntxwv, ib lub peev lossis ib lub nceeg vaj.</w:t>
      </w:r>
    </w:p>
    <w:p>
      <w:pPr>
        <w:pStyle w:val="ArticleScripture"/>
        <w:jc w:val="left"/>
      </w:pPr>
      <w:r>
        <w:rPr>
          <w:rFonts w:ascii="Times New Roman" w:hAnsi="Times New Roman" w:eastAsia="Times New Roman" w:cs="Times New Roman"/>
        </w:rPr>
        <w:t>Rau lub taub hau ntawm Syria yog Damaxaka, thiab lub taub hau ntawm Damaxaka yog Reexees; thiab tsis pub dhau rau caum tsib xyoos Efa-i yuav raug tawg kom nws txhob muaj dua ua ib haiv neeg. Thiab lub taub hau ntawm Efa-i yog Xamalis, thiab lub taub hau ntawm Xamalis yog Remaliyas tus tub. Yog nej tsis ntseeg, mas yeej yuav tsis muaj kev ruaj khov rau nej li. Yaxayas 7:7, 8.</w:t>
      </w:r>
    </w:p>
    <w:p>
      <w:pPr>
        <w:pStyle w:val="ArticleBody"/>
        <w:jc w:val="left"/>
      </w:pPr>
      <w:r>
        <w:rPr>
          <w:rFonts w:ascii="Times New Roman" w:hAnsi="Times New Roman" w:eastAsia="Times New Roman" w:cs="Times New Roman"/>
        </w:rPr>
        <w:t>Lub papacy, uas yog tus pojniam caij saum tus tsiaj qus, kav saum txhua tus vajntxwv hauv ntiajteb. Cov vajntxwv ntawd raug sawv cev tias yog “kaum tus vajntxwv,” uas yog lub hwjchim zaj ntawm hnub kawg. Lawv yog cov vajntxwv uas tus niam ntiav ntawm Tyre mus ua nkauj ua nraug nrog. Cov “kaum tus vajntxwv” ntawd twb raug yuam kom lees txais txoj cai kav ntawm papacy lawm, tiam sis tus vajntxwv loj tshaj plaws ntawm kaum tus vajntxwv ntawd yog Tebchaws Meskas. Yog li ntawd, Tebchaws Meskas kuj raug sawv cev los ntawm Ahab, tus vajntxwv ntawm kaum lub nceeg vaj sab qaum teb ntawm Ixayees. Tus lej “xya” sawv cev rau “kev puv npo,” thiab thaum papacy raug piav qhia tias kav saum cov vajntxwv hauv ntiajteb, nws kuj tseem kav saum kaum tus vajntxwv thiab nws zaum saum xya lub taubhau.</w:t>
      </w:r>
    </w:p>
    <w:p>
      <w:pPr>
        <w:pStyle w:val="ArticleBody"/>
        <w:jc w:val="left"/>
      </w:pPr>
      <w:r>
        <w:rPr>
          <w:rFonts w:ascii="Times New Roman" w:hAnsi="Times New Roman" w:eastAsia="Times New Roman" w:cs="Times New Roman"/>
        </w:rPr>
        <w:t>Nov yog lub siab uas muaj tswvyim, rau cov neeg txawj ntse ntawm hnub kawg siv txoj kev qhia tias “kab rau kab,” thiab lawv lees paub tias txhua lub cim ntawm txoj kev tswjfwm hauv xeev uas tus niam ntiav kav ntawd qhia tib qho tseeb nkaus xwb. Nws kuj kav saum xya lub roob, thiab cov Millerite tau txheeb ib “lub roob” hauv Vajlugkub tej lus faj lem tias yog ib lub cim sawv cev rau ib lub tebchaws, tiamsis lawv kuj tau txheeb tias tej lub cim muaj ntau dua ib lub ntsiab lus.</w:t>
      </w:r>
    </w:p>
    <w:p>
      <w:pPr>
        <w:pStyle w:val="ArticleBody"/>
        <w:jc w:val="left"/>
      </w:pPr>
      <w:r>
        <w:rPr>
          <w:rFonts w:ascii="Times New Roman" w:hAnsi="Times New Roman" w:eastAsia="Times New Roman" w:cs="Times New Roman"/>
        </w:rPr>
        <w:t>Roob kuj kuj txhais tau tias yog ib lub cim ntawm pawg ntseeg thiab. “Lub roob dawb huv uas muaj hwjchim ci ntsa iab” hauv Vaj Lug Kub sawv cev rau Vajtswv pawg ntseeg.</w:t>
      </w:r>
    </w:p>
    <w:p>
      <w:pPr>
        <w:pStyle w:val="ArticleScripture"/>
        <w:jc w:val="left"/>
      </w:pPr>
      <w:r>
        <w:rPr>
          <w:rFonts w:ascii="Times New Roman" w:hAnsi="Times New Roman" w:eastAsia="Times New Roman" w:cs="Times New Roman"/>
        </w:rPr>
        <w:t>Lo lus uas Yaxayas, Amoz tus tub, tau pom hais txog Yudas thiab Yeluxalees. Thiab yuav muaj li no rau hnub kawg, tias lub roob ntawm tus Tswv lub tsev yuav raug tsa kom nyob saum tej ncov roob, thiab yuav raug tsa siab dua tej toj; thiab txhua haiv neeg yuav ntws tuaj rau ntawd. Thiab ntau haiv neeg yuav mus thiab hais tias, Cia li nej los, thiab cia peb nce mus rau tus Tswv lub roob, mus rau hauv Yakhauj tus Vajtswv lub tsev; thiab nws yuav qhia peb txog nws txojkev, thiab peb yuav taug nws tej kev: rau qhov txoj kevcai yuav tawm hauv Xi-oos mus, thiab tus Tswv lo lus tawm hauv Yeluxalees. Yaxayas 2:1–3.</w:t>
      </w:r>
    </w:p>
    <w:p>
      <w:pPr>
        <w:pStyle w:val="ArticleBody"/>
        <w:jc w:val="left"/>
      </w:pPr>
      <w:r>
        <w:rPr>
          <w:rFonts w:ascii="Times New Roman" w:hAnsi="Times New Roman" w:eastAsia="Times New Roman" w:cs="Times New Roman"/>
        </w:rPr>
        <w:t>“Tus Tswv lub tsev” yog Nws pawg ntseeg, thiab nws yog ib “lub roob.” Tus niam ntiav loj zaum saum xya lub roob, yog li ntawd qhia meej tias nws kav tag nrho cov pawg ntseeg, ib yam li nws kav tag nrho cov vajntxwv. Nws tswj hwm tag nrho cov pawg ntseeg thiab tag nrho cov tebchaws hauv thoob qab ntuj.</w:t>
      </w:r>
    </w:p>
    <w:p>
      <w:pPr>
        <w:pStyle w:val="ArticleBody"/>
        <w:jc w:val="left"/>
      </w:pPr>
      <w:r>
        <w:rPr>
          <w:rFonts w:ascii="Times New Roman" w:hAnsi="Times New Roman" w:eastAsia="Times New Roman" w:cs="Times New Roman"/>
        </w:rPr>
        <w:t>Lub zeem muag uas Yaxayas tab tom taw qhia tias tau los cuag nws “hais txog Yudas thiab Yeluxalees,” uas peb nyuam qhuav hais tseg lawm, tseem txuas mus ntxiv, thiab tseem yog tib nqe lus ntawd hauv tshooj plaub, thiab raws li Yaxayas hais nws yog tib “hnub ntawd” uas tibneeg hais tias, “Nej cia li los, thiab peb cia li nce mus rau saum lub roob ntawm tus Tswv, mus rau hauv lub tsev ntawm Vajtswv ntawm Yakhauj.” Hauv tib lub caij nyoog ntawd “xya tus pojniam” raug taw qhia.</w:t>
      </w:r>
    </w:p>
    <w:p>
      <w:pPr>
        <w:pStyle w:val="ArticleScripture"/>
        <w:jc w:val="left"/>
      </w:pPr>
      <w:r>
        <w:rPr>
          <w:rFonts w:ascii="Times New Roman" w:hAnsi="Times New Roman" w:eastAsia="Times New Roman" w:cs="Times New Roman"/>
        </w:rPr>
        <w:t>Thiab nyob rau hnub ntawd, xya tus pojniam yuav los tuav ib tug txivneej, hais tias, Peb yuav noj peb tus kheej mov, thiab hnav peb tus kheej tsoos tsho; tsuas yog cia peb raug hu los ntawm koj lub npe xwb, kom tshem tau peb txoj kev txaj muag. Nyob rau hnub ntawd, tus ceg ntawm tus Tswv yuav zoo nkauj thiab muaj hwjchim ci ntsa iab, thiab cov txiv hmab txiv ntoo hauv lub ntiajteb yuav zoo tshaj thiab ntxim saib rau cov uas dim hauv cov Yixayee. Thiab yuav muaj tias, tus uas tseem tshuav nyob hauv Xi-oos, thiab tus uas tseem nyob hauv Yeluxalees, yuav raug hu ua dawb huv, yog txhua tus uas raug sau cia nrog cov neeg ciaj nyob hauv Yeluxalees: thaum tus Tswv tau ntxuav tej kev qias neeg ntawm Xi-oos cov ntxhais lawm, thiab tau ntxuav Yeluxalees cov ntshav tawm hauv nruab nrab ntawd lawm los ntawm tus ntsujplig ntawm kev txiav txim, thiab los ntawm tus ntsujplig ntawm kev kub hnyiab. Thiab tus Tswv yuav tsim saum txhua qhov chaw nyob ntawm roob Xi-oos, thiab saum nws tej kev sib txoos, ib txheej huab thiab pa taws thaum nruab hnub, thiab qhov ci ntsa iab ntawm nplaim taws hluav taws thaum hmo ntuj: rau qhov saum txhua txoj kev ci ntsa iab yuav muaj ib daim thaiv. Thiab yuav muaj ib lub tsev ntaub ua duab ntxoov ntxoo thaum nruab hnub kom dim ntawm tshav kub, thiab ua ib qho chaw nkaum, thiab ua ib qho chaw vov ntawm cua daj cua dub thiab nag. Yaxayas 4:1–6.</w:t>
      </w:r>
    </w:p>
    <w:p>
      <w:pPr>
        <w:pStyle w:val="ArticleBody"/>
        <w:jc w:val="left"/>
      </w:pPr>
      <w:r>
        <w:rPr>
          <w:rFonts w:ascii="Times New Roman" w:hAnsi="Times New Roman" w:eastAsia="Times New Roman" w:cs="Times New Roman"/>
        </w:rPr>
        <w:t>“Hnub” uas yog lub ntsiab lus ntawm Yaxayas txoj kev ua yog tib yam li “teev” ntawm av qeeg loj hauv Tshwm Sim tshooj kaum ib. Cov neeg txawj ntse uas tau lees txais lo lus ceeb toom kom “rov qab los” tom qab kev poob siab hnub tim 18 Lub Xya hli ntuj, 2020, thiab tau ua raws li tej kev cai hauv Levi Kevcai nees nkaum rau, thiab cov uas tau raug coj los sib sau ua ke los ntawm Exekees thawj zaj lus faj lem, raug muab khi rau thaum lawv lees txais Exekees zaj lus thib ob hais txog plaub cua ntawm Islam. Tom qab ntawd lawv raug tsa mus rau saum ntuj ceeb tsheej ua ib tug chij, thiab Vajtswv lwm cov me nyuam uas nyob hauv Npanpiloo pib teb rau txoj kev hu kom tawm hauv Npanpiloo los, uas pib thaum av qeeg, uas yog txoj cai Hnub Caiv uas yuav los sai no. Vajtswv lwm pab yaj hnov txoj xov kom tawm hauv Npanpiloo los, thiab lawv tshaj tawm tias, “Nej cia li los, peb cia li nce mus rau saum roob ntawm tus Tswv, mus rau hauv lub tsev ntawm Yakhauj tus Vajtswv.”</w:t>
      </w:r>
    </w:p>
    <w:p>
      <w:pPr>
        <w:pStyle w:val="ArticleBody"/>
        <w:jc w:val="left"/>
      </w:pPr>
      <w:r>
        <w:rPr>
          <w:rFonts w:ascii="Times New Roman" w:hAnsi="Times New Roman" w:eastAsia="Times New Roman" w:cs="Times New Roman"/>
        </w:rPr>
        <w:t>Nyob rau hauv “teev” ntawd tus poj niam ua niam ntiav loj pib hu nws tej nkauj thiab deev luag poj luag txiv nrog cov vajntxwv hauv ntiajteb. Cov uas tsis tau sau npe rau hauv Phau Ntawv Ciaj Sia ntawm tus Menyuam Yaj raws tus poj niam ua niam ntiav ntawd mus, thiab lawv tej pawg ntseeg poob los nyob hauv nws txoj cai kav. Yaxayas sawv cev cov pawg ntseeg ntawd ua “xya tus poj niam.” Cov “xya tus poj niam” ntawd yog “xya lub roob” uas lub hwjchim papacy yuav kav, raws li Tebchaws Meskas yuam kom tag nrho lub ntiajteb tsa ib tug duab ntawm tus tsiaj qus uas yuav hais lus thiab tseem yuav ua kom txhua tus txais lub cim ntawm papacy txoj cai kav.</w:t>
      </w:r>
    </w:p>
    <w:p>
      <w:pPr>
        <w:pStyle w:val="ArticleBody"/>
        <w:jc w:val="left"/>
      </w:pPr>
      <w:r>
        <w:rPr>
          <w:rFonts w:ascii="Times New Roman" w:hAnsi="Times New Roman" w:eastAsia="Times New Roman" w:cs="Times New Roman"/>
        </w:rPr>
        <w:t>Cov “xya tus pojniam yuav tuav ib tug txivneej,” thiab tus “txivneej” ntawd yog tus “txivneej” uas Povlauj qhia tias yog “tus txiv neej ntawm kev txhaum.” Nyob rau lub sijhawm ntawm txoj kev sim siab ntawd, cov uas tseem nyob “hauv Yeluxalees, yuav raug hu ua neeg dawb huv, yog txhua tus uas tau sau npe cia nrog cov neeg ciaj sia hauv Yeluxalees.” Vajtswv haiv neeg yog cov uas nyob rau lub sijhawm ntawd uas lawv tej npe tau sau cia rau hauv phau ntawv txoj sia, uas yog phau ntawv ntawm tus Menyuam Yaj uas raug tua txij thaum lub hauv paus ntawm lub ntiajteb raug tsa. Lwm pab neeg, uas tuav tus “txivneej ntawm kev txhaum,” yog cov uas nyob hauv Tshwmsim tshooj kaum peb uas pe hawm tus txiv neej ntawm kev txhaum.</w:t>
      </w:r>
    </w:p>
    <w:p>
      <w:pPr>
        <w:pStyle w:val="ArticleScripture"/>
        <w:jc w:val="left"/>
      </w:pPr>
      <w:r>
        <w:rPr>
          <w:rFonts w:ascii="Times New Roman" w:hAnsi="Times New Roman" w:eastAsia="Times New Roman" w:cs="Times New Roman"/>
        </w:rPr>
        <w:t>Thiab txhua tus uas nyob saum npoo lub ntiajteb yuav pe hawm nws, yog cov uas lawv tej npe tsis tau sau cia rau hauv phau ntawv txoj sia ntawm tus Menyuam Yaj uas raug tua txij thaum lub hauv paus ntawm lub ntiajteb tsim los. Yog leejtwg muaj pob ntseg, cia nws mloog. Revelation 13:8, 9.</w:t>
      </w:r>
    </w:p>
    <w:p>
      <w:pPr>
        <w:pStyle w:val="ArticleBody"/>
        <w:jc w:val="left"/>
      </w:pPr>
      <w:r>
        <w:rPr>
          <w:rFonts w:ascii="Times New Roman" w:hAnsi="Times New Roman" w:eastAsia="Times New Roman" w:cs="Times New Roman"/>
        </w:rPr>
        <w:t>“Teev” ntawm av qeeg loj, uas yog kev kub ntxhov ntawm txoj cai Hnub Caiv, yog qhov xaus ntawm txoj kev txiav txim tshawb xyuas, thiab txoj kev txiav txim ntawd yog raws li seb koj lub npe puas raug pom los sis tsis raug pom tias tau sau cia hauv phau ntawv ntawm txoj sia; yog li ntawd, nyob rau lub sijhawm ntawd ob pab neeg uas raug sawv cev los ntawm lawv txoj kev sib raug zoo rau phau ntawv ntawm txoj sia tab tom qhia kom pom meej txog cov xwm txheej kawg nkaus ntawm txoj kev txiav txim. Cov uas tuav rawv rau “tus neeg ntawm txoj kev txhaum,” tshaj tawm tias lawv yuav “noj” lawv “tus kheej mov, thiab hnav” lawv “tus kheej tsoos tsho,” tiamsis lawv txoj kev ntshaw tseem ceeb tshaj plaws yog kom “raug hu los ntawm koj lub npe”.</w:t>
      </w:r>
    </w:p>
    <w:p>
      <w:pPr>
        <w:pStyle w:val="ArticleBody"/>
        <w:jc w:val="left"/>
      </w:pPr>
      <w:r>
        <w:rPr>
          <w:rFonts w:ascii="Times New Roman" w:hAnsi="Times New Roman" w:eastAsia="Times New Roman" w:cs="Times New Roman"/>
        </w:rPr>
        <w:t>Lawv yuav khaws lawv daim ntawv qhia lawv tej kev ntseeg raws li lawv tus kheej (noj lawv tus kheej mov ci), thiab khaws lawv txoj kev lees tias yog ib pawg ntseeg raws li lawv tus kheej (lawv tus kheej ris tsho), tiam sis yuav lees txais lub npe ntawm tus “txiv neej ntawm txoj kev txhaum.” Lub npe ntawm tus “txiv neej ntawm txoj kev txhaum” yog “catholic”, uas txhais tias “thoob qab ntuj.” Cov uas tuav rawv tus “txiv neej ntawm txoj kev txhaum,” xav los ua ib feem ntawm “lub koom txoos thoob qab ntuj”, uas yog lub Koom Txoos Kav Tos Liv. Lawv ntshaw txoj kev sib raug zoo ntawd kom “tshem tawm” lawv txoj “kev poob ntsej muag.”</w:t>
      </w:r>
    </w:p>
    <w:p>
      <w:pPr>
        <w:pStyle w:val="ArticleBody"/>
        <w:jc w:val="left"/>
      </w:pPr>
      <w:r>
        <w:rPr>
          <w:rFonts w:ascii="Times New Roman" w:hAnsi="Times New Roman" w:eastAsia="Times New Roman" w:cs="Times New Roman"/>
        </w:rPr>
        <w:t>Lo lus “kev thuam” hais txog ob yam tseem ceeb ntawm tus tsiaj qus uas kav saum txhua pawg ntseeg thiab txhua haiv neeg hauv hnub kawg. Hauv “teev ntawm av qeeg loj” hauv Tshwm Sim kaum ib, “kev txom nyem thib peb yuav los sai”. “Kev txom nyem thib peb” yog Islam. Hauv “teev ntawm av qeeg loj” hauv Tshwm Sim kaum ib, Lub Xya Hli Raj nrov. Lub Xya Hli Raj yog Islam. Islam ntaus hauv “teev ntawm av qeeg loj,” rau qhov txhua lub Raj yog tej cuab yeej cev Vajtswv lus uas Vajtswv tau siv hauv kev txiav txim tawm tsam kev yuam kom pe hawm hnub Sunday thoob plaws keeb kwm ntiaj teb.</w:t>
      </w:r>
    </w:p>
    <w:p>
      <w:pPr>
        <w:pStyle w:val="ArticleBody"/>
        <w:jc w:val="left"/>
      </w:pPr>
      <w:r>
        <w:rPr>
          <w:rFonts w:ascii="Times New Roman" w:hAnsi="Times New Roman" w:eastAsia="Times New Roman" w:cs="Times New Roman"/>
        </w:rPr>
        <w:t>Thaum “kev puam tsuaj hauv teb chaws” ntawm Tebchaws Meskas raug coj los txog, ntawm txoj cai Hnub Caiv uas yuav los sai no, “cov tebchaws yuav chim.” Hauv Vajlugkub tej lus faj lem, yog Islam uas ua rau cov tebchaws chim, raws li sawv cev nyob rau hauv thawj zaug uas hais txog Islam hauv phau Chiv Keeb.</w:t>
      </w:r>
    </w:p>
    <w:p>
      <w:pPr>
        <w:pStyle w:val="ArticleScripture"/>
        <w:jc w:val="left"/>
      </w:pPr>
      <w:r>
        <w:rPr>
          <w:rFonts w:ascii="Times New Roman" w:hAnsi="Times New Roman" w:eastAsia="Times New Roman" w:cs="Times New Roman"/>
        </w:rPr>
        <w:t>Tus timtswv ntawm tus Tswv hais rau nws tias, Saib maj, koj cev xeeb tub lawm, thiab koj yuav yug tau ib tug tub, thiab koj yuav hu nws lub npe ua Isuma-ees; rau qhov tus Tswv tau hnov koj txoj kev txom nyem. Thiab nws yuav yog ib tug neeg qus; nws txhais tes yuav tawm tsam txhua tus neeg, thiab txhua tus neeg txhais tes yuav tawm tsam nws; thiab nws yuav nyob rau ntawm xub ntiag ntawm tag nrho nws cov kwvtij. Chiv Keeb 16:11, 12.</w:t>
      </w:r>
    </w:p>
    <w:p>
      <w:pPr>
        <w:pStyle w:val="ArticleBody"/>
        <w:jc w:val="left"/>
      </w:pPr>
      <w:r>
        <w:rPr>
          <w:rFonts w:ascii="Times New Roman" w:hAnsi="Times New Roman" w:eastAsia="Times New Roman" w:cs="Times New Roman"/>
        </w:rPr>
        <w:t>“Kev txaj muag thuam” ntawm cov hnub kawg yog kev ntseeg Islam. Cov pawg ntseeg thiab tej teb chaws hauv ntiaj teb no yuav los nyob hauv qab txoj cai kav ntawm Lub Tshiab Kev Txiav Txim Ntiaj Teb ntawm ib lub Koom Haum United Nations, uas yog lub Koom Txoos Catholic kav tswj. Tus pope yuav zaum saum lub txheej txheem ib-ntiaj-teb, ib yam li Constantine tau muab lub zwm txwv rau txoj papacy nyob rau xyoo 330. Tej teb chaws yuav txiav txim tias lawv lub peev xwm los daws tau kev ua tsov rog uas Islam tab tom coj los tawm tsam noob neej, tsuas ua tau los ntawm ib txoj kev sib koom siab, uas yuav yuav tsum muaj kev mloog lus rau ib qho cai ncaj ncees, uas Tebchaws Meskas yuav hais tawv tias yog lub Koom Txoos Loos. Ib yam li Justinian tau muab txoj cai loj rau lub Koom Txoos Catholic nyob rau xyoo 533, keeb kwm rov tshwm dua. Tebchaws Meskas yuav siv nws lub hwj chim tub rog yuam lub ntiaj teb kom mloog lus, ib yam li Clovis tau ua rau lub Koom Txoos Catholic nyob rau xyoo 496. Keeb kwm ntawm nqe ob hauv Tshwmsim tshooj kaum peb yuav rov tshwm dua.</w:t>
      </w:r>
    </w:p>
    <w:p>
      <w:pPr>
        <w:pStyle w:val="ArticleScripture"/>
        <w:jc w:val="left"/>
      </w:pPr>
      <w:r>
        <w:rPr>
          <w:rFonts w:ascii="Times New Roman" w:hAnsi="Times New Roman" w:eastAsia="Times New Roman" w:cs="Times New Roman"/>
        </w:rPr>
        <w:t>Thiab tus tsiaj qus uas kuv pom ntawd zoo li ib tug tsov txaij, thiab nws ob txhais taw zoo li ob txhais taw dais, thiab nws lub qhov ncauj zoo li lub qhov ncauj tsov ntxhuav; thiab tus zaj muab nws lub hwj chim, thiab nws lub zwm txwv, thiab txoj cai loj rau nws. Qhia Tshwm 13:2.</w:t>
      </w:r>
    </w:p>
    <w:p>
      <w:pPr>
        <w:pStyle w:val="ArticleBody"/>
        <w:jc w:val="left"/>
      </w:pPr>
      <w:r>
        <w:rPr>
          <w:rFonts w:ascii="Times New Roman" w:hAnsi="Times New Roman" w:eastAsia="Times New Roman" w:cs="Times New Roman"/>
        </w:rPr>
        <w:t>Thaum tus mlom ntawd raug tsa tsa lawm, ces cov vaj ntxwv hauv ntiajteb, cov uas tau npau taws vim tej kev tawm tsam ntawm Islam, yuav paub tseeb tias txoj kev “thuam” thoob qab ntuj rau Islam uas tau raug siv los coj kom tus tsiaj qus tus mlom thoob ntiajteb los muaj nyob, tsis yog txoj kev “thuam” uas “tus neeg txhaum” (Jezebel) yeej mob siab txog tiag. Thaum lig dhau lawm, lub ntiajteb yuav pom tias Jezebel tsis quav ntsej Islam li, tiamsis nws lub siab ntshaw xav tua Eliyas, ib yam li Herodias tau tua Yauhas tus Uas Muab Neeg Ua Kevcai Raus Dej.</w:t>
      </w:r>
    </w:p>
    <w:p>
      <w:pPr>
        <w:pStyle w:val="ArticleBody"/>
        <w:jc w:val="left"/>
      </w:pPr>
      <w:r>
        <w:rPr>
          <w:rFonts w:ascii="Times New Roman" w:hAnsi="Times New Roman" w:eastAsia="Times New Roman" w:cs="Times New Roman"/>
        </w:rPr>
        <w:t>“Lub siab uas muaj tswvyim,” yog “lub siab ntawm cov neeg txawj ntse,” thiab “cov neeg txawj ntse” yog cov uas to taub txog “kev nce ntxiv ntawm kev paub” uas raug tsim tawm thaum Tsov Ntxhuav ntawm xeem Yudas qhib cov foob ntawm Kev Qhia Tshwm ntawm Yexus Khetos, ua ntej lub sij hawm ntawm txoj kev sim siab kaw.</w:t>
      </w:r>
    </w:p>
    <w:p>
      <w:pPr>
        <w:pStyle w:val="ArticleScripture"/>
        <w:jc w:val="left"/>
      </w:pPr>
      <w:r>
        <w:rPr>
          <w:rFonts w:ascii="Times New Roman" w:hAnsi="Times New Roman" w:eastAsia="Times New Roman" w:cs="Times New Roman"/>
        </w:rPr>
        <w:t>Nws hais rau kuv tias, Tsis txhob muab cov lus uas yog tej lus faj lem hauv phau ntawv no kaw cia; rau qhov lub sijhawm twb los ze lawm. Tus uas tsis ncaj ncees, cia nws tseem tsis ncaj ncees ntxiv mus; tus uas qias neeg, cia nws tseem qias neeg ntxiv mus; tus uas ncaj ncees, cia nws tseem ua ncaj ncees ntxiv mus; thiab tus uas dawb huv, cia nws tseem ua dawb huv ntxiv mus. Qhia Tshwm 22:10, 11.</w:t>
      </w:r>
    </w:p>
    <w:p>
      <w:pPr>
        <w:pStyle w:val="ArticleBody"/>
        <w:jc w:val="left"/>
      </w:pPr>
      <w:r>
        <w:rPr>
          <w:rFonts w:ascii="Times New Roman" w:hAnsi="Times New Roman" w:eastAsia="Times New Roman" w:cs="Times New Roman"/>
        </w:rPr>
        <w:t>“Xya lub taub hau yog xya lub roob, uas tus poj niam zaum saum lawv,” sawv cev rau qhov tseeb tias txoj kev ua thawj coj ntawm vajlugkub Loos yuav kav saum ob tog—pawg ntseeg thiab lub xeev tib si. Cov cim muaj ntau dua ib lub ntsiab, thiab cov cim yuav tsum raug txhais thiab to taub raws li lub ntsiab lus hauv nqe uas cov cim ntawd raug nthuav tawm. Lo lus sib cav tshwm los tias nqe ntawd qhia meej tias cov taub hau yog cov roob, yog li ntawd qhov kev ncaj ncees twg thiaj muaj rau kev txheeb kom muaj qhov txawv ntawm cov taub hau (kev tswj hwm hauv lub xeev) thiab cov roob (kev tswj hwm hauv pawg ntseeg)? Qhov kev txawv ntawd raug tsim tsa nyob hauv Daniyees tshooj xya thiab tshooj yim. Hauv tshooj xya, ob qho tib si Loos pagan thiab Loos papal raug txheeb tias yog “txawv tshaj,” ntawm cov tsiaj qus uas tuaj ua ntej lawv.</w:t>
      </w:r>
    </w:p>
    <w:p>
      <w:pPr>
        <w:pStyle w:val="ArticleBody"/>
        <w:jc w:val="left"/>
      </w:pPr>
      <w:r>
        <w:rPr>
          <w:rFonts w:ascii="Times New Roman" w:hAnsi="Times New Roman" w:eastAsia="Times New Roman" w:cs="Times New Roman"/>
        </w:rPr>
        <w:t>Thaum muab tshooj xya coj los tso rau saum tshooj yim (kab saum kab), peb pom hauv tshooj yim tus kub me ntawm Loos, txav mus los nruab nrab ntawm txiv neej, poj niam, txiv neej, poj niam. Ib lub cim (tus kub me) uas sawv cev rau ob lub hwj chim. Hauv cov tshooj ntawd, ib tug kub yog ib lub nceeg vaj, thiab ib lub nceeg vaj kuj yog ib lub taub hau thiab. Hauv tshooj yim, tus kub me sawv cev rau ob lub nceeg vaj, yog lub nceeg vaj thib plaub thiab thib tsib ntawm Vajlugkub txoj hau kev cev faj lem. Tus kub me, raws li lub cim, sawv cev rau ob lub nceeg vaj, thiab ob lub nceeg vaj uas nws sawv cev yog cov nceeg vaj uas qhia txog kev koom ua ke ntawm kev tswj xeev thiab kev tswj pawg ntseeg. Xya lub taub hau, uas kuj yog xya lub roob, sawv cev rau ob lub nceeg vaj, thiab ib lub nceeg vaj yog kev tswj pawg ntseeg hos lwm lub yog kev tswj xeev.</w:t>
      </w:r>
    </w:p>
    <w:p>
      <w:pPr>
        <w:pStyle w:val="ArticleBody"/>
        <w:jc w:val="left"/>
      </w:pPr>
      <w:r>
        <w:rPr>
          <w:rFonts w:ascii="Times New Roman" w:hAnsi="Times New Roman" w:eastAsia="Times New Roman" w:cs="Times New Roman"/>
        </w:rPr>
        <w:t>Hauv Daniyee tshooj ob, muaj dua ib tug tim khawv ntxiv rau txoj kev cim yaj saub no, rau qhov nyob ntawd lub nceeg vaj kawg, uas cov Millerites to taub tias yog lub nceeg vaj plaub ntawm Loos, raug sawv cev los ntawm hlau thiab av nplaum. Hlau thiab av nplaum raug muab los xyaw ua ke, txawm hais tias qhov tseeb hlau tsis xyaw nrog av nplaum. Los thaum Muam White piav txog “hlau thiab av nplaum,” nws qhia tias nws yog ib lub cim ntawm kev ua hauj lwm ntawm pawg ntseeg thiab kev ua hauj lwm ntawm lub xeev, raws li tus kub me ntawm tshooj yim sawv cev, thiab cov taub hau hauv Tshwmsim kaum xya uas kuj yog tej roob thiab.</w:t>
      </w:r>
    </w:p>
    <w:p>
      <w:pPr>
        <w:pStyle w:val="ArticleScripture"/>
        <w:jc w:val="left"/>
      </w:pPr>
      <w:r>
        <w:rPr>
          <w:rFonts w:ascii="Times New Roman" w:hAnsi="Times New Roman" w:eastAsia="Times New Roman" w:cs="Times New Roman"/>
        </w:rPr>
        <w:t>“Peb tau los txog ib lub sij hawm uas Vajtswv tes dej num dawb huv raug sawv cev los ntawm cov taw ntawm tus pej thuam, uas hauv ntawd hlau raug tov nrog av nplaum mos. Vajtswv muaj ib haiv neeg, ib haiv uas raug xaiv tseg, uas lawv txoj kev txawj xav txheeb xyuas yuav tsum raug ua kom dawb huv, thiab lawv yuav tsum tsis txhob ua neeg qias los ntawm kev tso ntoo, quav nyab, thiab txhos nplej rau saum lub hauv paus. Txhua tus ntsuj plig uas ncaj ncees rau Vajtswv cov lus txib yuav pom tias yam cim tshwj xeeb ntawm peb txoj kev ntseeg yog hnub Xanpataus hnub xya. Yog tsoom fwv yuav hwm hnub Xanpataus raws li Vajtswv tau txib lawm, nws yuav sawv ruaj hauv Vajtswv lub hwj chim thiab nyob hauv kev tiv thaiv txoj kev ntseeg uas ib zaug twb muab cob rau cov neeg dawb huv lawm. Tiamsis cov nom tswv yuav txhawb nqa hnub xanpataus cuav, thiab yuav muab lawv txoj kev ntseeg kev cai dab qhuas tov nrog kev coj hnub no uas yog tus me nyuam ntawm papacy, tsa nws saum toj hnub Xanpataus uas tus Tswv tau ua kom dawb huv thiab tau foom koob hmoov, cais tseg rau neeg kom coj ua hnub dawb huv, ua ib lub cim ntawm Nws thiab Nws haiv neeg mus txog ib txhiab tiam neeg. Kev muab kev txawj ntse hauv pawg ntseeg thiab kev txawj tswj xeev los tov ua ke raug sawv cev los ntawm hlau thiab av nplaum. Txoj kev koom no tab tom ua kom txhua lub hwj chim ntawm cov pawg ntseeg qaug zog. Qhov uas muab lub hwj chim ntawm lub xeev rau pawg ntseeg li no yuav coj tau tej txiaj ntsig phem los. Tib neeg twb yuav luag dhau qhov chaw uas Vajtswv txoj kev ua siab ntev tseem tiv taus lawm. Lawv tau muab lawv lub zog nqis rau hauv kev nom kev tswv, thiab tau koom nrog papacy. Tiamsis lub sij hawm yuav los thaum Vajtswv yuav rau txim rau cov uas tau muab Nws txoj kevcai ua tsis muaj nqis, thiab lawv tej hauj lwm phem yuav tig rov los raug rau lawv tus kheej.” The Seventh-day Adventist Bible Commentary, volume 4, 1168, 1169.</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“Hauv daim duab xwm txheej uas sawv cev rau Khetos tes dej num ua rau peb, thiab rau Xatas txoj kev liam txim ruaj nreb tawm tsam peb, Yausuas sawv ua tus pov thawj hlob, thiab thov sawv cev rau Vajtswv haiv neeg uas ceev Nws tej lus txib. Tib lub sijhawm ntawd Xatas sawv cev qhia Vajtswv haiv neeg ua neeg txhaum loj heev, thiab nthuav daim ntawv teev tej kev txhaum uas nws tau ntxias lawv kom ua thoob plaws lawv lub neej rau ntawm Vajtswv xub ntiag, thiab hais tawv tias vim lawv tej kev txhaum ntawd, lawv yuav tsum raug muab cob rau hauv nws txhais tes kom nws rhuav tshem tau lawv. Nws hais tawv tias lawv tsis tsim nyog raug cov tim tswv uas ua haujlwm pab tiv thaiv tawm tsam kev koom tes ua phem. Nws puv npo kev chim siab vim nws tsis muaj peev xwm khi Vajtswv haiv neeg ua tej pob nrog lub ntiajteb, kom lawv muab kev mloog lus puv npo rau nws. Cov vajntxwv thiab cov thawj kav thiab cov nom tswv tau muab tus cim ntawm tus tawm tsam Khetos rau saum lawv tus kheej, thiab lawv raug sawv cev ua tus zaj uas tawm mus ua tsov rog tawm tsam cov ntseeg dawb huv—yog cov uas ceev Vajtswv tej lus txib thiab muaj Yexus txoj kev ntseeg. Hauv lawv txoj kev ntxub Vajtswv haiv neeg, lawv kuj qhia tias lawv muaj txim ib yam nkaus hauv qhov xaiv Npalaas hloov chaw Khetos.”</w:t>
      </w:r>
    </w:p>
    <w:p>
      <w:pPr>
        <w:pStyle w:val="ArticleScripture"/>
        <w:jc w:val="left"/>
      </w:pPr>
      <w:r>
        <w:rPr>
          <w:rFonts w:ascii="Times New Roman" w:hAnsi="Times New Roman" w:eastAsia="Times New Roman" w:cs="Times New Roman"/>
        </w:rPr>
        <w:t>“Vajtswv muaj ib qho lus sib hais nrog lub ntiajteb no. Thaum txoj kev txiav txim yuav zaum, thiab cov phau ntawv yuav raug qhib, Nws muaj ib daim nyiaj phem txaus ntshai yuav tsum daws kom tiav, uas twb yuav ua rau lub ntiajteb ntshai thiab tshee hnyo tam sim no lawm yog tias tibneeg tsis raug qhov muag dig thiab raug khawv koob los ntawm Xatas tej kev dag ntxias thiab kev dag yuam kev. Vajtswv yuav hu lub ntiajteb los ris txim rau txoj kev tuag ntawm Nws Tib Leeg Tub yug los, tus uas raws li txhua yam tiag tiag lawm lub ntiajteb tau rov muab ntsia saum ntoo khaub lig dua tshiab, thiab muab tso rau kev txaj muag rau sawvdaws pom hauv txoj kev tsim txom Nws haivneeg. Lub ntiajteb tau tsis lees yuav Khetos nyob hauv tus kheej ntawm Nws cov neeg dawb huv, tau tsis kam txais Nws tej lus hauv txoj kev tsis kam txais tej lus ntawm cov yaj saub, cov tubtxib, thiab cov tubtxib xa xov. Lawv tau tsis lees txais cov uas tau ua haujlwm koom tes nrog Khetos, thiab vim li no lawv yuav tsum tau hais qhia lawv tus kheej.”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Tsib Caug Xya</dc:title>
  <dc:subject>Qhia Cov Yaj Saub Tej Lus Zais ntawm Phau Ntawv Qhia Tshwm: Ib Txoj Kev Taug Los Ntawm Cov Lus Qhia Yaj Saub Txog Hnub Kawg</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