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Tsib Caug Rau Tsib</w:t>
      </w:r>
    </w:p>
    <w:p>
      <w:pPr>
        <w:pStyle w:val="ArticleSubtitle"/>
        <w:jc w:val="left"/>
      </w:pPr>
      <w:r>
        <w:rPr>
          <w:rFonts w:ascii="Arial" w:hAnsi="Arial" w:eastAsia="Arial" w:cs="Arial"/>
        </w:rPr>
        <w:t>Kev Qhia Tshwm Los Yaj Saub: Kev Nkag Siab Txog Qhov Kev Poob Siab Hnub Tim 18 Lub Xya Hli Ntuj, 2020 thiab Txog Zaj Lus Uas Tab Tom Nthuav Tawm ntawm Lub Suab Quaj Thaum Ib Tag Hmo hauv Hnub Kawg</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Hnub tim 18 Lub Xya hli ntuj, 2020, thawj qhov kev chim siab rau Vajtswv txoj kev txav ntawm kev kho dua tshiab rau hnub kawg tau los txog. Nws cim ib lub chaw cim hauv keeb kwm ntawm txoj Kev Txom Nyem thib peb, uas yog keeb kwm ntawm nag lig, thiab kuj yog keeb kwm ntawm kev muab lub cim foob rau ib puas plaub caug plaub txhiab leej. Keeb kwm ntawd twb raug sawv cev los ntawm txhua txoj kev txav ntawm kev kho dua tshiab hauv keeb kwm dawb huv, thiab tshwj xeeb tshaj yog raug sawv cev los ntawm keeb kwm ntawm txoj kev txav Millerite, thiab raug piav qhia los ntawm zaj lus piv txwv txog kaum tus nkauj xwb, thiab nws sawv cev rau keeb kwm yaj saub uas txhua tus yaj saub tau txheeb qhia.</w:t>
      </w:r>
    </w:p>
    <w:p>
      <w:pPr>
        <w:pStyle w:val="ArticleBody"/>
        <w:jc w:val="left"/>
      </w:pPr>
      <w:r>
        <w:rPr>
          <w:rFonts w:ascii="Times New Roman" w:hAnsi="Times New Roman" w:eastAsia="Times New Roman" w:cs="Times New Roman"/>
        </w:rPr>
        <w:t>Lub Xya hli ntuj 18, 2020, sawv cev rau thawj qhov kev poob siab ntawm txoj kev txav no, thiab vim li ntawd nws cim txog kev los txog ntawm lub sij hawm ncua hauv zaj lus piv txwv txog kaum tus nkauj xwb thiab hauv Habakkuk. Hauv keeb kwm Millerite, tib cov pov thawj uas tau coj lawv mus rau lawv txoj kev tshaj tawm uas yuam kev ntawd, tau raug pom tias yog cov uas qhia txog hnub tim tseeb. Lub sij hawm ncua hauv zaj lus piv txwv txog kaum tus nkauj xwb, thaum ntawd, tau raug pom tias yog qhov tseeb tam sim no, thiab lub sij hawm ncua ntawd yog tib lub sij hawm ncua uas nyob hauv Habakkuk ob. Zaj lus piv txwv txog kaum tus nkauj xwb raug rov ua dua ib yam nkaus rau txhua lo lus, thiab qhov tseeb ntawd qhia meej tias tsuas yog cov uas tau koom nrog qhov kev poob siab ntawd xwb thiaj yog cov tsim nyog yuav yog ib tug nkauj xwb ntse los sis nkauj xwb ruam.</w:t>
      </w:r>
    </w:p>
    <w:p>
      <w:pPr>
        <w:pStyle w:val="ArticleBody"/>
        <w:jc w:val="left"/>
      </w:pPr>
      <w:r>
        <w:rPr>
          <w:rFonts w:ascii="Times New Roman" w:hAnsi="Times New Roman" w:eastAsia="Times New Roman" w:cs="Times New Roman"/>
        </w:rPr>
        <w:t>Pawg loj ntawm Laodicean Adventism tau raug sim los ntawm kev tuaj txog ntawm txoj Kev Puas Tsuaj thib peb rau hnub tim 11 Lub Cuaj Hli, 2001, thiab thaum txoj kev twv ua tsis tiav ntawm hnub tim 18 Lub Xya Hli, 2020 dhau mus lawm, Laodicean Adventism raug tso tseg cia nyob tom qab kom yuj yees yam tsis muaj hom phiaj rov qab mus rau Loos, ib yam li cov Protestants tau ua hauv keeb kwm Millerite.</w:t>
      </w:r>
    </w:p>
    <w:p>
      <w:pPr>
        <w:pStyle w:val="ArticleBody"/>
        <w:jc w:val="left"/>
      </w:pPr>
      <w:r>
        <w:rPr>
          <w:rFonts w:ascii="Times New Roman" w:hAnsi="Times New Roman" w:eastAsia="Times New Roman" w:cs="Times New Roman"/>
        </w:rPr>
        <w:t>Cov Millerites tsis yog tsuas yog txheeb xyuas lub sij hawm ncua ntawd tias yog qhov ua tiav ntawm zaj lus piv txwv txog kaum tus nkauj xwb xwb, tiam sis lawv kuj pom tias hauv Habakkuk, lo lus txib kom tos rau lub zeem muag, txawm yog nws ncua los, yog tib lub cim qhia yav tom ntej ntawd thiab. Habakkuk thiaj lees paub tias lub zeem muag uas yav tas los tau raug nthuav tawm yuam kev thiab uas tau tsim kev poob siab thawj zaug ntawd, yog lub zeem muag uas yuav “hais lus” thaum kawg.</w:t>
      </w:r>
    </w:p>
    <w:p>
      <w:pPr>
        <w:pStyle w:val="ArticleScripture"/>
        <w:jc w:val="left"/>
      </w:pPr>
      <w:r>
        <w:rPr>
          <w:rFonts w:ascii="Times New Roman" w:hAnsi="Times New Roman" w:eastAsia="Times New Roman" w:cs="Times New Roman"/>
        </w:rPr>
        <w:t>Vim txoj kev yog toog tseem tseg cia rau lub sijhawm uas tau teem tseg lawm; tiam sis thaum txog qhov kawg, nws yuav hais tawm, thiab yuav tsis dag: txawm yog nws zoo li qeeb, los cia li tos nws; rau qhov nws yeej yuav los txog tseeb tiag, nws yuav tsis ncua. Habakkuk 2:3.</w:t>
      </w:r>
    </w:p>
    <w:p>
      <w:pPr>
        <w:pStyle w:val="ArticleBody"/>
        <w:jc w:val="left"/>
      </w:pPr>
      <w:r>
        <w:rPr>
          <w:rFonts w:ascii="Times New Roman" w:hAnsi="Times New Roman" w:eastAsia="Times New Roman" w:cs="Times New Roman"/>
        </w:rPr>
        <w:t>Txoj lus uas tau tsim thawj txoj kev chim siab ntawd yog tib txoj lus uas yuav tsum raug lees paub tias tab tom raug ua kom tiav rau yav tom ntej uas nyob ze, tiamsis nws tseem yog ib txoj lus uas tau tsa saum cov lus sib cav cev Vajlugkub yav tom ntej uas twb tau siv lawm hauv thawj txoj kev tshaj tawm uas yuam kev.</w:t>
      </w:r>
    </w:p>
    <w:p>
      <w:pPr>
        <w:pStyle w:val="ArticleBody"/>
        <w:jc w:val="left"/>
      </w:pPr>
      <w:r>
        <w:rPr>
          <w:rFonts w:ascii="Times New Roman" w:hAnsi="Times New Roman" w:eastAsia="Times New Roman" w:cs="Times New Roman"/>
        </w:rPr>
        <w:t>Hauv keeb kwm Millerite, haiv neeg ntawm thawj daim ntawv cog lus tau raug sim ua ntej, tom qab ntawd haiv neeg ntawm daim ntawv cog lus tshiab thiaj raug sim. Qhov kev sim ntawd pib rau cov Protestants thaum thawj tus tim tswv hauv Tshwmsim kaum thiab thawj tus tim tswv hauv Tshwmsim kaum plaub (vim nkawd yog tib tug tim tswv), nqis los rau hnub Tim 11 Lub Yim Hli, 1840. Lawv txoj kev sim ntawd xaus nrog thawj zaug kev poob siab thiab kev los txog ntawm tus tim tswv thib ob hauv Tshwmsim kaum plaub.</w:t>
      </w:r>
    </w:p>
    <w:p>
      <w:pPr>
        <w:pStyle w:val="ArticleBody"/>
        <w:jc w:val="left"/>
      </w:pPr>
      <w:r>
        <w:rPr>
          <w:rFonts w:ascii="Times New Roman" w:hAnsi="Times New Roman" w:eastAsia="Times New Roman" w:cs="Times New Roman"/>
        </w:rPr>
        <w:t>Nyob rau hauv keeb kwm Millerite, qhov kev sim siab rau cov Millerites tau pib nrog kev los txog ntawm tus tim tswv thib ob thaum lub sij hawm thawj qhov kev poob siab, thiab tau xaus nrog kev los txog ntawm Midhmo Qw, uas Sister White piav qhia tias yog ib pab tim tswv coob heev tuaj koom nrog tus tim tswv thib ob. Nyob rau hauv lub hwj chim ntawm Vaj Ntsuj Plig Dawb Huv, cov Millerites uas tau paub thiab lees txais txoj xov ntawm Midhmo Qw, ces raug cais tawm ntawm cov Millerites uas tsis paub txog txoj xov uas tab tom poob los nyob ib puag ncig lawv. Hnub Kaum Hli 22, 1844, tus tim tswv thib peb tau los txog, thiab zaj yog toog uas tau qeeb ntawd thiaj li hais tawm.</w:t>
      </w:r>
    </w:p>
    <w:p>
      <w:pPr>
        <w:pStyle w:val="ArticleBody"/>
        <w:jc w:val="left"/>
      </w:pPr>
      <w:r>
        <w:rPr>
          <w:rFonts w:ascii="Times New Roman" w:hAnsi="Times New Roman" w:eastAsia="Times New Roman" w:cs="Times New Roman"/>
        </w:rPr>
        <w:t>Hauv keeb kwm ntawm kev muab lub cim foob rau ib puas plaub caug plaub txhiab leej, cov neeg ntawm txoj kev cog lus qub tau raug sim ua ntej, ces mam li yog cov neeg ntawm txoj kev cog lus tshiab. Txoj kev sim ntawd pib rau Laodicean Adventism thaum thawj lub suab ntawm tus tim tswv hauv Tshwm Sim kaum yim thiab tus tim tswv thib peb hauv Tshwm Sim kaum plaub (vim nkawd yog tib tus tim tswv ntawd), nqes los rau lub Cuaj Hlis 11, 2001. Lawv txoj kev sim ntawd xaus nrog qhov kev chim siab ntawm lub Xya Hli 18, 2020.</w:t>
      </w:r>
    </w:p>
    <w:p>
      <w:pPr>
        <w:pStyle w:val="ArticleBody"/>
        <w:jc w:val="left"/>
      </w:pPr>
      <w:r>
        <w:rPr>
          <w:rFonts w:ascii="Times New Roman" w:hAnsi="Times New Roman" w:eastAsia="Times New Roman" w:cs="Times New Roman"/>
        </w:rPr>
        <w:t>Hauv txoj kev txav ntawm tus timtswv thib peb, txoj kev sim rau ib puas plaub caug plaub txhiab leej tau pib nrog kev los txog ntawm thawj qhov kev poob siab, thiab yuav xaus nrog kev los txog ntawm zaj lus ntawm Kev Quaj Thaum Ib Tag Hmo. Nyob hauv lub hwjchim ntawm Vaj Ntsuj Plig Dawb Huv, cov uas tam sim no paub thiab lees txais zaj lus ntawm Kev Quaj Thaum Ib Tag Hmo, ces raug cais tawm ntawm cov ruam thiab cov phem uas tsis tau paub txog zaj lus uas muaj ntau yam ntsej muag uas tam sim no tab tom poob nyob ib ncig ntawm lawv.</w:t>
      </w:r>
    </w:p>
    <w:p>
      <w:pPr>
        <w:pStyle w:val="ArticleBody"/>
        <w:jc w:val="left"/>
      </w:pPr>
      <w:r>
        <w:rPr>
          <w:rFonts w:ascii="Times New Roman" w:hAnsi="Times New Roman" w:eastAsia="Times New Roman" w:cs="Times New Roman"/>
        </w:rPr>
        <w:t>Thaum txog txoj cai Sunday uas yuav los sai sai no, “lub suab” thib ob ntawm tus tim tswv hauv Tshwmsim kaum yim hais lus, uas kuj yog qhov yog toog uas “ncua” kev hais lus. Nws kuj sawv cev rau zaj lus ntawm tus tim tswv thib peb uas “nthuav loj tuaj” mus txog rau lub suab quaj nrov.</w:t>
      </w:r>
    </w:p>
    <w:p>
      <w:pPr>
        <w:pStyle w:val="ArticleBody"/>
        <w:jc w:val="left"/>
      </w:pPr>
      <w:r>
        <w:rPr>
          <w:rFonts w:ascii="Times New Roman" w:hAnsi="Times New Roman" w:eastAsia="Times New Roman" w:cs="Times New Roman"/>
        </w:rPr>
        <w:t>Lub Suab Quaj Thaum Ib Tag Hmo raug sawv cev los ntawm ntau tus tim tswv uas koom nrog tus tim tswv yav dhau los. Txoj xov ntawm Lub Suab Quaj Thaum Ib Tag Hmo muaj ntau yam ntsiab uas pab txhawb rau tag nrho txoj xov, thiab cov tim tswv yog cov cim sawv cev rau cov xov. Hauv keeb kwm Millerite, tus thawj coj uas cov pioneers tau txheeb tias yog tus coj tawm hauv kev coj los sib sau ua ke txoj xov tseeb ntawm Lub Suab Quaj Thaum Ib Tag Hmo yog Samuel S. Snow. Hauv keeb kwm ntawd, muaj ntaub ntawv pov thawj meej tias Snow txoj kev to taub txog txoj xov ntawm Lub Suab Quaj Thaum Ib Tag Hmo tau loj hlob tuaj nyob rau ib ntus ntawm lub sijhawm.</w:t>
      </w:r>
    </w:p>
    <w:p>
      <w:pPr>
        <w:pStyle w:val="ArticleBody"/>
        <w:jc w:val="left"/>
      </w:pPr>
      <w:r>
        <w:rPr>
          <w:rFonts w:ascii="Times New Roman" w:hAnsi="Times New Roman" w:eastAsia="Times New Roman" w:cs="Times New Roman"/>
        </w:rPr>
        <w:t>Keeb kwm ntawd raug rov ua dua ib txhia los txog rau txhua tsab ntawv, thiab txij thaum kawg ntawm Lub Xya hli ntuj, 2023, txoj xov ntawm Lub Suab Quaj Hmo Ntuj Kawg tau tab tom nthuav tawm rau pej xeem. Nws tsis yog tsuas yog txoj xov hais txog Islam xwb, tiam sis nws kuj muaj nrog txoj xov hais txog kev kaw lub cim rau ib puas plaub caug plaub txhiab leej thiab. Nws muaj nrog kev tshwm sim tias ob tug kub ntawm tus tsiaj nyaum hauv ntiajteb, nkawd ob leeg puav leej hla dhau ib qho “kev tuag thiab kev sawv rov los”, raws li nkawd sib txuam nrog daim duab ntawm tus tsiaj nyaum, uas nyob hauv tib zaj keeb kwm ntawd ua kom tiav zaj lus txhiaj txhais yav tom ntej hais tias “tus yim yog los ntawm tus xya.” Nws muaj nrog cov kev tshwm sim uas txuas nrog “keeb kwm zais” ntawm Xya Lub Xob Nroo, thiab nws ua kom tiav zaj lus txhiaj txhais yav tom ntej hais txog “lub pob zeb” uas raug tsis lees txais rov los ua “lub taub hau ntawm lub ces kaum,” raws li “xya lub sijhawm” ntawm Levi Tej Kevcai nees nkaum rau raug qhia tawm tias yog txoj xov uas xaws tag nrho tej qhov tseeb ntawm Miller zaj keeb kwm ua ke, nrog rau tej qhov tseeb uas raug qhib lub foob thaum lub sij hawm kawg xyoo 1989. Tus kws sau Nkauj Ntshiab hais li no:</w:t>
      </w:r>
    </w:p>
    <w:p>
      <w:pPr>
        <w:pStyle w:val="ArticleScripture"/>
        <w:jc w:val="left"/>
      </w:pPr>
      <w:r>
        <w:rPr>
          <w:rFonts w:ascii="Times New Roman" w:hAnsi="Times New Roman" w:eastAsia="Times New Roman" w:cs="Times New Roman"/>
        </w:rPr>
        <w:t>Lub pob zeb uas cov kws ua vaj tsev muab pov tseg lawm, twb dhau los ua lub pob zeb taub hau ntawm ces kaum. Qhov no yog tus Tswv txoj hauj lwm; nws yog yam txaus ntshai kawg hauv peb lub qhov muag. Hnub no yog hnub uas tus Tswv tau tsim; peb yuav zoo siab thiab xyiv fab hauv hnub no. Ntawv Nkauj 118:22–24.</w:t>
      </w:r>
    </w:p>
    <w:p>
      <w:pPr>
        <w:pStyle w:val="ArticleBody"/>
        <w:jc w:val="left"/>
      </w:pPr>
      <w:r>
        <w:rPr>
          <w:rFonts w:ascii="Times New Roman" w:hAnsi="Times New Roman" w:eastAsia="Times New Roman" w:cs="Times New Roman"/>
        </w:rPr>
        <w:t>“Pob zeb,” uas yog thawj “lub pov haum” uas William Miller nrhiav tau (thiab cov pov haum yog pob zeb), yog “hnub uas tus Tswv tau tsim.” Tau raug qhia tawm hauv cov tshooj lus dhau los lawm tias tus qauv, thiab cov lus ntawm txoj kevcai hais txog Hnub Xanpataus zoo ib yam nkaus li tus qauv ntawm lub voj voog dawb huv xya, raws li tau muab teev tseg hauv Leviticus tshooj nees nkaum tsib. Kev so rau hnub xya yog ib qho piv txwv rau thaj av so rau xyoo xya, thiab thaum ob txoj kevcai no raug xav txog raws li txoj no, lawv muab ib qho tim khawv tias ib hnub sawv cev rau ib xyoos hauv zaj lus faj lem hauv phau Vajlugkub.</w:t>
      </w:r>
    </w:p>
    <w:p>
      <w:pPr>
        <w:pStyle w:val="ArticleBody"/>
        <w:jc w:val="left"/>
      </w:pPr>
      <w:r>
        <w:rPr>
          <w:rFonts w:ascii="Times New Roman" w:hAnsi="Times New Roman" w:eastAsia="Times New Roman" w:cs="Times New Roman"/>
        </w:rPr>
        <w:t>Lawv kuj qhia tias txoj kev nkag siab uas Miller tau tshaj tawm hais txog Vajtswv txoj kev chim ntawm “xya lub sij hawm,” hauv Levi Tej Kevcai nees nkaum rau, raug sawv cev ua “ib hnub”, vim tus Tswv tau tsim lub voj voog dawb huv ntawm xya xyoo, ib yam li tseeb npaum li Nws tau tsim ntuj thiab lub ntiajteb hauv rau hnub, thiab so rau hnub xya.</w:t>
      </w:r>
    </w:p>
    <w:p>
      <w:pPr>
        <w:pStyle w:val="ArticleBody"/>
        <w:jc w:val="left"/>
      </w:pPr>
      <w:r>
        <w:rPr>
          <w:rFonts w:ascii="Times New Roman" w:hAnsi="Times New Roman" w:eastAsia="Times New Roman" w:cs="Times New Roman"/>
        </w:rPr>
        <w:t>Thaum Yexus xaus zaj lus piv txwv txog lub vaj txiv hmab lawm, Nws tau nug ib lo lus nug rau cov Falixais.</w:t>
      </w:r>
    </w:p>
    <w:p>
      <w:pPr>
        <w:pStyle w:val="ArticleScripture"/>
        <w:jc w:val="left"/>
      </w:pPr>
      <w:r>
        <w:rPr>
          <w:rFonts w:ascii="Times New Roman" w:hAnsi="Times New Roman" w:eastAsia="Times New Roman" w:cs="Times New Roman"/>
        </w:rPr>
        <w:t>Yog li ntawd, thaum tus tswv lub vaj txiv hmab los, nws yuav ua li cas rau cov neeg ua liaj ua teb ntawd? Lawv teb nws hais tias, Nws yuav ua kom cov neeg phem ntawd puam tsuaj txom nyem kawg li, thiab yuav muab nws lub vaj txiv hmab xauj rau lwm cov neeg ua liaj ua teb, cov uas yuav muab cov txiv raws lawv lub caij rau nws. Yexus hais rau lawv tias, Nej puas tsis tau nyeem dua hauv vaj lug kub tias, Lub pob zeb uas cov kws ua vaj tse tsis kam txais ntawd, tib lub pob zeb ntawd twb los ua lub taub hau ntawm kaum tsev lawm: qhov no yog tus Tswv tes hauj lwm, thiab yog yam uas txaus xav tsis thoob hauv peb lub qhov muag? Yog li ntawd kuv hais rau nej tias, Vajtswv lub nceeg vaj yuav raug muab rho ntawm nej mus, thiab muab rau ib haiv neeg uas yuav txi nws cov txiv. Thiab tus twg uas ntog rau saum lub pob zeb no yuav tawg; tiam sis tus twg uas lub pob zeb no poob rau saum nws, nws yuav raug zom ua hmoov. Thiab thaum cov thawj pov thawj thiab cov Falixais hnov nws tej lus piv txwv, lawv thiaj paub tias nws hais txog lawv. Mathais 21:40–45.</w:t>
      </w:r>
    </w:p>
    <w:p>
      <w:pPr>
        <w:pStyle w:val="ArticleBody"/>
        <w:jc w:val="left"/>
      </w:pPr>
      <w:r>
        <w:rPr>
          <w:rFonts w:ascii="Times New Roman" w:hAnsi="Times New Roman" w:eastAsia="Times New Roman" w:cs="Times New Roman"/>
        </w:rPr>
        <w:t>Zaj lug piv txwv txog lub vaj txiv hmab yog zaj lus piv txwv hais txog cov neeg uas yav tas los raug xaiv raug hla tseg, thiab lub nceeg vaj raug muab rau ib haiv neeg tshiab uas raug xaiv. “Lub pob zeb” uas raug tsis lees txais raws li Yexus hais ntawd, yog “lub pob zeb” uas cawm los sis rhuav tshem, raws li txoj kev uas nws raug txais. “Lub pob zeb” ntawd yuav tsum yog ib qhov tseeb hauv Vajlugkub raws li lub ntsiab lus uas Yexus siv, rau qhov nws muaj peev xwm ua kom txi tau tej txiv ntawm kev ncaj ncees, thiab kev ncaj ncees ntawm Khetos tsuas yog raug tsim tawm hauv cov txiv neej thiab cov poj niam thaum lawv txais Nws Txojlus ntawm qhov tseeb xwb.</w:t>
      </w:r>
    </w:p>
    <w:p>
      <w:pPr>
        <w:pStyle w:val="ArticleScripture"/>
        <w:jc w:val="left"/>
      </w:pPr>
      <w:r>
        <w:rPr>
          <w:rFonts w:ascii="Times New Roman" w:hAnsi="Times New Roman" w:eastAsia="Times New Roman" w:cs="Times New Roman"/>
        </w:rPr>
        <w:t>Ua kom lawv dawb huv los ntawm koj qhov tseeb: koj lo lus yog qhov tseeb. Yauhas 17:17.</w:t>
      </w:r>
    </w:p>
    <w:p>
      <w:pPr>
        <w:pStyle w:val="ArticleBody"/>
        <w:jc w:val="left"/>
      </w:pPr>
      <w:r>
        <w:rPr>
          <w:rFonts w:ascii="Times New Roman" w:hAnsi="Times New Roman" w:eastAsia="Times New Roman" w:cs="Times New Roman"/>
        </w:rPr>
        <w:t>“Lub pob zeb” yog ib txoj kev qhuab qhia uas tib neeg yuav txais los yog tsis lees txais, thiab Yexus yog Lo Lus, thiab hauv phau Ntawv Tubtxib Tes Haujlwm, Petus qhia meej tias “lub pob zeb” yog Khetos.</w:t>
      </w:r>
    </w:p>
    <w:p>
      <w:pPr>
        <w:pStyle w:val="ArticleScripture"/>
        <w:jc w:val="left"/>
      </w:pPr>
      <w:r>
        <w:rPr>
          <w:rFonts w:ascii="Times New Roman" w:hAnsi="Times New Roman" w:eastAsia="Times New Roman" w:cs="Times New Roman"/>
        </w:rPr>
        <w:t>Cia li yuav paub rau nej sawv daws, thiab rau txhua tus pej xeem Ixayees, tias yog los ntawm Yexus Khetos uas yog neeg Naxales lub npe, tus uas nej tau muab ntsia saum ntoo khaub lig, tus uas Vajtswv tau tsa sawv hauv qhov tuag rov qab los, yog los ntawm Nws xwb tus txiv neej no thiaj sawv ntawm nej xub ntiag no zoo huv si. Nws yog lub pob zeb uas nej cov uas ua vaj tse tau muab saib tsis muaj nqis, lub pob zeb ntawd twb los ua lub taub hau ntawm kaum tsev lawm. Thiab tsis muaj txoj kev cawm dim nyob hauv lwm tus li; rau qhov tsis muaj dua lwm lub npe nyob hauv qab ntuj uas tau muab rau neeg, uas yog los ntawm lub npe ntawd peb thiaj yuav tsum tau txais kev cawm dim. Tubtxib Tes Haujlwm 4:10–12.</w:t>
      </w:r>
    </w:p>
    <w:p>
      <w:pPr>
        <w:pStyle w:val="ArticleBody"/>
        <w:jc w:val="left"/>
      </w:pPr>
      <w:r>
        <w:rPr>
          <w:rFonts w:ascii="Times New Roman" w:hAnsi="Times New Roman" w:eastAsia="Times New Roman" w:cs="Times New Roman"/>
        </w:rPr>
        <w:t>Thiab tom qab ntawd hauv 1 Peter, nws coj lub cim piv txwv ntawm “lub pob zeb” mus ntxiv dua, los nws tseem khaws nws cia hauv tib lub ntsiab lus hais txog kev hla mus ntawm ib haiv neeg uas yog haiv neeg ntawm ib daim qub lus cog tseg, thiab kev xaiv tsa ib haiv neeg tshiab uas raug xaiv, uas raws li nws hais tias, “thaum ub tsis yog ib haiv neeg, tiamsis nim no yog haiv neeg ntawm Vajtswv: uas yav dhau los tsis tau txais txoj kev khuvleej, tiamsis nim no twb tau txais txoj kev khuvleej lawm.”</w:t>
      </w:r>
    </w:p>
    <w:p>
      <w:pPr>
        <w:pStyle w:val="ArticleScripture"/>
        <w:jc w:val="left"/>
      </w:pPr>
      <w:r>
        <w:rPr>
          <w:rFonts w:ascii="Times New Roman" w:hAnsi="Times New Roman" w:eastAsia="Times New Roman" w:cs="Times New Roman"/>
        </w:rPr>
        <w:t>Nej los cuag Nws, uas zoo li ib lub pob zeb uas muaj sia nyob, txawm yog neeg twb muab tsis lees txais lawm los, los Nws yog tus uas Vajtswv xaiv thiab muaj nqes kawg li, nej thiab, zoo li tej pob zeb uas muaj sia nyob, raug tsa ua ib lub tsev ntawm sab ntsuj plig, ua ib pawg pov thawj dawb huv, kom nej thiaj li txi tej xyeem ntawm sab ntsuj plig, uas Vajtswv txais yuav los ntawm Yexus Khetos. Vim li ntawd kuj muaj sau cia hauv Vajluskub hais tias, Saib seb, Kuv tso ib lub pob zeb loj thawj ntawm kaum tsev rau hauv Xi-oos, yog tus uas raug xaiv, muaj nqes kawg li: thiab tus uas ntseeg Nws yuav tsis raug txaj muag li. Yog li ntawd rau nej cov uas ntseeg, Nws yog tus muaj nqes kawg li: tab sis rau cov uas tsis mloog lus, lub pob zeb uas cov kws ua vaj tse muab tsis lees txais, tib lub ntawd thiaj los ua lub taub hau ntawm kaum tsev, Thiab yog ib lub pob zeb uas ua rau dawm, thiab yog ib lub pob tsuas uas ua rau poob siab, yog rau cov uas dawm vim lo lus, vim lawv tsis mloog lus: rau qhov ntawd lawv kuj raug teem cia lawm. 1 Petus 2:4–8.</w:t>
      </w:r>
    </w:p>
    <w:p>
      <w:pPr>
        <w:pStyle w:val="ArticleBody"/>
        <w:jc w:val="left"/>
      </w:pPr>
      <w:r>
        <w:rPr>
          <w:rFonts w:ascii="Times New Roman" w:hAnsi="Times New Roman" w:eastAsia="Times New Roman" w:cs="Times New Roman"/>
        </w:rPr>
        <w:t>Petus hais txog cov neeg uas yav tas los raug xaiv tseg tias, “rau cov uas tsis mloog lus, lub pob zeb uas cov kws txhim tsa muab pov tseg lawm, lub ntawd nws tau los ua lub taub hau ntawm lub kaum, Thiab yog ib lub pob zeb rau kev dawm, thiab yog ib lub pob tsuas rau kev txhaum siab, rau cov uas dawm ntawm lo lus, vim lawv tsis mloog lus: uas lawv kuj raug tsa tseg rau qhov ntawd thiab.”</w:t>
      </w:r>
    </w:p>
    <w:p>
      <w:pPr>
        <w:pStyle w:val="ArticleBody"/>
        <w:jc w:val="left"/>
      </w:pPr>
      <w:r>
        <w:rPr>
          <w:rFonts w:ascii="Times New Roman" w:hAnsi="Times New Roman" w:eastAsia="Times New Roman" w:cs="Times New Roman"/>
        </w:rPr>
        <w:t>Yexus raug sawv cev los ntawm txhua daim duab piv txwv dawb huv txog lub hauv paus.</w:t>
      </w:r>
    </w:p>
    <w:p>
      <w:pPr>
        <w:pStyle w:val="ArticleScripture"/>
        <w:jc w:val="left"/>
      </w:pPr>
      <w:r>
        <w:rPr>
          <w:rFonts w:ascii="Times New Roman" w:hAnsi="Times New Roman" w:eastAsia="Times New Roman" w:cs="Times New Roman"/>
        </w:rPr>
        <w:t>Tsis muaj leejtwg yuav tsa tau lwm lub hauv paus dua li lub uas twb tsa cia lawm, uas yog Yexus Khetos. 1 Kaulinthaus 3:11.</w:t>
      </w:r>
    </w:p>
    <w:p>
      <w:pPr>
        <w:pStyle w:val="ArticleBody"/>
        <w:jc w:val="left"/>
      </w:pPr>
      <w:r>
        <w:rPr>
          <w:rFonts w:ascii="Times New Roman" w:hAnsi="Times New Roman" w:eastAsia="Times New Roman" w:cs="Times New Roman"/>
        </w:rPr>
        <w:t>Lub hauv paus uas cov Millerite tsa tau yog lub Pob Zeb Qub Txhis (lub Pob Zeb).</w:t>
      </w:r>
    </w:p>
    <w:p>
      <w:pPr>
        <w:pStyle w:val="ArticleScripture"/>
        <w:jc w:val="left"/>
      </w:pPr>
      <w:r>
        <w:rPr>
          <w:rFonts w:ascii="Times New Roman" w:hAnsi="Times New Roman" w:eastAsia="Times New Roman" w:cs="Times New Roman"/>
        </w:rPr>
        <w:t>“Lus tau los lawm: Tsis txhob cia ib yam dab tsi nkag los uas yuav ua rau lub hauv paus ntawm txoj kev ntseeg uas peb tau tsim tsa saum no txij li thaum txoj xov tuaj txog xyoo 1842, 1843, thiab 1844 raug cuam tshuam. Kuv tau nyob hauv txoj xov no, thiab txij thaum ntawd los kuv yeej tau sawv ntawm ntiajteb no xub ntiag, ncaj ncees rau qhov kaj uas Vajtswv tau pub rau peb. Peb tsis npaj yuav rho peb txhais ko taw tawm ntawm lub platform uas lawv tau muab tso rau saum, thaum peb niaj hnub nrhiav tus Tswv nrog kev thov Vajtswv kub siab, nrhiav qhov kaj. Nej puas xav tias kuv yuav tso tseg qhov kaj uas Vajtswv tau pub rau kuv? Nws yuav tsum zoo li Txoj Kev Pob Zeb Uas Nyob Mus Ib Txhis. Nws tau coj kuv txoj kev txij thaum uas nws tau muab pub los.” Review and Herald, April 14, 1903.</w:t>
      </w:r>
    </w:p>
    <w:p>
      <w:pPr>
        <w:pStyle w:val="ArticleBody"/>
        <w:jc w:val="left"/>
      </w:pPr>
      <w:r>
        <w:rPr>
          <w:rFonts w:ascii="Times New Roman" w:hAnsi="Times New Roman" w:eastAsia="Times New Roman" w:cs="Times New Roman"/>
        </w:rPr>
        <w:t>Lub hlaws muaj nqis thawj zaug uas Miller nrhiav tau thiab uas los ua ib feem ntawm lub hauv paus Millerite, uas zoo li Lub Pob Zeb Ruaj Khov Mus Ib Txhis, yog “xya lub sij hawm” hauv Leviticus nees nkaum-rau; thiab “xya lub sij hawm” ntawd yog thawj qhov tseeb hauv paus uas raug muab tso tseg los ntawm cov thawj coj Millerite ntawd uas nyuam qhuav tsa tau lub hauv paus Millerite lawm. Cov uas ua lub tsev ntawd yog cov uas yuav tsis kam lees lub pob zeb hauv paus ntawd. “Lub pob zeb” ntawd, uas ua cim txog Khetos, kuj yog hnub uas tus Tswv tau tsim, rau qhov Nws tau tsa hnub xya ua hnub so, thiab xyoo xya ua xyoo uas thaj av yuav tau so. Xyoo 1863, lub pob zeb hauv paus raug tsis kam lees, tiam sis nws yuav raug tsa los ua “lub taub hau ntawm kaum tsev” thiab “lub pob zeb dawm” rau cov uas tsis mloog lus.</w:t>
      </w:r>
    </w:p>
    <w:p>
      <w:pPr>
        <w:pStyle w:val="ArticleBody"/>
        <w:jc w:val="left"/>
      </w:pPr>
      <w:r>
        <w:rPr>
          <w:rFonts w:ascii="Times New Roman" w:hAnsi="Times New Roman" w:eastAsia="Times New Roman" w:cs="Times New Roman"/>
        </w:rPr>
        <w:t>Txoj lus hais txog Islam ntawm txoj kev txom nyem thib peb yog lub ntsiab lus rau txoj kev txav hloov kho ntawm ib puas plaub caug plaub txhiab leej, thiab txoj kev sim siab tau pib thaum tus timtswv hauv Tshwmsim kaum yim nqes los, thaum tej tsev loj hauv Nroog New York raug pov tseg rau hnub Cuaj Hlis 11, 2001. Cov Adventist tau ntsiag to hais txog qhov kev txheeb raws li yaj saub tias hnub Cuaj Hlis 11, 2001, yog qhov kev tuaj txog ntawm “hnub ntawm cua sab hnub tuaj.” Hnub Xya Hli 18, 2020, lawv raug tseg cia tom qab thaum ob tug timkhawv hauv Tshwmsim tshooj kaum ib raug tua nyob hauv tej kev ntawm lub nroog loj ntawd. Qhov kev sim siab ntawm Adventism twb xaus lawm, thiab qhov kev sim siab rau cov uas tau tshaj tawm tias lawv lees paub txoj lus hais txog Islam twb tab tom pib lawm.</w:t>
      </w:r>
    </w:p>
    <w:p>
      <w:pPr>
        <w:pStyle w:val="ArticleBody"/>
        <w:jc w:val="left"/>
      </w:pPr>
      <w:r>
        <w:rPr>
          <w:rFonts w:ascii="Times New Roman" w:hAnsi="Times New Roman" w:eastAsia="Times New Roman" w:cs="Times New Roman"/>
        </w:rPr>
        <w:t>Tom qab pw tuag nyob hauv tej kev tsheb loj mus txog thaum kawg ntawm Lub Xya hli ntuj, 2023, cov pob txha qhuav uas tuag lawm thiaj raug tsa sawv los ntawm thawj zaj lus ntawm Exekees. Zaj lus thib ob ntawm Exekees yog zaj lus ntawm plaub cua ntawm Islam ntawm Qhov Kev Txom Nyem thib peb, uas sawv cev rau kev qhib ntxiv zuj zus ntawm zaj lus ntawm Kev Quaj Nruab Nrab Hmo Ntuj, uas yog lub zeem muag uas qeeb tuaj, thiab yog lub ntsiab lus ntawm tag nrho lub sij hawm ntawm txoj kev txav ntawd. Tom qab ntawd ntau yam tseeb tau raug qhib tawm, rau qhov zaj lus ntawm Kev Quaj Nruab Nrab Hmo Ntuj sawv cev rau ib zaj lus uas muaj ntau sab. Qhov tseeb thawj zaug uas ntsib cov pob txha qhuav uas tuag lawm yog thawj qhov tseeb uas Laodicean Adventism tau tsis lees txais, thiab nws sawv cev rau qhov tseeb uas cim tseg txoj kev hloov ntawm Laodicea mus rau Philadelphia.</w:t>
      </w:r>
    </w:p>
    <w:p>
      <w:pPr>
        <w:pStyle w:val="ArticleBody"/>
        <w:jc w:val="left"/>
      </w:pPr>
      <w:r>
        <w:rPr>
          <w:rFonts w:ascii="Times New Roman" w:hAnsi="Times New Roman" w:eastAsia="Times New Roman" w:cs="Times New Roman"/>
        </w:rPr>
        <w:t>Qhov tseeb yog zaj lus ntawm kev muab lub foob kaw, thiab yog li ntawd yuav tsum raug muab txhim kho kom ruaj khov nyob hauv ob qho tib si kev nkag siab ntawm lub hlwb thiab kuj nyob hauv sab ntsuj plig. Tsis txaus li tsuas yog lees paub tias lub sijhawm uas ob tug tim khawv pw tuag rau hauv txoj kev yog ib lub cim ntawm kev tawg khiav ntawm “xya lub sijhawm,” nws tseem yuav tsum muaj kev lees txais qhov tseeb ntawd los ntawm kev paub tiag tiag hauv lub neej.</w:t>
      </w:r>
    </w:p>
    <w:p>
      <w:pPr>
        <w:pStyle w:val="ArticleBody"/>
        <w:jc w:val="left"/>
      </w:pPr>
      <w:r>
        <w:rPr>
          <w:rFonts w:ascii="Times New Roman" w:hAnsi="Times New Roman" w:eastAsia="Times New Roman" w:cs="Times New Roman"/>
        </w:rPr>
        <w:t>Miller cov hniav nyiaj hniav kub, uas sawv cev rau tej qhov tseeb uas raug qhib tawm thaum lub sij hawm kawg xyoo 1798, dhau los ua ib qho kev sim rau cov nkauj xwb ntawm hnub kawg. Qhov kev paub ntawm kev ruaj khov rau hauv qhov tseeb “sab ntsuj plig” yog sawv cev los ntawm Miller thawj lub hniav nyiaj hniav kub, thiab qhov “kev txawj ntse” ruaj khov rau hauv qhov tseeb yog sawv cev los ntawm txoj xov hais txog Islam ntawm txoj kev ceeb toom thib peb. Txoj kev hu kom hloov siab lees txim thiab lees tej kev txhaum uas sawv cev los ntawm “xya zaug,” qhia txog ib txoj hauj lwm uas raug ua tiav nrog Khetos hauv Chaw Dawb Huv Tshaj Plaws, thiab raug sawv cev los ntawm lub zeem muag “mareh.”</w:t>
      </w:r>
    </w:p>
    <w:p>
      <w:pPr>
        <w:pStyle w:val="ArticleBody"/>
        <w:jc w:val="left"/>
      </w:pPr>
      <w:r>
        <w:rPr>
          <w:rFonts w:ascii="Times New Roman" w:hAnsi="Times New Roman" w:eastAsia="Times New Roman" w:cs="Times New Roman"/>
        </w:rPr>
        <w:t>Qhov kev to taub txog Islam raws “kev txawj ntse” ntawm txoj Kev Txom Nyem thib peb yog sawv cev los ntawm zaj yog toog “chazon,” thiab ob yam tib si no yuav tsum muaj rau cov uas yuav raug muab khi ua cim. Xyoo 1863, Laodicean Adventism tau xaiv tsa kom rov txhim kho Yelikhau, thiab tau tso tseg nws tes haujlwm ntawm kev rov kho Yeluxalees. Yelikhau yog ib lub cim ntawm kev nplua nuj, ib yam li kuj raug sawv cev los ntawm kev dig muag ntawm Laodicea.</w:t>
      </w:r>
    </w:p>
    <w:p>
      <w:pPr>
        <w:pStyle w:val="ArticleScripture"/>
        <w:jc w:val="left"/>
      </w:pPr>
      <w:r>
        <w:rPr>
          <w:rFonts w:ascii="Times New Roman" w:hAnsi="Times New Roman" w:eastAsia="Times New Roman" w:cs="Times New Roman"/>
        </w:rPr>
        <w:t>“Ib lub nroog ruaj khov tshaj plaws hauv thaj av ntawd—lub nroog Yelikhauj loj thiab nplua nuj—nyob ncaj nraim ntawm lawv xub ntiag, tsuas yog nyob deb me ntsis ntawm lawv lub yeej nyob hauv Khilakhas xwb. Nyob ntawm ciam teb ntawm ib thaj tiaj nrag uas muaj qoob loo nplua mias thiab ntau yam txi txiv nplua nuj ntawm thaj chaw kub, nws tej vaj ntxwv tsev thiab tej tuam tsev yog chaw nyob ntawm kev khav theeb hauv kev nplua nuj thiab kev ua phem, lub nroog khav theeb no, tom qab nws tej ntsa rog tuab thiab muaj zog, sawv tawm tsam Vajtswv ntawm cov Ixayees. Yelikhauj yog ib lub chaw loj tshaj plaws ntawm kev teev dab mlom, tshwj xeeb yog muab fij rau Ashtaroth, tus vajtswv poj niam ntawm lub hli. Ntawm no tau sib sau ua ke txhua yam uas phem tshaj thiab txo neeg lub meej mom tshaj plaws hauv kev ntseeg ntawm cov Khana-as. Cov neeg Ixayees, uas hauv lawv lub siab tseem tshiab tshiab txog tej txiaj ntsig txaus ntshai ntawm lawv txoj kev txhaum ntawm Npes-pe-o, tsuas saib tau lub nroog txawv teb chaws no nrog kev ntxub ntxaug thiab kev ntshai heev xwb.” Patriarchs and Prophets, 487.</w:t>
      </w:r>
    </w:p>
    <w:p>
      <w:pPr>
        <w:pStyle w:val="ArticleBody"/>
        <w:jc w:val="left"/>
      </w:pPr>
      <w:r>
        <w:rPr>
          <w:rFonts w:ascii="Times New Roman" w:hAnsi="Times New Roman" w:eastAsia="Times New Roman" w:cs="Times New Roman"/>
        </w:rPr>
        <w:t>“Lub pob zeb” uas cov neeg ua vaj ua tsev tau muab xyeej pov tseg hauv xyoo 1863, thaum lawv rov tsim lub nroog Yelikhau, yog “xya zaug” uas nyob rau hnub kawg yuav los ua qhov tseeb (lub pov haum), uas dhau los ua “lub taub hau ntawm lub ces kaum”, rau qhov nws yog qhov tseeb uas xaws sib koom ua ke qhov pib ntawm Kev Ntseeg Adven hauv kev txav ntawm cov Millerites, nrog rau qhov kawg ntawm Kev Ntseeg Adven hauv kev txav ntawm ib puas plaub caug plaub txhiab leej. Lub pov haum ntawd, uas yog “xya zaug,” kuj yog “hnub uas tus Tswv tau tsim”, thiab nws yog Khetos nws tus kheej, rau qhov Nws yog Lo Lus, thiab Nws yog “Qhov Tseeb.” Zaj lus hais txog Islam yog lub ntsiab uas coj los ua kom huv si rau ob pab neeg uas raug xaiv, qub thiab tshiab, thiab qhov kev ntxuav kom huv ob npaug ntawd tau pib rau lub Cuaj Hlis 11, 2001, uas yog “hnub ntawm cua sab hnub tuaj”. Nyob rau hnub ntawd cov neeg zov tau yuav tsum hu tib zaj nkauj uas Khetos hu, thaum Nws tshaj tawm zaj lus piv txwv txog lub vaj txiv hmab. Ib puas plaub caug plaub txhiab leej hu zaj nkauj ntawm Mauxes (uas yog “xya zaug”), thiab zaj nkauj ntawm tus Menyuam Yaj.</w:t>
      </w:r>
    </w:p>
    <w:p>
      <w:pPr>
        <w:pStyle w:val="ArticleScripture"/>
        <w:jc w:val="left"/>
      </w:pPr>
      <w:r>
        <w:rPr>
          <w:rFonts w:ascii="Times New Roman" w:hAnsi="Times New Roman" w:eastAsia="Times New Roman" w:cs="Times New Roman"/>
        </w:rPr>
        <w:t>Thiab kuv pom ib yam zoo li ib lub hiav txwv iav tov nrog hluav taws; thiab cov uas twb yeej tus tsiaj nyaum, thiab yeej nws tus mlom, thiab yeej nws lub cim, thiab yeej tus lej ntawm nws lub npe, sawv saum lub hiav txwv iav, tuav Vajtswv tej yaam sij. Thiab lawv hu zaj nkauj ntawm Mauxes tus qhev ntawm Vajtswv, thiab zaj nkauj ntawm tus Me Nyuam Yaj, hais tias, Au tus Tswv Vajtswv uas Muaj Hwjchim Loj Kawg Nkaus, koj tej hauj lwm loj kawg thiab txawv kawg li; koj tej kev ncaj ncees thiab muaj tseeb, Au koj tus Vajntxwv ntawm cov neeg dawb huv. Qhia Tshwm 15:2, 3.</w:t>
      </w:r>
    </w:p>
    <w:p>
      <w:pPr>
        <w:pStyle w:val="ArticleBody"/>
        <w:jc w:val="left"/>
      </w:pPr>
      <w:r>
        <w:rPr>
          <w:rFonts w:ascii="Times New Roman" w:hAnsi="Times New Roman" w:eastAsia="Times New Roman" w:cs="Times New Roman"/>
        </w:rPr>
        <w:t>Tus “Menyuam Yaj” yog Khetos tus uas raug tua, thiab Nws raug tua nyob hauv nruab nrab ntawm ob txhiab tsib puas nees nkaum hnub, yog li ntawd thiaj xaws ua ke kev txi ntawm Nws txoj sia thiab ntshav (qhov chaw uas Nws tau lees paub txoj kev khi lus), nrog rau Mauxes tus “kev sib cav ntawm Nws txoj kev khi lus,” hauv Leviticus nees nkaum rau. Zaj nkauj ntawm Mauxes thiab ntawm Tus Menyuam Yaj yog zaj nkauj ntawm chazon ntawm keeb kwm yaj saub thiab zaj nkauj ntawm mareh ntawm Nws “kev tshwm sim”. Nws yog zaj nkauj ntawm kev nkag siab ntawm lub hlwb thiab ntawm sab ntsuj plig raws li sawv cev los ntawm ob lub zeem muag hauv Daniyee tshooj yim. Nws yog zaj nkauj ntawm ib haiv neeg ntawm txoj kev khi lus raug txiav txim thiab raug hla dhau, thaum ib haiv neeg tshiab uas raug xaiv tab tom raug xaiv los. Txoj txheej txheem xaiv, thiab yog li ntawd zaj nkauj, tau pib thaum lub Cuaj Hlis 11, 2001.</w:t>
      </w:r>
    </w:p>
    <w:p>
      <w:pPr>
        <w:pStyle w:val="ArticleScripture"/>
        <w:jc w:val="left"/>
      </w:pPr>
      <w:r>
        <w:rPr>
          <w:rFonts w:ascii="Times New Roman" w:hAnsi="Times New Roman" w:eastAsia="Times New Roman" w:cs="Times New Roman"/>
        </w:rPr>
        <w:t>Cov uas yuav tawm hauv Yakhauj los nws yuav ua kom cag ruaj khov; Ixayees yuav tawg paj thiab txi nplooj hlav, thiab yuav puv npo lub ntiajteb lub ntsej muag nrog txiv. Puas yog nws tau ntaus nws ib yam li nws tau ntaus cov uas ntaus nws? los yog nws puas raug tua raws li kev tua neeg ntawm cov uas nws tua lawm? Hauv qhov ntsuas tsim nyog, thaum nws tawm tuaj, koj yuav txiav txim nrog nws: nws txwv nws cua hlob kom nyob twjywm rau hnub uas muaj cua tuaj sab hnub tuaj. Vim li no thiaj yuav muab Yakhauj txoj kev tsis ncaj ntxuav kom dawb huv; thiab qhov no yog txhua yam txiv uas ua rau nws txoj kev txhaum raug tshem tawm; thaum nws ua kom txhua lub pob zeb ntawm lub thaj txi ntuj zoo li pob zeb dawb mos uas raug ntaus kom tawg ua tej daim, ces tej mlom hav zoov thiab tej duab puab yuav tsis sawv nyob ntxiv lawm. Tiamsis lub nroog uas muaj chaw tiv thaiv yuav raug cia qhuav qhawv, thiab qhov chaw nyob yuav raug tso tseg, thiab raug tso cia zoo li tebchaws moj sab qhua: nyob ntawd tus menyuam nyuj yuav nrhiav zaub noj, thiab nyob ntawd nws yuav pw, thiab noj kom cov ceg ntoo ntawd tag. Thaum nws tej ceg ntoo qhuav lawm, ces lawv yuav raug lov pov tseg: cov pojniam yuav tuaj muab lawv rau hluav taws kub hnyiab: vim qhov no yog ib haiv neeg uas tsis muaj kev to taub: yog li ntawd tus uas tsim lawv yuav tsis hlub lawv, thiab tus uas puab lawv yuav tsis pub txiaj ntsim rau lawv. Thiab yuav muaj li no nyob rau hnub ntawd, tus Tswv yuav muab ntaus rho tawm txij ntawm tus dej ntawd lub kwj mus txog rau tus dej Ixayees, thiab nej yuav raug sau los ua ke ib tug zuj zus, Au nej cov Yixayee cov menyuam. Thiab yuav muaj li no nyob rau hnub ntawd, tias lub raj nrov loj yuav raug tshuab, thiab cov uas twb yuav piam sij rau hauv tebchaws Axilia, thiab cov neeg raug ntiab tawm hauv tebchaws Iziv, yuav los thiab pehawm tus Tswv saum lub roob dawb huv hauv Yeluxalees. Yaxayas 27:6–13.</w:t>
      </w:r>
    </w:p>
    <w:p>
      <w:pPr>
        <w:pStyle w:val="ArticleBody"/>
        <w:jc w:val="left"/>
      </w:pPr>
      <w:r>
        <w:rPr>
          <w:rFonts w:ascii="Times New Roman" w:hAnsi="Times New Roman" w:eastAsia="Times New Roman" w:cs="Times New Roman"/>
        </w:rPr>
        <w:t>Yog to taub raws li qhov yog, cov nqe no tab tom txheeb xyuas txij lub Cuaj Hlis 11, 2001, mus txog rau txoj cai Sunday uas yuav los sai. Nqe rau qhia txog tag nrho keeb kwm ntawd, los ntawm kev txheeb qhia qhov pib ntawm tsob nroj uas cag ruaj, ces tawg paj thiab hlav, thiab thaum kawg puv nkaus lub ntiajteb nrog txiv hmab txiv ntoo. Cov txiv hmab txiv ntoo uas puv lub ntiajteb ua li ntawd nyob rau lub sij hawm “teev,” uas yog lub caij kev kub ntxhov ntawm txoj cai Sunday. Thaum ntawd Khetos tab tom sau nws cov txiv hmab txiv ntoo los rau hauv nws lub tsev khaws qoob, nws kuj tab tom coj kev txiav txim los rau Npanpiloo thiab. Kev txiav txim uas tshwm sim thaum lub sij hawm uas lub ntiajteb puv nrog txiv hmab txiv ntoo ntawd raug sawv cev rau hauv nqe xya, thaum ob lo lus nug raug nug tias, “Nws puas tau ntaus nws, ib yam li nws tau ntaus cov uas ntaus nws? los yog nws puas raug tua raws li kev tua pov tseg ntawm cov uas raug tua los ntawm nws?”</w:t>
      </w:r>
    </w:p>
    <w:p>
      <w:pPr>
        <w:pStyle w:val="ArticleBody"/>
        <w:jc w:val="left"/>
      </w:pPr>
      <w:r>
        <w:rPr>
          <w:rFonts w:ascii="Times New Roman" w:hAnsi="Times New Roman" w:eastAsia="Times New Roman" w:cs="Times New Roman"/>
        </w:rPr>
        <w:t>Tom qab ntawd hauv nqe yim, txoj kev txau los nag tom qab raug cim tseg nrog lo lus hais tias, “Hauv qhov ntsuas.” Yam uas ua rau tej nroj tsuag tawm tuaj yog nag, thiab thaum pib ntawm los nag tom qab raug cim tseg, nws raug cim tias pib “hauv qhov ntsuas, thaum nws tawm tuaj.” Thaum los nag tom qab pib, nws raug muab nchuav tawm “hauv qhov ntsuas”, rau qhov nws tsis raug nchuav tawm yam tsis muaj qhov ntsuas yog tias kev sau qoob loo yog ib qho sib xyaw ntawm qhov tseeb thiab qhov cuav.</w:t>
      </w:r>
    </w:p>
    <w:p>
      <w:pPr>
        <w:pStyle w:val="ArticleScripture"/>
        <w:jc w:val="left"/>
      </w:pPr>
      <w:r>
        <w:rPr>
          <w:rFonts w:ascii="Times New Roman" w:hAnsi="Times New Roman" w:eastAsia="Times New Roman" w:cs="Times New Roman"/>
        </w:rPr>
        <w:t>“Txhua tus ntsuj plig uas tau hloov siab los ntseeg tiag tiag yuav muaj kev kub siab heev xav coj lwm tus tawm hauv txoj kev tsaus ntuj ntawm kev yuam kev los rau hauv qhov kaj ci uas zoo kawg nkaus ntawm Yexus Khetos txoj kev ncaj ncees. Qhov kev nchuav loj ntawm Vajtswv tus Ntsuj Plig, uas ua kom tag nrho lub ntiaj teb ci ntsa iab nrog nws lub hwjchim ci ntsa iab, yuav tsis los txog txog thaum peb muaj ib haiv neeg uas tau txais kev pom kev, uas paub los ntawm kev paub tseeb ntawm lawv tus kheej tias nws txhais li cas los ua cov neeg ua haujlwm nrog Vajtswv koom siab. Thaum peb muaj kev fij tag nrho, puv npo siab dawb paug rau txoj haujlwm pabcuam Khetos, Vajtswv yuav lees paub qhov tseeb ntawd los ntawm kev nchuav nws tus Ntsuj Plig tawm yam tsis muaj qhov ntsuas; tiam sis qhov no yuav tsis tshwm sim thaum feem coob tshaj plaws ntawm pawg ntseeg tseem tsis yog cov neeg ua haujlwm nrog Vajtswv koom siab. Vajtswv tsis muaj peevxwm nchuav nws tus Ntsuj Plig tawm thaum txoj kev qia dub thiab kev raws siab ntshaw ntawm tus kheej tseem tshwm plaws li ntawd; thaum muaj ib tug ntsuj plig kav tswj uas, yog muab txhais ua lus, yuav hais tawm lo lus teb ntawm Khayee tias,—‘Kuv puas yog tus saib xyuas kuv tus kwvtij?’ Yog qhov tseeb rau lub sijhawm no, yog tej cim uas tab tom nce ntau zuj zus nyob txhua sab, uas ua timkhawv tias qhov kawg ntawm txhua yam twb nyob ze lawm, tseem tsis txaus los tsa kom sawv tau lub zog uas tseem tsaug zog ntawm cov uas lees tias lawv paub qhov tseeb, ces txoj kev tsaus ntuj uas phim raws nraim li qhov kaj uas tau ci tuaj lawm yuav los cuag cov ntsuj plig no. Tsis muaj txawm yog daim duab ntxoov ntxoo ntawm ib qho laj thawj zam txim rau lawv txoj kev tsis quav ntsej uas lawv yuav muaj peevxwm nthuav tawm rau Vajtswv rau hnub loj ntawm kev suav kawg. Yuav tsis muaj ib qho laj thawj dabtsi los muab hais txog tias vim li cas lawv thiaj tsis tau ua neej, tsis tau taug kev, thiab tsis tau ua haujlwm nyob hauv qhov kaj ntawm qhov tseeb dawb huv ntawm Vajtswv txoj lus, thiab yog li ntawd, los ntawm lawv txoj kev coj cwj pwm, lawv txoj kev hlub nrog luag, thiab lawv txoj kev kub siab, nthuav qhia rau lub ntiaj teb uas raug kev txhaum ua kom tsaus ntuj tias lub hwjchim thiab qhov tseeb muaj tiag ntawm txoj moo zoo tsis muaj leejtwg yuav tawm tsam rhuav tau.” Review and Herald, July 21, 1896.</w:t>
      </w:r>
    </w:p>
    <w:p>
      <w:pPr>
        <w:pStyle w:val="ArticleBody"/>
        <w:jc w:val="left"/>
      </w:pPr>
      <w:r>
        <w:rPr>
          <w:rFonts w:ascii="Times New Roman" w:hAnsi="Times New Roman" w:eastAsia="Times New Roman" w:cs="Times New Roman"/>
        </w:rPr>
        <w:t>Muam White qhia tias nqe lus ntawd yog lub sijhawm thaum tus timtswv hauv Phau Ntawv Qhia Tshwm nqes los, rau qhov nws hais tias, “kev nchuav loj kawg nkaus ntawm Vajtswv tus Ntsuj Plig, uas ua kom tag nrho lub ntiajteb kaj lug nrog nws lub yeeb koob.” Hauv dua ib nqe lus uas peb tau nquag hais tseg hauv cov tshooj lus no, nws tau qhia tias thaum “cov tsev loj ntawm New York” “raug muab rhuav vau,” “Phau Ntawv Qhia Tshwm tshooj kaum yim, nqe ib txog peb, yuav raug ua kom tiav.”</w:t>
      </w:r>
    </w:p>
    <w:p>
      <w:pPr>
        <w:pStyle w:val="ArticleBody"/>
        <w:jc w:val="left"/>
      </w:pPr>
      <w:r>
        <w:rPr>
          <w:rFonts w:ascii="Times New Roman" w:hAnsi="Times New Roman" w:eastAsia="Times New Roman" w:cs="Times New Roman"/>
        </w:rPr>
        <w:t>Peb yuav txuas ntxiv cov kev xav no hauv zaj lus tom ntej.</w:t>
      </w:r>
    </w:p>
    <w:p>
      <w:pPr>
        <w:pStyle w:val="ArticleScripture"/>
        <w:jc w:val="left"/>
      </w:pPr>
      <w:r>
        <w:rPr>
          <w:rFonts w:ascii="Times New Roman" w:hAnsi="Times New Roman" w:eastAsia="Times New Roman" w:cs="Times New Roman"/>
        </w:rPr>
        <w:t>Tam sim no yuav hu ib zaj nkauj rau kuv tus uas kuv hlub kawg, yog ib zaj nkauj hais txog kuv tus uas kuv hlub thiab nws lub vaj txiv hmab. Kuv tus uas kuv hlub kawg muaj ib lub vaj txiv hmab nyob saum ib lub toj uas txi txiv nplua mias heev: Nws tau laj kab rau nws, thiab khaws cov pob zeb tawm hauv nws mus, thiab cog nws nrog cov hmab uas xaiv zoo tshaj, thiab ua ib lub pej thuam nyob hauv nruab nrab ntawm nws, thiab kuj ua ib lub tshuab nyem kua txiv hmab nyob hauv ntawd thiab: ces nws vam tias nws yuav txi txiv hmab, tiam sis nws txi tau txiv qus. Thiab nim no, nej cov neeg nyob hauv Yeluxalees, thiab nej cov txiv neej ntawm Yudas, kuv thov nej txiav txim nruab nrab kuv thiab kuv lub vaj txiv hmab. Muaj dab tsi ntxiv uas yuav ua tau rau kuv lub vaj txiv hmab, uas kuv tsis tau ua rau hauv nws? Ua cas, thaum kuv vam tias nws yuav txi txiv hmab, nws ho txi tau txiv qus? Thiab nim no cia li mloog; kuv yuav qhia nej tias yam twg uas kuv yuav ua rau kuv lub vaj txiv hmab: kuv yuav tshem nws lub laj kab mus, ces nws yuav raug noj tas; thiab rhuav nws phab ntsa nqis, ces nws yuav raug tsuj nthi: Thiab kuv yuav cia nws nyob qhuav qhawv; yuav tsis txiav ceg, los tsis khawb av; tiam sis pos nroj thiab pos ntsaij yuav tuaj hlob rau hauv nws: kuv kuj yuav txib cov huab kom tsis txhob los nag rau saum nws. Vim lub vaj txiv hmab ntawm tus Tswv uas kav txhua pab tub rog yog tsev neeg Ixayees, thiab cov txiv neej ntawm Yudas yog nws tsob ntoo uas nws nyiam: thiab nws nrhiav kev txiav txim ncaj, tiam sis saib maj, muaj kev tsim txom; nrhiav kev ncaj ncees, tiam sis saib maj, muaj suab quaj. Yaxayas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Tsib Caug Rau Tsib</dc:title>
  <dc:subject>Kev Qhia Tshwm Los Yaj Saub: Kev Nkag Siab Txog Qhov Kev Poob Siab Hnub Tim 18 Lub Xya Hli Ntuj, 2020 thiab Txog Zaj Lus Uas Tab Tom Nthuav Tawm ntawm Lub Suab Quaj Thaum Ib Tag Hmo hauv Hnub Kawg】</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