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Rau Caug Rau</w:t>
      </w:r>
    </w:p>
    <w:p>
      <w:pPr>
        <w:pStyle w:val="ArticleSubtitle"/>
        <w:jc w:val="left"/>
      </w:pPr>
      <w:r>
        <w:rPr>
          <w:rFonts w:ascii="Arial" w:hAnsi="Arial" w:eastAsia="Arial" w:cs="Arial"/>
        </w:rPr>
        <w:t>Kev Qhib Tshwm ntawm Zaj Nkauj Sib Haum Uas Yaj Saub Tshaj Tawm: Lub Sijhawm Muab Foob, Nag Kawg, thiab Txoj Kev Hu Kom Tawm Hauv Npanpiloo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Nqe lus uas peb tau xav txog hauv zaj kawm dhau los tau hais tias, “kev ntws tawm loj kawg ntawm tus Vaj Ntsuj Plig Dawb Huv” hauv Tshwmsim tshooj kaum yim, “yuav tsis los txog mus txog thaum peb muaj ib haiv neeg uas tau txais kev kaj siab, uas paub los ntawm kev paub tiag tias kev ua neeg ua haujlwm koom tes nrog Vajtswv txhais li cas.” Tiamsis txoj lus cog tseg yog hais tias thaum “peb muaj kev fij siab tag nrho, puv siab puv ntsws rau txoj hauj lwm pabcuam Khetos, Vajtswv yuav lees paub qhov ntawd los ntawm kev ntws tawm ntawm nws tus Ntsuj Plig yam tsis muaj qhov ntsuas.” Kev hu tias yog “kev ntws tawm loj kawg” qhia tias muaj ib qho kev ntws tawm tsawg dua (ib qho kev ntsuas).</w:t>
      </w:r>
    </w:p>
    <w:p>
      <w:pPr>
        <w:pStyle w:val="ArticleBody"/>
        <w:jc w:val="left"/>
      </w:pPr>
      <w:r>
        <w:rPr>
          <w:rFonts w:ascii="Times New Roman" w:hAnsi="Times New Roman" w:eastAsia="Times New Roman" w:cs="Times New Roman"/>
        </w:rPr>
        <w:t>Thaum lub Cuaj Hlis 11, 2001, tus timtswv uas muaj hwjchim loj ntawm Tshwmsim kaum yim tau nqes los, tiam sis “feem coob tshaj plaws ntawm pawg ntseeg” thaum ntawd, thiab tseem “tsis yog cov uas koom tes ua haujlwm nrog Vajtswv.” Nyob nruab nrab ntawm lub Cuaj Hlis 11, 2001, thiab lub sij hawm uas Vajtswv qhia meej txog qhov tseeb tias thaum kawg muaj ib pab neeg uas tau mus txog “kev fij siab tag nrho, puv npo siab, rau txoj hauj lwm pab Khetos,” ces nag yav tom qab raug “ntuas ntsuas,” kev txiav txim rau cov neeg ciaj sia tshwm sim, thiab kev txiav txim pib ntawm Vajtswv lub tsev.</w:t>
      </w:r>
    </w:p>
    <w:p>
      <w:pPr>
        <w:pStyle w:val="ArticleBody"/>
        <w:jc w:val="left"/>
      </w:pPr>
      <w:r>
        <w:rPr>
          <w:rFonts w:ascii="Times New Roman" w:hAnsi="Times New Roman" w:eastAsia="Times New Roman" w:cs="Times New Roman"/>
        </w:rPr>
        <w:t>Tshooj kaum yim ntawm Phau Ntawv Qhia Tshwm qhia txog ob lub suab, uas Niam Tsev Dawb qhia rau peb tias yog ob txoj kev hu rau cov koom txoos. Lub suab thib ob (kev hu), yog txoj kev hu kom tawm hauv Npanpiloo uas tshwm sim thaum txoj cai Hnub Caiv Cuav uas yuav los sai no los txog. Lub suab thib ib tau los txog rau hnub tim 11 lub Cuaj Hli, xyoo 2001. Kev nchuav los ntawm tus Vaj Ntsuj Plig Dawb Huv uas ces pib ntawd yog “muab ntsuas,” vim Khetos xub yuav tsum ntxuav kom huv cov neeg uas thaum kawg Nws yuav nchuav tus Vaj Ntsuj Plig Dawb Huv rau saum lawv “yam tsis muaj ntsuas,” thaum Nws tsa lawv sawv ua ib daim chij rau lub sij hawm ntawm av qeeg loj. Pawg ntawd yuav tsum raug lim kom huv ua ntej lub suab thib ob ntawm Tshwm Sim kaum yim nrov tawm, rau qhov lawv yog cov uas yuav tshaj tawm zaj lus ntawd.</w:t>
      </w:r>
    </w:p>
    <w:p>
      <w:pPr>
        <w:pStyle w:val="ArticleBody"/>
        <w:jc w:val="left"/>
      </w:pPr>
      <w:r>
        <w:rPr>
          <w:rFonts w:ascii="Times New Roman" w:hAnsi="Times New Roman" w:eastAsia="Times New Roman" w:cs="Times New Roman"/>
        </w:rPr>
        <w:t>Thaum txoj kev poob siab thawj zaug los txog rau lub caij nplooj hlav xyoo 1844, cov Protestants tau dhau los ua Protestants uas tau thim kev ntseeg tseg, hos cov neeg ncaj ncees uas tom qab ntawd pom lawv tus kheej nyob hauv lub sijhawm ncua ntawd, sawv cev rau lub tuam tsev ntawm cov uas yav tas los tsis yog Vajtswv haiv neeg. Hnub Cuaj Hlis 11, 2001, tus tim tswv muaj hwjchim loj ntawm Tshwmsim kaum yim nqes los, thiab thawj kauj ruam ntawm txoj haujlwm ntxuav thiab tsa Vajtswv lub tuam tsev rau hnub kawg tau pib, thiab nws pib nrog kev sim siab rau Laodicean Adventism. Hnub Xya Hli 18, 2020, kauj ruam thib ob ntawm txoj haujlwm sim siab tau pib. Thaum Khetos ua kevcai raus dej, txoj haujlwm cais cov Yixayee thaum ub pib, raws li Khetos ces tau xaiv thawj cov thwjtim, uas yog lub hauv paus ntawm lub tuam tsev Khixatia uas Nws tab tom tsa rau hauv keeb kwm ntawd.</w:t>
      </w:r>
    </w:p>
    <w:p>
      <w:pPr>
        <w:pStyle w:val="ArticleBody"/>
        <w:jc w:val="left"/>
      </w:pPr>
      <w:r>
        <w:rPr>
          <w:rFonts w:ascii="Times New Roman" w:hAnsi="Times New Roman" w:eastAsia="Times New Roman" w:cs="Times New Roman"/>
        </w:rPr>
        <w:t>Thaum pib ntawm Nws txoj haujlwm qhuab qhia peb xyoos ib nrab, Khetos tau ntxuav lub tuam tsev, uas Nws tau hu ua “Nws Leej Txiv lub tsev,” thiab thaum kawg ntawm Nws txoj haujlwm, thaum Nws tau ntxuav lub tuam tsev zaum ob thiab zaum kawg, Nws lo lus tshaj tawm yog tias “nej lub tsev raug tso tseg rau nej nyob twjywm qhuav.” Cov neeg ntawm txoj kev khi lus qub yav tas los raug hla dhau lawm, thiab Nws cov neeg ntawm txoj kev khi lus tshiab raug tsa los ua “Nws Lub Tuam Tsev”. Thaum txog txoj cai Hnub Caiv, tus qauv koom txoos ntawm pawg ntseeg Xya-hnub Adventist yuav nyob qhuav.</w:t>
      </w:r>
    </w:p>
    <w:p>
      <w:pPr>
        <w:pStyle w:val="ArticleScripture"/>
        <w:jc w:val="left"/>
      </w:pPr>
      <w:r>
        <w:rPr>
          <w:rFonts w:ascii="Times New Roman" w:hAnsi="Times New Roman" w:eastAsia="Times New Roman" w:cs="Times New Roman"/>
        </w:rPr>
        <w:t>Tus yaj saub hais tias, “Kuv pom dua ib tug timtswv nqes saum ntuj los, muaj hwjchim loj; thiab lub ntiajteb tau kaj lug vim nws lub hwjchim ci ntsa iab. Thiab nws qw nrov nroo nrog lub suab muaj zog, hais tias, Npanpiloo tus loj tau poob lawm, tau poob lawm, thiab tau los ua chaw nyob ntawm tej dab phem” (Revelation 18:1, 2). Qhov no yog tib zaj lus uas tus timtswv thib ob tau muab los. Npanpiloo tau poob lawm, “vim nws tau ua kom txhua haivneeg haus cawv txiv hmab ntawm txoj kev chim vim nws txojkev ua nkauj ua nraug” (Revelation 14:8). Cawv ntawd yog dabtsi?—Nws tej lus qhuab qhia cuav. Nws tau muab ib hnub Xanpataus cuav rau lub ntiajteb hloov chaw rau hnub Xanpataus ntawm nqe kevcai thib plaub, thiab nws tau rov hais dua zaj lus dag uas Xatas xub hais rau Eva hauv Edee—uas tus ntsujplig tsis txawj tuag raws li ntuj tsim. Muaj ntau yam kev yuam kev uas yog tib caj ces nws tau nthuav mus deb thiab dav, “qhia tej kevcai uas neeg tsim ua lus qhuab qhia” (Matthew 15:9).</w:t>
      </w:r>
    </w:p>
    <w:p>
      <w:pPr>
        <w:pStyle w:val="ArticleScripture"/>
        <w:jc w:val="left"/>
      </w:pPr>
      <w:r>
        <w:rPr>
          <w:rFonts w:ascii="Times New Roman" w:hAnsi="Times New Roman" w:eastAsia="Times New Roman" w:cs="Times New Roman"/>
        </w:rPr>
        <w:t>“Thaum Yexus pib Nws tes haujlwm qhuab qhia rau sawvdaws pom, Nws tau ntxuav lub Tuamtsev kom dim ntawm txoj kev qias neeg saib tsis taus tej yam dawb huv. Ntawm cov haujlwm kawg ntawm Nws tes haujlwm qhuab qhia yog qhov kev ntxuav lub Tuamtsev zaum ob. Yog li ntawd, hauv txoj haujlwm kawg rau kev ceeb toom rau lub ntiajteb, muaj ob txoj kev hu tshwjxeeb raug xa mus rau cov pawg ntseeg. Txoj xov ntawm tus timtswv thib ob yog, ‘Npanpiloo poob lawm, poob lawm, lub nroog loj ntawd, vim nws tau ua kom txhua haiv neeg haus cov cawv ntawm txoj kev chim ntawm nws txoj kev ua nkauj ua nraug’ (Tshwmsim 14:8). Thiab hauv lub suab qw nrov ntawm txoj xov ntawm tus timtswv thib peb muaj ib lub suab hnov los saum ntuj ceeb tsheej hais tias, ‘Nej kuv haivneeg, cia li tawm hauv nws los, kom nej txhob koom nrog nws tej kev txhaum, thiab kom nej txhob raug txais nws tej kev raug txim. Rau qhov nws tej kev txhaum twb ncav mus txog saum ntuj lawm, thiab Vajtswv twb nco ntsoov nws tej kev ua phem lawm’ (Tshwmsim 18:4, 5).” Review and Herald, December 6, 1892.</w:t>
      </w:r>
    </w:p>
    <w:p>
      <w:pPr>
        <w:pStyle w:val="ArticleBody"/>
        <w:jc w:val="left"/>
      </w:pPr>
      <w:r>
        <w:rPr>
          <w:rFonts w:ascii="Times New Roman" w:hAnsi="Times New Roman" w:eastAsia="Times New Roman" w:cs="Times New Roman"/>
        </w:rPr>
        <w:t>Kev ntxuav lub tuam tsev thawj zaug phim raws li thawj lub suab ntawm Tshwmsim tshooj kaum yim, thiab lub suab thib ob yog lub suab quaj nrov uas hu Vajtswv lwm pab yaj kom tawm hauv Npanpiloos. Nqe ib txog peb tau tiav thaum cov tuam tsev loj ntawm Nroog New York raug pov los poob. Qhov ntawd tau tshwm sim rau hnub tim 11 lub Cuaj Hlis, xyoo 2001, thiab thawj zaug ntxuav lub tuam tsev, lossis thawj ntawm ob lo lus hu rau cov pawg ntseeg, tau raug ua tawm. Lo lus hu thawj zaug pib thaum Khetos ua kevcai raus dej, thaum Vaj Ntsuj Plig Dawb Huv nqes saum ntuj los, thiab qhov kev sim rau cov Ixayees thaum ub tau pib. Hnub tim 11 lub Yim Hli, xyoo 1840, thawj zaug ntxuav lub tuam tsev, lossis thawj ntawm ob lo lus hu rau cov pawg ntseeg, tau raug ua rau txoj kev txav Millerite.</w:t>
      </w:r>
    </w:p>
    <w:p>
      <w:pPr>
        <w:pStyle w:val="ArticleBody"/>
        <w:jc w:val="left"/>
      </w:pPr>
      <w:r>
        <w:rPr>
          <w:rFonts w:ascii="Times New Roman" w:hAnsi="Times New Roman" w:eastAsia="Times New Roman" w:cs="Times New Roman"/>
        </w:rPr>
        <w:t>Thaum lub sij hawm ntawd, nag tom qab thiab kev muab lub foob rau ib puas plaub caug plaub txhiab leej tau pib, koom nrog cov xwm txheej kawg ntawm Txoj Kev Txiav Txim Tshawb Xyuas. Hauv cov xwm txheej kawg ntawd, txoj hauj lwm ntawm Khetos raug sawv cev tias yog Nws lwv tej kev txhaum ntawm cov neeg ncaj ncees tawm hauv phau ntawv teev kev txhaum, los yog lwv cov npe ntawm cov uas lees tias yog cov Khixatians tawm hauv phau ntawv txoj sia. Lub caij nyoog ntawd yog lub caij nyoog ntawm kev tsuag nag tom qab, vim Vajtswv tsuas yog yuav nchuav tus Vaj Ntsuj Plig Dawb Huv tawm yam tsis muaj kev ntsuas thaum pawg ntseeg dawb huv xwb. Thaum txog txoj cai Hnub Caiv thawj, kev nchuav tus Vaj Ntsuj Plig Dawb Huv tawm yuav yog yam tsis muaj kev ntsuas.</w:t>
      </w:r>
    </w:p>
    <w:p>
      <w:pPr>
        <w:pStyle w:val="ArticleScripture"/>
        <w:jc w:val="left"/>
      </w:pPr>
      <w:r>
        <w:rPr>
          <w:rFonts w:ascii="Times New Roman" w:hAnsi="Times New Roman" w:eastAsia="Times New Roman" w:cs="Times New Roman"/>
        </w:rPr>
        <w:t>“Cov kwv tij, nej tab tom ua dab tsi hauv txoj hauj lwm loj ntawm kev npaj no? Cov uas tab tom koom nrog lub ntiaj teb tab tom txais tus qauv ntawm lub ntiaj teb thiab npaj txhij rau lub cim ntawm tus tsiaj qus. Cov uas tsis ntseeg siab rau tus kheej, uas tab tom txo hwj chim lawv tus kheej rau ntawm Vajtswv xub ntiag thiab ntxuav lawv tej ntsuj plig los ntawm kev mloog lus rau qhov tseeb—cov no tab tom txais tus qauv saum ntuj ceeb tsheej thiab npaj txhij rau Vajtswv lub foob rau saum lawv hauv pliaj. Thaum txoj cai txib raug tshaj tawm mus thiab lub cim raug luam tsaws, lawv tus yam ntxwv yuav nyob dawb huv thiab tsis muaj ib qho chaw paug mus ib txhis.” Testimonies, volume 5, 216.</w:t>
      </w:r>
    </w:p>
    <w:p>
      <w:pPr>
        <w:pStyle w:val="ArticleScripture"/>
        <w:jc w:val="left"/>
      </w:pPr>
      <w:r>
        <w:rPr>
          <w:rFonts w:ascii="Times New Roman" w:hAnsi="Times New Roman" w:eastAsia="Times New Roman" w:cs="Times New Roman"/>
        </w:rPr>
        <w:t>“Tes haujlwm ntawm tus Vaj Ntsuj Plig Dawb Huv yog los txiav txim rau lub ntiajteb txog kev txhaum, txog kev ncaj ncees, thiab txog kev txiav txim. Lub ntiajteb tsuas yuav raug ceeb toom tau thaum pom cov uas ntseeg qhov tseeb raug ua kom dawb huv los ntawm qhov tseeb, ua raws li tej hauv paus ntsiab lus siab thiab dawb huv, qhia kom pom meej, hauv ib txoj kev siab thiab tsa nto, txoj kab sib cais ntawm cov uas ceev Vajtswv tej lus txib, thiab cov uas tsuj lawv rau hauv qab ko taw. Kev ua kom dawb huv ntawm tus Vaj Ntsuj Plig qhia tawm qhov txawv ntawm cov uas muaj Vajtswv lub cim foob, thiab cov uas khaws ib hnub so cuav. Thaum lub sijhawm sim siab los txog, yuav qhia kom pom tseeb tias lub cim ntawm tus tsiaj qus yog dabtsi. Nws yog kev ceev hnub Sunday. Cov uas, tom qab tau hnov qhov tseeb lawm, tseem txuas ntxiv suav hnub no tias dawb huv, ris tus neeg txhaum tus kos npe, tus uas xav tias yuav hloov sijhawm thiab tej kevcai.” Bible Training School, December 1, 1903.</w:t>
      </w:r>
    </w:p>
    <w:p>
      <w:pPr>
        <w:pStyle w:val="ArticleBody"/>
        <w:jc w:val="left"/>
      </w:pPr>
      <w:r>
        <w:rPr>
          <w:rFonts w:ascii="Times New Roman" w:hAnsi="Times New Roman" w:eastAsia="Times New Roman" w:cs="Times New Roman"/>
        </w:rPr>
        <w:t>Yaxayas qhia txog “hnub ntawm cua sab hnub tuaj,” uas nws kuj hu ua “cua hlob,” uas raug txwv tseg (stayeth), tias yog lub sijhawm uas “kev ntsuas” pib.</w:t>
      </w:r>
    </w:p>
    <w:p>
      <w:pPr>
        <w:pStyle w:val="ArticleScripture"/>
        <w:jc w:val="left"/>
      </w:pPr>
      <w:r>
        <w:rPr>
          <w:rFonts w:ascii="Times New Roman" w:hAnsi="Times New Roman" w:eastAsia="Times New Roman" w:cs="Times New Roman"/>
        </w:rPr>
        <w:t>Raws li muaj ciam, thaum nws hlob tawm tuaj, koj yuav sib cav nrog nws; Nws cheem Nws tej cua hnyav tawv rau hnub uas cua sab hnub tuaj tshuab. Vim li no, Yakhauj txoj kev tsis ncaj yuav raug ntxuav kom dawb huv; thiab qhov no yog tag nrho cov txiv uas yuav tshem nws txoj kev txhaum mus; thaum nws ua kom txhua lub pob zeb ntawm lub thaj txi Ntuj zoo li pob zeb chalk uas raug tsoo ua tej daim tawg, tej chaw teev mlom thiab tej mlom yuav tsis sawv nyob. Los kuj tseem, lub nroog uas muaj chaw ruaj khov yuav raug ua kom puam tsuaj, thiab qhov chaw nyob yuav raug tso tseg, thiab cia nyob zoo li tebchaws moj sab qhua: nyob ntawd tus nyuj menyuam yuav noj, thiab nyob ntawd nws yuav pw, thiab noj tas tej ceg ntoo ntawm qhov ntawd. Thaum tej ceg ntoo ntawd qhuav lawm, lawv yuav raug lov pov tseg: tej poj niam yuav tuaj, thiab muab lawv rauv taws hlawv: rau qhov nws yog ib haiv neeg uas tsis muaj kev to taub: yog li ntawd Tus uas tsim lawv yuav tsis muaj kev khuv leej rau lawv, thiab Tus uas txhim lawv los yuav tsis qhia kev fav xeeb rau lawv. Thiab yuav muaj tias nyob rau hnub ntawd, tus Tswv yuav nplawm tawm txij ntawm tus dej loj mus txog rau tus kwj dej ntawm Iyi tebchaws, thiab nej yuav raug sau ua ke ib tug zuj zus, Au nej cov xeeb ntxwv Yixayee. Thiab yuav muaj tias nyob rau hnub ntawd, lub raj nplaim loj yuav raug tshuab, thiab lawv cov uas twb yuav tuag lawd hauv lub tebchaws Axiliya, thiab cov uas raug ntiab tawm hauv lub tebchaws Iyi, yuav los thiab pe hawm tus Tswv saum lub roob dawb huv hauv Yeluxalees. Yaxaya 27:6–13.</w:t>
      </w:r>
    </w:p>
    <w:p>
      <w:pPr>
        <w:pStyle w:val="ArticleBody"/>
        <w:jc w:val="left"/>
      </w:pPr>
      <w:r>
        <w:rPr>
          <w:rFonts w:ascii="Times New Roman" w:hAnsi="Times New Roman" w:eastAsia="Times New Roman" w:cs="Times New Roman"/>
        </w:rPr>
        <w:t>“Cua sab hnub tuaj” yog lub hwjchim uas ua rau “cov nkoj ntawm Tarshish” poob rau hauv dej thiab coj kev txiav txim los rau tus pojniam deev hluas ntawm Tyre. “Cua sab hnub tuaj” yog lub hwjchim uas ua rau cov vajntxwv ntshai. “Cua sab hnub tuaj” yog yam uas coj qhov kev qhuav kub nyhiab los rau tim lyiv teb chaws, uas ua rau muaj xya xyoo kev tshaib kev nqhis, thaum Yauxej thiab Falau coj tag nrho lub ntiajteb (tim lyiv teb chaws) los rau hauv kev qhev; thiab nws kuj yog “cua sab hnub tuaj” uas coj “cov kooj” los noj tag nrho txhua yam thaum lub sij hawm txojkev cawm dim tawm hauv tim lyiv teb chaws. Islam yog “cua sab hnub tuaj.”</w:t>
      </w:r>
    </w:p>
    <w:p>
      <w:pPr>
        <w:pStyle w:val="ArticleBody"/>
        <w:jc w:val="left"/>
      </w:pPr>
      <w:r>
        <w:rPr>
          <w:rFonts w:ascii="Times New Roman" w:hAnsi="Times New Roman" w:eastAsia="Times New Roman" w:cs="Times New Roman"/>
        </w:rPr>
        <w:t>Cov kev txav kho kom rov qab los ntawm tej lus faj lem hauv Vajlugkub tsa kom ruaj tias txhua txoj kev txav kho kom rov qab los nyias muaj nyias ib lub ntsiab lus tshwj xeeb. Lub ntsiab lus ntawm txoj kev txav kho kom rov qab los ntawm ib puas plaub caug plaub txhiab leej yog Islam. Hnub Cuaj Hlis 11, 2001, Islam ntawm txoj Kev Txom Nyem thib peb tau tawm tsam tus tsiaj qus ntawm lub ntiaj teb, thiab George W. Bush, “tus thib ob,” tam sim ntawd tau muab ib txoj kev txwv rau “cua sab hnub tuaj.” Thaum lub sijhawm ntawd, raws li Muam White tau sau tseg, thaum tej tsev loj hauv New York City raug coj los vau, Tshwmsim kaum yim, nqe ib txog peb, tau raug ua tiav lawm. Peb nqe ntawd sawv cev rau thawj ntawm ob lub suab hauv Tshwmsim tshooj kaum yim. Lub suab thib ob nyob hauv nqe plaub, thiab nws qhia txog txoj kev hu kom tawm hauv Npanpiloo, uas pib thaum txoj cai Hnub Caiv hauv Tebchaws Meskas. Islam ntawm txoj Kev Txom Nyem thib peb raug plaub tug timtswv ntawm Tshwmsim tshooj xya txwv cia, thaum ib puas plaub caug plaub txhiab leej raug muab khi rau lub cim.</w:t>
      </w:r>
    </w:p>
    <w:p>
      <w:pPr>
        <w:pStyle w:val="ArticleScripture"/>
        <w:jc w:val="left"/>
      </w:pPr>
      <w:r>
        <w:rPr>
          <w:rFonts w:ascii="Times New Roman" w:hAnsi="Times New Roman" w:eastAsia="Times New Roman" w:cs="Times New Roman"/>
        </w:rPr>
        <w:t>“Tus Tswv Vajtswv yog ib tug Vajtswv khib siab, txawm li ntawd los Nws ua siab ntev rau tej kev txhaum thiab tej kev ua txhaum cai ntawm Nws haiv neeg hauv tiam no. Yog hais tias Vajtswv haiv neeg tau taug kev raws li Nws tej lus ntuas, Vajtswv tes dej num yuav tau vam meej mus tom ntej, tej lus tseeb yuav tau raug nqa mus tshaj rau txhua haiv neeg uas nyob saum npoo av tag nrho. Yog hais tias Vajtswv haiv neeg tau ntseeg Nws thiab tau ua raws li Nws lo lus, yog lawv tau ceev Nws tej lus txib, ces tus tim tswv yuav tsis tau los ya hla saum ntuj ceeb tsheej nrog txoj xov rau plaub tug tim tswv uas yuav tsum tso cov cua kom lawv tshuab rau saum lub ntiajteb, qw hais tias, Cia li tuav, cia li tuav plaub cua kom lawv tsis txhob tshuab rau saum lub ntiajteb mus txog thaum kuv tau muab lub cim rau Vajtswv cov tub qhe rau ntawm lawv hauv pliaj. Tiamsis vim hais tias haiv neeg tsis mloog lus, tsis ua tsaug, tsis dawb huv, ib yam li cov Yixayee thaum ub, lub sijhawm thiaj raug ncua kom sawv daws thiaj tau hnov txoj xov kawg ntawm txoj kev hlub tshua raug tshaj tawm nrog suab nrov nrov. Tus Tswv tes dej num twb raug thaiv lawm, lub sijhawm muab cim raug ncua. Muaj coob leej tseem tsis tau hnov txoj kev tseeb. Tiamsis tus Tswv yuav pub sijhawm rau lawv hnov thiab tig los ntseeg, thiab Vajtswv tes dej num loj yuav mus txuas ntxiv tom ntej.” Manuscript Releases, volume 15, 292.</w:t>
      </w:r>
    </w:p>
    <w:p>
      <w:pPr>
        <w:pStyle w:val="ArticleBody"/>
        <w:jc w:val="left"/>
      </w:pPr>
      <w:r>
        <w:rPr>
          <w:rFonts w:ascii="Times New Roman" w:hAnsi="Times New Roman" w:eastAsia="Times New Roman" w:cs="Times New Roman"/>
        </w:rPr>
        <w:t>Cov uas raug muab nias cim, raug muab nias cim ua ntej txoj cai Hnub Caiv, rau qhov lub ntiajteb tsuas yuav raug ceeb toom, thiab vim li ntawd thiaj raug hu kom tawm hauv Npanpiloo, los ntawm kev pom txiv neej thiab poj niam nyob hauv kev kub ntxhov ntawm txoj cai Hnub Caiv nrog Vajtswv lub cim nias. Kev muab nias cim rau ib puas plaub caug plaub txhiab leej tau pib rau lub Cuaj Hlis 11, 2001, tiam sis lub sijhawm muab nias cim ntawd raug ncua.</w:t>
      </w:r>
    </w:p>
    <w:p>
      <w:pPr>
        <w:pStyle w:val="ArticleBody"/>
        <w:jc w:val="left"/>
      </w:pPr>
      <w:r>
        <w:rPr>
          <w:rFonts w:ascii="Times New Roman" w:hAnsi="Times New Roman" w:eastAsia="Times New Roman" w:cs="Times New Roman"/>
        </w:rPr>
        <w:t>Tag nrho cov yaj saub tab tom hais lus rau tiam kawg, thiab nqe lus no yog hais ncaj qha rau tiam kawg. Hauv tiam kawg no, Vajtswv haiv neeg tsis tau “taug kev hauv Nws tej lus ntuas,” thiab vim li ntawd lub sijhawm muab lub cim foob thiaj raug cuam tshuam thiab ncua mus. Nws raug ncua thiab raug cuam tshuam los ntawm tus tsiaj qus tawm hauv qhov tob tsis muaj qab hauv Tshwmsim tshooj kaum ib, tus uas tua ob tug yaj saub. Tus tsiaj qus ntawd hauv lub sijhawm Kev Kiv Puag Ncig Fab Kis yog kev tsis ntseeg Vajtswv, thiab nws yog ib qho qauv piv txwv ua ntej ntawm txoj kev txav tsis ntseeg Vajtswv uas raug coj los qhia los ntawm cov uas coj “woke-ism” los, uas tam sim no tab tom tawm tsam lub ntiaj teb, rau hauv txoj kev txav ntawm Future for America; ces Future for America thiaj tseg tsis taug kev hauv Vajtswv tej lus ntuas thiab cia cov cawv ntawm cov uas txhawb nqa lawv daim txheej txheem niaj hnub no txog kev nyiam sib deev ntawm tib poj niam tib txiv neej, koom tes nrog lwm tus uas txhawb nqa kev teem sijhawm, los cuam tshuam lub sijhawm muab lub cim foob.</w:t>
      </w:r>
    </w:p>
    <w:p>
      <w:pPr>
        <w:pStyle w:val="ArticleScripture"/>
        <w:jc w:val="left"/>
      </w:pPr>
      <w:r>
        <w:rPr>
          <w:rFonts w:ascii="Times New Roman" w:hAnsi="Times New Roman" w:eastAsia="Times New Roman" w:cs="Times New Roman"/>
        </w:rPr>
        <w:t>“Muaj ntau yam uas tau raug qhia tawm rau kuv tabtom sib txoos coob rau hauv kuv lub siab, uas kuv tsis tshua paub yuav hais tawm li cas. Tiamsis kuv tsis tuaj yeem nyob twj ywm tsis hais ib lo lus. Tus Tswv chim heev rau cov neeg uas tsa lawv tus kheej los kav lawv cov kwvtij neej tsa, thiab los ua raws li tej kev npaj uas Vaj Ntsuj Plig Dawb Huv tau rau txim lawm. Kuv xav tsis thoob tshaj qhov kuv yuav hais tau txog nej qhov uas tsis paub xyuam xim pom tias Vajtswv tsis tau tsa cov neeg no. Qhov kev txiav txim tshiab no yuav tsum ua rau nej ceeb ntshai, rau qhov nws tsis tau txais kev pom zoo los saum ntuj ceeb tsheej.”</w:t>
      </w:r>
    </w:p>
    <w:p>
      <w:pPr>
        <w:pStyle w:val="ArticleScripture"/>
        <w:jc w:val="left"/>
      </w:pPr>
      <w:r>
        <w:rPr>
          <w:rFonts w:ascii="Times New Roman" w:hAnsi="Times New Roman" w:eastAsia="Times New Roman" w:cs="Times New Roman"/>
        </w:rPr>
        <w:t>“Lub siab ntuj qub txeeg qub teg tsis yog yuav coj nws tus kheej tej ntsiab cai uas raug qias tsis huv thiab ua kom puas tsuaj los nkag rau hauv txoj hauj lwm ntawm Vajtswv. Yuav tsum tsis txhob muaj ib qho kev zais tej ntsiab cai ntawm peb txoj kev ntseeg li. Txoj xov ntawm tus tim tswv thib peb yuav tsum raug tshaj tawm los ntawm Vajtswv haiv neeg. Nws yuav tsum nthuav loj zuj zus mus txog rau lub suab quaj nrov nrov. Tus Tswv muaj ib lub sijhawm uas Nws tau teem tseg thaum Nws yuav xaus txoj hauj lwm; tiam sis lub sijhawm ntawd yog thaum twg? Thaum txoj kev tseeb uas yuav tsum raug tshaj tawm rau cov hnub kawg no yuav tawm mus ua tim khawv rau txhua haiv neeg, ces thaum ntawd qhov kawg mam los txog. Yog hais tias Xatas lub hwj chim tuaj yeem nkag los rau hauv Vajtswv lub tuam tsev kiag, thiab tswj kav tej yam raws li nws lub siab nyiam, ces lub sijhawm npaj yuav raug ncua kom ntev mus.”</w:t>
      </w:r>
    </w:p>
    <w:p>
      <w:pPr>
        <w:pStyle w:val="ArticleScripture"/>
        <w:jc w:val="left"/>
      </w:pPr>
      <w:r>
        <w:rPr>
          <w:rFonts w:ascii="Times New Roman" w:hAnsi="Times New Roman" w:eastAsia="Times New Roman" w:cs="Times New Roman"/>
        </w:rPr>
        <w:t>“Nov yog qhov zais cia ntawm cov kev txav uas raug tsim los tawm tsam cov neeg uas Vajtswv xa los nrog ib zaj lus ntawm txoj koob hmoov rau nws haiv neeg. Cov neeg no raug ntxub. Cov neeg no thiab Vajtswv zaj lus raug saib tsis taus, ib yam nkaus li Khetos nws tus kheej raug ntxub thiab raug saib tsis taus thaum nws los thawj zaug. Cov neeg nyob hauv tej haujlwm muaj hwjchim tau qhia tawm tib yam cwj pwm uas Xatas tau qhia tawm. Lawv tau nrhiav los kav tib neeg lub siab, los coj lawv txoj kev xav thiab lawv tej peev xwm los nyob hauv tib neeg txoj cai kav. Muaj ib qho kev siv zog coj Vajtswv cov tub qhe los nyob hauv qab kev tswj hwm ntawm cov neeg uas tsis muaj Vajtswv txoj kev paub thiab kev txawj ntse, lossis tsis muaj kev paub dhau los nyob hauv Vaj Ntsuj Plig Dawb Huv txoj kev coj. Muaj tej ntsiab cai tau yug los uas yeej tsis tsim nyog pom qhov kaj ntawm hnub. Tus me nyuam tsis raug cai ntawd tsim nyog raug muab tua kom tuag txij thaum nws nyuam qhuav nqus tau thawj pa sia. Tib neeg uas muaj kev txwv tau tawm tsam Vajtswv thiab qhov tseeb thiab tus Tswv cov tub txib uas nws tau xaiv, tawm tsam lawv thiab ua haujlwm txwv lawv los ntawm txhua txoj hau kev uas lawv twv siv. Thov nej xav txog seb muaj dab tsi tsim txiaj los ntawm txoj kev txawj ntse thiab tej kev npaj ntawm cov uas tau saib tsis taus Vajtswv tej lus, thiab, ib yam li cov xib hwb thiab cov Falixais, tau saib tsis taus cov neeg uas Vajtswv tau siv los nthuav tawm qhov kaj thiab qhov tseeb uas nws haiv neeg xav tau.” The 1888 Materials, 1525.</w:t>
      </w:r>
    </w:p>
    <w:p>
      <w:pPr>
        <w:pStyle w:val="ArticleBody"/>
        <w:jc w:val="left"/>
      </w:pPr>
      <w:r>
        <w:rPr>
          <w:rFonts w:ascii="Times New Roman" w:hAnsi="Times New Roman" w:eastAsia="Times New Roman" w:cs="Times New Roman"/>
        </w:rPr>
        <w:t>Lub sij hawm muab lub cim uas tau pib rau lub Cuaj Hli 11, 2001, tau raug cuam tshuam, vim cov sawv cev ntawm Xatas raug tso cai los nkag los rau hauv “Vajtswv lub tuam tsev tiag.” Qhov teeb meem uas yuav tsum pom ntawm no yog tias txij xyoo 1798 mus txog xyoo 1844, lub tuam tsev Millerite raug tsa los, thiab rau lub Kaum Hli 22, 1844, tus tub txib ntawm txoj kev cog lus cia li los txog rau nws lub tuam tsev. Lub tuam tsev thiab pab tub rog tau raug tus papacy tsuj nqes los tau ib txhiab ob puas rau caum xyoo, thiab thaum tus papacy tau txais nws lub qhov txhab tuag taus, Khetos thiaj pib txoj hauj lwm tsa lub tuam tsev Millerite, thiab lub cim ntawm lub tuam tsev yog tus lej plaub caug rau, raws li ntau tus timkhawv.</w:t>
      </w:r>
    </w:p>
    <w:p>
      <w:pPr>
        <w:pStyle w:val="ArticleBody"/>
        <w:jc w:val="left"/>
      </w:pPr>
      <w:r>
        <w:rPr>
          <w:rFonts w:ascii="Times New Roman" w:hAnsi="Times New Roman" w:eastAsia="Times New Roman" w:cs="Times New Roman"/>
        </w:rPr>
        <w:t>Hnub tim 11 lub Yim Hli, 1840, tus timtswv hauv Tshwm Sim kaum nqes los, thiab txoj kev txiav txim rau Protestantism pib. Zaj keeb kwm ntawd raug rov ua dua ib yam nkaus li txhua lo lus.</w:t>
      </w:r>
    </w:p>
    <w:p>
      <w:pPr>
        <w:pStyle w:val="ArticleBody"/>
        <w:jc w:val="left"/>
      </w:pPr>
      <w:r>
        <w:rPr>
          <w:rFonts w:ascii="Times New Roman" w:hAnsi="Times New Roman" w:eastAsia="Times New Roman" w:cs="Times New Roman"/>
        </w:rPr>
        <w:t>Hauv Vajlugkub, “cua sab hnub tuaj” yog yam uas ua rau tej nkoj ntawm Tarshish poob nqos, thiab rhuav tshem lub nroog loj Tyrus ntawd, thiab ua rau cov vajntxwv thiab cov tub lag tub luam qw peb zaug tias, “txom nyem, txom nyem” (alas, alas). Tiamsis hauv nqe lus ntawm Yaxayas uas peb tab tom xav txog no, hnub ntawm “cua sab hnub tuaj” yog hnub uas Vajtswv “txwv nws tej cua hlob hnyav.” Hauv nqe no, “cua sab hnub tuaj” raug tuav cia kom tsis txhob cuam tshuam txoj hauj lwm ntawm tus tim tswv thib peb; ib txoj hauj lwm uas raug ua tiav thaum lub sijhawm ntawm nag lig. Hauv nqe no, zaj lus hais txog “cua sab hnub tuaj” uas raug tuav cia ntawd, yog tab tom qhia kom paub txog nag lig, txoj hauj lwm ntawm tus tim tswv thib peb, thiab kev sau hu tawm ntawm Vajtswv lwm cov me nyuam uas nyob hauv Npanpiloo. Nyob rau lub sijhawm ntawd, plaub tug tim tswv tab tom tuav plaub cua, thaum lub sijhawm ntawm kev muab lub cim rau ib puas plaub caug plaub txhiab leej.</w:t>
      </w:r>
    </w:p>
    <w:p>
      <w:pPr>
        <w:pStyle w:val="ArticleScripture"/>
        <w:jc w:val="left"/>
      </w:pPr>
      <w:r>
        <w:rPr>
          <w:rFonts w:ascii="Times New Roman" w:hAnsi="Times New Roman" w:eastAsia="Times New Roman" w:cs="Times New Roman"/>
        </w:rPr>
        <w:t>Tom qab tej no lawm, kuv pom plaub tug timtswv sawv ntsug ntawm plaub ceg kaum ntawm lub ntiajteb, tuav plaub nthwv cua ntawm lub ntiajteb, kom txhob cia cua tshuab rau saum lub ntiajteb, los saum hiavtxwv, los saum ib tsob ntoo twg li. Thiab kuv pom dua ib tug timtswv nce tuaj ntawm sab hnub tuaj, tuav lub cim ntim ntawm Vajtswv uas muaj txoj sia nyob; thiab nws qw nrov nrov rau plaub tug timtswv uas twb raug pub cai rau kom ua phem rau lub ntiajteb thiab hiavtxwv, hais tias, Tsis txhob ua phem rau lub ntiajteb, los rau hiavtxwv, los rau tej ntoo, mus txog thaum peb tau muab lub cim ntim rau ntawm hauv pliaj ntawm cov tub qhe ntawm peb tus Vajtswv lawm. Qhia Tshwm 7:1–3.</w:t>
      </w:r>
    </w:p>
    <w:p>
      <w:pPr>
        <w:pStyle w:val="ArticleBody"/>
        <w:jc w:val="left"/>
      </w:pPr>
      <w:r>
        <w:rPr>
          <w:rFonts w:ascii="Times New Roman" w:hAnsi="Times New Roman" w:eastAsia="Times New Roman" w:cs="Times New Roman"/>
        </w:rPr>
        <w:t>Kev txwv tsis pub muaj “cua tuaj sab hnub tuaj,” kev tuav cia ntawm “cov tebchaws npau taws,” thiab kev tuav cia ntawm “plaub cua” no txhua yam tshwm sim thaum lub caij nag lig, rau qhov yog nyob rau lub sijhawm ntawm nag lig ntawd uas Vajtswv lub cim raug muab tso rau saum Nws haiv neeg. Plaub cua uas raug plaub tug timtswv txwv tuav cia yog ib lub cim sawv cev rau Islam.</w:t>
      </w:r>
    </w:p>
    <w:p>
      <w:pPr>
        <w:pStyle w:val="ArticleScripture"/>
        <w:jc w:val="left"/>
      </w:pPr>
      <w:r>
        <w:rPr>
          <w:rFonts w:ascii="Times New Roman" w:hAnsi="Times New Roman" w:eastAsia="Times New Roman" w:cs="Times New Roman"/>
        </w:rPr>
        <w:t>“Cov tubtxib saum ntuj tab tom tuav plaub ceg cua, uas sawv cev ua ib tug nees npau taws nrhiav kev dim kom txhob raug txwv thiab yuav tsuj nphau hla saum npoo tag nrho lub ntiaj teb, nqa kev puas tsuaj thiab kev tuag raws nws txoj kev mus.</w:t>
      </w:r>
    </w:p>
    <w:p>
      <w:pPr>
        <w:pStyle w:val="ArticleScripture"/>
        <w:jc w:val="left"/>
      </w:pPr>
      <w:r>
        <w:rPr>
          <w:rFonts w:ascii="Times New Roman" w:hAnsi="Times New Roman" w:eastAsia="Times New Roman" w:cs="Times New Roman"/>
        </w:rPr>
        <w:t>“Peb puas yuav tseem tsaug zog nyob ntawm ntug heev ntawm lub ntiajteb uas nyob mus ib txhis? Peb puas yuav qeeb qaug, txias, thiab zoo li tuag? Au, thov kom peb muaj tus Ntsuj Plig thiab pa ntawm Vajtswv nyob hauv peb tej pawg ntseeg, uas raug tshuab rau hauv Nws haiv neeg, xwv kom lawv sawv ntsug tau ntawm lawv txhais taw thiab muaj sia nyob. Peb yuav tsum pom tias txojkev nqaim, thiab lub rooj vag kuj nruj thiab nqaim. Tiamsis thaum peb hla dhau lub rooj vag nqaim ntawd lawm, nws qhov dav tsis muaj ciam kawg li.” Manuscript Releases, volume 20, 217.</w:t>
      </w:r>
    </w:p>
    <w:p>
      <w:pPr>
        <w:pStyle w:val="ArticleBody"/>
        <w:jc w:val="left"/>
      </w:pPr>
      <w:r>
        <w:rPr>
          <w:rFonts w:ascii="Times New Roman" w:hAnsi="Times New Roman" w:eastAsia="Times New Roman" w:cs="Times New Roman"/>
        </w:rPr>
        <w:t>Peb yuav xav txog cov kev muaj tiag no ntxiv hauv zaj lus tom ntej, rau qhov yog “hauv lub sijhawm ntawm cov vaj ntxwv no,” uas sawv cev los ntawm lub nceeg vaj thib yim hauv tej lus faj lem hauv Phau Vajlugkub, uas “yog tawm hauv xya” lub nceeg vaj, uas Vajtswv tsa ib lub nceeg vaj uas nyob mus ib txhis.</w:t>
      </w:r>
    </w:p>
    <w:p>
      <w:pPr>
        <w:pStyle w:val="ArticleScripture"/>
        <w:jc w:val="left"/>
      </w:pPr>
      <w:r>
        <w:rPr>
          <w:rFonts w:ascii="Times New Roman" w:hAnsi="Times New Roman" w:eastAsia="Times New Roman" w:cs="Times New Roman"/>
        </w:rPr>
        <w:t>Thiab nyob rau hauv tej vajntxwv no lub sijhawm, Vajtswv saum ntuj ceeb tsheej yuav tsa ib lub nceeg vaj sawv los, uas yuav tsis raug rhuav tshem ib txhis li; thiab lub nceeg vaj ntawd yuav tsis raug muab cia rau lwm haiv neeg, tiamsis nws yuav tsoo thiab rhuav tshem tag nrho tej nceeg vaj no, thiab nws yuav nyob ruaj mus ib txhis. Vim koj tau pom tias lub pob zeb ntawd raug txiav tawm hauv lub roob los yam tsis yog tes ua, thiab tias nws tau tsoo tej hlau, tooj dag, av nplaum, nyiaj, thiab kub ua tej daim tawg; Vajtswv tus loj tau qhia rau vajntxwv paub txog yam uas yuav muaj tshwm sim tom qab no; thiab zaj npau suav ntawd yog qhov tseeb, thiab nws txoj kev txhais kuj ruaj khov. Daniel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Rau Caug Rau</dc:title>
  <dc:subject>Kev Qhib Tshwm ntawm Zaj Nkauj Sib Haum Uas Yaj Saub Tshaj Tawm: Lub Sijhawm Muab Foob, Nag Kawg, thiab Txoj Kev Hu Kom Tawm Hauv Npanpiloo</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