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Naj Npawb Xya Caum Ib</w:t>
      </w:r>
    </w:p>
    <w:p>
      <w:pPr>
        <w:pStyle w:val="ArticleSubtitle"/>
        <w:jc w:val="left"/>
      </w:pPr>
      <w:r>
        <w:rPr>
          <w:rFonts w:ascii="Arial" w:hAnsi="Arial" w:eastAsia="Arial" w:cs="Arial"/>
        </w:rPr>
        <w:t>Daim Ntaub Hauv Lus Txhij Saub: Qhib Tshwm Plaub Yam Kev Qias Neeg Hauv Exekees Tshooj Yim thiab Lawv Qhov Tseem Ceeb Hauv Lub Sijhawm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Plaub ntxub plaub yam hauv Ezekiel tshooj yim sawv cev rau plaub tiam neeg ntawm Yixayee niaj hnub no, thiab qhov pib ntawm Yixayee niaj hnub no raug ua qauv tseg los ntawm qhov pib ntawm Yixayee puag thaum ub. Ob zaj keeb kwm pib ntawd ua tim khawv rau qhov xaus ntawm Yixayee niaj hnub no thaum txoj cai Hnub Caiv cuav yuav los sai no. Ob qho kev pib ntawm Yixayee, yog Yixayee qub uas yog tiag tiag thiab Yixayee niaj hnub uas yog sab ntsuj plig, raug ua tim khawv los ntawm zaj keeb kwm pib ntawm lub nceeg vaj qaum teb ntawm Yixayee thaum nws cais tawm ntawm Yudas.</w:t>
      </w:r>
    </w:p>
    <w:p>
      <w:pPr>
        <w:pStyle w:val="ArticleBody"/>
        <w:jc w:val="left"/>
      </w:pPr>
      <w:r>
        <w:rPr>
          <w:rFonts w:ascii="Times New Roman" w:hAnsi="Times New Roman" w:eastAsia="Times New Roman" w:cs="Times New Roman"/>
        </w:rPr>
        <w:t>Thaum cov Yixayee thaum ub tsa tus nyuj kub, lawv nyuam qhuav tawm hauv Iyi tebchaws los raws li kev ua tiav ntawm ib lo lus cev Vajtswv lus uas qhia tias Vajtswv yuav tsa lawv ua ib lub nceeg vaj. Zaj keeb kwm ntawm Yelaunpau-as, tus thawj vajntxwv ntawm lub nceeg vaj qaum teb ntawm Yixayee, muaj cov yam ntxwv ntawd tib si. Yelaunpau-as tau khiav mus rau Iyi tebchaws kom dim ntawm Xalaumoo txoj kev npau taws. Tus cev Vajtswv lus Ahiyas tau muab ib lo lus cog tseg raws cev Vajtswv lus rau nws tias nws yuav raug tsa ua vajntxwv kav kaum xeem ntawm kaum ob xeem. Ua ntej lo lus cev Vajtswv lus ntawd tiav, Yelaunpau-as yuav khiav mus rau Iyi tebchaws kom tso qhov deb nruab nrab nws tus kheej thiab Xalaumoo, mus txog thaum Xalaumoo tuag.</w:t>
      </w:r>
    </w:p>
    <w:p>
      <w:pPr>
        <w:pStyle w:val="ArticleScripture"/>
        <w:jc w:val="left"/>
      </w:pPr>
      <w:r>
        <w:rPr>
          <w:rFonts w:ascii="Times New Roman" w:hAnsi="Times New Roman" w:eastAsia="Times New Roman" w:cs="Times New Roman"/>
        </w:rPr>
        <w:t>Thiab tau muaj tshwm sim rau lub sijhawm ntawd, thaum Yele-aume tawm hauv Yeluxalees mus, tias tus yaj saub Ahiyas tus neeg Xilo tau ntsib nws ntawm txoj kev; thiab nws tau hnav ib daim tsoos tsho tshiab; thiab nkawd ob leeg nyob ib leeg hauv teb. Thiab Ahiyas tau ntes daim tsoos tsho tshiab uas nyob saum nws, thiab muab dua ua kaum ob daim: Thiab nws hais rau Yele-aume tias, Cia li coj kaum daim rau koj: rau qhov tus Tswv, tus Vajtswv ntawm Ixayees, hais li no tias, Saib seb, kuv yuav muab lub nceeg vaj dua tawm hauv Xalaumoo txhais tes, thiab yuav muab kaum xeem rau koj: (Tiamsis nws yuav muaj ib xeem vim kuv tus tub qhe Daviv, thiab vim Yeluxalees, lub nroog uas kuv tau xaiv tawm ntawm txhua xeem hauv Ixayees:) Vim lawv tau tso kuv tseg, thiab tau pe hawm Ashtoreth, tus vajtswv poj niam ntawm cov neeg Xidau-ees, Khemos, tus vajtswv ntawm cov neeg Mau-a, thiab Milcom, tus vajtswv ntawm cov me nyuam Amoos, thiab tsis tau taug kev hauv kuv txoj kev, ua yam uas ncaj ncees rau ntawm kuv lub qhov muag, thiab khaws kuv tej kevcai thiab kuv tej kev txiav txim, ib yam li nws txiv Daviv tau ua. Txawm li cas los xij kuv yuav tsis muab lub nceeg vaj tag nrho tawm hauv nws txhais tes: tiam sis kuv yuav tsa nws ua tus thawj txhua hnub hauv nws lub neej vim kuv tus tub qhe Daviv, tus uas kuv tau xaiv, vim nws tau ceev kuv tej lus txib thiab kuv tej kevcai: Tiamsis kuv yuav muab lub nceeg vaj tawm hauv nws tus tub txhais tes, thiab yuav muab rau koj, yog kaum xeem. Thiab rau nws tus tub kuv yuav muab ib xeem, xwv kom Daviv kuv tus tub qhe thiaj muaj ib lub teeb nyob ntawm kuv xub ntiag mus li hauv Yeluxalees, lub nroog uas kuv tau xaiv rau kuv los tso kuv lub npe rau ntawd.</w:t>
      </w:r>
    </w:p>
    <w:p>
      <w:pPr>
        <w:pStyle w:val="ArticleScripture"/>
        <w:jc w:val="left"/>
      </w:pPr>
      <w:r>
        <w:rPr>
          <w:rFonts w:ascii="Times New Roman" w:hAnsi="Times New Roman" w:eastAsia="Times New Roman" w:cs="Times New Roman"/>
        </w:rPr>
        <w:t>Thiab kuv yuav coj koj mus, thiab koj yuav kav raws li txhua yam uas koj tus ntsujplig ntshaw, thiab koj yuav ua vajntxwv kav cov Yixayee. Thiab yuav muaj li no tias, yog koj mloog txhua yam uas kuv txib koj, thiab taug kev hauv kuv txojkev, thiab ua yam uas ncaj ncees hauv kuv lub xubntiag, kom ceev kuv tej kevcai thiab kuv tej lus txib, ib yam li Daviv uas yog kuv tus tub qhe tau ua; ces kuv yuav nrog nraim koj, thiab yuav tsa ib tsev uas ruaj khov rau koj, ib yam li kuv tau tsa rau Daviv, thiab yuav muab cov Yixayee rau koj. Thiab vim li no kuv yuav tsimtxom Daviv cajces, tiamsis tsis yog mus ibtxhis. Yog li ntawd Xalaumoo thiaj nrhiav yuav tua Yelevooas. Thiab Yelevooas txawm sawv tsees khiav mus rau tebchaws Iyi, mus cuag Sisaj uas yog vajntxwv kav tebchaws Iyi, thiab nyob hauv tebchaws Iyi mus txog hnub Xalaumoo tuag. Hos lwm yam haujlwm ntawm Xalaumoo, thiab txhua yam uas nws tau ua, thiab nws txojkev txawj ntse, puas yog twb sau tseg rau hauv phau ntawv keebkwm ntawm Xalaumoo lawm? Thiab lub sijhawm uas Xalaumoo kav hauv Yeluxalees kav tag nrho cov Yixayee yog plaub caug xyoo. Thiab Xalaumoo tau tsaug zog nrog nws cov yawg koob, thiab raug muab faus rau hauv lub nroog ntawm Daviv uas yog nws txiv; thiab Rehoboam uas yog nws tus tub tau kav nyob rau hauv nws chaw. 1 Vajntxwv 11:28–43.</w:t>
      </w:r>
    </w:p>
    <w:p>
      <w:pPr>
        <w:pStyle w:val="ArticleBody"/>
        <w:jc w:val="left"/>
      </w:pPr>
      <w:r>
        <w:rPr>
          <w:rFonts w:ascii="Times New Roman" w:hAnsi="Times New Roman" w:eastAsia="Times New Roman" w:cs="Times New Roman"/>
        </w:rPr>
        <w:t>Thaum vajntxwv Xalaumoos tuag lawm, lub tebchaws yuav raug faib ua ob feem, thiab Yerau-aubooam yuav ua vajntxwv kav kaum xeem sab qaum teb, hos Xalaumoos tus tub, Rehauba-a, yuav ua vajntxwv hauv Yeluxalees. Ua ntej qhov kev faib ntawm cov xeem no tshwm sim, Yerau-aubooam yuav tsum tawm hauv Iyi tebchaws los.</w:t>
      </w:r>
    </w:p>
    <w:p>
      <w:pPr>
        <w:pStyle w:val="ArticleScripture"/>
        <w:jc w:val="left"/>
      </w:pPr>
      <w:r>
        <w:rPr>
          <w:rFonts w:ascii="Times New Roman" w:hAnsi="Times New Roman" w:eastAsia="Times New Roman" w:cs="Times New Roman"/>
        </w:rPr>
        <w:t>Thiab Rehobo-as thiaj mus rau Shekhees; rau qhov cov Yixayee sawvdaws twb tuaj rau Shekhees yuav tsa nws ua vajntxwv. Thiab tau muaj li no tias, thaum Yelaunpau-as tus tub Nebas, uas tseem nyob hauv tebchaws Iyi, hnov txog tej no, (rau qhov nws tau khiav dim ntawm vajntxwv Xalaumoo xubntiag, thiab Yelaunpau-as nyob hauv tebchaws Iyi;) lawv thiaj txib neeg mus hu nws. Thiab Yelaunpau-as nrog rau tag nrho lub koom txoos Yixayee tuaj, thiab hais rau Rehobo-as tias, Koj txiv tau ua rau peb lub quab hnyav; yog li no nimno thov koj ua kom txoj haujlwm hnyav ntawm koj txiv, thiab nws lub quab hnyav uas nws tau muab tso rau saum peb, sib dua zog, ces peb yuav ua koj qhev. Thiab nws hais rau lawv tias, Nej cia li mus rau peb hnub tso, mam rov qab tuaj cuag kuv. Ces cov neeg thiaj ncaim mus. 1 Vajntxwv 12:1–5.</w:t>
      </w:r>
    </w:p>
    <w:p>
      <w:pPr>
        <w:pStyle w:val="ArticleBody"/>
        <w:jc w:val="left"/>
      </w:pPr>
      <w:r>
        <w:rPr>
          <w:rFonts w:ascii="Times New Roman" w:hAnsi="Times New Roman" w:eastAsia="Times New Roman" w:cs="Times New Roman"/>
        </w:rPr>
        <w:t>Zaj dab neeg hais txog qhov uas Rehoboam tau coj tsis muaj tswv yim npaum li cas nyob rau hauv peb hnub ntawd, tso qhov kev txhaum rau saum nws qhov uas nws ruam ntiab pov tseg cov laus tej lus ntuas; tiamsis kev sib cais ntawm cov xeem twb raug cev lus faj lem tseg lawm, yog li ntawd nws yeej yuav tau tshwm sim ib txoj kev twg los xij. Ntawm no tsim nyog sau tseg cia rau ib tsab xov xwm yav tom ntej tias txoj txheej txheem ntawm kev sib cais ntawd tau raug txheeb qhia meej tias yog peb hnub. Ob lub nceeg vaj rov los ua ib lub nceeg vaj dua nyob rau hauv keeb kwm ntawm cov Millerites, thiab thaum cov xeem qaum teb thiab qab teb los ua ib lub nceeg vaj nyob rau hauv keeb kwm Millerite, uas yog lub sijhawm ntawm kev tuaj txog ntawm peb tug tim tswv hauv Tshwmsim tshooj kaum plaub. Peb tug tim tswv ntawd hauv keeb kwm Millerite tau raug ua piv txwv los ntawm peb hnub ntawm Rehoboam qhov kev txiav txim siab. Plaub caug rau xyoo ntawd uas peb tug tim tswv tuaj txog txij xyoo 1798 mus txog xyoo 1844, kuj yog peb hnub uas yog lub cim ntawd thiab, uas Khetos tau hais tseg hauv Yauhas tshooj ob tias yuav tsum muaj kom Nws thiaj tsa tau ib lub tuam tsev uas raug rhuav tshem lawm, tiamsis feem ntawd ntawm txoj kev kawm no cia rau ib tsab xov xwm yav tom ntej.</w:t>
      </w:r>
    </w:p>
    <w:p>
      <w:pPr>
        <w:pStyle w:val="ArticleBody"/>
        <w:jc w:val="left"/>
      </w:pPr>
      <w:r>
        <w:rPr>
          <w:rFonts w:ascii="Times New Roman" w:hAnsi="Times New Roman" w:eastAsia="Times New Roman" w:cs="Times New Roman"/>
        </w:rPr>
        <w:t>Thaum Rehobo-as tau tshaj tawm nws lo lus txiav txim uas ruam kawg rau thaum kawg ntawm peb hnub, ob lub nceeg vaj thiaj raug faib tawm.</w:t>
      </w:r>
    </w:p>
    <w:p>
      <w:pPr>
        <w:pStyle w:val="ArticleScripture"/>
        <w:jc w:val="left"/>
      </w:pPr>
      <w:r>
        <w:rPr>
          <w:rFonts w:ascii="Times New Roman" w:hAnsi="Times New Roman" w:eastAsia="Times New Roman" w:cs="Times New Roman"/>
        </w:rPr>
        <w:t>Yog li ntawd, thaum cov neeg Ixayees sawvdaws pom tias vajntxwv tsis mloog lawv, cov pejxeem thiaj teb rau vajntxwv hais tias, Peb muaj feem dabtsi hauv Daviv? thiab peb tsis muaj qub txeeg qub teg hauv tus tub ntawm Yexai li: nej rov mus rau nej tej tsev ntaub, Au Ixayees; nimno cia Daviv saib xyuas nws tsev neeg nws tus kheej. Yog li ntawd cov Ixayees thiaj ncaim mus rau lawv tej tsev ntaub. Tiamsis rau cov tub ki Ixayees uas nyob hauv tej nroog Yudas, Rehoboo-as tseem kav lawv. Ces vajntxwv Rehoboo-as txib Adoram, tus uas saib xyuas kev sau se; thiab cov Ixayees sawvdaws txawb pob zeb rau nws, ua rau nws tuag. Vim li ntawd vajntxwv Rehoboo-as thiaj maj nroos nce mus rau hauv nws lub tsheb nees, khiav mus rau Yeluxalees. Yog li no cov Ixayees thiaj ntxeev siab tawm tsam tsev neeg Daviv mus txog niaj hnub no. Thiab tau muaj tias, thaum cov Ixayees sawvdaws hnov tias Yelebo-as twb rov los lawm, lawv txawm xa neeg mus hu nws los rau hauv pawg sablaj, thiab tsa nws ua vajntxwv kav tag nrho Ixayees: tsis muaj leejtwg uas raws tsev neeg Daviv, tsuas yog xeem Yudas xwb. 1 Vajntxwv 12:16–20.</w:t>
      </w:r>
    </w:p>
    <w:p>
      <w:pPr>
        <w:pStyle w:val="ArticleBody"/>
        <w:jc w:val="left"/>
      </w:pPr>
      <w:r>
        <w:rPr>
          <w:rFonts w:ascii="Times New Roman" w:hAnsi="Times New Roman" w:eastAsia="Times New Roman" w:cs="Times New Roman"/>
        </w:rPr>
        <w:t>Lo lus faj lem tias Yelaunpau-as yuav raug muab ib lub nceeg vaj tau raug ua kom tiav lawm, thiab nws raug ua kom tiav thaum lub sijhawm nws tau tawm hauv Iyi tebchaws los. Vim khib tias Vajtswv lub chaw dawb huv nyob hauv lub nroog Yeluxalees, uas yog lub nroog uas Vajtswv tau xaiv los tso nws lub npe, Yelaunpau-as thiaj pib tsim ib qho chaw dawb huv cuav, ib txoj hauj lwm pov thawj cuav, thiab ib txoj kev teev hawm cuav los hloov qhov uas tau raug tsa tseg kom tsuas ua tau hauv Yeluxalees xwb. Tes haujlwm uas Yelaunpau-as tau ua hauv kev tsa ib txoj kab ke teev hawm cuav hauv kaum xeem qaum teb ntawd, yog ib qho kev sib thooj ncaj qha rau Aloos txoj kev ntxeev siab thiab tus nyuj kub, thiab yog li ntawd nws muab dua ib tug tim khawv ntxiv, tsis yog rau hnub Cai Hnub Caiv cuav uas yuav los sai no xwb, tiam sis kuj rau txoj kev ntxeev siab ntawm xyoo 1863 thiab.</w:t>
      </w:r>
    </w:p>
    <w:p>
      <w:pPr>
        <w:pStyle w:val="ArticleScripture"/>
        <w:jc w:val="left"/>
      </w:pPr>
      <w:r>
        <w:rPr>
          <w:rFonts w:ascii="Times New Roman" w:hAnsi="Times New Roman" w:eastAsia="Times New Roman" w:cs="Times New Roman"/>
        </w:rPr>
        <w:t>Thiab Yerau-ooa hais hauv nws lub siab tias, Nim no lub tebchaws yuav rov qab mus rau tsevneeg Daviv: yog haiv neeg no nce mus tua tsiaj xyeem rau hauv lub tsev ntawm tus Tswv hauv Yeluxalees, ces haiv neeg no lub siab yuav rov tig mus rau lawv tus tswv, yog Rehoboo-as tus vajntxwv kav Yudas; lawv yuav tua kuv, thiab rov mus cuag Rehoboo-as tus vajntxwv kav Yudas. Vim li ntawd tus vajntxwv thiaj sab laj, thiab ua ob tug menyuam nyuj kub, thiab hais rau lawv tias, Nej nce mus rau Yeluxalees mas hnyav dhau lawm: saib seb, cov no yog nej tej vajtswv, Au Ixayees, uas tau coj nej tawm hauv tebchaws Iziv los. Nws tsa ib tug rau hauv Npe-ee, hos ib tug ntxiv nws muab tso rau hauv Das. Thiab yam no tau dhau los ua kev txhaum; rau qhov haiv neeg mus pe hawm ntawm ib tug ntawd, mus txog Das. Nws kuj ua ib lub tsev rau tej chaw siab, thiab tsa cov pov thawj tawm hauv cov neeg qis tshaj plaws, cov uas tsis yog cov tub ntawm Levi. Thiab Yerau-ooa tsa ib qho kevcai noj kevcai hauv lub hli yim, rau hnub kaum tsib ntawm lub hli, zoo ib yam li kevcai noj kevcai uas nyob hauv Yudas; thiab nws tau txi rau saum lub thaj. Nws ua li ntawd hauv Npe-ee, txi rau cov menyuam nyuj uas nws tau ua; thiab nws tsa rau hauv Npe-ee cov pov thawj ntawm tej chaw siab uas nws tau ua. Yog li ntawd nws txi rau saum lub thaj uas nws tau ua hauv Npe-ee rau hnub kaum tsib ntawm lub hli yim, yog lub hli uas nws tau npaj tawm hauv nws lub siab nws tus kheej; thiab tsa ib qho kevcai noj kevcai rau cov menyuam Ixayees; thiab nws txi rau saum lub thaj, thiab hlawv xyab. 1 Vajntxwv 12:26–33.</w:t>
      </w:r>
    </w:p>
    <w:p>
      <w:pPr>
        <w:pStyle w:val="ArticleBody"/>
        <w:jc w:val="left"/>
      </w:pPr>
      <w:r>
        <w:rPr>
          <w:rFonts w:ascii="Times New Roman" w:hAnsi="Times New Roman" w:eastAsia="Times New Roman" w:cs="Times New Roman"/>
        </w:rPr>
        <w:t>Kev ntxeev siab ntawm Yelauxejlaum nthuav tawm ib txoj kab ntxiv ntawm qhov tseeb los muab tso saum kev ntxeev siab ntawm Aloos, kev ntxeev siab ntawm lub kub ntawm Cov Protestees xyoo 1863, thiab kev ntxeev siab ntawm lub kub ntawm Cov Republican thaum txoj cai Sunday uas tab tom yuav los txog, thiab los ntawm kev ua li ntawd nws nthuav dav zaj lus tim khawv qhia yav tom ntej. Hauv kev ntxeev siab ntawm Aloos tus nyuj kub, tus Tswv tau hloov txoj kev uas tau raug tsa tseg los xaiv lub hwj qhuab qhia.</w:t>
      </w:r>
    </w:p>
    <w:p>
      <w:pPr>
        <w:pStyle w:val="ArticleBody"/>
        <w:jc w:val="left"/>
      </w:pPr>
      <w:r>
        <w:rPr>
          <w:rFonts w:ascii="Times New Roman" w:hAnsi="Times New Roman" w:eastAsia="Times New Roman" w:cs="Times New Roman"/>
        </w:rPr>
        <w:t>Ua ntej qhov kev ntxeev siab ntawd, tus tub hlob ntawm txhua xeem yuav tsum los ua ib feem ntawm txoj hauj lwm pov thawj. Tiamsis thaum muaj Aloos txoj kev ntxeev siab txog tus mlom nyuj kub, tsuas yog xeem Levi xwb thiaj sawv nrog Mauxes. Vim li no Vajtswv thiaj hloov txoj kev uas tau teem tseg los npaj neeg rau txoj hauj lwm pov thawj, thiab txij thaum ntawd mus tsuas yog tsev neeg Levi xwb thiaj yuav tsim los ua pawg pov thawj.</w:t>
      </w:r>
    </w:p>
    <w:p>
      <w:pPr>
        <w:pStyle w:val="ArticleScripture"/>
        <w:jc w:val="left"/>
      </w:pPr>
      <w:r>
        <w:rPr>
          <w:rFonts w:ascii="Times New Roman" w:hAnsi="Times New Roman" w:eastAsia="Times New Roman" w:cs="Times New Roman"/>
        </w:rPr>
        <w:t>Thaum Mauxes pom tias haiv neeg liab qab; (rau qhov Aloos tau ua rau lawv liab qab mus txog lawv txoj kev txaj muag ntawm lawv cov yeeb ncuab xub ntiag:) Ces Mauxes sawv ntawm lub rooj vag ntawm lub yeej, thiab hais tias, Leejtwg nyob rau ntawm tus Tswv sab? cia nws los cuag kuv. Thiab tag nrho cov tub ntawm Levi tau sib sau los cuag nws. Thiab nws hais rau lawv tias, Tus Tswv uas yog Vajtswv ntawm cov Yixalayees hais li no, Cia txhua tus txiv neej muab nws rab ntaj khi rau ntawm nws ib sab, thiab mus los nkag thiab tawm ntawm ib lub rooj vag mus rau ib lub rooj vag thoob plaws hauv lub yeej, thiab tua txhua tus txiv neej uas yog nws tus kwv, thiab txhua tus txiv neej uas yog nws tus phooj ywg, thiab txhua tus txiv neej uas yog nws tus neeg zej zog. Thiab cov tub ntawm Levi tau ua raws li lo lus ntawm Mauxes: thiab hnub ntawd muaj neeg poob ntawm haiv neeg kwv yees li peb txhiab leej txiv neej. Khiavdim 32:25–28.</w:t>
      </w:r>
    </w:p>
    <w:p>
      <w:pPr>
        <w:pStyle w:val="ArticleBody"/>
        <w:jc w:val="left"/>
      </w:pPr>
      <w:r>
        <w:rPr>
          <w:rFonts w:ascii="Times New Roman" w:hAnsi="Times New Roman" w:eastAsia="Times New Roman" w:cs="Times New Roman"/>
        </w:rPr>
        <w:t>Yele-aunpau txawm tus yam ntxwv ntawm txoj hauj lwm uas Vajtswv tau ua tiav hauv Aloos txoj kev ntxeev siab thaum Vajtswv tau tsa ib pawg pov thawj tshiab tawm hauv xeem Levis los, rau qhov Yele-aunpau “tau tsa cov pov thawj ntawm cov neeg qis tshaj plaws, uas tsis yog Levis cov tub.” Txoj kev ntxeev siab thaum chiv keeb ntawm lub nceeg vaj ntawm kaum xeem sab qaum teb no, phim raws nraim li Aloos txoj kev ntxeev siab thiab cov neeg ruam seev cev. Txoj kev ntxeev siab ntawd tau tshwm sim tom qab lawv tawm hauv Iziv tebchaws los, raws li qhov kev ua tiav ntawm ib zaj lus faj lem uas tau cog lus tias ib lub nceeg vaj yuav raug tsa los. Hauv ob rooj no tib si, ib pawg pov thawj tshiab raug tsa los, uas yog ib qho kev hloov ntawm txoj kev cai qub ntawm kev xaiv cov pov thawj.</w:t>
      </w:r>
    </w:p>
    <w:p>
      <w:pPr>
        <w:pStyle w:val="ArticleBody"/>
        <w:jc w:val="left"/>
      </w:pPr>
      <w:r>
        <w:rPr>
          <w:rFonts w:ascii="Times New Roman" w:hAnsi="Times New Roman" w:eastAsia="Times New Roman" w:cs="Times New Roman"/>
        </w:rPr>
        <w:t>Kev ntxeev siab ntawm Aaroo uas yog tus mlom nyuj kub tau rov muaj dua ib zaug ntxiv, tiam sis Yelebo-a tau ua kom nws loj dua ob npaug, rau qhov nws tau ua ob tug mlom nyuj kub thiab muab tso rau hauv ob lub nroog. Lub nroog Das sawv cev rau kev tswj hwm ntawm lub xeev, vim Das txhais tias “txiav txim”; hos lub nroog Npe-ees sawv cev rau kev tswj hwm ntawm pawg ntseeg, vim Npe-ees txhais tias “vaj tswv lub tsev”. Ob tug mlom nyuj kub ntawd muaj tib lub cim raws li Aaroo tus mlom nyuj, tiam sis muaj ib qho tim khawv ntxiv txog kev koom ua ke ntawm Pawg Ntseeg thiab Lub Xeev raws li ob lub nroog ntawd sawv cev. Ib tug nyuj yog daim qauv siab tshaj plaws ntawm kev txi hauv kev pe dab pe mlom, yog li ntawd nws sawv cev rau ib qho kev txi cuav uas dag ntxias txog Khetos. Kub yog ib lub cim ntawm Npanpiloo, hos tus nyuj ntawd yog ib daim duab ntawm ib tug tsiaj nyaum. Ib yam li Aaroo tau tsa ib hnub cuav rau kev pe hawm, Yelebo-a kuj tau tsa ib qho kevcai noj haus loj, thiab tau ua kom hnub teem rau txoj kevcai ntawd tsis phim nrog lub sijhawm ntawm txoj kev pe hawm tseeb hauv Yeluxalees.</w:t>
      </w:r>
    </w:p>
    <w:p>
      <w:pPr>
        <w:pStyle w:val="ArticleBody"/>
        <w:jc w:val="left"/>
      </w:pPr>
      <w:r>
        <w:rPr>
          <w:rFonts w:ascii="Times New Roman" w:hAnsi="Times New Roman" w:eastAsia="Times New Roman" w:cs="Times New Roman"/>
        </w:rPr>
        <w:t>Txhua yam ntxwv txhua yam ntawm txoj cai Hnub Caiv uas yuav los sai no raug sawv cev nyob hauv Yelaunpau-aas zaj lus ua tim khawv txog kev ntxeev siab; yog kev fij cuav (nyuj kub), tus Khetos cuav (lub thaj txi ntuj), tus tsiaj nyaum daim duab (kev sib koom ua ke ntawm lub Koom Txoos thiab Lub Xeev), hnub pe hawm cuav (Hnub Caiv), thiab ib pawg pov thawj cuav.</w:t>
      </w:r>
    </w:p>
    <w:p>
      <w:pPr>
        <w:pStyle w:val="ArticleBody"/>
        <w:jc w:val="left"/>
      </w:pPr>
      <w:r>
        <w:rPr>
          <w:rFonts w:ascii="Times New Roman" w:hAnsi="Times New Roman" w:eastAsia="Times New Roman" w:cs="Times New Roman"/>
        </w:rPr>
        <w:t>Thaum pib ntawm cov Yixayee thaum ub, thaum pib ntawm kaum xeem sab qaum teb los ua ib lub tebchaws, thiab thaum pib ntawm kev ntseeg Advensxais, txhua yam no puav leej muaj tib cov ntsiab lus yaj saub; thiab thaum muab lawv los ua ke, lawv qhia meej txog cov ntsiab lus yaj saub ntawm txoj cai Sunday uas yuav los sai no. Cov Yixayee thaum ub tau tawm hauv txoj kev qhev ntawm tim lyiv teb chaws, Yeraujeboo-as tau tawm hauv tim lyiv teb chaws qhov chaw uas nws tau khiav mus kom dim ntawm Xalaumoos txoj kev tsim txom, thiab kev ntseeg Advensxais ntawm pawg Miller twb nyuam qhuav tawm hauv txoj kev qhev ntawm lub hwj chim papacy lawm.</w:t>
      </w:r>
    </w:p>
    <w:p>
      <w:pPr>
        <w:pStyle w:val="ArticleBody"/>
        <w:jc w:val="left"/>
      </w:pPr>
      <w:r>
        <w:rPr>
          <w:rFonts w:ascii="Times New Roman" w:hAnsi="Times New Roman" w:eastAsia="Times New Roman" w:cs="Times New Roman"/>
        </w:rPr>
        <w:t>Qhov thawj hwj uas yog ntawm Levi tau raug tsa los thaum Aloos txoj kev ntxeev siab, tus thawj hwj cuav ntawm cov neeg uas qis tshaj plaws tau raug tsa los hauv Yelena-aus zaj lus tim khawv, thiab thaum tus Tswv tau nkag los rau hauv txoj kev cog lus nrog Millerite Adventism, raws li Petus hais, cov Millerites yog “ib tiam neeg uas raug xaiv, ib tug thawj hwj muaj koob muaj npe, ib haiv neeg dawb huv, ib haiv neeg tshwj xeeb; kom nej yuav tshaj tawm tej kev qhuas ntawm tus uas tau hu nej tawm hauv qhov tsaus ntuj los rau hauv nws qhov kaj uas txaus xav tsis thoob.” Qhov kaj uas cov Millerites raug hu los rau ntawd yog qhov kaj ntawm Miller tej lub pov haum uas raug sawv cev saum Habakkuk ob daim txiag, uas twb tau raug ua yam ntxwv ua ntej hauv keeb kwm ntawm Aloos txoj kev ntxeev siab los ntawm ob daim txiag ntawm Kaum Lo Lus Txib. Qhov tsaus ntuj uas lawv raug hu tawm hauv ntawd yog Tiam Tsaus Ntuj ntawm txoj kev kav ntawm papacy, uas twb tau raug ua yam ntxwv ua ntej los ntawm qhov tsaus ntuj ntawm kev ua qhev hauv Iyiv.</w:t>
      </w:r>
    </w:p>
    <w:p>
      <w:pPr>
        <w:pStyle w:val="ArticleBody"/>
        <w:jc w:val="left"/>
      </w:pPr>
      <w:r>
        <w:rPr>
          <w:rFonts w:ascii="Times New Roman" w:hAnsi="Times New Roman" w:eastAsia="Times New Roman" w:cs="Times New Roman"/>
        </w:rPr>
        <w:t>Thaum Khetos tsa lub tuam tsev uas tau raug nias tsuj los ntawm kev pe dab qhuas thiab kev cai papacy, Nws tau ua li ntawd hauv plaub caug rau xyoos txij xyoo 1798 mus txog 1844. Thaum Nws tau tsa lub tuam tsev lawm, ces raws li tus Tubtxib ntawm Phau Lus Cog Tseg, Nws cia li los rau Nws lub tuam tsev thaum Lub Kaum Hli 22, 1844, rau qhov Nws tau tsa lub tuam tsev uas tau raug nias tsuj thiab raug rhuav tshem lawm, thiab Nws kuj tau ntxuav kom huv ib pawg pov thawj uas sawv cev los ntawm xeem Levi.</w:t>
      </w:r>
    </w:p>
    <w:p>
      <w:pPr>
        <w:pStyle w:val="ArticleScripture"/>
        <w:jc w:val="left"/>
      </w:pPr>
      <w:r>
        <w:rPr>
          <w:rFonts w:ascii="Times New Roman" w:hAnsi="Times New Roman" w:eastAsia="Times New Roman" w:cs="Times New Roman"/>
        </w:rPr>
        <w:t>Tiamsis leejtwg nyob ruaj tau rau hnub uas nws los? thiab leejtwg yuav sawv taus thaum nws tshwm sim? rau qhov nws zoo li hluav taws ntawm tus txawj lim, thiab zoo li xab npum ntawm tus ntxhua khaub ncaws: Thiab nws yuav zaum ua tus txawj lim thiab tus ntxuav nyiaj kom huv: thiab nws yuav ntxuav cov tub ntawm Levi kom huv, thiab lim lawv ib yam li kub thiab nyiaj, kom lawv thiaj yuav muab tau ib txoj kev fij rau tus Tswv hauv txojkev ncaj ncees. Ces txojkev fij ntawm Yudas thiab Yeluxalees yuav txaus siab rau tus Tswv, ib yam li nyob rau tej hnub thaum ub, thiab zoo li hauv tej xyoo yav tag. Malachi 3:2–4.</w:t>
      </w:r>
    </w:p>
    <w:p>
      <w:pPr>
        <w:pStyle w:val="ArticleBody"/>
        <w:jc w:val="left"/>
      </w:pPr>
      <w:r>
        <w:rPr>
          <w:rFonts w:ascii="Times New Roman" w:hAnsi="Times New Roman" w:eastAsia="Times New Roman" w:cs="Times New Roman"/>
        </w:rPr>
        <w:t>Thaum lub Kaum Hli 22, 1844, Khetos cia li los rau Nws lub tuam tsev thiab nkag mus rau hauv txoj kev cog lus nrog ib haiv neeg uas raug sawv cev los ntawm Levis txoj pov thawj hwj, los txog xyoo 1863, lawv tau rov ua dua Aloos txoj kev tawm tsam, thiab txoj pov thawj hwj Millerite tau hloov mus ua txoj pov thawj hwj Laodicea, raws li raug sawv cev los ntawm Yerobo-as txoj pov thawj hwj ntawm cov neeg qis tshaj plaws, thiab Aloos cov neeg ruam uas seev cev. Txawm li ntawd los, zaj lus tim khawv txog Yerobo-as txoj kev tawm tsam muaj ib zaj lus tim khawv loj dua txog xyoo 1863 txoj kev tawm tsam. Thaum Yerobo-as qhib nws txoj kev teev hawm cuav, ib tug yaj saub ntawm Yeluxalees raug xa tuaj los cem Yerobo-as txoj kev tawm tsam, raws li qhov piv txwv ntawm Millerite Adventism raug coj los lees txais Hnub Xanpataus ntawm Kaum Nqe Kev Cai uas yog hnub so.</w:t>
      </w:r>
    </w:p>
    <w:p>
      <w:pPr>
        <w:pStyle w:val="ArticleBody"/>
        <w:jc w:val="left"/>
      </w:pPr>
      <w:r>
        <w:rPr>
          <w:rFonts w:ascii="Times New Roman" w:hAnsi="Times New Roman" w:eastAsia="Times New Roman" w:cs="Times New Roman"/>
        </w:rPr>
        <w:t>Thaum cov ntseeg Adventism lees txais txoj kev kaj ntawm tus tim tswv thib peb thiab lub chaw dawb huv, lawv sawv cev ua ib lo lus cem rau cov Protestant uas tau tsis lees txais txoj kev kaj uas nce zuj zus ntawm kev qhib cov uas tau muab khi cia, uas pib thaum lub sijhawm kawg hauv xyoo 1798. Ib yam li Ixayees thaum ub tau hnov qab Hnub Xanpataus thaum lawv nyob hauv kev quab yuam hauv tebchaws Iyi, pawg ntseeg nyob hauv tebchaws moj sab qhua kuj tau hnov qab Hnub Xanpataus thaum txog xyoo 1798. Txoj kev kaj uas nce zuj zus ntawm cov lus ceeb toom txog teev txiav txim uas cov Millerites nqa los thaum kawg coj mus rau lub chaw dawb huv thiab Vajtswv txoj kevcai.</w:t>
      </w:r>
    </w:p>
    <w:p>
      <w:pPr>
        <w:pStyle w:val="ArticleBody"/>
        <w:jc w:val="left"/>
      </w:pPr>
      <w:r>
        <w:rPr>
          <w:rFonts w:ascii="Times New Roman" w:hAnsi="Times New Roman" w:eastAsia="Times New Roman" w:cs="Times New Roman"/>
        </w:rPr>
        <w:t>Qhov kaj ntawd tau los txog rau hnub tim 22 Lub Kaum Hli, 1844, thiab nws sawv cev rau ib lo lus cem txim tawm tsam kev pe hawm cuav rau cov uas twb raug hu kom tawm kiag li ntawm tej lus qhuab qhia cuav ntawm Catholicism. Kev pe hawm lub hnub yog lub cim ntawm Catholicism txoj cai kav saum cov koom txoos uas tau rov qab los rau hauv nws lub nkuaj. Lo lus cem txim ntawd raug sawv cev nyob rau hauv Yelaunpau-as qhov kev tsa nws txoj kab ke cuav ntawm kev pe hawm.</w:t>
      </w:r>
    </w:p>
    <w:p>
      <w:pPr>
        <w:pStyle w:val="ArticleScripture"/>
        <w:jc w:val="left"/>
      </w:pPr>
      <w:r>
        <w:rPr>
          <w:rFonts w:ascii="Times New Roman" w:hAnsi="Times New Roman" w:eastAsia="Times New Roman" w:cs="Times New Roman"/>
        </w:rPr>
        <w:t>Thiab Yerunpe-a has tsa ib rooj noj tsheej rau lub yim hli, rau hnub kaum tsib ntawm lub hli, zoo ib yam li rooj noj tsheej uas nyob hauv Yudas, thiab nws tau xyeem fij saum lub thaj. Nws kuj ua li ntawd hauv Npe-ethees, fij rau tej nyuj mos uas nws tau ua; thiab nws tsa hauv Npe-ethees cov pov thawj ntawm tej chaw siab uas nws tau ua. Yog li ntawd nws thiaj xyeem fij saum lub thaj uas nws tau ua hauv Npe-ethees rau hnub kaum tsib ntawm lub yim hli, yog lub hli uas nws tau npaj tawm hauv nws lub siab nws tus kheej; thiab nws tsa ib rooj noj tsheej rau cov Yixayeelees tej tub; thiab nws tau xyeem fij saum lub thaj, thiab hlawv xyab. Thiab saib seb, muaj ib tug txiv neej ntawm Vajtswv tawm hauv Yudas los rau Npe-ethees los ntawm Yehauvas lo lus; thiab Yerunpe-a sawv ntawm lub thaj yuav hlawv xyab. Thiab nws qw tawm tsam lub thaj raws li Yehauvas lo lus, thiab hais tias, Au lub thaj, lub thaj, Yehauvas hais li no; Saib seb, yuav muaj ib tug menyuam yug los rau tsev neeg Daviv, npe hu ua Yauxiyas; thiab saum koj no nws yuav xyeem fij cov pov thawj ntawm tej chaw siab uas hlawv xyab saum koj, thiab neeg tej pob txha yuav raug hlawv saum koj. Thiab tib hnub ntawd nws tau muab ib lub cim, hais tias, Qhov no yog lub cim uas Yehauvas tau hais; Saib seb, lub thaj yuav tawg nthe, thiab cov tshauv uas nyob saum nws yuav raug nchuav tawm. Thiab tau muaj li ntawd, thaum vajntxwv Yerunpe-a hnov lo lus hais ntawm tus txiv neej ntawm Vajtswv, uas tau qw tawm tsam lub thaj hauv Npe-ethees, nws txawm tsa tes tawm ntawm lub thaj, hais tias, Cia li ntes nws.</w:t>
      </w:r>
    </w:p>
    <w:p>
      <w:pPr>
        <w:pStyle w:val="ArticleScripture"/>
        <w:jc w:val="left"/>
      </w:pPr>
      <w:r>
        <w:rPr>
          <w:rFonts w:ascii="Times New Roman" w:hAnsi="Times New Roman" w:eastAsia="Times New Roman" w:cs="Times New Roman"/>
        </w:rPr>
        <w:t>Thiab nws txhais tes, uas nws tau cev tawm tsam nws, qhuav kiag mus, xwv nws thiaj tsis rub nws rov los cuag nws tau lawm. Lub thaj txi ntuj kuj ntsoog tawg, thiab cov tshauv txeej tawm hauv lub thaj txi ntuj, raws li lub cim uas tus txiv neej ntawm Vajtswv tau tshaj tawm los ntawm Yehauvas lo lus. Ces vajntxwv teb thiab hais rau tus txiv neej ntawm Vajtswv tias, Nimno thov nrhiav Yehauvas uas yog koj tus Vajtswv lub ntsej muag, thiab thov Vajtswv rau kuv, kom kuv txhais tes rov zoo li qub rau kuv dua. Tus txiv neej ntawm Vajtswv thiaj thov Yehauvas, ces vajntxwv txhais tes rov zoo rau nws dua, thiab zoo li yav tas los. Vajntxwv thiaj hais rau tus txiv neej ntawm Vajtswv tias, Los tsev nrog kuv mus, thiab rov qaug zog kom muaj zog, ces kuv yuav muab nqi zog rau koj. Tab sis tus txiv neej ntawm Vajtswv hais rau vajntxwv tias, Txawm yog koj yuav muab ib nrab ntawm koj tsev rau kuv los, kuv kuj yuav tsis nrog koj mus hauv, thiab kuv yuav tsis noj mov los tsis haus dej hauv qhov chaw no li; rau qhov Yehauvas lo lus tau txib kuv li no, hais tias, Tsis txhob noj mov, tsis txhob haus dej, thiab tsis txhob tig rov qab los ntawm tib txojkev uas koj tuaj. Yog li ntawd nws thiaj mus dua ib txojkev, thiab tsis rov qab los ntawm txojkev uas nws tau tuaj rau Npe-thees. 1 Vajntxwv 12:32–13:10.</w:t>
      </w:r>
    </w:p>
    <w:p>
      <w:pPr>
        <w:pStyle w:val="ArticleBody"/>
        <w:jc w:val="left"/>
      </w:pPr>
      <w:r>
        <w:rPr>
          <w:rFonts w:ascii="Times New Roman" w:hAnsi="Times New Roman" w:eastAsia="Times New Roman" w:cs="Times New Roman"/>
        </w:rPr>
        <w:t>Ua ke nrog rau txoj kev ntxeev siab ntawm cov nyuj kub hauv zaj lus tim khawv ntawm Aloos thiab Yelalaunpau, kev qhib ua haujlwm tiag tiag ntawm txoj kab ke pe hawm cuav uas Yelalaunpau tau tsa los kuj muaj nyob hauv nws zaj lus tim khawv thiab. Qhov kev qhib ntawd sawv cev rau qhov sib txawv ntawm txoj kev pe hawm uas yuav tsum tau ua hauv Yeluxalees, thiab txoj kab ke cuav uas Yelalaunpau tau tsim los dag. Txij xyoo 1798 mus txog 1844, tus Tswv tau coj Nws haiv neeg tawm ntawm qhov tsaus ntuj ntawm papal txoj cai kav los rau hauv qhov kaj yaj saub uas zoo kawg nkaus uas sawv cev los ntawm peb tug tim tswv hauv Qhia Tshwm tshooj kaum plaub. Cov pawg ntseeg Protestant tau tsis lees txais qhov kaj ntawd, thiab los ntawm kev ua li ntawd lawv thiaj los ua cov ntxhais ntawm Kas Tos Liv nyob rau xyoo 1844.</w:t>
      </w:r>
    </w:p>
    <w:p>
      <w:pPr>
        <w:pStyle w:val="ArticleBody"/>
        <w:jc w:val="left"/>
      </w:pPr>
      <w:r>
        <w:rPr>
          <w:rFonts w:ascii="Times New Roman" w:hAnsi="Times New Roman" w:eastAsia="Times New Roman" w:cs="Times New Roman"/>
        </w:rPr>
        <w:t>Kev pe hawm ntawm Jeroboam yog ib qho qauv qhia txog txoj kev pe hawm ntawm lub txheej txheem Catholic, thiab hauv nws zaj keeb kwm no, lub nceeg vaj qaum teb ntawm cov Yixayee sawv cev rau lub txheej txheem cuav ntawm Catholicism uas cov Protestants hauv keeb kwm Millerite tau xaiv yuav nyob ruaj hauv. Lub cim ntawm lub txheej txheem ntawd yog kev pe hawm lub hnub.</w:t>
      </w:r>
    </w:p>
    <w:p>
      <w:pPr>
        <w:pStyle w:val="ArticleBody"/>
        <w:jc w:val="left"/>
      </w:pPr>
      <w:r>
        <w:rPr>
          <w:rFonts w:ascii="Times New Roman" w:hAnsi="Times New Roman" w:eastAsia="Times New Roman" w:cs="Times New Roman"/>
        </w:rPr>
        <w:t>Cov nkauj xwb uas ncaj ncees thiab muaj tswvyim, cov uas tau nkag mus rau hauv Chaw Dawb Huv Tshaj Plaws thaum Lub Kaum Hli 22, 1844, sawv cev ua ib lo lus qhuab ntuas rau cov Protestants uas nyuam qhuav rov qab mus nyob hauv qab txoj kev cuam tshuam ntawm Catholicism, thiab tau los ua cov ntxhais ntawm Loos. Thaum pib tsa Yelepa-aus txoj kev pe hawm cuav, muaj ib tug yaj saub tuaj ntawm Yudas los qhuab ntuas Yelepa-aus, yog li ntawd nws ua qauv qhia txog cov nkauj xwb ncaj ncees uas tau nkag mus rau hauv Chaw Dawb Huv Tshaj Plaws thiab raug coj kom paub txog Vajtswv txoj kevcai. Zaj keeb kwm ntawm tus yaj saub ntawd thiab nws lo lus qhuab ntuas rau Yelepa-aus muaj nqis heev rau kev to taub thaum xav txog kev tawm tsam ntawm xyoo 1863, tiam sis zaj keeb kwm ntawd yuav tsum tos kom txog thaum muaj ib qho xaus muab tso ua ke nrog ib qho pib.</w:t>
      </w:r>
    </w:p>
    <w:p>
      <w:pPr>
        <w:pStyle w:val="ArticleBody"/>
        <w:jc w:val="left"/>
      </w:pPr>
      <w:r>
        <w:rPr>
          <w:rFonts w:ascii="Times New Roman" w:hAnsi="Times New Roman" w:eastAsia="Times New Roman" w:cs="Times New Roman"/>
        </w:rPr>
        <w:t>Pib txheej thaum ub ntawm cov Yixayee, lub nceeg vaj ntawm Yelauxam, thiab cov Yixayee niaj hnub no txhua yam sib haum, thiab ua ke lawv muab peb tug timkhawv hais txog qhov kawg ntawm tus tsiaj nyaum hauv ntiajteb hauv Tshwm Sim tshooj kaum peb, rau thaum txoj cai Hnub Caiv Cuav uas yuav los sai. Cov neeg ncaj ncees ntawm Millerite Adventism rau lub Kaum Hli 22, 1844, tau los ua tus kub tseeb ntawm Protestant ntawm tus tsiaj nyaum hauv ntiajteb, thiab lawv tau ua li ntawd nyob hauv keeb kwm uas pib rau lub sij hawm kawg xyoo 1798. Xyoo 1798 yog qhov pib ntawm lub nceeg vaj thib rau hauv Vajlugkub tej lus faj lem, yog Tebchaws Meskas, thiab yog kev tsa tus kub tseeb Protestant ntawm Adventism nyob hauv Tebchaws Meskas. Hauv zaj keeb kwm pib ntawd sawv cev rau zaj keeb kwm xaus ntawm Tebchaws Meskas, rau qhov Yexus ib txwm siv qhov pib ntawm ib yam los piav qhia txog qhov kawg ntawm ib yam.</w:t>
      </w:r>
    </w:p>
    <w:p>
      <w:pPr>
        <w:pStyle w:val="ArticleBody"/>
        <w:jc w:val="left"/>
      </w:pPr>
      <w:r>
        <w:rPr>
          <w:rFonts w:ascii="Times New Roman" w:hAnsi="Times New Roman" w:eastAsia="Times New Roman" w:cs="Times New Roman"/>
        </w:rPr>
        <w:t>Peb tus timkhawv thaum chiv keeb ntawm cov Yixayee txheej thaum ub, txheej niaj hnub no, thiab cov Yixayee ntawm Yerau-aus-as qhia kom pom txog qhov xaus ntawm tus tsiaj qus hauv ntiajteb; txawm li ntawd los, kuj tseem muaj dua lwm qhov kawg uas yuav tsum raug muab tso ua ntej, ua ntej yuav nthuav tawm timkhawv txog tus yaj saub uas los ntawm Yudas thiab qhuab ntuas Yerau-aus-as. Zaj keeb kwm kawg uas yuav tsum raug suav nrog yog qhov xaus ntawm lub nceeg vaj qaum teb thiab lub nceeg vaj qab teb ntawm cov Yixayee raws li tus yaj saub Exekees sawv cev.</w:t>
      </w:r>
    </w:p>
    <w:p>
      <w:pPr>
        <w:pStyle w:val="ArticleBody"/>
        <w:jc w:val="left"/>
      </w:pPr>
      <w:r>
        <w:rPr>
          <w:rFonts w:ascii="Times New Roman" w:hAnsi="Times New Roman" w:eastAsia="Times New Roman" w:cs="Times New Roman"/>
        </w:rPr>
        <w:t>Tsis tsim nyog yuav hnov qab tias yam uas peb tab tom piav qhia tam sim no yog tias kev ntxeev siab xyoo 1863 raug cim tseg los ntawm thawj qhov kev qias neeg hauv Exekees tshooj yim, uas yog tus mlom ntawm kev khib. Thaum peb hais txog qhov xaus ntawm lub nceeg vaj qaum teb thiab lub nceeg vaj qab teb raws li Exekees tau sawv cev tseg lawm, peb yuav muaj pov thawj ntau tshaj txaus los txhawb tias kev ntxeev siab xyoo 1863 tau raug piav qhia los ntawm Aloos thiab Yelebo-as txoj kev ntxeev siab, thiab tias nws qhia txog qhov pib ntawm thawj tiam ntawm plaub tiam ntawm Laodicean Adventism.</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Lo lus ntawm tus Tswv rov los cuag kuv dua, hais tias, Tsis tas li ntawd, koj tus tub ntawm neeg, cia li muab ib rab pas rau koj, thiab sau rau saum nws tias, Rau Yuda, thiab rau cov me nyuam Ixayees uas yog nws cov phooj ywg: ces muab dua ib rab pas ntxiv, thiab sau rau saum nws tias, Rau Yauxej, rab pas ntawm Efa-i, thiab rau tag nrho tsev neeg Ixayees uas yog nws cov phooj ywg: Thiab muab lawv txuas ua ke, ib rab rau ib rab, kom ua ib rab pas xwb; thiab lawv yuav los ua ib rab hauv koj txhais tes. Thiab thaum cov me nyuam ntawm koj haiv neeg hais rau koj tias, Koj yuav tsis qhia rau peb paub tias tej no txhais li cas los? Ces hais rau lawv tias, Tus Tswv Vajtswv hais li no; Saib seb, Kuv yuav muab rab pas ntawm Yauxej, uas nyob hauv tes ntawm Efa-i, thiab cov xeem ntawm Ixayees uas yog nws cov kwv luag, coj los nrog nws, yog nrog rab pas ntawm Yuda, thiab yuav ua kom lawv ua ib rab pas xwb, thiab lawv yuav ua ib rab nyob hauv Kuv txhais tes. Thiab cov rab pas uas koj sau rau saum ntawd yuav nyob hauv koj txhais tes ntawm lawv lub xub ntiag. Thiab hais rau lawv tias, Tus Tswv Vajtswv hais li no; Saib seb, Kuv yuav coj cov me nyuam Ixayees tawm hauv nruab nrab ntawm lwm haiv neeg, qhov chaw uas lawv tau mus lawm, thiab yuav sau lawv los ntawm txhua sab, thiab coj lawv los rau hauv lawv thaj av.</w:t>
      </w:r>
    </w:p>
    <w:p>
      <w:pPr>
        <w:pStyle w:val="ArticleScripture"/>
        <w:jc w:val="left"/>
      </w:pPr>
      <w:r>
        <w:rPr>
          <w:rFonts w:ascii="Times New Roman" w:hAnsi="Times New Roman" w:eastAsia="Times New Roman" w:cs="Times New Roman"/>
        </w:rPr>
        <w:t>Thiab kuv yuav ua kom lawv los ua ib haiv neeg xwb hauv lub tebchaws saum cov roob Ixayees; thiab yuav muaj ib tug vajntxwv xwb ua vajntxwv kav lawv txhua tus; lawv yuav tsis yog ob haiv neeg ntxiv lawm, thiab yuav tsis raug faib ua ob lub tebchaws ntxiv lawm li. Lawv yuav tsis ua rau lawv tus kheej qias dua ntxiv nrog lawv tej mlom, lossis nrog lawv tej yam ntxub ntxaug, lossis nrog ib yam twg ntawm lawv tej kev txhaum; tiamsis kuv yuav cawm lawv tawm hauv txhua qhov chaw uas lawv tau nyob, qhov chaw uas lawv tau ua txhaum, thiab kuv yuav ntxuav lawv kom huv; ces lawv yuav ua kuv haiv neeg, thiab kuv yuav ua lawv tus Vajtswv. Thiab Davi kuv tus tub qhe yuav ua vajntxwv kav lawv; thiab lawv txhua tus yuav muaj ib tug tswv yug yaj xwb; lawv kuj yuav taug raws li kuv tej kev txiav txim, thiab yuav ceev faj khaws kuv tej kevcai, thiab ua raws li ntawd. Thiab lawv yuav nyob hauv thaj av uas kuv tau muab rau Yakhauj kuv tus tub qhe, uas nej tej yawg koob tau nyob; thiab lawv yuav nyob hauv ntawd, yog lawv, thiab lawv tej menyuam, thiab lawv tej xeeb ntxwv mus ib txhis; thiab Davi kuv tus tub qhe yuav ua lawv tus thawj kav mus ib txhis. Tsis tas li ntawd, kuv yuav cog lus txog kev thaj yeeb nrog lawv; qhov ntawd yuav yog ib daim ntawv cog lus nyob mus ib txhis nrog lawv; thiab kuv yuav tsa lawv ruaj khov, thiab ua kom lawv coob zuj zus, thiab yuav tsa kuv lub chaw dawb huv rau hauv lawv nruab nrab mus ib txhis. Kuv lub tsev ntaub kuj yuav nrog lawv nyob thiab; muaj tseeb tiag, kuv yuav ua lawv tus Vajtswv, thiab lawv yuav ua kuv haiv neeg. Thiab lwm haiv neeg yuav paub tias kuv yog tus Tswv uas ua kom Ixayees dawb huv, thaum kuv lub chaw dawb huv nyob hauv lawv nruab nrab mus ib txhis. Exekees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Naj Npawb Xya Caum Ib</dc:title>
  <dc:subject>Daim Ntaub Hauv Lus Txhij Saub: Qhib Tshwm Plaub Yam Kev Qias Neeg Hauv Exekees Tshooj Yim thiab Lawv Qhov Tseem Ceeb Hauv Lub Sijhawm Niaj Hnub No</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