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Xov Xwm Xya caum plaub</w:t>
      </w:r>
    </w:p>
    <w:p>
      <w:pPr>
        <w:pStyle w:val="ArticleSubtitle"/>
        <w:jc w:val="left"/>
      </w:pPr>
      <w:r>
        <w:rPr>
          <w:rFonts w:ascii="Arial" w:hAnsi="Arial" w:eastAsia="Arial" w:cs="Arial"/>
        </w:rPr>
        <w:t>Qhib Txog Qhov Ntim Zais ntawm Cov Lus Qhia Yav Tom Ntej: Tej Kev Qias Neeg ntawm Exekhee, Pawg Ntseeg Hnub Kawg, thiab Lub Cim ntawm Tsiaj Nyaum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Plaub kev qias neeg plaub yam hauv Exekees tshooj yim coj mus rau qhov uas cov thawj coj ntawm Vajtswv pawg ntseeg Laodicea nyob rau hnub kawg txhos caug pe hawm lub hnub, thiab yog li ntawd thiaj txais lub cim ntawm tsiaj qus. Tshooj tom ntej, uas yog tib zaj yog toog pom ntawd, qhia txog cov neeg nyob hauv Vajtswv pawg ntseeg rau hnub kawg uas txais lub foob ntawm Vajtswv. Muam Dawb qhia rau peb tias kev muab foob hauv Exekees tshooj cuaj yog tib yam li kev muab foob uas raug sawv cev hauv Tshwmsim tshooj xya. Vajtswv txiav txim rau ib haiv neeg hauv nws tiam thib peb thiab thib plaub, thiab plaub yam kev qias neeg hauv Exekees qhia kom pom plaub tiam ntawm kev ntxeev siab uas tau pib xyoo 1863, thaum Laodicean Adventism coj los qhia ib qho cuav hloov chaw ntawm ob daim phiaj ntawm Habakkuk uas tau raug muab los ua ib lub cim ntawm kev cog lus sib raug zoo ntawm Vajtswv thiab Nws haiv neeg, ib yam li ob daim phiaj ntawm Kaum Lo Lus txib tau raug muab thaum pib ntawm cov Yixayee thaum ub.</w:t>
      </w:r>
    </w:p>
    <w:p>
      <w:pPr>
        <w:pStyle w:val="ArticleBody"/>
        <w:jc w:val="left"/>
      </w:pPr>
      <w:r>
        <w:rPr>
          <w:rFonts w:ascii="Times New Roman" w:hAnsi="Times New Roman" w:eastAsia="Times New Roman" w:cs="Times New Roman"/>
        </w:rPr>
        <w:t>Aloo tus nyuj kub ntawm Aloos yog ib daim duab cuav, yog lub cim ntawm kev ntxeev siab uas tau tshwm sim tib lub sijhawm uas Vajtswv tab tom tsim ob daim phaj uas sawv cev rau daim duab tseeb ntawm kev khib siab. Aloos tus nyuj kub yog ib qho qauv qhia ua ntej txog daim chart cuav xyoo 1863, uas tau tshem tawm “xya lub sijhawm,” hauv Leviticus nees nkaum rau tawm ntawm txoj xov nrog rau lwm yam lus faj lem txog sijhawm. Yog li ntawd, Laodicean Adventism tau tsa ib daim duab ntawm kev khib siab nyob rau thaum chiv keeb ntawm nws keeb kwm heev, ib yam li Aloos tau ua hauv keeb kwm thaum pib ntawm cov Ixayees thaum ub, thiab ib yam li Yerobo-as tau ua hauv keeb kwm thaum pib ntawm lub nceeg vaj qaum teb ntawm Efa-i.</w:t>
      </w:r>
    </w:p>
    <w:p>
      <w:pPr>
        <w:pStyle w:val="ArticleBody"/>
        <w:jc w:val="left"/>
      </w:pPr>
      <w:r>
        <w:rPr>
          <w:rFonts w:ascii="Times New Roman" w:hAnsi="Times New Roman" w:eastAsia="Times New Roman" w:cs="Times New Roman"/>
        </w:rPr>
        <w:t>“Xya lub sij hawm,” ntawm Leviticus nees nkaum rau yog thawj zaj lus faj lem hais txog lub sij hawm uas Miller tau raug coj los nkag siab, thiab nws yog thawj lub pov haum ntawm lub sij hawm faj lem uas raug muab tso tseg rau ib sab hauv txoj kev ntxeev siab xyoo 1863. Xyoo 1863 cim txog qhov pib ntawm kev npog zais tej lub pov haum hauv Miller txoj kev npau suav thiab kev coj los qhia txog tej lub pov haum cuav thiab tej npib cuav. “Xya lub sij hawm,” yog lub pob zeb hauv paus uas cov neeg tsim tsev tau tsis kam lees. Xyoo 1863, cov uas twb tau ua cov neeg tsim lub tuam tsev Millerite lawm yog cov uas muab lub pob zeb hauv paus ntawm “xya lub sij hawm,” tso tseg rau ib sab, tiam sis nyob rau hnub kawg no lub pob zeb ntawd tam sim no yog lub taub hau ntawm kaum tsev. Lub pob zeb ntawd sawv cev rau lub Pob Zeb Ruaj Khov Mus Ib Txhis, thiab nws kuj raug sawv cev los ntawm hnub uas tus Tswv tau tsim, rau qhov nws yog ib lub cim ntawm hnub Xanpataus so rau thaj av. Xyoo 1844, Millerite Adventism tau qhuab ntuas Jeroboam txoj kab ke pe hawm cuav, thiab tau cais tawm ntawm “lub koom txoos ntawm cov neeg thuam luag” uas tau “zoo siab xyiv fab” rau thawj zaug kev poob siab.</w:t>
      </w:r>
    </w:p>
    <w:p>
      <w:pPr>
        <w:pStyle w:val="ArticleBody"/>
        <w:jc w:val="left"/>
      </w:pPr>
      <w:r>
        <w:rPr>
          <w:rFonts w:ascii="Times New Roman" w:hAnsi="Times New Roman" w:eastAsia="Times New Roman" w:cs="Times New Roman"/>
        </w:rPr>
        <w:t>Cov neeg ua vaj tsev raug qhuab ntuas kom txhob rov qab mus rau “pawg koom txoob ntawm cov neeg thuam luag” li, ib yam li tus yaj saub hauv Yudas uas tau raug qhuab ntuas kom rov qab mus rau Yeluxalees los ntawm ib txoj kev txawv ntawm txoj kev uas tau coj nws mus txog 1844. Txoj kev uas tau coj nws mus txog 1844 ntawd, yog txoj kev uas nws tau tawm los, uas yog Kev Ntseeg Protestant, thiab hauv zaj keeb kwm ntawd Kev Ntseeg Protestant tau dhau los ua Protestantism uas tau thim txoj kev ntseeg lawm. Cov neeg ua vaj tsev raug txib kom txhob rov qab mus rau “pawg koom txoob ntawm cov neeg thuam luag” li, thiab lawv raug qhuab ntuas kom tsis txhob noj lawv tej zaub mov lossis haus lawv tej dej. Cov neeg ua vaj tsev tau noj phau ntawv me me uas nyob hauv tus tim tswv txhais tes xyoo 1840, thiab cov zaub mov ntawd qab zib hauv lawv lub qhov ncauj.</w:t>
      </w:r>
    </w:p>
    <w:p>
      <w:pPr>
        <w:pStyle w:val="ArticleBody"/>
        <w:jc w:val="left"/>
      </w:pPr>
      <w:r>
        <w:rPr>
          <w:rFonts w:ascii="Times New Roman" w:hAnsi="Times New Roman" w:eastAsia="Times New Roman" w:cs="Times New Roman"/>
        </w:rPr>
        <w:t>Kev noj thiab kev haus ntawm txojkev yaj saub sawv cev rau txoj kev xyaum uas siv los kawm Vajlugkub. Cov Millerite tau raug muab ib txoj kev tshwj xeeb los kawm Vajtswv Txojlus, thiab tej cai ntawd ua rau muaj ib zaj lus hauv Vajlugkub uas txawv kiag li ntawm zaj lus uas cov kws ntseeg ntawm Protestantism uas tau poob cev qhev thiab Catholicism tsim tawm los ntawm lawv txoj kev xyaum uas twb raug qias lawm. Cov neeg ua vaj tse, uas kuj yog tus yaj saub hauv Yudas, tsis raug cia kom rov qab mus noj lossis haus ntawm txoj kev xyaum ntawm Protestantism uas tau poob cev qhev lossis ntawm Catholicism. Tus yaj saub hauv Yudas tau ua qhov ntawd ntag, yog li ntawd qhia meej tias Laodicean Adventism yuav ua qhov ntawd ntag thiab nyob rau xyoo 1863, rau qhov nyob rau xyoo 1863 lawv tau siv tej lus sib cav ntawm txojkev ntseeg ntawm Protestantism uas tau poob cev qhev los tsis lees txais Miller txoj kev siv ntawm “xya lub sijhawm,” thiab yog li tsa tau Aloos thiab Yerau-aum cov mlom ntawm txojkev khib. Ces thawj tiam ntawm Laodicean Adventism twb tau pib lawm.</w:t>
      </w:r>
    </w:p>
    <w:p>
      <w:pPr>
        <w:pStyle w:val="ArticleBody"/>
        <w:jc w:val="left"/>
      </w:pPr>
      <w:r>
        <w:rPr>
          <w:rFonts w:ascii="Times New Roman" w:hAnsi="Times New Roman" w:eastAsia="Times New Roman" w:cs="Times New Roman"/>
        </w:rPr>
        <w:t>Tom qab tus yaj saub uas los ntawm Yudas tau muaj kev sib cuag nrog Yerau-a-as, nws txawm pib rov qab mus rau Yudas, tiamsis nws yeej tsis txog li. Tus yaj saub ntawd sawv cev rau Laodicean Adventism, uas raws li kev tshoov siab qhia, tau los nkag rau hauv txoj kev txav Millerite xyoo 1856. Muam White yeej tsis tau thim rov qab ntawm kev txheeb Adventism tias yog Laodicea li, thiab tsis muaj ib qho pov thawj hauv Vajlugkub uas qhia tias Laodicea puas tau hloov dua li. Muaj tej tus neeg uas tawm hauv lawv tus kheej txoj kev paub Laodicea lawm, tiamsis raws li ib pawg ntseeg, Laodicea yuav tsum raug ntiab tawm ntawm tus Tswv lub qhov ncauj, vim Laodicea txhais tias “ib haiv neeg raug txiav txim.” Adventism siv qhov kev txhais no los lees tias nws sawv cev rau pawg ntseeg uas nyob rau lub sijhawm ntawm txoj kev txiav txim hauv lub chaw dawb huv saum ntuj ceeb tsheej. Nyob hauv lawv txoj kev dig muag, lawv lees paub txog qhov ntsiab ntawm Kev Txiav Txim Tshawb Nrhiav hauv lub ntsiab lus ntawm Laodicea, tiamsis lawv tsis pom qhov Kev Txiav Txim Ua Tiav uas twb raug sawv cev meej nyob hauv lawv lub npe lawm.</w:t>
      </w:r>
    </w:p>
    <w:p>
      <w:pPr>
        <w:pStyle w:val="ArticleScripture"/>
        <w:jc w:val="left"/>
      </w:pPr>
      <w:r>
        <w:rPr>
          <w:rFonts w:ascii="Times New Roman" w:hAnsi="Times New Roman" w:eastAsia="Times New Roman" w:cs="Times New Roman"/>
        </w:rPr>
        <w:t>Thiab rau tus tim tswv ntawm pawg ntseeg hauv Laodicea sau tias; Tej no yog tej uas tus Amen, tus tim khawv ncaj ncees thiab muaj tseeb, tus pib ntawm Vajtswv txoj kev tsim, hais tias; Kuv paub koj tej haujlwm, tias koj tsis txias thiab tsis kub: Kuv xav kom koj txias lossis kub. Yog li ntawd vim koj sov so, thiab tsis txias thiab tsis kub, Kuv yuav ntiab koj tawm ntawm Kuv lub qhov ncauj. Vim koj hais tias, Kuv nplua nuj, thiab muaj nyiaj txiag coob ntxiv, thiab tsis xav tau dabtsi li; thiab tsis paub tias koj yog tus txom nyem, thiab tus ntxhov siab, thiab tus pluag, thiab tus dig muag, thiab tus liab qab. Qhia Tshwm 3:14–17.</w:t>
      </w:r>
    </w:p>
    <w:p>
      <w:pPr>
        <w:pStyle w:val="ArticleBody"/>
        <w:jc w:val="left"/>
      </w:pPr>
      <w:r>
        <w:rPr>
          <w:rFonts w:ascii="Times New Roman" w:hAnsi="Times New Roman" w:eastAsia="Times New Roman" w:cs="Times New Roman"/>
        </w:rPr>
        <w:t>Tus yaj saub hauv Yudas thaum kawg raug faus nrog tus yaj saub cuav uas tau dag nws kom noj nws cov mov thiab haus nws cov dej haus. Nkawd ob leeg kawg raug tso rau hauv tib lub ntxa, thiab tus yaj saub dag ntawm Npe-thees (lub koom txoos cuav), hu nws ua kwv tij thaum nws tuag.</w:t>
      </w:r>
    </w:p>
    <w:p>
      <w:pPr>
        <w:pStyle w:val="ArticleScripture"/>
        <w:jc w:val="left"/>
      </w:pPr>
      <w:r>
        <w:rPr>
          <w:rFonts w:ascii="Times New Roman" w:hAnsi="Times New Roman" w:eastAsia="Times New Roman" w:cs="Times New Roman"/>
        </w:rPr>
        <w:t>Tam sim no muaj ib tug yaj saub laus nyob hauv Npe-thees; thiab nws cov tub tuaj qhia rau nws txog txhua yam haujlwm uas tus txiv neej ntawm Vajtswv tau ua hnub ntawd hauv Npe-thees; thiab cov lus uas nws tau hais rau vajntxwv, lawv kuj qhia rau lawv txiv thiab. Thiab lawv txiv hais rau lawv tias, Nws mus txojkev twg? Rau qhov nws cov tub twb pom txojkev uas tus txiv neej ntawm Vajtswv, tus uas tuaj ntawm Yudas tebchaws, tau mus lawm. Thiab nws hais rau nws cov tub tias, Tuam nees luav rau kuv. Yog li ntawd lawv txawm tuam nees luav rau nws; thiab nws txawm caij mus rau saum ntawd, thiab mus raws tus txiv neej ntawm Vajtswv qab, ces pom nws zaum hauv qab ib tsob ntoo qhib; thiab nws hais rau nws tias, Koj puas yog tus txiv neej ntawm Vajtswv uas tuaj ntawm Yudas tebchaws? Nws hais tias, Kuv yog. Ces nws hais rau nws tias, Cia li nrog kuv rov los tsev, thiab noj mov. Thiab nws hais tias, Kuv tsis tau rov qab nrog koj mus, thiab tsis tau nrog koj nkag mus; thiab kuv yuav tsis noj mov los tsis haus dej nrog koj hauv qhov chaw no li; vim lo lus ntawm tus Tswv tau hais rau kuv tias, Koj yuav tsum tsis txhob noj mov thiab tsis txhob haus dej nyob ntawd, thiab tsis txhob tig rov qab mus raws txojkev uas koj tuaj. Nws hais rau nws tias, Kuv kuj yog ib tug yaj saub ib yam li koj; thiab ib tug timtswv tau hais rau kuv raws li lo lus ntawm tus Tswv, tias, Coj nws rov qab nrog koj mus rau hauv koj lub tsev, kom nws tau noj mov thiab haus dej. Tiamsis nws dag rau nws. Yog li ntawd nws txawm rov qab nrog nws mus, thiab noj mov hauv nws lub tsev, thiab haus dej. Thiab tau muaj tias, thaum lawv zaum ntawm rooj mov, lo lus ntawm tus Tswv txawm los rau tus yaj saub uas tau coj nws rov qab los; thiab nws qw rau tus txiv neej ntawm Vajtswv uas tuaj ntawm Yudas tebchaws los, hais tias, Tus Tswv hais li no tias, Vim koj tau tsis mloog tus Tswv lub qhov ncauj, thiab tsis tau ceev tej lus txib uas tus Tswv uas yog koj tus Vajtswv tau txib rau koj, tiamsis koj rov qab los, thiab tau noj mov thiab haus dej hauv qhov chaw uas tus Tswv tau hais rau koj tias, Tsis txhob noj mov, thiab tsis txhob haus dej; koj lub cev tuag yuav tsis los txog rau hauv koj tej yawg koob lub ntxa. 1 Vajntxwv 13:11–22.</w:t>
      </w:r>
    </w:p>
    <w:p>
      <w:pPr>
        <w:pStyle w:val="ArticleBody"/>
        <w:jc w:val="left"/>
      </w:pPr>
      <w:r>
        <w:rPr>
          <w:rFonts w:ascii="Times New Roman" w:hAnsi="Times New Roman" w:eastAsia="Times New Roman" w:cs="Times New Roman"/>
        </w:rPr>
        <w:t>Txoj lus ntawm tus tim tswv thib ob nyob rau lub caij ntuj sov xyoo 1844, yog muaj nyob rau hauv kev txheeb tias cov pawg ntseeg Protestant tau poob lawm thiab tau dhau los ua tej ntxhais ntawm Catholicism. Millerite Adventism tau hu txiv neej thiab poj niam kom tawm ntawm cov denomination ntawd mus; vim nyob hauv lawv txhais tau tias kev tuag ntawm sab ntsuj plig thiab kev tuag mus ib txhis. Tus yaj saub cuav ntawm Bethel sawv cev rau txoj kev cai dab qhuas uas Jeroboam tau tsim tsa hauv Bethel. Nws yog ib txoj kev cai uas tsa ib tug duab rau tus tsiaj nyaum, thiab tus tsiaj nyaum uas raug xyaum raws yog tus tsiaj nyaum ntawm Catholicism. Cov Protestant tseem txuas ntxiv txheeb lawv tus kheej tias yog Protestant, tab sis lawv kuj tseem txuas ntxiv hwm hnub ntawm lub hnub ua hnub teev hawm, uas yog lub cim ntawm txoj cai kav ntawm Catholicism.</w:t>
      </w:r>
    </w:p>
    <w:p>
      <w:pPr>
        <w:pStyle w:val="ArticleBody"/>
        <w:jc w:val="left"/>
      </w:pPr>
      <w:r>
        <w:rPr>
          <w:rFonts w:ascii="Times New Roman" w:hAnsi="Times New Roman" w:eastAsia="Times New Roman" w:cs="Times New Roman"/>
        </w:rPr>
        <w:t>Cov Protestants lees tias lawv yog Protestants, txawm yog tias tib qho kev txhais ntawm Protestant xwb yog tawm tsam Rome, thiab thaum ua li ntawd lawv txoj kev lees hais ntawd yog ib daim duab ntawm lub koom txoos Roman, rau qhov nws lees hais tias nws yog ib lub koom haum Khetos, txawm yog tias nws tsis muaj ib qho kev ncaj ncees hauv Vajlugkub los txhawb qhov kev hais ntawd li. Nws txoj kev hais ntawd yog tsa saum txoj cai uas khoob lug ntawm kab ke thiab kev coj qub, uas yog tib txoj cai cuav uas Protestantism siv thaum lawv lees hais tias lawv yog Protestants. Nws yog tib txoj kev xav ntawd uas tau ua rau Seventh-day Adventists dig muag kom ntseeg tias, raws li Laodiceans, lawv tseem nyob hauv ib txoj kev sib raug zoo ruaj khov ntawm txoj kev cog lus. Nws yog tib txoj cai cuav ntawd uas cov Yixayee thaum ub tau tshaj tawm thaum lawv hais tias, “Lub tuam tsev ntawm tus Tswv, lub tuam tsev ntawm tus Tswv yog peb.”</w:t>
      </w:r>
    </w:p>
    <w:p>
      <w:pPr>
        <w:pStyle w:val="ArticleScripture"/>
        <w:jc w:val="left"/>
      </w:pPr>
      <w:r>
        <w:rPr>
          <w:rFonts w:ascii="Times New Roman" w:hAnsi="Times New Roman" w:eastAsia="Times New Roman" w:cs="Times New Roman"/>
        </w:rPr>
        <w:t>“Cov neeg Yudais tsis quav ntsej txog qhov kev ceeb toom ntawd. Lawv tsis nco qab Vajtswv, thiab plam kev pom txog txoj cai tshwj xeeb siab uas lawv muaj los ua Nws cov neeg sawv cev. Cov koob hmoov uas lawv tau txais tsis coj ib qho koob hmoov twg los rau lub ntiaj teb. Txhua yam txiaj ntsim zoo uas lawv muaj lawv txeeb coj los siv rau lawv tus kheej txoj kev qhuas. Lawv nyiag ntawm Vajtswv txoj kev pabcuam uas Nws xav kom lawv ua, thiab lawv kuj nyiag ntawm lawv cov kwvtij neej tsa txoj kev coj qhia hauv kev ntseeg thiab ib tug qauv dawb huv. Zoo ib yam li cov neeg nyob hauv lub ntiaj teb ua ntej dej nyab, lawv ua raws txhua txoj kev xav hauv lawv lub siab phem. Yog li ntawd lawv thiaj ua kom tej yam dawb huv zoo li ib yam kev dag ntxias, hais tias, ‘Nov yog lub tuam tsev ntawm tus Tswv, lub tuam tsev ntawm tus Tswv’ (Yelemis 7:4), thaum tib lub sijhawm lawv tab tom qhia Vajtswv tus cwj pwm tsis raug, ua rau Nws lub npe poob meej mom, thiab ua kom Nws lub chaw dawb huv qias neeg.”</w:t>
      </w:r>
    </w:p>
    <w:p>
      <w:pPr>
        <w:pStyle w:val="ArticleScripture"/>
        <w:jc w:val="left"/>
      </w:pPr>
      <w:r>
        <w:rPr>
          <w:rFonts w:ascii="Times New Roman" w:hAnsi="Times New Roman" w:eastAsia="Times New Roman" w:cs="Times New Roman"/>
        </w:rPr>
        <w:t>“Cov neeg ua vaj txiv hmab uas tau raug tsa los saib xyuas tus Tswv lub vaj txiv hmab tau tsis ncaj rau txoj kev tso siab uas tau muab rau lawv. Cov pov thawj thiab cov xibfwb tsis yog cov qhia ntawv ncaj ncees rau haiv neeg. Lawv tsis tau niaj hnub tsa Vajtswv txoj kev zoo thiab txoj kev hlub tshua, thiab Nws txoj cai thov kom lawv hlub thiab ua haujlwm rau Nws, cia nyob rau ntawm lawv xub ntiag. Cov neeg ua vaj txiv hmab no nrhiav lawv tus kheej lub yeeb koob. Lawv xav txeeb cov txiv ntawm lub vaj txiv hmab los ua lawv li. Lawv rau siab ntso kawm kom rub tau kev mloog thiab kev hwm pe hawm los rau lawv tus kheej.” Christ’s Object Lessons, 292.</w:t>
      </w:r>
    </w:p>
    <w:p>
      <w:pPr>
        <w:pStyle w:val="ArticleBody"/>
        <w:jc w:val="left"/>
      </w:pPr>
      <w:r>
        <w:rPr>
          <w:rFonts w:ascii="Times New Roman" w:hAnsi="Times New Roman" w:eastAsia="Times New Roman" w:cs="Times New Roman"/>
        </w:rPr>
        <w:t>Xyoo 1863 qhov kev txav ntawm cov Millerites xaus lawm, tiam sis nws twb tso tseg tsis ua ib qho kev txav ntawm cov Philadelphians txij xyoo 1856 los. Kev tsis lees txais Mauxes zaj lus (cov “xya lub sijhawm”), uas Eliyas (William Miller) tau nthuav tawm, raug tsis lees txais, thiab qhov kev tsis lees txais ntawd tau raws li txoj kev ua ntawm tus yaj saub cuav hauv Bethel. Xyoo 1863 yog qhov kawg ntawm rau caum tsib xyoos uas tau pib xyoo 1798, thiab yog qhov kawg ntawm zaj lus faj lem hauv Yaxayas tshooj xya.</w:t>
      </w:r>
    </w:p>
    <w:p>
      <w:pPr>
        <w:pStyle w:val="ArticleScripture"/>
        <w:jc w:val="left"/>
      </w:pPr>
      <w:r>
        <w:rPr>
          <w:rFonts w:ascii="Times New Roman" w:hAnsi="Times New Roman" w:eastAsia="Times New Roman" w:cs="Times New Roman"/>
        </w:rPr>
        <w:t>Thiab tau muaj los nyob rau lub sijhawm Ahaz uas yog Yotham tus tub, Uxiya tus xeeb ntxwv, uas yog vajntxwv kav Yudas, uas Reexees uas yog vajntxwv ntawm Siria, thiab Pekhas uas yog Remaliyas tus tub, vajntxwv ntawm Ixayees, tau nce mus rau Yeluxalees ua rog tawm tsam nws; tiam sis lawv yeej tsis tau nws. Ces muaj neeg hais qhia rau tsev neeg Daviv tias, “Siria tau koom siab nrog Efa-i.” Ces nws lub siab txhawj ntshai, thiab nws haiv neeg lub siab kuj txhawj ntshai ib yam li tej ntoo hauv hav zoov uas cua ua rau co. Ces tus Tswv hais rau Yaxayas tias, “Tam sim no cia li tawm mus ntsib Ahaz, koj thiab She-ajashub uas yog koj tus tub, ntawm qhov kawg ntawm tus kav dej ntawm lub pas dej sab saud, ntawm txojkev loj mus rau tom teb tus neeg ntxhua khaub ncaws; thiab hais rau nws tias, Ceev faj, thiab nyob twj ywm; txhob ntshai, thiab txhob cia koj lub siab qaug zog vim ob qho taub cig uas tseem pa taws no, vim Reexees thiab Siria txojkev npau taws kub lug, thiab tus tub ntawm Remaliyas. Vim Siria, Efa-i, thiab tus tub ntawm Remaliyas tau npaj ib lub tswv yim phem tawm tsam koj, hais tias, Cia peb nce mus tawm tsam Yudas, thiab ua kom nws ntxhov ntxias, thiab cia peb rhuav ib qho kev qhib rau hauv nws kom yog rau peb, thiab tsa ib tug vajntxwv nyob hauv nruab nrab ntawm nws, yog tus tub ntawm Tabees.” Tus Tswv Vajtswv hais li no tias, “Qhov ntawd yuav tsis nyob ruaj, thiab yuav tsis muaj tseeb los. Rau qhov lub taub hau ntawm Siria yog Damaxaka, thiab lub taub hau ntawm Damaxaka yog Reexees; thiab tsis dhau rau caum tsib xyoos Efa-i yuav raug muab rhuav kom nws tsis yog ib haiv neeg ntxiv lawm. Thiab lub taub hau ntawm Efa-i yog Xamalis, thiab lub taub hau ntawm Xamalis yog Remaliyas tus tub. Yog nej tsis ntseeg, mas nej yuav tsis raug tsa kom nyob ruaj khov li.” Yaxayas 7:1–9.</w:t>
      </w:r>
    </w:p>
    <w:p>
      <w:pPr>
        <w:pStyle w:val="ArticleBody"/>
        <w:jc w:val="left"/>
      </w:pPr>
      <w:r>
        <w:rPr>
          <w:rFonts w:ascii="Times New Roman" w:hAnsi="Times New Roman" w:eastAsia="Times New Roman" w:cs="Times New Roman"/>
        </w:rPr>
        <w:t>Cov lus faj lem tsib caug tsib xyoos hauv nqe yim ntawd qhia meej tias “hauv” lub sijhawm rau caum tsib xyoos no, lub nceeg vaj qaum teb uas muaj kaum xeem yuav raug coj mus nyob txim. Lub zeem muag ntawd raug sau tseg rau xyoo 742 BC, thiab kaum cuaj xyoos tom qab ntawd, xyoo 723 BC, Ephraim raug tawg khiav ri niab thiab raug cov Axilias coj mus nyob txim. Xyoo 677 BC, thaum kawg ntawm rau caum tsib xyoos ntawd, vajntxwv Manaxes raug ntes thiab raug coj mus rau Npanpiloo. Lub ntsiab chaw pib hauv xyoo 742 BC cim txog ib txoj kev ua rog hauv tsev ntawm lub nceeg vaj qaum teb thiab lub nceeg vaj qab teb ntawm Ixayees, ib yam li xyoo 1863 cim txog lub chaw nruab nrab tiag tiag ntawm Tsov Rog Hauv Tsev hauv Tebchaws Meskas ntawm Sab Qaum Teb thiab Sab Qab Teb. Cov lus faj lem no raug tshaj tawm los ntawm Yaxayas hauv lub tebchaws muaj yeeb koob tiag tiag (Yudas), thiab cov lus faj lem ntawm xyoo 1863 raug ua tiav hauv lub tebchaws muaj yeeb koob sab ntsuj plig (Tebchaws Meskas).</w:t>
      </w:r>
    </w:p>
    <w:p>
      <w:pPr>
        <w:pStyle w:val="ArticleBody"/>
        <w:jc w:val="left"/>
      </w:pPr>
      <w:r>
        <w:rPr>
          <w:rFonts w:ascii="Times New Roman" w:hAnsi="Times New Roman" w:eastAsia="Times New Roman" w:cs="Times New Roman"/>
        </w:rPr>
        <w:t>Muaj peb lub cim ciam nyob hauv txoj lus faj lem rau caum tsib xyoos. Tsov rog hauv tebchaws xyoo 742 BC, tau raug ua raws tom qab kaum cuaj xyoos los ntawm kev tawg khiav ri niab ntawm lub nceeg vaj qaum teb, xyoo 723 BC. Thaum kawg ntawm rau caum tsib xyoos, lub nceeg vaj qab teb kuj raug tawg khiav ri niab. Txoj lus faj lem no, nrog rau nws qhov pib thiab qhov xaus, sawv cev rau ob qho “kev chim siab” ntawm Vajtswv tawm tsam lub nceeg vaj qaum teb thiab lub nceeg vaj qab teb, thiab ob qho kev chim siab ntawd raug ua ntej ntawm kaum cuaj xyoos ntawm lawv cov ntsiab chaw pib, thiab tom qab ntawd kuj raug ua raws los ntawm dua ib ntu kaum cuaj xyoos tom qab lawv tau tiav lawm.</w:t>
      </w:r>
    </w:p>
    <w:p>
      <w:pPr>
        <w:pStyle w:val="ArticleBody"/>
        <w:jc w:val="left"/>
      </w:pPr>
      <w:r>
        <w:rPr>
          <w:rFonts w:ascii="Times New Roman" w:hAnsi="Times New Roman" w:eastAsia="Times New Roman" w:cs="Times New Roman"/>
        </w:rPr>
        <w:t>Tag nrho cov qauv chiastic no taw tes rau ib lub sijhawm ntawm kev tsov rog hauv tebchaws nruab nrab ntawm sab qaum teb thiab sab qab teb uas cim tseg qhov pib thiab qhov xaus. Nyob hauv nruab nrab ntawm qhov pib thiab qhov xaus ntawd, ob tog yeeb ncuab ntawm kev tsov rog hauv tebchaws ntawd puav leej raug coj mus ua qhev, thiab hauv rau caum tsib xyoos uas lawv raug sib sau tawm hauv lawv qhov xwm txheej tawg ua rog thiab tawg ua qhev ntawm ib leeg ib tug los ua ib haiv neeg xwb, lawv mus txog xyoo 1863, uas yog hnub tim ntawm Txoj Cai Emancipation Proclamation uas tso cov qhev dim. Lo lus faj lem hais txog ib qho kev tsov rog hauv tebchaws hauv Yudas tiag tiag xaus rau ntawm kev tsov rog hauv tebchaws hauv Yudas sab ntsuj plig, rau qhov Yexus ib txwm siv qhov xaus ntawm ib yam los ua duab qhia nrog qhov pib ntawm ib yam, vim Nws yog Alpha thiab Omega.</w:t>
      </w:r>
    </w:p>
    <w:p>
      <w:pPr>
        <w:pStyle w:val="ArticleBody"/>
        <w:jc w:val="left"/>
      </w:pPr>
      <w:r>
        <w:rPr>
          <w:rFonts w:ascii="Times New Roman" w:hAnsi="Times New Roman" w:eastAsia="Times New Roman" w:cs="Times New Roman"/>
        </w:rPr>
        <w:t>Keeb kwm xyoo 1863 raug sawv cev los ntawm keeb kwm xyoo 742 BC, thaum tus yaj saub Yaxayas, nrog nws tus tub, tau nqa ib zaj lus mus rau tus vajntxwv phem ntawm Yudas (Ahaz). Xyoo 742 BC hauv nqe ntawd raug sawv cev los ntawm cov lus timkhawv ntawm vajntxwv Ahaz, uas yog vajntxwv ntawm Yudas thiab uas tau kaw Vajtswv lub tuam tsev txoj hauj lwm teev hawm, thiab kom nws tus pov thawj hlob tsa ib daim qauv ntawm ib lub tuam tsev Syrian nyob hauv thaj chaw ncig ntawm Vajtswv lub tuam tsev hauv ntiajteb no.</w:t>
      </w:r>
    </w:p>
    <w:p>
      <w:pPr>
        <w:pStyle w:val="ArticleBody"/>
        <w:jc w:val="left"/>
      </w:pPr>
      <w:r>
        <w:rPr>
          <w:rFonts w:ascii="Times New Roman" w:hAnsi="Times New Roman" w:eastAsia="Times New Roman" w:cs="Times New Roman"/>
        </w:rPr>
        <w:t>Hauv keeb kwm ntawm vajntxwv phem Ahaz (uas raug cim tias yog xyoo 742 BC hauv yaj saub Yaxayas zaj lus faj lem), tus thawj coj ntawm Yeluxalees tau coj kev pe hawm cuav (Catholicism) los rau hauv Vajtswv pawg ntseeg, ib yam li Laodicean Adventism tau rov qab mus rau txoj kev ua raws li Protestantism uas twb khiav tawm lawm kom muab Mauxes txoj xov uas Eliyas tau xa los tseg pov tseg. Xyoo 742 BC, Yaxayas tau mus ntsib vajntxwv phem ntawm Yudas ntawm qhov kawg ntawm tus ciav dej ntawm lub pas dej saum toj, ntawm thaj teb tus ntxhua khaub ncaws, thiab thaum nws ua li ntawd nws coj nws tus tub nrog nws mus thiab. Nws tus tub lub npe yog ib lub cim, thiab thaum tus yaj saub uas los ntawm Yudas tau mus ntsib vajntxwv Yelemaus, nws kuj tau muab ib lub cim rau nws thiab.</w:t>
      </w:r>
    </w:p>
    <w:p>
      <w:pPr>
        <w:pStyle w:val="ArticleScripture"/>
        <w:jc w:val="left"/>
      </w:pPr>
      <w:r>
        <w:rPr>
          <w:rFonts w:ascii="Times New Roman" w:hAnsi="Times New Roman" w:eastAsia="Times New Roman" w:cs="Times New Roman"/>
        </w:rPr>
        <w:t>Saib seb, kuv thiab cov me nyuam uas tus Tswv tau pub rau kuv yog rau tej cim thiab rau tej txuj ci tseem ceeb hauv cov Yixayee, los ntawm tus Tswv uas kav pab tub rog saum ntuj, tus uas nyob saum roob Xi-oos. Yaxayas 8:18.</w:t>
      </w:r>
    </w:p>
    <w:p>
      <w:pPr>
        <w:pStyle w:val="ArticleBody"/>
        <w:jc w:val="left"/>
      </w:pPr>
      <w:r>
        <w:rPr>
          <w:rFonts w:ascii="Times New Roman" w:hAnsi="Times New Roman" w:eastAsia="Times New Roman" w:cs="Times New Roman"/>
        </w:rPr>
        <w:t>Lub npe ntawm Yaxayas tus tub “Shearjashub” txhais hais tias “ib pab seem yuav rov qab los.” Cov uas “rov qab los” thiab ua tau pab seem ntawd, yog cov uas tos ntsoov tus Tswv thaum lub sij hawm qeeb ntawd.</w:t>
      </w:r>
    </w:p>
    <w:p>
      <w:pPr>
        <w:pStyle w:val="ArticleScripture"/>
        <w:jc w:val="left"/>
      </w:pPr>
      <w:r>
        <w:rPr>
          <w:rFonts w:ascii="Times New Roman" w:hAnsi="Times New Roman" w:eastAsia="Times New Roman" w:cs="Times New Roman"/>
        </w:rPr>
        <w:t>Kuv yuav tos ntsoov rau tus Tswv, tus uas zais nws lub ntsej muag ntawm tsev neeg Yakhauj, thiab kuv yuav cia siab rau nws. Saib seb, kuv thiab cov menyuam uas tus Tswv tau pub rau kuv yog ua tej cim thiab tej txujci xav tsis thoob hauv Ixayees los ntawm tus Tswv uas muaj hwjchim kav txhua yam, tus uas nyob saum roob Xi-oos. Yaxayas 8:17, 18.</w:t>
      </w:r>
    </w:p>
    <w:p>
      <w:pPr>
        <w:pStyle w:val="ArticleBody"/>
        <w:jc w:val="left"/>
      </w:pPr>
      <w:r>
        <w:rPr>
          <w:rFonts w:ascii="Times New Roman" w:hAnsi="Times New Roman" w:eastAsia="Times New Roman" w:cs="Times New Roman"/>
        </w:rPr>
        <w:t>Thaum Yaxayas sib tham nrog vajntxwv phem Ahax nyob rau xyoo 742 BC, nws sawv cev rau cov uas tau “tos,” rau qhov txhua tus yaj saub tab tom hais txog hnub kawg, thiab cov uas “tos” nyob rau hnub kawg yog cov uas tau raug thawj qhov kev chim siab. Yelemis xav tias Vajtswv tau dag, thiab tau tuav tsis pub nag los, hos Yaxayas xav tias Vajtswv tau zais “nws lub ntsej muag ntawm tsev neeg Yakhauj,” tiam sis Yaxayas txiav txim siab tias nws yuav tos, thiab nrhiav tus Tswv, uas sawv cev rau cov “txawj ntse” thaum lub sijhawm uas lub zeem muag tseem ncua. Cov uas tau rov qab los thiab cais yam muaj nqis tawm ntawm yam qias neeg, cov uas yuav los ua Vajtswv lub qhov ncauj hais lus, tau raug muab khi ua cim, thiab yog li ntawd thiaj raug muab piv txawv nrog cov uas tau txais lub cim ntawm tsiaj nyaum.</w:t>
      </w:r>
    </w:p>
    <w:p>
      <w:pPr>
        <w:pStyle w:val="ArticleScripture"/>
        <w:jc w:val="left"/>
      </w:pPr>
      <w:r>
        <w:rPr>
          <w:rFonts w:ascii="Times New Roman" w:hAnsi="Times New Roman" w:eastAsia="Times New Roman" w:cs="Times New Roman"/>
        </w:rPr>
        <w:t>Thiab coob leej coob txhia hauv lawv yuav dawm, thiab poob, thiab raug tawg ntho, thiab raug ntxiab, thiab raug ntes. Cia li qhwv cia zaj lus tim khawv, muab txoj kevcai kaw ruaj rau hauv kuv cov thwjtim. Thiab kuv yuav tos ntsoov rau tus Tswv, tus uas nkaum nws lub ntsej muag ntawm tsev neeg Yakhauj, thiab kuv yuav vam txog nws. Saib seb, kuv thiab cov menyuam uas tus Tswv tau pub rau kuv yog ua cim thiab ua yam txaus xav tsis thoob hauv Ixayees los ntawm tus Tswv uas muaj hwjchim saum ntuj, tus uas nyob saum roob Xi-oos. Thiab thaum lawv yuav hais rau nej tias, Nej cia li mus nrhiav cov uas muaj dab paub, thiab cov kws ua khawv koob uas nyuag nthe thiab yws ntxhi: ib haiv neeg puas tsis tsim nyog nrhiav lawv tus Vajtswv? puas yog kom cov neeg ciaj mus nrhiav ntawm cov neeg tuag? Cia li mus cuag txoj kevcai thiab zaj lus tim khawv: yog lawv hais tsis raws li lo lus no, ces yog vim tsis muaj qhov kaj nyob hauv lawv. Yaxayas 8:16–20.</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“Cov no tsis yog Tej Lus ntawm Muam White, tiam sis yog tej Lus ntawm tus Tswv, thiab Nws tus tubtxib tau muab tej no rau kuv kom kuv muab rau nej. Vajtswv hu nej kom txhob ua hauj lwm tawm tsam Nws lub hom phiaj ntxiv lawm. Muaj lus qhia ntau tau muab hais txog cov neeg uas lees tias yog cov Khixatia thaum lawv tab tom qhia tawm tej cwj pwm ntawm Xatas, tab tom tawm tsam hauv ntsuj plig, hauv lus, thiab hauv kev ua tej hauj lwm uas txhawb txoj kev tseeb kom vam meej, thiab yeej muaj tseeb tab tom taug txoj kev uas Xatas tab tom coj lawv mus. Nyob hauv lawv txoj kev siab tawv thiab siab txhav, lawv tau txeeb txoj cai kav uas tsis yog lawv li ib qho li, thiab uas lawv tsis tsim nyog siv. Tus Xibfwb Loj hais tias, ‘Kuv yuav muab ntxeev, ntxeev, ntxeev.’ Cov neeg hais hauv Battle Creek tias, ‘Peb yog lub tuam tsev ntawm tus Tswv, lub tuam tsev ntawm tus Tswv’ tiam sis lawv tab tom siv hluav taws qias neeg. Lawv lub siab tsis tau raug Vajtswv txoj kev tshav ntuj ua kom muag thiab ua kom txo hwj chim.”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Xov Xwm Xya caum plaub</dc:title>
  <dc:subject>Qhib Txog Qhov Ntim Zais ntawm Cov Lus Qhia Yav Tom Ntej: Tej Kev Qias Neeg ntawm Exekhee, Pawg Ntseeg Hnub Kawg, thiab Lub Cim ntawm Tsiaj Nyaum</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