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Xya Caum Xya</w:t>
      </w:r>
    </w:p>
    <w:p>
      <w:pPr>
        <w:pStyle w:val="ArticleSubtitle"/>
        <w:jc w:val="left"/>
      </w:pPr>
      <w:r>
        <w:rPr>
          <w:rFonts w:ascii="Arial" w:hAnsi="Arial" w:eastAsia="Arial" w:cs="Arial"/>
        </w:rPr>
        <w:t>Qhib Daim Npog Qhov Zoo Sib Xws Uas Yog Lus Qhia Yav Tom Ntej: Laodicean Adventism xyoo 1863 thiab Biblical Typology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Kev tawm tsam ntawm Laodicea txoj Kev Ntseeg Adventist xyoo 1863, tau raug piv txwv ua ntej los ntawm txoj kev foom phem uas tau tshaj tawm tawm tsam kev rov txhim tsa Yelikhau.</w:t>
      </w:r>
    </w:p>
    <w:p>
      <w:pPr>
        <w:pStyle w:val="ArticleScripture"/>
        <w:jc w:val="left"/>
      </w:pPr>
      <w:r>
        <w:rPr>
          <w:rFonts w:ascii="Times New Roman" w:hAnsi="Times New Roman" w:eastAsia="Times New Roman" w:cs="Times New Roman"/>
        </w:rPr>
        <w:t>Thiab Yausuas thiaj cog lus kom lawv ceev rau lub sijhawm ntawd, hais tias, Cia li foom tsis zoo rau tus neeg ntawd ntawm tus Tswv xubntiag, uas sawv tsees rov txhim lub nroog Yelikhau no; nws yuav tsa nws lub hauv paus rau nqi ntawm nws tus tub hlob, thiab rau nqi ntawm nws tus tub yau nws yuav tsa nws lub rooj vag. Yausuas 6:26.</w:t>
      </w:r>
    </w:p>
    <w:p>
      <w:pPr>
        <w:pStyle w:val="ArticleBody"/>
        <w:jc w:val="left"/>
      </w:pPr>
      <w:r>
        <w:rPr>
          <w:rFonts w:ascii="Times New Roman" w:hAnsi="Times New Roman" w:eastAsia="Times New Roman" w:cs="Times New Roman"/>
        </w:rPr>
        <w:t>Kev kev ntxeev siab ntawm Laodicea pawg Adventist xyoo 1863, tau raug ua ib yam ntxwv piv txwv los ntawm cov neeg tsim kho uas tsis lees txais lub pob zeb taub hau kaum.</w:t>
      </w:r>
    </w:p>
    <w:p>
      <w:pPr>
        <w:pStyle w:val="ArticleScripture"/>
        <w:jc w:val="left"/>
      </w:pPr>
      <w:r>
        <w:rPr>
          <w:rFonts w:ascii="Times New Roman" w:hAnsi="Times New Roman" w:eastAsia="Times New Roman" w:cs="Times New Roman"/>
        </w:rPr>
        <w:t>Yexus hais rau lawv tias, Nej tsis tau nyeem nyob hauv vajlugkub dua li no los, “Lub pob zeb uas cov kws ua tsev tau muab xyaw tseg lawm, tib lub ntawd twb los ua lub taub hau ntawm kaum tsev lawm: qhov no yog tus Tswv ua, thiab yog yam zoo kawg nkaus rau peb qhov muag”? Yog li ntawd kuv hais rau nej tias, Vajtswv lub nceeg vaj yuav raug muab rho tawm ntawm nej mus, thiab muab rau ib haiv neeg uas yuav txi cov txiv hmab txiv ntoo uas phim nws. Mathais 21:42, 43.</w:t>
      </w:r>
    </w:p>
    <w:p>
      <w:pPr>
        <w:pStyle w:val="ArticleBody"/>
        <w:jc w:val="left"/>
      </w:pPr>
      <w:r>
        <w:rPr>
          <w:rFonts w:ascii="Times New Roman" w:hAnsi="Times New Roman" w:eastAsia="Times New Roman" w:cs="Times New Roman"/>
        </w:rPr>
        <w:t>Kev kev ntxeev siab ntawm Laodicean Adventism nyob rau xyoo 1863, tau raug ua piv txwv los ntawm Aloos tus nyuj kub.</w:t>
      </w:r>
    </w:p>
    <w:p>
      <w:pPr>
        <w:pStyle w:val="ArticleScripture"/>
        <w:jc w:val="left"/>
      </w:pPr>
      <w:r>
        <w:rPr>
          <w:rFonts w:ascii="Times New Roman" w:hAnsi="Times New Roman" w:eastAsia="Times New Roman" w:cs="Times New Roman"/>
        </w:rPr>
        <w:t>Vim lawv hais rau kuv tias, Ua tej vajtswv rau peb, uas yuav mus ua ntej peb; rau qhov tus Mauxes no, tus txiv neej uas coj peb tawm hauv tebchaws Iziv los, peb tsis paub tias nws muaj xwm txheej dabtsi lawm. Thiab kuv hais rau lawv tias, Leejtwg muaj kub los, cia lawv muab hle tawm. Ces lawv muab rau kuv; tom qab ntawd kuv muab pov rau hauv hluav taws, thiab tus menyuam nyuj no thiaj tawm los. Thiab thaum Mauxes pom tias haiv neeg liab qab lawm; (rau qhov Aloos tau ua rau lawv liab qab mus txog lawv txojkev txaj muag nyob hauv lawv cov yeeb ncuab). Kev Khiav Dim 32:23–25.</w:t>
      </w:r>
    </w:p>
    <w:p>
      <w:pPr>
        <w:pStyle w:val="ArticleBody"/>
        <w:jc w:val="left"/>
      </w:pPr>
      <w:r>
        <w:rPr>
          <w:rFonts w:ascii="Times New Roman" w:hAnsi="Times New Roman" w:eastAsia="Times New Roman" w:cs="Times New Roman"/>
        </w:rPr>
        <w:t>Kev txoj kev ntxeev siab ntawm Laodicean Adventism xyoo 1863, tau raug ua piv txwv los ntawm Yeroboos ob tug nyuj kub.</w:t>
      </w:r>
    </w:p>
    <w:p>
      <w:pPr>
        <w:pStyle w:val="ArticleScripture"/>
        <w:jc w:val="left"/>
      </w:pPr>
      <w:r>
        <w:rPr>
          <w:rFonts w:ascii="Times New Roman" w:hAnsi="Times New Roman" w:eastAsia="Times New Roman" w:cs="Times New Roman"/>
        </w:rPr>
        <w:t>Yog haiv neeg no nce mus ua kevcai txi nyob hauv lub tsev ntawm tus Tswv hauv lub nroog Yeluxalees, ces lub siab ntawm haiv neeg no yuav tig rov qab mus rau lawv tus tswv, yog Rehobo-as uas yog vajntxwv ntawm Yudas; lawv yuav tua kuv, thiab lawv yuav rov mus cuag Rehobo-as uas yog vajntxwv ntawm Yudas. Vim li ntawd vajntxwv thiaj sablaj, thiab ua ob tug menyuam nyuj kub, thiab hais rau lawv tias, Nej mus nce rau Yeluxalees ntau dhau lawm; saib maj, Au cov Yixayee, no yog nej tej vajtswv uas tau coj nej tawm hauv tebchaws Iziv los. Ces nws tsa ib tug rau hauv Npe-ee, hos ib tug ntxiv nws muab tso rau hauv Das. 1 Vajntxwv 12:27–29.</w:t>
      </w:r>
    </w:p>
    <w:p>
      <w:pPr>
        <w:pStyle w:val="ArticleBody"/>
        <w:jc w:val="left"/>
      </w:pPr>
      <w:r>
        <w:rPr>
          <w:rFonts w:ascii="Times New Roman" w:hAnsi="Times New Roman" w:eastAsia="Times New Roman" w:cs="Times New Roman"/>
        </w:rPr>
        <w:t>Kev kev ntxeev siab ntawm Laodicean Adventism xyoo 1863, tau raug tus yaj saub uas los ntawm Yudas ua ib yam piv txwv, tus uas tuag nyob nruab nrab ntawm tus nees luav thiab tus tsov ntxhuav.</w:t>
      </w:r>
    </w:p>
    <w:p>
      <w:pPr>
        <w:pStyle w:val="ArticleScripture"/>
        <w:jc w:val="left"/>
      </w:pPr>
      <w:r>
        <w:rPr>
          <w:rFonts w:ascii="Times New Roman" w:hAnsi="Times New Roman" w:eastAsia="Times New Roman" w:cs="Times New Roman"/>
        </w:rPr>
        <w:t>Thiab tau muaj tias, tom qab nws noj mov lawm, thiab tom qab nws haus lawm, nws thiaj eeb tus nees luav rau nws, yog rau tus yaj saub uas nws tau coj rov qab los. Thiab thaum nws tabtom mus, ib tug tsov ntxhuav ntsib nws ntawm txoj kev, thiab tua nws pov tseg; nws lub cev tuag raug pov cia rau ntawm txoj kev, tus nees luav sawv ntawm ib sab nws, tus tsov ntxhuav kuj sawv ntawm ib sab lub cev tuag ntawd thiab. 1 Vajntxwv 13:23, 24.</w:t>
      </w:r>
    </w:p>
    <w:p>
      <w:pPr>
        <w:pStyle w:val="ArticleBody"/>
        <w:jc w:val="left"/>
      </w:pPr>
      <w:r>
        <w:rPr>
          <w:rFonts w:ascii="Times New Roman" w:hAnsi="Times New Roman" w:eastAsia="Times New Roman" w:cs="Times New Roman"/>
        </w:rPr>
        <w:t>Kev qhov ntxeev siab ntawm Laodicean Adventism xyoo 1863, tau raug ua piv txwv los ntawm qhov kev sim thib kaum ntawm cov Yixayee txheej thaum ub, uas tau pib lawv txoj kev taug kev mus luj lees hauv tebchaws moj sab qhua.</w:t>
      </w:r>
    </w:p>
    <w:p>
      <w:pPr>
        <w:pStyle w:val="ArticleScripture"/>
        <w:jc w:val="left"/>
      </w:pPr>
      <w:r>
        <w:rPr>
          <w:rFonts w:ascii="Times New Roman" w:hAnsi="Times New Roman" w:eastAsia="Times New Roman" w:cs="Times New Roman"/>
        </w:rPr>
        <w:t>Tiamsis raws li kuv muaj sia nyob, tag nrho lub ntiajteb yuav puv npo nrog tus Tswv lub hwjchim ci ntsa iab. Vim cov txivneej ntawd txhua tus uas tau pom kuv lub hwjchim ci ntsa iab, thiab kuv tej txujci tseemceeb uas kuv tau ua hauv tebchaws Iyi thiab hauv tebchaws moj sab qhua, thiab nim no twb tau sim kuv kaum zaug no lawm, thiab tsis tau mloog kuv lub suab li; lawv yuav tsis pom thaj av uas kuv tau cog lus rau lawv cov yawg koob, thiab tsis muaj ib tug ntawm cov uas tau ua rau kuv chim yuav pom thaj av ntawd li. Tiamsis kuv tus tub qhe Kaleb, vim nws muaj ib tug ntsujplig txawv nrog nws, thiab tau raws kuv qab kawg siab kawg ntsws, kuv yuav coj nws mus rau hauv thaj av uas nws tau mus txog lawm; thiab nws caj ces yuav tau ua tus tswv thaj av ntawd. Numbers 14:21–23.</w:t>
      </w:r>
    </w:p>
    <w:p>
      <w:pPr>
        <w:pStyle w:val="ArticleBody"/>
        <w:jc w:val="left"/>
      </w:pPr>
      <w:r>
        <w:rPr>
          <w:rFonts w:ascii="Times New Roman" w:hAnsi="Times New Roman" w:eastAsia="Times New Roman" w:cs="Times New Roman"/>
        </w:rPr>
        <w:t>Tus tubtxib Paulus tau qhia hais tias:</w:t>
      </w:r>
    </w:p>
    <w:p>
      <w:pPr>
        <w:pStyle w:val="ArticleScripture"/>
        <w:jc w:val="left"/>
      </w:pPr>
      <w:r>
        <w:rPr>
          <w:rFonts w:ascii="Times New Roman" w:hAnsi="Times New Roman" w:eastAsia="Times New Roman" w:cs="Times New Roman"/>
        </w:rPr>
        <w:t>Tam sim no tau tshwm sim rau lawv ua yam ntxwv qhia; thiab twb raug sau cia rau peb tej lus ceeb toom, rau peb cov uas lub ntiajteb kawg twb los txog lawm. 1 Kauleethaus 10:11.</w:t>
      </w:r>
    </w:p>
    <w:p>
      <w:pPr>
        <w:pStyle w:val="ArticleBody"/>
        <w:jc w:val="left"/>
      </w:pPr>
      <w:r>
        <w:rPr>
          <w:rFonts w:ascii="Times New Roman" w:hAnsi="Times New Roman" w:eastAsia="Times New Roman" w:cs="Times New Roman"/>
        </w:rPr>
        <w:t>Thaum piav txog lub hauv paus ntsiab cai cev Vajtswv lus ntawd, Niam Tsev Dawb tau hais tias:</w:t>
      </w:r>
    </w:p>
    <w:p>
      <w:pPr>
        <w:pStyle w:val="ArticleScripture"/>
        <w:jc w:val="left"/>
      </w:pPr>
      <w:r>
        <w:rPr>
          <w:rFonts w:ascii="Times New Roman" w:hAnsi="Times New Roman" w:eastAsia="Times New Roman" w:cs="Times New Roman"/>
        </w:rPr>
        <w:t>“Txhua tus yaj saub thaum ub txhua tus tau hais tsawg dua rau lawv tiam dua li rau peb tiam, yog li ntawd lawv tej lus faj lem tseem muaj hwjchim siv tau rau peb. ‘Tam sim no txhua yam no tau tshwm sim rau lawv ua yam piv txwv: thiab twb raug sau cia rau peb tej lus qhuab ntuas, rau peb cov uas hnub kawg ntawm lub ntiajteb twb los txog lawm.’ 1 Kaulinthaus 10:11. ‘Tsis yog rau lawv tus kheej, tiam sis yog rau peb lawv thiaj ua tes haujlwm pab hauv tej yam no, tej uas nim no twb raug tshaj tawm rau nej lawm los ntawm cov uas tau tshaj tawm txoj moo zoo rau nej los ntawm tus Vaj Ntsuj Plig Dawb Huv uas raug txib nqes saum ntuj los; tej yam uas cov timtswv ntshaw heev xav ntsia kom tob.’ 1 Petus 1:12....”</w:t>
      </w:r>
    </w:p>
    <w:p>
      <w:pPr>
        <w:pStyle w:val="ArticleScripture"/>
        <w:jc w:val="left"/>
      </w:pPr>
      <w:r>
        <w:rPr>
          <w:rFonts w:ascii="Times New Roman" w:hAnsi="Times New Roman" w:eastAsia="Times New Roman" w:cs="Times New Roman"/>
        </w:rPr>
        <w:t>“Phau Vajlugkub tau khaws tseg thiab khi ua ke nws tej nyiaj txiag muaj nqis rau tiam kawg no. Tag nrho tej xwm txheej loj thiab tej dejnum hnyav dawb huv hauv keeb kwm Phau Qub twb tau, thiab tseem tab tom, rov muaj dua hauv pawg ntseeg nyob rau hnub kawg no.” Selected Messages, phau 3, 338, 339.</w:t>
      </w:r>
    </w:p>
    <w:p>
      <w:pPr>
        <w:pStyle w:val="ArticleBody"/>
        <w:jc w:val="left"/>
      </w:pPr>
      <w:r>
        <w:rPr>
          <w:rFonts w:ascii="Times New Roman" w:hAnsi="Times New Roman" w:eastAsia="Times New Roman" w:cs="Times New Roman"/>
        </w:rPr>
        <w:t>Raws li Yaxayas hais, zaj lus ntawm nag kawg yog ib zaj lus, rau qhov nws qhia meej tias cov neeg phem yuav tsis kam mloog nws, thiab nws piav txog zaj lus ntawd tias yog “kab saum kab”.</w:t>
      </w:r>
    </w:p>
    <w:p>
      <w:pPr>
        <w:pStyle w:val="ArticleScripture"/>
        <w:jc w:val="left"/>
      </w:pPr>
      <w:r>
        <w:rPr>
          <w:rFonts w:ascii="Times New Roman" w:hAnsi="Times New Roman" w:eastAsia="Times New Roman" w:cs="Times New Roman"/>
        </w:rPr>
        <w:t>Nws yuav qhia kev paub rau leejtwg? thiab Nws yuav ua kom leejtwg to taub tej lus qhuab qhia? Yog rau cov uas twb txiav mis lawm, thiab raug rho tawm ntawm lub mis lawm. Rau qhov txoj lus qhia yuav tsum txuas rau txoj lus qhia, txoj lus qhia txuas rau txoj lus qhia; kab txuas rau kab, kab txuas rau kab; ib nyuag ntawm no, thiab ib nyuag ntawm tod: Rau qhov Nws yuav hais rau haivneeg no los ntawm daim di ncauj txhaws txhaws thiab lwm yam lus. Tus uas Nws tau hais rau tias, Nov yog qhov chaw so uas nej yuav pub tus uas qaug zog tau so; thiab nov yog qhov chaw ua kom rov muaj zog tuaj: los lawv yeej tsis kam mloog. Tiamsis txojlus ntawm tus Tswv rau lawv yog txoj lus qhia txuas rau txoj lus qhia, txoj lus qhia txuas rau txoj lus qhia; kab txuas rau kab, kab txuas rau kab; ib nyuag ntawm no, thiab ib nyuag ntawm tod; kom lawv thiaj li mus, thiab ntog rov qab, thiab raug lov, thiab raug ntxiab, thiab raug ntes. Yaxayas 28:9–13.</w:t>
      </w:r>
    </w:p>
    <w:p>
      <w:pPr>
        <w:pStyle w:val="ArticleBody"/>
        <w:jc w:val="left"/>
      </w:pPr>
      <w:r>
        <w:rPr>
          <w:rFonts w:ascii="Times New Roman" w:hAnsi="Times New Roman" w:eastAsia="Times New Roman" w:cs="Times New Roman"/>
        </w:rPr>
        <w:t>Ntawm rau txoj kab uas peb nyuam qhuav txheeb tau no, thiab yeej tseem muaj lwm txoj kab uas peb tsis tau taw qhia lawm, ib txoj kab hais tshwj xeeb txog xyoo 1863, raws li qhov kawg ntawm ib qho kev sim uas nce zuj zus mus thiab coj mus rau kev mus ncig nyob hauv tebchaws moj sab qhua. Ob txoj kab hais txog ib haiv neeg uas yog haiv neeg ntawm txoj kev cog lus yav dhau los raug hla dhau thiab raug hloov los ntawm ib haiv neeg tshiab uas raug xaiv. Ib txoj kab cim txog ib txoj kev foom tsis zoo rau kev rov txhim tsa ib yam uas twb raug teem cia kom nyob twj ywm raws li qhov raug rhuav tshem thiab raug tso pov tseg nyob hauv Vajtswv txoj kev foom tsis zoo li qub, hos lwm txoj kab cim txog ib txoj kev foom tsis zoo rau kev rov qab mus rau qhov chaw uas koj raug txwv tsis pub mus. Ob txoj kab muab piv txwv txog cov khoom cuav ntawm ob daim phiaj ntawm Kaum Lo Lus Txib, uas sawv cev rau Habakkuk ob daim phiaj.</w:t>
      </w:r>
    </w:p>
    <w:p>
      <w:pPr>
        <w:pStyle w:val="ArticleBody"/>
        <w:jc w:val="left"/>
      </w:pPr>
      <w:r>
        <w:rPr>
          <w:rFonts w:ascii="Times New Roman" w:hAnsi="Times New Roman" w:eastAsia="Times New Roman" w:cs="Times New Roman"/>
        </w:rPr>
        <w:t>Cov nyuj kub ntawm Aloos thiab Yerau-auas sawv cev rau ib tug yam ntxwv cuav ntawm kev khib, uas sawv cev rau daim chart cuav xyoo 1863. Thaum coj los sib koom ua ke, ob tug tim khawv ntawm Aloos thiab Yerau-auas qhia tias ob daim txiag ntawm Habakuk sawv cev rau ib daim txiag xwb, ib yam nkaus li ob daim txiag ntawm Kaum Lo Lus txib sawv cev rau tib txoj kevcai ntawm Vajtswv. Ua ke lawm nkawd dhau los ua ib lub cim xwb, uas muaj ob feem thaum muab nkawd coj los sib sau ua ke. Tib yam qauv yaj saub ntawm ob daim txiag ntawm Vajtswv txoj kevcai kuj muaj nyob hauv Habakuk ob daim txiag, thiab ua ke Aloos thiab Yerau-auas cov cuav no hais ncaj qha rau qhov xwm txheej yaj saub ntawd.</w:t>
      </w:r>
    </w:p>
    <w:p>
      <w:pPr>
        <w:pStyle w:val="ArticleBody"/>
        <w:jc w:val="left"/>
      </w:pPr>
      <w:r>
        <w:rPr>
          <w:rFonts w:ascii="Times New Roman" w:hAnsi="Times New Roman" w:eastAsia="Times New Roman" w:cs="Times New Roman"/>
        </w:rPr>
        <w:t>Tiam thawj tiam ntawm kev txav Adventist tau raug ua piv txwv los ntawm daim duab ntawm kev khib hauv Exekees tshooj yim. Lub zeem muag uas pib rau hnub tsib, ntawm lub hlis rau hauv xyoo rau, hauv Exekees tshooj yim, txuas mus ntxiv rau hauv tshooj cuaj, qhov chaw uas kev muab cim rau ib puas plaub caug plaub txhiab leej raug sawv cev. Thaum hais txog daim duab piv txwv ntawm kev muab cim hauv tshooj cuaj, Muam White suav nrog ib yam cwj pwm ntawm Vajtswv tus yam ntxwv uas qhia meej tias yog nyob rau tiam peb thiab tiam plaub uas Vajtswv txiav txim rau cov uas tsis mloog lus. Vim li ntawd nws thiaj koom nrog qhov tseeb uas muaj kev sib raug ncaj qha rau lo lus txib thib ob, uas yog lo lus txib uas txwv tsis pub pe hawm tej mlom, ib yam li Aaron thiab Yeroboos cov menyuam nyuj kub.</w:t>
      </w:r>
    </w:p>
    <w:p>
      <w:pPr>
        <w:pStyle w:val="ArticleScripture"/>
        <w:jc w:val="left"/>
      </w:pPr>
      <w:r>
        <w:rPr>
          <w:rFonts w:ascii="Times New Roman" w:hAnsi="Times New Roman" w:eastAsia="Times New Roman" w:cs="Times New Roman"/>
        </w:rPr>
        <w:t>“‘Thiab nws hu rau tus txiv neej uas hnav ntaub linen, tus uas muaj lub raj mem sau ntawv rau ntawm nws ib sab; thiab tus Tswv hais rau nws tias, Koj cia li mus hla nruab nrab lub nroog, hla nruab nrab Yeluxalees, thiab muab ib lub cim rau saum pliaj ntawm cov txiv neej uas quaj ntsuag thiab qw vim txhua yam kev qias vuab tsuab uas tau ua nyob hauv nruab nrab ntawd. Thiab rau lwm tus Nws hais hauv kuv lub suab hnov tias, Nej cia li raws nws mus thoob plaws lub nroog, thiab ntaus tua: nej lub qhov muag txhob khuv leej, thiab nej txhob muaj kev hlub tshua li: tua kom puv npo cov laus thiab cov hluas, ob leeg ntxhais nkauj xwb, thiab tej me nyuam, thiab cov poj niam: tiam sis txhob txav ze ib tug neeg twg uas muaj lub cim ntawd nyob saum nws; thiab nej yuav tsum pib ntawm Kuv lub chaw dawb huv. Ces lawv pib ntawm cov txwj laus uas nyob ntawm lub tuam tsev xub ntiag.’”</w:t>
      </w:r>
    </w:p>
    <w:p>
      <w:pPr>
        <w:pStyle w:val="ArticleScripture"/>
        <w:jc w:val="left"/>
      </w:pPr>
      <w:r>
        <w:rPr>
          <w:rFonts w:ascii="Times New Roman" w:hAnsi="Times New Roman" w:eastAsia="Times New Roman" w:cs="Times New Roman"/>
        </w:rPr>
        <w:t>“Yexus tab tom yuav ncaim ntawm lub rooj hlub tshua hauv lub tuam tsev dawb huv saum ntuj ceeb tsheej mus hnav tsoos tsho pauj kua zaub ntsuab thiab muab Nws txoj kev chim tawm los hauv tej kev txiav txim rau saum cov uas tsis tau teb rau qhov kaj uas Vajtswv tau pub rau lawv. ‘Vim txoj kev txiav txim rau ib txoj haujlwm phem tsis raug ua kom tiav sai, yog li ntawd tej tubneej tej siab thiaj li puv npo rau hauv lawv kom ua phem.’ Tsis yog kom raug muag muag los ntawm txoj kev ua siab ntev thiab txoj kev thev taus ntev uas tus Tswv tau siv rau lawv, cov uas tsis ntshai Vajtswv thiab tsis hlub qhov tseeb ho ua kom lawv lub siab tawv zuj zus hauv lawv txoj kev phem. Tiamsis txawm yog Vajtswv txoj kev thev taus los kuj muaj ciam kawg, thiab coob leej tab tom hla dhau tej ciam no. Lawv tau hla dhau ciam ntawm txoj kev tshav ntuj lawm, yog li ntawd Vajtswv yuav tsum los cuam tshuam thiab tsa Nws lub koob meej kom ncaj ncees.”</w:t>
      </w:r>
    </w:p>
    <w:p>
      <w:pPr>
        <w:pStyle w:val="ArticleScripture"/>
        <w:jc w:val="left"/>
      </w:pPr>
      <w:r>
        <w:rPr>
          <w:rFonts w:ascii="Times New Roman" w:hAnsi="Times New Roman" w:eastAsia="Times New Roman" w:cs="Times New Roman"/>
        </w:rPr>
        <w:t>Hais txog cov Amoos, tus Tswv tau hais tias: “Thaum txog tiam plaub lawv yuav rov qab los rau ntawm no dua: rau qhov kev txhaum ntawm cov Amoos tseem tsis tau puv npo.” Txawm hais tias haiv neeg no pom tseeb tshaj plaws hauv lawv txoj kev pe dab mlom thiab kev qias vuab tsuab, los lawv tseem tsis tau ua kom lawv lub khob kev txhaum puv nkaus, thiab Vajtswv yuav tsis tso lus txib kom muab lawv rhuav tshem kom ploj tag. Cov neeg yuav tsum tau pom lub hwj chim saum ntuj raug nthuav tawm ib yam tshwj xeeb meej heev, xwv kom lawv yuav tsis tshuav ib qho lus zam txim li. Tus Tsimtxom uas muaj kev khuv leej txaus siab yuav ua siab ntev rau lawv txoj kev txhaum mus txog tiam plaub. Ces, yog tsis pom muaj kev hloov mus rau qhov zoo dua, Nws tej kev txiav txim yuav poob los saum lawv.</w:t>
      </w:r>
    </w:p>
    <w:p>
      <w:pPr>
        <w:pStyle w:val="ArticleScripture"/>
        <w:jc w:val="left"/>
      </w:pPr>
      <w:r>
        <w:rPr>
          <w:rFonts w:ascii="Times New Roman" w:hAnsi="Times New Roman" w:eastAsia="Times New Roman" w:cs="Times New Roman"/>
        </w:rPr>
        <w:t>“Nrog kev raug tseeb uas tsis yuam kev li, Tus Uas Tsis Muaj Ciam Tseem tuav ib phau lej nrog txhua haiv neeg. Thaum Nws txoj kev hlub tshua tseem raug nthuav tawm nrog kev hu kom hloov siab lees txim, phau lej no yuav tseem qhib nyob; tiam sis thaum cov zauv nce mus txog ib qho nyiaj uas Vajtswv twb tau teem tseg lawm, txoj hauj lwm qhuab ntuas ntawm Nws txoj kev chim yuav pib. Phau lej raug kaw. Kev ua siab ntev saum ntuj ceeb tsheej xaus lawm. Tsis muaj kev thov kev hlub tshua ntxiv lawm rau lawv sawv cev.”</w:t>
      </w:r>
    </w:p>
    <w:p>
      <w:pPr>
        <w:pStyle w:val="ArticleScripture"/>
        <w:jc w:val="left"/>
      </w:pPr>
      <w:r>
        <w:rPr>
          <w:rFonts w:ascii="Times New Roman" w:hAnsi="Times New Roman" w:eastAsia="Times New Roman" w:cs="Times New Roman"/>
        </w:rPr>
        <w:t>“Tus cev Vajtswv saib hla ntau tiam neeg, thiab pom lub sijhawm no tshwm rau ntawm nws lub zeem muag. Cov tebchaws hauv tiam no tau txais txoj kev hlub tshua uas tsis tau muaj dua li. Cov koob hmoov uas xaiv zoo tshaj plaws saum ntuj tau muab rau lawv lawm, tiamsis kev khav theeb uas loj hlob tuaj, kev ntshaw nyiaj txiag, kev teev dab teev mlom, kev saib tsis taus Vajtswv, thiab kev tsis paub ua tsaug uas qias neeg, twb raug sau cia tawm tsam lawv lawm. Lawv tabtom yuav kaw lawv tej lej nyiaj nrog Vajtswv sai sai.”</w:t>
      </w:r>
    </w:p>
    <w:p>
      <w:pPr>
        <w:pStyle w:val="ArticleScripture"/>
        <w:jc w:val="left"/>
      </w:pPr>
      <w:r>
        <w:rPr>
          <w:rFonts w:ascii="Times New Roman" w:hAnsi="Times New Roman" w:eastAsia="Times New Roman" w:cs="Times New Roman"/>
        </w:rPr>
        <w:t>“Tiamsis qhov uas ua rau kuv tshee hnyo yog qhov tseeb tias cov uas tau txais lub teeb ci ntsa iab thiab tej cai tshwj xeeb loj tshaj plaws twb raug qias los ntawm txoj kev phem uas nphoo thoob plaws lawm. Vim raug cov neeg tsis ncaj ncees uas nyob ib puag ncig lawv los tswj thiab ntxias, coob leej, txawm yog ntawm cov uas lees hais tias lawv tuav txoj kev tseeb los, twb txias zog lawm thiab raug tus dej ntws muaj hwj chim ntawm txoj kev phem rub nqes. Kev thuam thiab saib tsis taus uas raug muab rau txoj kev hwm Vajtswv tiag thiab txoj kev dawb huv thoob plaws txhua qhov ua rau cov uas tsis txuas ze nrog Vajtswv poob lawv txoj kev hwm rau Nws txoj kevcai. Yog lawv tab tom raws lub teeb thiab mloog qhov tseeb ntawm lub siab, txoj kevcai dawb huv no yuav yim zoo muaj nqis rau lawv thaum raug saib tsis taus thiab raug muab tso tseg li no. Thaum txoj kev tsis hwm Vajtswv txoj kevcai pom tshwm tseeb zuj zus, txoj kab cais ntawm cov uas coj raws nws thiab lub ntiajteb yim pom meej dua. Kev hlub rau tej lus qhuab qhia saum ntuj nce ntxiv hauv ib pab, raws li txoj kev saib tsis taus lawv nce ntxiv hauv lwm pab.”</w:t>
      </w:r>
    </w:p>
    <w:p>
      <w:pPr>
        <w:pStyle w:val="ArticleScripture"/>
        <w:jc w:val="left"/>
      </w:pPr>
      <w:r>
        <w:rPr>
          <w:rFonts w:ascii="Times New Roman" w:hAnsi="Times New Roman" w:eastAsia="Times New Roman" w:cs="Times New Roman"/>
        </w:rPr>
        <w:t>“Lub sij hawm ntxhov loj tab tom los txog sai heev. Cov lej uas tab tom nce zuj zus sai heev qhia tias lub sijhawm rau Vajtswv txoj kev tuaj xyuas twb yuav los txog lawm. Txawm yog Nws tsis xav rau txim los, los Nws yeej yuav rau txim, thiab yuav ua li ntawd sai heev. Cov uas taug kev hauv txoj kev kaj yuav pom tej cim ntawm txoj kev phom sij uas tab tom los ze; tiamsis lawv tsis yog yuav zaum ntsiag to, tsis quav ntsej tos ntsoov txoj kev puam tsuaj ntawd, nplij lawv tus kheej nrog txoj kev ntseeg tias Vajtswv yuav tiv thaiv Nws haiv neeg rau hnub uas Nws tuaj xyuas. Tsis yog li ntawd kiag li. Lawv yuav tsum to taub tias yog lawv lub luag hauj lwm ua haujlwm khwv heev kom cawm tau lwm tus, thiab saib ntsoov rau Vajtswv nrog txoj kev ntseeg ruaj khov kom tau kev pab. ‘Tus neeg ncaj ncees txoj kev thov Vajtswv uas kub siab thiab muaj zog ua tau ntau kawg nkaus.’”</w:t>
      </w:r>
    </w:p>
    <w:p>
      <w:pPr>
        <w:pStyle w:val="ArticleScripture"/>
        <w:jc w:val="left"/>
      </w:pPr>
      <w:r>
        <w:rPr>
          <w:rFonts w:ascii="Times New Roman" w:hAnsi="Times New Roman" w:eastAsia="Times New Roman" w:cs="Times New Roman"/>
        </w:rPr>
        <w:t>“Cov keeb fab ntawm kev ua neeg dawb huv tsis tau ploj tag nrho nws lub hwjchim. Thaum txog lub sijhawm uas txoj kev phom sij thiab kev qaug zog ntawm pawg ntseeg loj tshaj plaws, pab pawg me uas sawv ntsug hauv qhov kaj yuav quaj ntsuag thiab quaj hu txog tej kev qias vuab tsuab uas tab tom ua nyob hauv lub tebchaws. Tiamsis qhov tseem ceeb tshaj, lawv tej lus thov yuav nce mus sawv cev rau pawg ntseeg, vim nws cov tswvcuab tab tom coj raws li tus yam ntxwv ntawm lub ntiajteb.”</w:t>
      </w:r>
    </w:p>
    <w:p>
      <w:pPr>
        <w:pStyle w:val="ArticleScripture"/>
        <w:jc w:val="left"/>
      </w:pPr>
      <w:r>
        <w:rPr>
          <w:rFonts w:ascii="Times New Roman" w:hAnsi="Times New Roman" w:eastAsia="Times New Roman" w:cs="Times New Roman"/>
        </w:rPr>
        <w:t>“Cov lus thov khov kho uas tawm hauv siab ntawm pab neeg ncaj ncees tsawg leej no yuav tsis yog thov dawb thov nkim. Thaum tus Tswv tawm los ua tus pauj txhaum, Nws kuj yuav tawm los ua tus tiv thaiv rau txhua tus uas tau khaws cia txoj kev ntseeg kom nyob hauv nws txoj kev dawb huv thiab tau ceev lawv tus kheej kom tsis muaj qias neeg ntawm lub ntiajteb no. Yog nyob rau lub sijhawm no uas Vajtswv tau cog lus tias yuav pauj rau Nws cov xaiv tseg uas quaj hu rau Nws nruab hnub thiab hmo ntuj, txawm Nws ua siab ntev rau lawv ntev los lawm.”</w:t>
      </w:r>
    </w:p>
    <w:p>
      <w:pPr>
        <w:pStyle w:val="ArticleScripture"/>
        <w:jc w:val="left"/>
      </w:pPr>
      <w:r>
        <w:rPr>
          <w:rFonts w:ascii="Times New Roman" w:hAnsi="Times New Roman" w:eastAsia="Times New Roman" w:cs="Times New Roman"/>
        </w:rPr>
        <w:t>“Lo lus txib yog hais tias: ‘Cia li mus hla nruab nrab lub nroog, hla nruab nrab Yeluxalees, thiab muab ib lub cim rau saum pliaj ntawm cov txivneej uas quaj ntsuag thiab quaj hu txog txhua yam kev qias vuab tsuab uas raug ua nyob hauv nws nruab nrab.’ Cov neeg uas quaj ntsuag thiab quaj hu no yeej tau tshaj tawm tej lus ntawm txoj sia; lawv tau qhuab ntuas, tau qhia tswv yim, thiab tau thov ntuas. Muaj ib txhia uas tau ua rau Vajtswv poob meej mom thiaj li hloov siab lees txim thiab txo lawv lub siab rau ntawm Nws xub ntiag. Tiamsis tus Tswv lub hwjchim ci ntsa iab twb tau ncaim ntawm cov Yixayee lawm; txawm yog coob leej tseem pheej ua raws li tej kevcai dab qhuas sab nraud los xij, Nws lub hwjchim thiab Nws lub xub ntiag twb ploj lawm.” Testimonies, volume 5, 207–210.</w:t>
      </w:r>
    </w:p>
    <w:p>
      <w:pPr>
        <w:pStyle w:val="ArticleBody"/>
        <w:jc w:val="left"/>
      </w:pPr>
      <w:r>
        <w:rPr>
          <w:rFonts w:ascii="Times New Roman" w:hAnsi="Times New Roman" w:eastAsia="Times New Roman" w:cs="Times New Roman"/>
        </w:rPr>
        <w:t>Yuav kom muab lub zeem muag hais txog kev muab lub cim foob raws li Ezekiel tau nthuav tawm kom raug, nws yog yam tseem ceeb yuav tsum to taub txog plaub tiam ntawm Adventism. Muam White pib zaj lus uas peb tau xaiv los ntawm kev hais ncaj qha txog Ezekiel tshooj cuaj, thiab feem uas peb tau xaiv ntawd kuj xaus nrog ib qho kev hais ncaj qha txog Ezekiel tshooj cuaj thiab. Hauv zaj lus ntawd nws hais txog Ezekiel tias, “Tus yaj saub, thaum ntsia mus thoob plaws ntau tiam neeg, tau pom lub sij hawm no raug nthuav tawm ua ntej nws lub zeem muag.” Ezekiel tau pom tej xwm txheej uas tab tom tshwm sim thaum lub sij hawm muab lub cim foob rau ib puas plaub caug plaub txhiab leej ntawd.</w:t>
      </w:r>
    </w:p>
    <w:p>
      <w:pPr>
        <w:pStyle w:val="ArticleBody"/>
        <w:jc w:val="left"/>
      </w:pPr>
      <w:r>
        <w:rPr>
          <w:rFonts w:ascii="Times New Roman" w:hAnsi="Times New Roman" w:eastAsia="Times New Roman" w:cs="Times New Roman"/>
        </w:rPr>
        <w:t>Hauv zaj lus uas dhau los peb tau txheeb xyuas nrog peb nqe lus tshwjxeeb los ntawm Tus Ntsuj Plig ntawm Lus Qhia Ua Yaj Saub tias Yaxayas cov “neeg qaug cawv ntawm Efa-i-ees,” uas nyob hauv nqe no raug txheeb tias yog cov “txwj laus,” thiab uas nyob hauv ob nqe lus no sawv cev rau cov thawj coj ntawm Yeluxalees (Adventism), tsis tuaj yeem pom tias yuav muaj ib qho kev tshwm sim loj kawg ntawm Vajtswv lub hwjchim ib yam li nyob rau xyoo dhau los. Nyob hauv nqe no, qhov kev tshwm sim ntawm Vajtswv lub hwjchim uas lawv tsis kam pom ntawd yuav tshwm sim los ua ib feem ntawm txoj kev txiav txim saum ntuj uas raug coj los rau saum lawv, vim muaj lus hais tseg tias, “cov neeg yuav tsum pom lub hwjchim saum ntuj raug tshwm tawm kom pom tseeb tshwjxeeb, xwv kom lawv yuav tsis tshuav ib lo lus zam txim.”</w:t>
      </w:r>
    </w:p>
    <w:p>
      <w:pPr>
        <w:pStyle w:val="ArticleBody"/>
        <w:jc w:val="left"/>
      </w:pPr>
      <w:r>
        <w:rPr>
          <w:rFonts w:ascii="Times New Roman" w:hAnsi="Times New Roman" w:eastAsia="Times New Roman" w:cs="Times New Roman"/>
        </w:rPr>
        <w:t>Cov Laodicean Adventism tsis kam pom qhov kev tshwm sim ntawm nag lig uas pib poob me me rau hnub tim 11 Lub Cuaj Hli, 2001, tiam sis lawv yuav pom qhov ncov kawg ntawm nag ntawd thaum txoj xov ntawm Kev Quaj Thaum Ib Tag Hmo raug rov hais dua hauv hnub kawg. Txoj xov ntawd yog Islam ntawm Kev Txom Nyem thib peb. Puas yog tsis muaj tseeb tias cov thawj coj ntawm cov Yixayee thaum ub, uas nyuam qhuav muab lawv tus Mexiyas ntsia saum ntoo khaub lig lawm, tau saib xyuas thaum Vaj Ntsuj Plig Dawb Huv raug nchuav tawm rau hnub Peetekos?</w:t>
      </w:r>
    </w:p>
    <w:p>
      <w:pPr>
        <w:pStyle w:val="ArticleBody"/>
        <w:jc w:val="left"/>
      </w:pPr>
      <w:r>
        <w:rPr>
          <w:rFonts w:ascii="Times New Roman" w:hAnsi="Times New Roman" w:eastAsia="Times New Roman" w:cs="Times New Roman"/>
        </w:rPr>
        <w:t>Nqe vajlug kub no tab tom txheeb xyuas pawg ntseeg, uas raws li cov ntsiab lus Ezekiel sawv cev los ntawm Yeluxalees, thiab cov tswv cuab nyob hauv pawg ntseeg (Yeluxalees), raug muab piv txwv rau ib “pab me me,” uas kuj raug txheeb xyuas tias yog cov “uas taug kev hauv qhov kaj,” thiab yog cov “ncaj ncees tsawg leej.” Phau Vajlugkub qhia tias “coob leej” raug hu, tiam sis “tsawg leej” raug xaiv. Lub ntsiab lus ntawm nqe no suav nrog Vajtswv txoj kev chim uas raug coj los rau saum Nws haiv neeg. Cov neeg tau coj lawv txoj kev txiav txim los rau saum lawv tus kheej lawm, tiam sis Vajtswv hais meej tshwj xeeb tias yog Nws cov tim tswv uas ua tiav txoj hauj lwm rhuav tshem ntawd. Vajtswv yeej tsis dag, thiab Nws tau cog lus tias yog Nws uas rau txim rau neeg tej kev tsis ncaj mus txog tiam peb thiab tiam plaub. Kev muab txoj kev ua tiav ntawm kev txiav txim rau lwm tus uas tsis yog Vajtswv yog kev tsis lees paub Nws tus yam ntxwv, thiab qhia tias Nws yog ib tug dag.</w:t>
      </w:r>
    </w:p>
    <w:p>
      <w:pPr>
        <w:pStyle w:val="ArticleBody"/>
        <w:jc w:val="left"/>
      </w:pPr>
      <w:r>
        <w:rPr>
          <w:rFonts w:ascii="Times New Roman" w:hAnsi="Times New Roman" w:eastAsia="Times New Roman" w:cs="Times New Roman"/>
        </w:rPr>
        <w:t>Nqe no qhia meej tias thaum cov timtswv rhuav tshem hauv Ezekiel pib hla mus thoob Yeluxalees, ces yog thaum ntawd “txoj hauj lwm qhuab ntuas ntawm Nws txoj kev chim siab pib.” Vajtswv txoj kev chim siab pib ntawm Yeluxalees, uas yog Nws pawg ntseeg, uas yog Laodikea Adventism.</w:t>
      </w:r>
    </w:p>
    <w:p>
      <w:pPr>
        <w:pStyle w:val="ArticleScripture"/>
        <w:jc w:val="left"/>
      </w:pPr>
      <w:r>
        <w:rPr>
          <w:rFonts w:ascii="Times New Roman" w:hAnsi="Times New Roman" w:eastAsia="Times New Roman" w:cs="Times New Roman"/>
        </w:rPr>
        <w:t>Vim lub sij hawm twb los txog uas kev txiav txim yuav tsum pib ntawm Vajtswv lub tsev; thiab yog hais tias nws xub pib ntawm peb, ces qhov kawg ntawm cov uas tsis mloog Vajtswv txoj moo zoo yuav zoo li cas? 1 Peter 4:17.</w:t>
      </w:r>
    </w:p>
    <w:p>
      <w:pPr>
        <w:pStyle w:val="ArticleBody"/>
        <w:jc w:val="left"/>
      </w:pPr>
      <w:r>
        <w:rPr>
          <w:rFonts w:ascii="Times New Roman" w:hAnsi="Times New Roman" w:eastAsia="Times New Roman" w:cs="Times New Roman"/>
        </w:rPr>
        <w:t>Vajtswv txoj kev chim raug ua tiav los ntawm Vajtswv cov timtswv, thiab thaum lawv txoj hauj lwm pib lawm, lawv raug txib kom “ntaus,” sawv daws, thiab kom “txhob cia nej lub qhov muag tseg, thiab nej txhob muaj kev khuv leej li: tua kom puv npo cov laus thiab cov hluas, ob leeg ntxhais hluas, thiab cov me nyuam yaus, thiab cov poj niam: tiam sis txhob txav los ze ib tug txivneej twg uas muaj lub cim nyob rau saum nws; thiab pib ntawm Kuv lub chaw dawb huv.” Vajtswv txoj kev chim raug coj los ua tiav los ntawm cov timtswv dawb huv, thiab lub ntsiab uas peb xav taw qhia ntawm no yog tias qhov pib ntawm Vajtswv txoj hauj lwm ntawm kev chim raug ua tiav nyob rau tiam plaub.</w:t>
      </w:r>
    </w:p>
    <w:p>
      <w:pPr>
        <w:pStyle w:val="ArticleBody"/>
        <w:jc w:val="left"/>
      </w:pPr>
      <w:r>
        <w:rPr>
          <w:rFonts w:ascii="Times New Roman" w:hAnsi="Times New Roman" w:eastAsia="Times New Roman" w:cs="Times New Roman"/>
        </w:rPr>
        <w:t>Peb yuav txuas ntxiv txoj kev kawm no rau hauv tsab xov xwm tom ntej.</w:t>
      </w:r>
    </w:p>
    <w:p>
      <w:pPr>
        <w:pStyle w:val="ArticleScripture"/>
        <w:jc w:val="left"/>
      </w:pPr>
      <w:r>
        <w:rPr>
          <w:rFonts w:ascii="Times New Roman" w:hAnsi="Times New Roman" w:eastAsia="Times New Roman" w:cs="Times New Roman"/>
        </w:rPr>
        <w:t>Thiab yuav muaj li no rau hnub ntawm tus Tswv txoj kev txi, tias Kuv yuav rau txim rau cov thawj, thiab cov vaj ntxwv cov tub, thiab txhua tus uas hnav tsoos tsho txawv teb chaws. Rau tib hnub ntawd thiab Kuv yuav rau txim rau txhua tus uas dhia hla lub chaw pib, cov uas puv lawv tus tswv tej tsev nrog kev ua phem thiab kev dag ntxias. Thiab yuav muaj li no rau hnub ntawd, tus Tswv hais tias, yuav muaj suab quaj qw tawm ntawm lub rooj vag ntses, thiab suab nyiav quaj tawm ntawm lub nroog thib ob, thiab suab sib tsoo loj tawm ntawm tej toj roob. Cia li quaj nyiav, nej cov neeg uas nyob hauv Maktesh, rau qhov txhua haiv neeg tub lag tub luam raug txiav pov tseg lawm; txhua tus uas nqa nyiaj raug muab txiav tu nrho lawm. Thiab yuav muaj li no rau lub sijhawm ntawd, tias Kuv yuav tshawb nrhiav Yeluxalees nrog tej tswm ciab, thiab rau txim rau cov neeg uas nyob ruaj rau saum lawv cov quav cawv: cov uas hais hauv lawv lub siab tias, Tus Tswv yuav tsis ua qhov zoo, thiab Nws kuj yuav tsis ua qhov phem. Xefaniyas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Xya Caum Xya</dc:title>
  <dc:subject>Qhib Daim Npog Qhov Zoo Sib Xws Uas Yog Lus Qhia Yav Tom Ntej: Laodicean Adventism xyoo 1863 thiab Biblical Typology</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