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Yim Caug Rau</w:t>
      </w:r>
    </w:p>
    <w:p>
      <w:pPr>
        <w:pStyle w:val="ArticleSubtitle"/>
        <w:jc w:val="left"/>
      </w:pPr>
      <w:r>
        <w:rPr>
          <w:rFonts w:ascii="Arial" w:hAnsi="Arial" w:eastAsia="Arial" w:cs="Arial"/>
        </w:rPr>
        <w:t>Kev Qhib Tshwm Sim Los Ntawm Lus Yaj Saub: Kev Nkag Siab Txog Kev Nce Ntxiv Ntawm Kev Paub thiab Txoj Xov Hu Thaum Nruab Nrab Hmo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Peb tab tom hais txog qhov sib txuam ntawm kev txav mus ntawm thawj tug timtswv thiab tug timtswv thib peb, xwv kom peb yuav to taub zoo dua tias qhov kev nce ntxiv ntawm kev paub sawv cev dab tsi hauv txojkev ua cim thaum nws raug qhib thaum lub sijhawm kawg. Peb tab tom sim qhia tias nws sawv cev rau qhov kev loj hlob ntxiv ntawm qhov tseeb uas thaum kawg nce mus txog qhov kawg nkaus raws li nag tom qab, uas yog zaj lus ntawm Lub Suab Quaj Thaum Ib Tag Hmo. Raws li ib lub cim, “qhov kev nce ntxiv ntawm kev paub” raug muab rho tawm ntawm phau ntawv Daniyees, thiab nyob ntawd nws raug txheeb tias yog kev paub txog yaj saub uas sim thiab tsim kom muaj ob pawg neeg pe hawm.</w:t>
      </w:r>
    </w:p>
    <w:p>
      <w:pPr>
        <w:pStyle w:val="ArticleScripture"/>
        <w:jc w:val="left"/>
      </w:pPr>
      <w:r>
        <w:rPr>
          <w:rFonts w:ascii="Times New Roman" w:hAnsi="Times New Roman" w:eastAsia="Times New Roman" w:cs="Times New Roman"/>
        </w:rPr>
        <w:t>Nws hais tias, Mus koj txojkev mus, Daniyee: rau qhov tej lus no raug kaw cia thiab raug muab ntim ruaj mus txog rau lub sijhawm kawg. Coob leej yuav raug ntxuav kom dawb huv, thiab raug ua kom dawb, thiab raug sim; tiam sis cov neeg phem yuav ua phem mus ntxiv: thiab tsis muaj ib tug ntawm cov neeg phem yuav to taub; tiam sis cov neeg txawj ntse yuav to taub. Daniel 12:9, 10.</w:t>
      </w:r>
    </w:p>
    <w:p>
      <w:pPr>
        <w:pStyle w:val="ArticleBody"/>
        <w:jc w:val="left"/>
      </w:pPr>
      <w:r>
        <w:rPr>
          <w:rFonts w:ascii="Times New Roman" w:hAnsi="Times New Roman" w:eastAsia="Times New Roman" w:cs="Times New Roman"/>
        </w:rPr>
        <w:t>Xyoo 1989 muaj ib qho “kev paub ntxiv zuj zus” raug qhib tawm uas thaum kawg yuav qhia meej tias muaj ob pawg neeg pe hawm. Ob pawg ntawd raug piav qhia nyob hauv lub ntsiab lus hais txog txoj kev uas lawv teb rau zaj xov ntawm nag lig. Cov neeg phem tsis lees paub los sis tsis txais yuav nag lig, hos cov neeg muaj tswvyim thiaj lees paub thiab txais yuav. Vim li ntawd cov neeg phem thiaj tsis pom thaum nag lig pib poob, thiab nws tau pib poob thaum cov tebchaws npau taws rau lub Cuaj Hlis 11, 2001. Peb tau hais ncaj qha rau cov thawj coj ntawm Laodicea-yam Adventism raws li tau sawv cev hauv Ezekiel tshooj yim thiab cuaj, thiab kuj nyob hauv Yaxayas tshooj nees nkaum yim thiab. Hauv Yaxayas, cov “neeg thuam luag” tau “ua tej lus dag” ua lawv “chaw nkaum” thiab “zais” lawv tus kheej “hauv kev dag cuav.”</w:t>
      </w:r>
    </w:p>
    <w:p>
      <w:pPr>
        <w:pStyle w:val="ArticleScripture"/>
        <w:jc w:val="left"/>
      </w:pPr>
      <w:r>
        <w:rPr>
          <w:rFonts w:ascii="Times New Roman" w:hAnsi="Times New Roman" w:eastAsia="Times New Roman" w:cs="Times New Roman"/>
        </w:rPr>
        <w:t>Yog li ntawd, nej cov neeg thuam luag uas kav haiv neeg no uas nyob hauv Yeluxalees, nej cia li mloog tus Tswv txoj lus. Vim nej twb hais tias, Peb tau cog lus nrog txoj kev tuag lawm, thiab peb tau pom zoo nrog ntuj tawg; thaum txoj kev rau txim uas nyab lug hla los txog, nws yuav tsis los raug peb; rau qhov peb tau muab kev dag ua peb qhov chaw nkaum, thiab peb tau zais peb tus kheej nyob hauv kev cuav. Yaxayas 28:14, 15.</w:t>
      </w:r>
    </w:p>
    <w:p>
      <w:pPr>
        <w:pStyle w:val="ArticleBody"/>
        <w:jc w:val="left"/>
      </w:pPr>
      <w:r>
        <w:rPr>
          <w:rFonts w:ascii="Times New Roman" w:hAnsi="Times New Roman" w:eastAsia="Times New Roman" w:cs="Times New Roman"/>
        </w:rPr>
        <w:t>Cov txiv neej thaum ub hauv Yeluxalees ntawm hnub kawg swb qhov kev sim ntawm “kev so thiab kev txhawb kom rov qab muaj zog” uas raug sawv cev los ntawm txoj kev kawm “kab dhau kab,” uas tso cai rau cov neeg txawj ntse kom paub txog nag lig ntawm hnub kawg, los ntawm daim duab piv txwv hauv keeb kwm ntawm nag lig hauv keeb kwm Millerite. Tus yam ntxwv cev Vajtswv lus ntawm “cov txiv neej thuam luag” uas Yaxaya hais tshwj xeeb hauv nqe ntawd, yog tej lus dag thiab tej lus cuav uas lawv tau nkaum hauv qab thiab muab ua lawv qhov chaw vov thaiv. Yog li ntawd, nyob rau hauv kev txuas nrog qhov kev sim ntawm zaj xov nag lig (kev so thiab kev txhawb kom rov qab muaj zog uas lawv tsis kam mloog), cov txiv neej thaum ub hauv Yeluxalees tau txais ib lo lus dag.</w:t>
      </w:r>
    </w:p>
    <w:p>
      <w:pPr>
        <w:pStyle w:val="ArticleBody"/>
        <w:jc w:val="left"/>
      </w:pPr>
      <w:r>
        <w:rPr>
          <w:rFonts w:ascii="Times New Roman" w:hAnsi="Times New Roman" w:eastAsia="Times New Roman" w:cs="Times New Roman"/>
        </w:rPr>
        <w:t>Xov txog nag lig los txog nrog ib qho kev sib cav, raws li tau sawv cev nyob rau hauv Habakkuk tshooj ob, thaum tus zov ntawd nug Vajtswv tias nws yuav tsum teb li cas rau hauv “kev sib cav” ntawm nws keeb kwm, vim lo lus “reproved” nyob rau nqe ib ntawm tshooj ob txhais tias “sib cav nrog”.</w:t>
      </w:r>
    </w:p>
    <w:p>
      <w:pPr>
        <w:pStyle w:val="ArticleScripture"/>
        <w:jc w:val="left"/>
      </w:pPr>
      <w:r>
        <w:rPr>
          <w:rFonts w:ascii="Times New Roman" w:hAnsi="Times New Roman" w:eastAsia="Times New Roman" w:cs="Times New Roman"/>
        </w:rPr>
        <w:t>Kuv yuav sawv ntsug saum kuv qhov chaw zov, thiab yuav tsa kuv tus kheej rau saum lub yees, thiab yuav saib ntsoov kom pom tias nws yuav hais dab tsi rau kuv, thiab kuv yuav teb li cas thaum nws qhuab ntuas kuv. Habakkuk 2:1.</w:t>
      </w:r>
    </w:p>
    <w:p>
      <w:pPr>
        <w:pStyle w:val="ArticleBody"/>
        <w:jc w:val="left"/>
      </w:pPr>
      <w:r>
        <w:rPr>
          <w:rFonts w:ascii="Times New Roman" w:hAnsi="Times New Roman" w:eastAsia="Times New Roman" w:cs="Times New Roman"/>
        </w:rPr>
        <w:t>Cov neeg txawj ntse, thaum muaj kev sib cav txog nag lig, nthuav tawm tej qhov tseeb uas sawv cev los ntawm Miller tej nyiaj kub hniav nyiaj hniav kub, uas kuj yog tej qhov tseeb hauv paus uas cov Millerites tau txheeb qhia, tsa kom ruaj, thiab nthuav tawm. Cov qhov tseeb ntawd raug sawv cev ua Khetos, uas yog Tswv Yexus lub Pob Zeb Ruaj Khov mus ib txhis.</w:t>
      </w:r>
    </w:p>
    <w:p>
      <w:pPr>
        <w:pStyle w:val="ArticleScripture"/>
        <w:jc w:val="left"/>
      </w:pPr>
      <w:r>
        <w:rPr>
          <w:rFonts w:ascii="Times New Roman" w:hAnsi="Times New Roman" w:eastAsia="Times New Roman" w:cs="Times New Roman"/>
        </w:rPr>
        <w:t>“Cia cov uas sawv ua Vajtswv cov neeg zov saum phab ntsa Xi-oos yog cov neeg uas pom tau tej kev phom sij ua ntej rau ntawm haiv neeg,—cov neeg uas paub cais qhov tseeb ntawm qhov yuam kev, kev ncaj ncees ntawm kev tsis ncaj ncees.</w:t>
      </w:r>
    </w:p>
    <w:p>
      <w:pPr>
        <w:pStyle w:val="ArticleScripture"/>
        <w:jc w:val="left"/>
      </w:pPr>
      <w:r>
        <w:rPr>
          <w:rFonts w:ascii="Times New Roman" w:hAnsi="Times New Roman" w:eastAsia="Times New Roman" w:cs="Times New Roman"/>
        </w:rPr>
        <w:t>“Lo lus ceeb toom twb los txog lawm: Tsis txhob pub ib yam dab tsi nkag los uas yuav rhuav los sis ua rau lub hauv paus ntawm txoj kev ntseeg uas peb tau txhim kho saum no txij thaum txoj xov los txog xyoo 1842, 1843, thiab 1844. Kuv twb nyob hauv txoj xov no, thiab txij thaum ntawd los kuv yeej tau sawv ntawm ntiajteb no xub ntiag, ncaj ncees rau txoj kev kaj uas Vajtswv tau pub rau peb. Peb tsis npaj yuav muab peb txhais ko taw txav tawm ntawm lub platform uas lawv tau muab tso rau saum ntawd thaum peb niaj hnub nrhiav tus Tswv nrog kev thov Vajtswv kub siab, nrhiav kom tau txoj kev kaj. Nej puas xav tias kuv yuav tso tseg txoj kev kaj uas Vajtswv tau pub rau kuv? Nws yuav tsum zoo ib yam li Lub Pob Zeb Ruaj Khov Mus Ib Txhis. Nws tau coj kuv kev txij thaum nws raug pub los.” Review and Herald, April 14, 1903.</w:t>
      </w:r>
    </w:p>
    <w:p>
      <w:pPr>
        <w:pStyle w:val="ArticleBody"/>
        <w:jc w:val="left"/>
      </w:pPr>
      <w:r>
        <w:rPr>
          <w:rFonts w:ascii="Times New Roman" w:hAnsi="Times New Roman" w:eastAsia="Times New Roman" w:cs="Times New Roman"/>
        </w:rPr>
        <w:t>Cov txiv neej thaum ub nthuav tawm ib txoj xov nag lig cuav uas Yaxayas sawv cev tias yog ib “lo lus dag” thiab yog ib qho cuav. Hauv Exekees tshooj yim, muaj keeb kwm uas qhia meej txog lub sijhawm uas cov txiv neej thaum ub hauv Yeluxalees tab tom pe hawm lub hnub, thiab lawv raug muab piv txawv rau cov uas txais Vajtswv lub cim foob rau hauv tshooj tom ntej. Qhov kev qias neeg thib peb (xeem neeg tiam), sawv cev rau ib txoj xov nag lig cuav, raws li sawv cev los ntawm “kev quaj rau Tammuz.” Hauv tiam thib peb ntawm Kev Ntseeg Adventist, uas pib xyoo 1919, ib “lo lus dag” raug coj los qhia txuas nrog txoj moo zoo cuav uas W. W. Prescott tau nthuav tawm rau pej xeem hauv 1919 Bible Conference. Qhov “lo lus dag” ntawd yog ib lub ntsiab lus tshwj xeeb ntawm tiam thib peb, thiab “lo lus dag” ntawd yog lub hauv paus cuav ntawm txoj xov nag lig cuav, uas sawv cev los ntawm “kev quaj rau Tammuz.”</w:t>
      </w:r>
    </w:p>
    <w:p>
      <w:pPr>
        <w:pStyle w:val="ArticleBody"/>
        <w:jc w:val="left"/>
      </w:pPr>
      <w:r>
        <w:rPr>
          <w:rFonts w:ascii="Times New Roman" w:hAnsi="Times New Roman" w:eastAsia="Times New Roman" w:cs="Times New Roman"/>
        </w:rPr>
        <w:t>Nws tseem ceeb heev uas yuav tsum siv sijhawm los txheeb kom meej txog tus “dag” hauv lus faj lem, rau qhov tus “dag” yog qhov laj thawj loj uas ua rau Laodicean Adventism tsis tuaj yeem pom qhov kev nce ntxiv ntawm kev paub hauv xyoo 1989. Tus “dag” yog tias “txoj kev niaj hnub” hauv phau Daniel sawv cev rau Khetos txoj hauj lwm ua hauj sam hauv lub chaw dawb huv. Kev siv “txoj kev niaj hnub” raws lus faj lem los siv rau Khetos txoj hauj lwm hauv lub chaw dawb huv yog ib qho kev siv lus faj lem cuav thiab tsis yog, tiam sis tus “dag” tsis yog tsuas yog qhia kom paub qhov kev txheeb yuam kev ntawd uas muab “txoj kev niaj hnub” ua ib lub cim lus faj lem xwb; nws kuj sawv cev rau ib tug “dag” uas hais tias Muam White tau pom zoo nrog qhov kev siv yuam kev ntawd, thiab tom qab ntawd siv qhov kev dag ntawd los tsa kom qhov kev siv uas tsis yog ntawd los ua qhov tseeb uas twb raug tsa tseg lawm.</w:t>
      </w:r>
    </w:p>
    <w:p>
      <w:pPr>
        <w:pStyle w:val="ArticleBody"/>
        <w:jc w:val="left"/>
      </w:pPr>
      <w:r>
        <w:rPr>
          <w:rFonts w:ascii="Times New Roman" w:hAnsi="Times New Roman" w:eastAsia="Times New Roman" w:cs="Times New Roman"/>
        </w:rPr>
        <w:t>Qhov kev to taub raug ntawm rau nqe kawg ntawm Daniyees kaum ib, tau raug ua piv txwv los ntawm nqe peb caug mus txog peb caug rau, thiab thaum Muam White qhia txog kev ua tiav tag nrho ntawm Daniyees tshooj kaum ib, nws hais tias “tej xwm txheej zoo ib yam li cov uas tau piav tseg” hauv nqe peb caug mus txog peb caug rau “yuav rov tshwm sim dua.”</w:t>
      </w:r>
    </w:p>
    <w:p>
      <w:pPr>
        <w:pStyle w:val="ArticleBody"/>
        <w:jc w:val="left"/>
      </w:pPr>
      <w:r>
        <w:rPr>
          <w:rFonts w:ascii="Times New Roman" w:hAnsi="Times New Roman" w:eastAsia="Times New Roman" w:cs="Times New Roman"/>
        </w:rPr>
        <w:t>Kev siv lub ntsiab txhais cuav ntawm “the daily” ua rau muaj ib lub qauv keeb kwm cuav. Keeb kwm uas raug sawv cev hauv Daniel tshooj kaum ib, nqe peb caug txog peb caug rau, suav nrog kev muab “the daily” tshem tawm mus. “The daily” yog ib qho ntawm ob yam no: yog daim ntawv siv raws li cov Millerites, los sis daim ntawv siv raws li Prescott thiab Daniells. Nyob ntawm seb xaiv daim ntawv siv twg, yuav muaj ob lub qauv keeb kwm sib txawv raug tsim tawm.</w:t>
      </w:r>
    </w:p>
    <w:p>
      <w:pPr>
        <w:pStyle w:val="ArticleScripture"/>
        <w:jc w:val="left"/>
      </w:pPr>
      <w:r>
        <w:rPr>
          <w:rFonts w:ascii="Times New Roman" w:hAnsi="Times New Roman" w:eastAsia="Times New Roman" w:cs="Times New Roman"/>
        </w:rPr>
        <w:t>Thiab cov npab yuav sawv los txhawb nws, thiab lawv yuav ua kom lub chaw dawb huv uas yog lub chaw muaj hwj chim qias neeg, thiab yuav muab txoj kev fij xyeem niaj hnub tshem tawm mus, thiab lawv yuav tsa yam qias vuab tsuab uas ua rau kev puam tsuaj nyob ntawd. Daniel 11:31.</w:t>
      </w:r>
    </w:p>
    <w:p>
      <w:pPr>
        <w:pStyle w:val="ArticleBody"/>
        <w:jc w:val="left"/>
      </w:pPr>
      <w:r>
        <w:rPr>
          <w:rFonts w:ascii="Times New Roman" w:hAnsi="Times New Roman" w:eastAsia="Times New Roman" w:cs="Times New Roman"/>
        </w:rPr>
        <w:t>Raws li kev tshoov siab, zaj keeb kwm cev Vajtswv lus uas raug sawv cev hauv nqe no, thiab suav nrog nqe peb caug, thiab nqe peb caug-ob txog nqe peb caug-rau, yuav raug rov ua dua hauv nqe plaub caug txog nqe plaub caug-tsib ntawm Daniyees kaum ib.</w:t>
      </w:r>
    </w:p>
    <w:p>
      <w:pPr>
        <w:pStyle w:val="ArticleScripture"/>
        <w:jc w:val="left"/>
      </w:pPr>
      <w:r>
        <w:rPr>
          <w:rFonts w:ascii="Times New Roman" w:hAnsi="Times New Roman" w:eastAsia="Times New Roman" w:cs="Times New Roman"/>
        </w:rPr>
        <w:t>“Cov lus faj lem hauv Daniyees tshooj kaum ib twb yuav luag txog rau nws txoj kev ua tiav puv npo lawm. Feem coob ntawm keeb kwm uas twb tau muaj tshwm sim los raws li kev ua tiav ntawm cov lus faj lem no yuav rov muaj dua. Nyob hauv nqe peb caug muaj ib lub hwj chim raug hais txog uas ‘yuav chim tu siab, [Daniyees 11:30–36 quoted.]</w:t>
      </w:r>
    </w:p>
    <w:p>
      <w:pPr>
        <w:pStyle w:val="ArticleScripture"/>
        <w:jc w:val="left"/>
      </w:pPr>
      <w:r>
        <w:rPr>
          <w:rFonts w:ascii="Times New Roman" w:hAnsi="Times New Roman" w:eastAsia="Times New Roman" w:cs="Times New Roman"/>
        </w:rPr>
        <w:t>“Tej xwm zoo ib yam li tej uas tau piav tseg nyob rau hauv cov lus no yuav tshwm sim.” Manuscript Releases, number 13, 394.</w:t>
      </w:r>
    </w:p>
    <w:p>
      <w:pPr>
        <w:pStyle w:val="ArticleBody"/>
        <w:jc w:val="left"/>
      </w:pPr>
      <w:r>
        <w:rPr>
          <w:rFonts w:ascii="Times New Roman" w:hAnsi="Times New Roman" w:eastAsia="Times New Roman" w:cs="Times New Roman"/>
        </w:rPr>
        <w:t>Nqe uas peb pom lo lus “the daily,” yog nqe peb caug ib.</w:t>
      </w:r>
    </w:p>
    <w:p>
      <w:pPr>
        <w:pStyle w:val="ArticleScripture"/>
        <w:jc w:val="left"/>
      </w:pPr>
      <w:r>
        <w:rPr>
          <w:rFonts w:ascii="Times New Roman" w:hAnsi="Times New Roman" w:eastAsia="Times New Roman" w:cs="Times New Roman"/>
        </w:rPr>
        <w:t>Thiab tej npab rog yuav sawv ntawm nws ib sab, thiab lawv yuav ua kom lub chaw dawb huv uas yog lub chaw muaj hwjchim qias neeg, thiab lawv yuav tshem tawm txoj kev txi niaj hnub, thiab lawv yuav tsa yam qias ntxub uas ua rau kev puam tsuaj tso tseg. Daniel 11:31.</w:t>
      </w:r>
    </w:p>
    <w:p>
      <w:pPr>
        <w:pStyle w:val="ArticleBody"/>
        <w:jc w:val="left"/>
      </w:pPr>
      <w:r>
        <w:rPr>
          <w:rFonts w:ascii="Times New Roman" w:hAnsi="Times New Roman" w:eastAsia="Times New Roman" w:cs="Times New Roman"/>
        </w:rPr>
        <w:t>Cov “caj npab” hauv nqe no sawv los “nyob ntawm nws sab.” Cov “caj npab” yog ib lub hwj chim, ib yam li tus uas lawv “sawv los” pab ntawd. Nws yog cov “caj npab” hauv nqe no uas “sawv ntawm nws sab,” thiab yog cov “caj npab” uas “ua kom lub tuam tsev dawb huv uas yog lub chaw muaj zog qias neeg,” thiab cov “caj npab” uas “rhuav tshem txoj kev txi niaj hnub,” thiab kuj yog cov “caj npab” uas “tsa qhov qias neeg uas ua kom puam tsuaj.” Hauv Tshwmsim tshooj kaum peb, tus zaj, uas yog Loos pe hawm dab mlom, muab peb yam rau lub hwj chim papacy.</w:t>
      </w:r>
    </w:p>
    <w:p>
      <w:pPr>
        <w:pStyle w:val="ArticleScripture"/>
        <w:jc w:val="left"/>
      </w:pPr>
      <w:r>
        <w:rPr>
          <w:rFonts w:ascii="Times New Roman" w:hAnsi="Times New Roman" w:eastAsia="Times New Roman" w:cs="Times New Roman"/>
        </w:rPr>
        <w:t>Thiab tus tsiaj qus uas kuv pom zoo li ib tug tsov txaij; thiab nws ob txhais ko taw zoo li ob txhais ko taw ntawm ib tug dais, thiab nws lub qhov ncauj zoo li lub qhov ncauj ntawm ib tug tsov ntxhuav; thiab tus zaj muab nws lub hwj chim, thiab nws lub zwm txwv, thiab txoj cai loj rau nws. Tshwmsim 13:2.</w:t>
      </w:r>
    </w:p>
    <w:p>
      <w:pPr>
        <w:pStyle w:val="ArticleBody"/>
        <w:jc w:val="left"/>
      </w:pPr>
      <w:r>
        <w:rPr>
          <w:rFonts w:ascii="Times New Roman" w:hAnsi="Times New Roman" w:eastAsia="Times New Roman" w:cs="Times New Roman"/>
        </w:rPr>
        <w:t>Tus tsiaj qus uas zoo li tsov txaij ntawd, Sister White qhia meej tias yog txoj kev kav papacy, thiab hauv tshooj kaum ob Sister White qhia meej tias tus zaj ntawd yog ob qho tib si Xatas, thiab kuj yog Loos pagan thiab.</w:t>
      </w:r>
    </w:p>
    <w:p>
      <w:pPr>
        <w:pStyle w:val="ArticleScripture"/>
        <w:jc w:val="left"/>
      </w:pPr>
      <w:r>
        <w:rPr>
          <w:rFonts w:ascii="Times New Roman" w:hAnsi="Times New Roman" w:eastAsia="Times New Roman" w:cs="Times New Roman"/>
        </w:rPr>
        <w:t>“Yog li ntawd, txawm hais tias tus zaj, nyob hauv lub ntsiab tseem ceeb, sawv cev rau Xatas, los nws kuj yog, nyob hauv lub ntsiab thib ob, ib lub cim ntawm Loos uas pe dab mlom.” The Great Controversy, 439.</w:t>
      </w:r>
    </w:p>
    <w:p>
      <w:pPr>
        <w:pStyle w:val="ArticleBody"/>
        <w:jc w:val="left"/>
      </w:pPr>
      <w:r>
        <w:rPr>
          <w:rFonts w:ascii="Times New Roman" w:hAnsi="Times New Roman" w:eastAsia="Times New Roman" w:cs="Times New Roman"/>
        </w:rPr>
        <w:t>Hauv nqe ob ntawm Tshwmsim tshooj kaum peb, Loos pagan tau muab nws lub hwj chim tub rog, nws cov “caj npab”, rau txoj kev ua thawj kav ntawm tus pope, pib nrog Clovis vaj ntxwv ntawm cov Franks (Fabkis), rau xyoo 496. Loos pagan tau muab nws lub zwm txwv ntawm txoj cai kav rau Loos papal rau xyoo 330, thaum huab tais Constantine tso lub nroog Loos tseg thiab txav lub peev ntawm Loos nom huab tais mus rau lub nroog Constantinople. Loos pagan tau muab txoj cai tswj hwm pej xeem rau txoj kev ua thawj kav ntawm tus pope rau xyoo 533, thaum Justinian tshaj tawm ib tsab cai lees tias txoj kev ua thawj kav ntawm tus pope yog lub taub hau ntawm txhua pawg ntseeg, thiab yog tus kho cov neeg yuam kev hauv kev ntseeg.</w:t>
      </w:r>
    </w:p>
    <w:p>
      <w:pPr>
        <w:pStyle w:val="ArticleBody"/>
        <w:jc w:val="left"/>
      </w:pPr>
      <w:r>
        <w:rPr>
          <w:rFonts w:ascii="Times New Roman" w:hAnsi="Times New Roman" w:eastAsia="Times New Roman" w:cs="Times New Roman"/>
        </w:rPr>
        <w:t>Hauv nqe peb caug ib, cov “caj npab” uas sawv tsees ntawd yog cov tub rog ntawm Loos pagan, uas tau sawv tsees txhawb nqa lub hwj chim papacy pib nrog Clovis hauv xyoo 496. Vim txoj haujlwm no, papacy thiaj hu Fabkis tias yog “tus thawj yug ntawm lub Koom Txoos Kas Tos Liv,” thiab qee zaus tias yog “tus ntxhais hlob tshaj ntawm lub Koom Txoos Kas Tos Liv.” Hauv nqe peb caug ib, tom qab Constantine tau tshaj ib txoj cai hnub Sunday hauv xyoo 321, ces mam txav lub peev ntawm lub nroog Loos mus rau lub nroog Constantinople hauv xyoo 330, lub teb chaws vaj ntxwv uas yav tas los yeej tsis txawj swb ntawd pib tawg ua luaj, raws li thawj plaub lub hwj chim Raj Xyu ntawm Tshwmsim tshooj yim tau pib ib qho kev ua rog txuas mus tsis tseg tawm tsam lub teb chaws Loos. Qhov tseem ceeb ntawm cov kev tawm tsam uas cov Barbarians thiab Genseric tau ua ntawd yog tsom ncaj rau lub nroog Loos, uas ua ntej xyoo 330 tau yog “lub chaw dawb huv ntawm lub zog” rau lub teb chaws Loos. Txij xyoo 330 mus ntxiv, kev ua rog ntawm cov barbarians uas tuaj txeeb teb chaws yuav tsum “ua kom lub chaw dawb huv ntawm lub zog qias,” mus txog thaum cov “caj npab” ntawm Loos pagan yuav sawv tsees txhawb lub papacy, pib hauv xyoo 496.</w:t>
      </w:r>
    </w:p>
    <w:p>
      <w:pPr>
        <w:pStyle w:val="ArticleBody"/>
        <w:jc w:val="left"/>
      </w:pPr>
      <w:r>
        <w:rPr>
          <w:rFonts w:ascii="Times New Roman" w:hAnsi="Times New Roman" w:eastAsia="Times New Roman" w:cs="Times New Roman"/>
        </w:rPr>
        <w:t>Tsis yog tias Loos tej kev ntseeg cuav xwb thiaj tau muab peb yam rau lub hwj chim papal, los ntawm kev pub rau nws lub hwj chim tub rog, txoj cai tswj pej xeem, thiab lub zwm txwv ntawm lub nroog Loos, tiam sis nws kuj tau tshem peb tug kub rau papal Loos thiab.</w:t>
      </w:r>
    </w:p>
    <w:p>
      <w:pPr>
        <w:pStyle w:val="ArticleScripture"/>
        <w:jc w:val="left"/>
      </w:pPr>
      <w:r>
        <w:rPr>
          <w:rFonts w:ascii="Times New Roman" w:hAnsi="Times New Roman" w:eastAsia="Times New Roman" w:cs="Times New Roman"/>
        </w:rPr>
        <w:t>Kuv ntsia ntsoov tej kub, thiab saib seb, muaj dua ib lub kub me sawv tuaj hauv lawv nruab nrab; ua ntej nws muaj peb lub kub thawj raug muab rho tawm nrog rau cag: thiab saib seb, hauv lub kub no muaj ob lub qhov muag zoo li tibneeg lub qhov muag, thiab muaj ib lub qhov ncauj hais tej lus loj kawg. Daniel 7:8.</w:t>
      </w:r>
    </w:p>
    <w:p>
      <w:pPr>
        <w:pStyle w:val="ArticleBody"/>
        <w:jc w:val="left"/>
      </w:pPr>
      <w:r>
        <w:rPr>
          <w:rFonts w:ascii="Times New Roman" w:hAnsi="Times New Roman" w:eastAsia="Times New Roman" w:cs="Times New Roman"/>
        </w:rPr>
        <w:t>Peb peb kub uas yuav tsum raug “rho tawm” hauv Daniyees tshooj xya sawv cev rau peb lub hwj chim loj uas tab tom tawm tsam kev sawv los ntawm txoj kev muaj hwj chim ntawm papacy. Lub xeem ntawm peb lub kub ntawd raug tshem tawm thaum cov Goths raug ntiab tawm hauv lub nroog Loos xyoo 538. Lawv raug ntiab tawm hauv lub nroog los ntawm cov “caj npab” ntawm Loos pagan, rau qhov cov “caj npab” ntawd yuav tsum tsa papacy (qhov qias vuab tsuab uas ua rau kev puam tsuaj) rau saum lub zwm txwv ntawm lub ntiaj teb uas neeg paub nyob rau lub sijhawm ntawd, hauv xyoo 538.</w:t>
      </w:r>
    </w:p>
    <w:p>
      <w:pPr>
        <w:pStyle w:val="ArticleBody"/>
        <w:jc w:val="left"/>
      </w:pPr>
      <w:r>
        <w:rPr>
          <w:rFonts w:ascii="Times New Roman" w:hAnsi="Times New Roman" w:eastAsia="Times New Roman" w:cs="Times New Roman"/>
        </w:rPr>
        <w:t>Nqe peb caug ib ntawm Daniyees kaum ib, qhia plaub yam uas “caj npab” (Loos teev dab mlom) yuav tsum ua. Lawv yuav tsum “sawv ntsug” txhawb pab rau txoj hauj lwm ntawm tus vajntxwv pov thawj, ib yam li lawv tau ua nyob rau xyoo 496. Lawv yuav tsum ua kom “lub chaw dawb huv uas yog lub chaw muaj hwjchim” qias tuaj, raws li tau sawv cev los ntawm tej kev sib ntaus sib tua tub rog uas tau ua nyob rau saum lub nroog Loos tau kwv yees li ob puas xyoo. Lawv yuav tsum “tsa” txoj hauj lwm ntawm tus vajntxwv pov thawj rau saum lub zwm txwv ntawm lub ntiajteb nyob rau xyoo 538, thiab lawv kuj yuav tsum “tshem tawm qhov niaj hnub.”</w:t>
      </w:r>
    </w:p>
    <w:p>
      <w:pPr>
        <w:pStyle w:val="ArticleBody"/>
        <w:jc w:val="left"/>
      </w:pPr>
      <w:r>
        <w:rPr>
          <w:rFonts w:ascii="Times New Roman" w:hAnsi="Times New Roman" w:eastAsia="Times New Roman" w:cs="Times New Roman"/>
        </w:rPr>
        <w:t>Lo lus Henplais uas tau txhais ua “tshem tawm” hauv nqe ntawd (sur), txhais tias “rho tawm.” Txog xyoo 508, txoj kev tawm tsam ntawm kev teev dab mlom uas muaj nyob hauv lub tebchaws Loos, uas tau ua haujlwm los txwv tsis pub txoj kev sawv los ntawm txoj cai kav hwm txiv plig mus txog rau hauv hwjchim, twb raug coj los nyob hauv kev quab yuam kom mloog lus tag nrho lossis raug tshem tawm lawm.</w:t>
      </w:r>
    </w:p>
    <w:p>
      <w:pPr>
        <w:pStyle w:val="ArticleBody"/>
        <w:jc w:val="left"/>
      </w:pPr>
      <w:r>
        <w:rPr>
          <w:rFonts w:ascii="Times New Roman" w:hAnsi="Times New Roman" w:eastAsia="Times New Roman" w:cs="Times New Roman"/>
        </w:rPr>
        <w:t>Kev txheeb xyuas “qhov niaj hnub,” ua Khetos txoj hauj lwm teev ntuj hauv lub tuam tsev ceeb tsheej, yog ib qho kev siv tsis raug; tiam sis txoj hauj lwm tiag tiag uas tau ua tiav nyob hauv keeb kwm Laodicean Adventist uas txheeb xyuas qhov kev siv tsis raug ntawd ua qhov tseeb, yog raug tsa raws ib qho “lus dag” tshwj xeeb uas tau ua tiav nyob hauv tiam thib peb ntawm Adventism. Niam Tsev Dawb txoj kev taw qhia tias keeb kwm ntawm nqe peb caug mus txog peb caug rau yuav rov muaj dua nyob hauv qhov kev ua tiav kawg ntawm Daniel kaum ib, tau ua rau “cov neeg thuam thuam” uas kav Yeluxalees tsis muaj peev xwm muab ib qho kev txhais rau nqe peb caug ib yam tsis yog tib lub sijhawm tsis lees txais tus Ntsuj Plig ntawm Kev Yaj Saub.</w:t>
      </w:r>
    </w:p>
    <w:p>
      <w:pPr>
        <w:pStyle w:val="ArticleBody"/>
        <w:jc w:val="left"/>
      </w:pPr>
      <w:r>
        <w:rPr>
          <w:rFonts w:ascii="Times New Roman" w:hAnsi="Times New Roman" w:eastAsia="Times New Roman" w:cs="Times New Roman"/>
        </w:rPr>
        <w:t>Cov “neeg thuam” qhia tias lub hwjchim papacy tau tshem txoj kev to taub tseeb txog Khetos txoj haujlwm ua hauj lwm hauv lub tuam tsev dawb huv, los ntawm kev coj los siv pawg misa papal, uas yog ib qho cuav ntawm Khetos txoj haujlwm hauv lub tuam tsev dawb huv saum ntuj ceeb tsheej. Yog hais tias qhov no yog lub ntsiab lus tiag tiag ntawm “txhua hnub,” ces cov “caj npab” uas sawv los hauv nqe peb caug ib yuav yog lub hwjchim papacy, vim txoj kev txhim kho lus ntawm nqe ntawd yuam kom “cov caj npab” yog lub hwjchim uas tshem tawm “txhua hnub.”</w:t>
      </w:r>
    </w:p>
    <w:p>
      <w:pPr>
        <w:pStyle w:val="ArticleBody"/>
        <w:jc w:val="left"/>
      </w:pPr>
      <w:r>
        <w:rPr>
          <w:rFonts w:ascii="Times New Roman" w:hAnsi="Times New Roman" w:eastAsia="Times New Roman" w:cs="Times New Roman"/>
        </w:rPr>
        <w:t>Kom txhawb nqa lawv lub tais dab neeg cuav, lawv sib cav tias lub hwjchim papacy (caj npab) tau ua kom Yexus lub chaw dawb huv saum ntuj raug qias. Lo lus Henplais uas txhais ua “lub chaw dawb huv (miqdash) ntawm lub zog” yog ib lub chaw dawb huv cuav teev dab lossis yog Vajtswv lub chaw dawb huv. Yog Daniyees xav hais tias Vajtswv lub chaw dawb huv yuav raug papacy ua kom qias, nws yuav tau siv lo lus Henplais “qodesh”, uas tsuas yog sawv cev tau rau Vajtswv lub chaw dawb huv xwb. Yog li ntawd, nyob qhovtwg hauv phau Vajlugkub lossis hauv Ntsuj Plig Tshwm Sim muaj sau tseg tias lub chaw dawb huv saum ntuj puas tau, lossis yav tom ntej puas yuav raug, papacy ua kom qias?</w:t>
      </w:r>
    </w:p>
    <w:p>
      <w:pPr>
        <w:pStyle w:val="ArticleBody"/>
        <w:jc w:val="left"/>
      </w:pPr>
      <w:r>
        <w:rPr>
          <w:rFonts w:ascii="Times New Roman" w:hAnsi="Times New Roman" w:eastAsia="Times New Roman" w:cs="Times New Roman"/>
        </w:rPr>
        <w:t>Muaj tseeb tiag, tej kev txhaum ntawm cov Khixatia raug sau tseg rau hauv tej phau ntawv ntawm lub chaw dawb huv saum ntuj ceeb tsheej, tiam sis qhov kev sawv cev ntawd tsis txhais hais tias Vajtswv lub chaw dawb huv tau raug ua qias. Kev ntxuav lub chaw dawb huv sawv cev rau kev ntxuav tej phau ntawv teev tseg uas nyob hauv lub chaw dawb huv ntawd. Tsis tas li ntawd, lub hwj chim papal yeej tsis tau yog Khixatia li, yog li ntawd nws yeej tsis tau raug sau nkag rau hauv tej phau ntawv ntawm txoj kev txiav txim tshawb xyuas. Tib txoj kev txiav txim uas raug txheeb rau papacy yog Vajtswv txoj kev txiav txim ua tiav hauv Nws txoj kev chim.</w:t>
      </w:r>
    </w:p>
    <w:p>
      <w:pPr>
        <w:pStyle w:val="ArticleBody"/>
        <w:jc w:val="left"/>
      </w:pPr>
      <w:r>
        <w:rPr>
          <w:rFonts w:ascii="Times New Roman" w:hAnsi="Times New Roman" w:eastAsia="Times New Roman" w:cs="Times New Roman"/>
        </w:rPr>
        <w:t>Cov “npab teg” kuj yuav tsum “tsa tus kev qias vuab tsuab uas ua rau kev puam tsuaj,” uas yuav yog lub hwj chim twg? Lub hwj chim twg uas txoj kev kav ntawm tus pope tsa? Thiab yog lub hwj chim twg, nyob rau qhov qhib kiag ntawm nqe peb caug-ib, uas txoj kev kav ntawm tus pope sawv los txhawb?</w:t>
      </w:r>
    </w:p>
    <w:p>
      <w:pPr>
        <w:pStyle w:val="ArticleBody"/>
        <w:jc w:val="left"/>
      </w:pPr>
      <w:r>
        <w:rPr>
          <w:rFonts w:ascii="Times New Roman" w:hAnsi="Times New Roman" w:eastAsia="Times New Roman" w:cs="Times New Roman"/>
        </w:rPr>
        <w:t>Cov neeg tsis muaj kev kawm hauv Laodicean Adventism uas tau tso lawv txoj sia nyob mus ib txhis rau hauv tes ntawm cov neeg uas twb raug txheeb xyuas lawm tias tsis muaj peev xwm nyeem phau ntawv uas raug muab khi ntawd, tej zaum yuav txaus siab kom lawv tej pob ntseg uas xav hnov tej lus ua kom zoo siab raug nplig los ntawm hom kev siv Vajlugkub uas raug ua kom qias neeg li ntawd; tiam sis qhov uas tseem tsis tsim nyog dua yog kev sim coj zaj keeb kwm uas lawv yuav tsum txheeb kom txhawb lawv txoj kev yuam kev, los muab haum raws nrog rau rau nqe kawg ntawm Daniel kaum ib.</w:t>
      </w:r>
    </w:p>
    <w:p>
      <w:pPr>
        <w:pStyle w:val="ArticleBody"/>
        <w:jc w:val="left"/>
      </w:pPr>
      <w:r>
        <w:rPr>
          <w:rFonts w:ascii="Times New Roman" w:hAnsi="Times New Roman" w:eastAsia="Times New Roman" w:cs="Times New Roman"/>
        </w:rPr>
        <w:t>Hauv keeb kwm uas coj mus txog rau thaum Soviet Union poob ntais, uas yuav muab qhia tau tias raug sawv cev ua tus Vajntxwv ntawm Qab Teb hauv Daniyee kaum ib nqe plaub caug, lub zog tub rog ntawm Tebchaws Meskas tau sawv los txhawb pab rau papacy, thaum Ronald Reagan tau tsim ib txoj kev koom tes zais nrog tus antichrist ntawm Vajlugkub tej lus faj lem. Thaum ua li ntawd, nws tau qhia tias txhua txoj kev tawm tsam ntawm Protestant tawm tsam kev sawv los ntawm papacy twb raug tswj kom nqig lawm hauv Tebchaws Meskas, raws li tus qauv qhia los ntawm kev tshem tawm txoj kev tawm tsam ntawm paganism hauv xyoo 508. Tus Vajntxwv ntawm Qaum Teb (papacy) hauv nqe lus ntawd xub cheb rhuav Soviet Union mus hauv xyoo 1989, thiab nws tau ua li ntawd hauv kev koom tes nrog “tsheb nees” thiab “cov neeg caij nees,” uas sawv cev rau lub zog tub rog ntawm Tebchaws Meskas, thiab kuj nrog rau lub zog nyiaj txiag ntawm Tebchaws Meskas raws li sawv cev los ntawm “nkoj.”</w:t>
      </w:r>
    </w:p>
    <w:p>
      <w:pPr>
        <w:pStyle w:val="ArticleBody"/>
        <w:jc w:val="left"/>
      </w:pPr>
      <w:r>
        <w:rPr>
          <w:rFonts w:ascii="Times New Roman" w:hAnsi="Times New Roman" w:eastAsia="Times New Roman" w:cs="Times New Roman"/>
        </w:rPr>
        <w:t>Tebchaws Meskas yog “caj npab” uas sawv los txhawb tus papacy. Protestantism raug muab tshem tawm, ib yam li kev tawm tsam ntawm paganism raug kov yeej thiab nqis tes tswj tau los txog rau xyoo 508. Hauv nqe plaub caug ib, Tebchaws Meskas yuav raug tus papacy kov yeej, thiab Txoj Cai Lij Choj ntawm Tebchaws Meskas, uas yog “lub chaw dawb huv ntawm lub zog” ntawm Tebchaws Meskas, yuav raug rhuav pov tseg thaum Tebchaws Meskas tsa Vajntxwv ntawm Sab Qaum Teb (tus papacy) rau saum lub zwm txwv ntawm lub ntiajteb, ib yam li pagan Rome tau ua nyob rau xyoo 538. Yog koj tab tom nyeem cov ntawv hauv lub website no, ces koj yuav download tau phau ntawv xov xwm The Time of the End, thiab nyeem tau ib qho kev nthuav qhia uas ntxaws dua txog rau rau nqe kawg ntawm Daniel kaum ib, tiam sis tam sim no peb tsuas yog tab tom txheeb xyuas tias kev txhais “the daily” tias yog Khetos tes haujlwm ua pov thawj hauv lub chaw dawb huv yog ib qho kev siv lub cim yuam kev. Peb tab tom ua li no kom qhia tau tias qhov kev siv yuam kev ntawd raug coj los rau saum Laodicean Adventism los ntawm ib qho kev dag uas tau npaj tseg muaj hom phiaj.</w:t>
      </w:r>
    </w:p>
    <w:p>
      <w:pPr>
        <w:pStyle w:val="ArticleBody"/>
        <w:jc w:val="left"/>
      </w:pPr>
      <w:r>
        <w:rPr>
          <w:rFonts w:ascii="Times New Roman" w:hAnsi="Times New Roman" w:eastAsia="Times New Roman" w:cs="Times New Roman"/>
        </w:rPr>
        <w:t>Peb yuav txuas ntxiv xav txog zaj lus dag yaj saub ntawd hauv tsab ntawv tom ntej.</w:t>
      </w:r>
    </w:p>
    <w:p>
      <w:pPr>
        <w:pStyle w:val="ArticleScripture"/>
        <w:jc w:val="left"/>
      </w:pPr>
      <w:r>
        <w:rPr>
          <w:rFonts w:ascii="Times New Roman" w:hAnsi="Times New Roman" w:eastAsia="Times New Roman" w:cs="Times New Roman"/>
        </w:rPr>
        <w:t>“Peb tsis muaj sijhawm yuav poob lawm. Tej caij nyuaj ntxhov siab nyob ntawm peb xub ntiag. Lub ntiajteb raug ntxias thiab kub ntxhov los ntawm tus ntsuj plig ntawm kev ua rog. Tsis ntev no tej xwm txheej ntawm kev txom nyem uas tau hais tseg hauv tej lus faj lem yuav tshwm sim. Zaj lus faj lem hauv Daniyee tshooj kaum ib twb yuav luag txog rau qhov ua tiav tag lawm. Feem coob ntawm tej keeb kwm uas twb tau tshwm sim los ua tiav zaj lus faj lem no yuav rov muaj dua.”</w:t>
      </w:r>
    </w:p>
    <w:p>
      <w:pPr>
        <w:pStyle w:val="ArticleScripture"/>
        <w:jc w:val="left"/>
      </w:pPr>
      <w:r>
        <w:rPr>
          <w:rFonts w:ascii="Times New Roman" w:hAnsi="Times New Roman" w:eastAsia="Times New Roman" w:cs="Times New Roman"/>
        </w:rPr>
        <w:t>“Hauv nqe peb caug muaj hais txog ib lub hwjchim uas ‘yuav raug kev nyuaj siab, thiab rov qab mus, thiab muaj kev chim siab tawm tsam rau txoj kev coglus dawb huv; nws yuav ua li ntawd; nws tseem yuav rov qab mus, thiab muaj kev to taub nrog cov uas tso tseg txoj kev coglus dawb huv. Thiab tej tub rog yuav sawv ntawm nws sab, thiab lawv yuav ua kom lub chaw dawb huv uas muaj zog qias tuaj, thiab yuav tshem txoj kev txi niaj hnub, thiab lawv yuav tsa yam qias neeg uas ua kom puam tsuaj. Thiab cov uas ua phem tawm tsam txoj kev coglus, nws yuav ua kom lawv poob qias los ntawm cov lus ntxias qhuas; tiam sis haiv neeg uas paub lawv tus Vajtswv yuav muaj zog, thiab yuav ua tej haujlwm loj. Thiab cov uas muaj kev to taub nyob hauv haiv neeg yuav qhuab qhia coob leej; los lawv yuav poob los ntawm ntaj, thiab los ntawm hluav taws, los ntawm kev poob cev qhev, thiab los ntawm kev raug txeeb, tau ntau hnub. Nim no thaum lawv poob lawm, lawv yuav tau kev pab me ntsis; tiam sis coob leej yuav los koom nrog lawv los ntawm cov lus ntxias qhuas. Thiab qee leej ntawm cov uas muaj kev to taub yuav poob, kom sim lawv, thiab ntxuav lawv kom huv, thiab ua kom lawv dawb, mus txog rau lub sijhawm kawg: vim qhov no tseem yog rau ib lub sijhawm uas twb teem cia lawm. Thiab tus vajntxwv yuav ua raws li nws lub siab nyiam; thiab nws yuav tsa nws tus kheej siab, thiab qhuas nws tus kheej loj dua txhua tus vajtswv, thiab yuav hais tej lus txawv kawg tawm tsam tus Vajtswv ntawm cov vajtswv, thiab yuav vam meej mus txog thaum txoj kev chim siab tiav lawm: rau qhov yam uas twb txiav txim cia lawm yuav tsum muaj tiav.’ Daniel 11:30–36.”</w:t>
      </w:r>
    </w:p>
    <w:p>
      <w:pPr>
        <w:pStyle w:val="ArticleScripture"/>
        <w:jc w:val="left"/>
      </w:pPr>
      <w:r>
        <w:rPr>
          <w:rFonts w:ascii="Times New Roman" w:hAnsi="Times New Roman" w:eastAsia="Times New Roman" w:cs="Times New Roman"/>
        </w:rPr>
        <w:t>“Cov xwm txheej zoo ib yam li cov uas tau piav nyob hauv tej lo lus no yuav muaj tshwm sim. Peb pom tej pov thawj tias Xatas tab tom ceev nrooj los tuav tswj tibneeg lub siab uas tsis muaj kev ntshai Vajtswv nyob ntawm lawv xub ntiag. Cia sawvdaws nyeem thiab nkag siab tej lus faj lem hauv phau ntawv no, rau qhov tam sim no peb tab tom nkag mus rau lub sijhawm ntawm txoj kev txom nyem uas tau hais tseg hais tias:</w:t>
      </w:r>
    </w:p>
    <w:p>
      <w:pPr>
        <w:pStyle w:val="ArticleScripture"/>
        <w:jc w:val="left"/>
      </w:pPr>
      <w:r>
        <w:rPr>
          <w:rFonts w:ascii="Times New Roman" w:hAnsi="Times New Roman" w:eastAsia="Times New Roman" w:cs="Times New Roman"/>
        </w:rPr>
        <w:t>“‘Thiab lub sijhawm ntawd Mi-kha-ee yuav sawv tsees, tus thawj loj uas sawv cev rau cov me nyuam ntawm koj haiv neeg: thiab yuav muaj ib lub sijhawm ntawm kev txom nyem, uas tsis tau muaj dua li ntawd txij thaum muaj ib haiv neeg mus txog rau lub sijhawm ntawd: thiab lub sijhawm ntawd koj haiv neeg yuav raug cawm dim, txhua tus uas yuav pom muaj npe sau tseg hauv phau ntawv. Thiab coob leej ntawm cov uas tsaug zog hauv hmoov av ntawm lub ntiaj teb yuav sawv los, ib txhia mus rau txoj sia nyob mus ib txhis, thiab ib txhia mus rau kev txaj muag thiab kev raug saib tsis taus nyob mus ib txhis. Thiab cov uas muaj tswvyim yuav ci ntsa iab zoo li qhov ci ntawm lub ntuj; thiab cov uas coj coob leej mus rau txoj kev ncaj ncees yuav zoo li cov hnub qub mus ib txhis tsis kawg. Tiamsis koj, Au Daniyees, cia li kaw tej lus no cia, thiab muab phau ntawv no khi cia kom txog rau lub sijhawm kawg: coob leej yuav khiav mus los, thiab kev paub yuav muaj ntau ntxiv.’ Daniyees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Yim Caug Rau</dc:title>
  <dc:subject>Kev Qhib Tshwm Sim Los Ntawm Lus Yaj Saub: Kev Nkag Siab Txog Kev Nce Ntxiv Ntawm Kev Paub thiab Txoj Xov Hu Thaum Nruab Nrab Hmo</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