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Cuaj Caug Peb</w:t>
      </w:r>
    </w:p>
    <w:p>
      <w:pPr>
        <w:pStyle w:val="ArticleSubtitle"/>
        <w:jc w:val="left"/>
      </w:pPr>
      <w:r>
        <w:rPr>
          <w:rFonts w:ascii="Arial" w:hAnsi="Arial" w:eastAsia="Arial" w:cs="Arial"/>
        </w:rPr>
        <w:t>Qhia Tawm Loos Tej Yaj Saub Lus Peb Tshooj: Txij thaum Kev Pe Hawm Dab Qhuas Thaum Ub Mus Txog Kev Dag Ntxias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Phau ntawv Daniyees qhia meej tias yog Loos uas tsa lub zeem muag ntawd, thiab qhov kev nkag siab ntawd raug cov Protestants hauv keeb kwm Millerite tawm tsam thaum William Miller txheeb tau qhov tseeb no. Nyob rau hnub kawg, tseem yog Loos uas tsa lub zeem muag ntawd, thiab niaj hnub no Laodicean Adventism tam sim no txhawb txoj kev xav poob lawm ntawm cov Protestants tias cov tub sab ntawm koj haiv neeg yog Antiochus Epiphanes. Cov neeg ntawm txoj kev cog lus uas raug hla dhau hauv keeb kwm Millerite tau tawm tsam tib qhov tseeb ntawd, uas tam sim no raug cov neeg ntawm txoj kev cog lus ntawm hnub kawg tawm tsam, cov uas tam sim no kuj raug hla dhau lawm. Xalaumoo tau hais zoo kawg tias:</w:t>
      </w:r>
    </w:p>
    <w:p>
      <w:pPr>
        <w:pStyle w:val="ArticleScripture"/>
        <w:jc w:val="left"/>
      </w:pPr>
      <w:r>
        <w:rPr>
          <w:rFonts w:ascii="Times New Roman" w:hAnsi="Times New Roman" w:eastAsia="Times New Roman" w:cs="Times New Roman"/>
        </w:rPr>
        <w:t>Qhov uas twb muaj lawm, yog qhov uas yuav muaj dua; thiab yam uas twb tau ua lawm, yog yam uas yuav raug ua dua: tsis muaj ib yam tshiab nyob hauv qab hnub. Puas muaj ib yam twg uas yuav hais tau tias, Saib, qhov no yog tshiab? Nws twb muaj lawm txij puag thaum ub, uas twb muaj ua ntej peb. Ecclesiastes 1:9, 10.</w:t>
      </w:r>
    </w:p>
    <w:p>
      <w:pPr>
        <w:pStyle w:val="ArticleBody"/>
        <w:jc w:val="left"/>
      </w:pPr>
      <w:r>
        <w:rPr>
          <w:rFonts w:ascii="Times New Roman" w:hAnsi="Times New Roman" w:eastAsia="Times New Roman" w:cs="Times New Roman"/>
        </w:rPr>
        <w:t>Hais txog yav tom ntej raws li lus faj lem, muaj peb qho kev tshwm sim ntawm Loos, thiab ob qho kev tshwm sim thawj qhia kom paub txog cov yam ntxwv ntawm qhov peb, rau qhov qhov tseeb raug tsa ruaj khov raws li zaj lus tim khawv ntawm ob leeg.</w:t>
      </w:r>
    </w:p>
    <w:p>
      <w:pPr>
        <w:pStyle w:val="ArticleScripture"/>
        <w:jc w:val="left"/>
      </w:pPr>
      <w:r>
        <w:rPr>
          <w:rFonts w:ascii="Times New Roman" w:hAnsi="Times New Roman" w:eastAsia="Times New Roman" w:cs="Times New Roman"/>
        </w:rPr>
        <w:t>Tiamsis yog nws tsis kam mloog koj, ces cia li coj ib lossis ob tug ntxiv nrog koj mus, kom nyob hauv lub qhov ncauj ntawm ob lossis peb tug tim khawv txhua lo lus thiaj yuav raug tsa kom ruaj. Mathais 18:16.</w:t>
      </w:r>
    </w:p>
    <w:p>
      <w:pPr>
        <w:pStyle w:val="ArticleBody"/>
        <w:jc w:val="left"/>
      </w:pPr>
      <w:r>
        <w:rPr>
          <w:rFonts w:ascii="Times New Roman" w:hAnsi="Times New Roman" w:eastAsia="Times New Roman" w:cs="Times New Roman"/>
        </w:rPr>
        <w:t>Kev cai dab qhuas ntawm Loos uas teev dab mlom yog kev teev dab mlom, thiab kev teev dab mlom yog ib qho cuav uas dag raws li kev ntseeg tseeb. Nws tsis yog ib qho cuav ntau npaum li nyiaj cuav uas neeg nkag siab, rau qhov kev teev dab mlom yeej tsis zoo ib yam li kev ntseeg tseeb li. Tiamsis raws li yav tom ntej qhia tseg nws muaj yam ntxwv cuav. Lub Nroog Loos yog ib qho cuav uas dag raws li Yeluxalees, thiab nws muaj ib lub tuam tsev (Pantheon) uas yog ib qho cuav ntawm lub tuam tsev hauv Yeluxalees. Kev coj ua kev cai dab qhuas ntawm kev teev dab mlom yog yam tsis dawb huv thiab yog dab phem, tiamsis lawv sawv cev rau Xatas tej kev coj ua kev cai dab qhuas cuav. Tus thawj ntawm kev cai dab qhuas hauv Loos uas teev dab mlom muaj lub npe hu ua Pontifex Maximus. “Pontifex Maximus” thaum chiv thawj yog lo lus siv rau tus pov thawj hlob ntawm kev cai dab qhuas hauv lub xeev Loos thaum Loos puag thaum ub, thiab nws keeb kwm rov qab mus txog thaum ntxov ntawm Lub Koom Haum Loos. Tom qab ntawd, nws tau txuas nrog txoj cai kav tebchaws thiab txoj cai kev cai dab qhuas, thiab thaum kawg hloov los ua lub npe uas tus Vaj Qhia hauv lub Koom Txoos Loos Kas Tos Liv siv niaj hnub no.</w:t>
      </w:r>
    </w:p>
    <w:p>
      <w:pPr>
        <w:pStyle w:val="ArticleBody"/>
        <w:jc w:val="left"/>
      </w:pPr>
      <w:r>
        <w:rPr>
          <w:rFonts w:ascii="Times New Roman" w:hAnsi="Times New Roman" w:eastAsia="Times New Roman" w:cs="Times New Roman"/>
        </w:rPr>
        <w:t>Lub npe ntawm tus thawj pov thawj ntawm Loos haiv neeg teev dab mlom yog *Pontifex Maximus*, thiab nws kuj yog lub npe ntawm tus thawj pov thawj ntawm Loos papacy, thiab nws yog ib lo lus Latin uas txhais hais tias “Tus Loj Tshaj Plaws ntawm Tus Pontiff Siab Tshaj.” Nws yog tus thawj pov thawj ntawm txoj kev teev ntuj xeev ntawm Loos, tshwj xeeb yog kev pe hawm tus vajtswv Jupiter. *Pontifex Maximus* muaj hwjchim thiab tes haujlwm tseem ceeb hauv kev cai dab qhuas, nrog rau kev saib xyuas ntau yam kab ke teev ntuj thiab xyuas kom txoj daim ntawv hnub hli kev cai dab qhuas ntawm Loos ua haujlwm kom raug. *Pontifex Maximus* yog tus thawj coj ntawm *College of Pontiffs* (*Collegium Pontificum*), uas yog ib pab pov thawj muaj lub luag haujlwm txhais thiab khaws cia cov kab ke ntawm kev cai dab qhuas Loos.</w:t>
      </w:r>
    </w:p>
    <w:p>
      <w:pPr>
        <w:pStyle w:val="ArticleBody"/>
        <w:jc w:val="left"/>
      </w:pPr>
      <w:r>
        <w:rPr>
          <w:rFonts w:ascii="Times New Roman" w:hAnsi="Times New Roman" w:eastAsia="Times New Roman" w:cs="Times New Roman"/>
        </w:rPr>
        <w:t>Tus thawj pov thawj ntawm Loos kev pe hawm cuav thiab Loos papal yog Pontifex Maximus; vim li ntawd, lub npe ntawm tus thawj coj ntawm Loos niaj hnub no kuj yuav yog Pontifex Maximus raws li ntuj tsim nyog. Kev ntseeg ntawm Loos kev pe hawm cuav yog kev pe hawm cuav, thiab kev ntseeg ntawm Loos papal yog, thiab tseem yog, kev pe hawm cuav, tabsis npog cia hauv kev lees tias yog Kev Ntseeg Khetos; thiab kev ntseeg ntawm Loos niaj hnub hauv hnub kawg yuav yog kev pe hawm cuav, npog cia hauv kev lees tias yog Kev Ntseeg Khetos.</w:t>
      </w:r>
    </w:p>
    <w:p>
      <w:pPr>
        <w:pStyle w:val="ArticleBody"/>
        <w:jc w:val="left"/>
      </w:pPr>
      <w:r>
        <w:rPr>
          <w:rFonts w:ascii="Times New Roman" w:hAnsi="Times New Roman" w:eastAsia="Times New Roman" w:cs="Times New Roman"/>
        </w:rPr>
        <w:t>Ob tog Loos Kas Tos Livteeb thiab Loos papal puav leej muaj ib lub sij hawm tshwj xeeb uas nkawd yuav kav nrog hwjchim loj tshaj plaws. Loos Kas Tos Livteeb yuav kav nrog hwjchim loj tshaj plaws tau peb puas rau caum xyoo, raws li qhov ua tiav ntawm lus faj lem txog lub sij hawm hauv Daniel tshooj kaum ib, nqe nees nkaum plaub.</w:t>
      </w:r>
    </w:p>
    <w:p>
      <w:pPr>
        <w:pStyle w:val="ArticleScripture"/>
        <w:jc w:val="left"/>
      </w:pPr>
      <w:r>
        <w:rPr>
          <w:rFonts w:ascii="Times New Roman" w:hAnsi="Times New Roman" w:eastAsia="Times New Roman" w:cs="Times New Roman"/>
        </w:rPr>
        <w:t>Nws yuav los hauv kev thaj yeeb mus rau saum tej chaw uas nplua nuj tshaj plaws ntawm lub xeev; thiab nws yuav ua tej uas nws cov yawg koob tsis tau ua, thiab nws cov yawg koob ua ntej lawv los kuj tsis tau ua; nws yuav faib tej tsiaj txhu uas txeeb tau, thiab tej khoom uas nyiag tau, thiab kev nplua nuj, rau hauv lawv nruab nrab: muaj tseeb tiag, nws yuav npaj nws tej tswv yim tawm tsam tej chaw ruaj khov, txawm yog rau ib ntus xwb. Daniel 11:24.</w:t>
      </w:r>
    </w:p>
    <w:p>
      <w:pPr>
        <w:pStyle w:val="ArticleBody"/>
        <w:jc w:val="left"/>
      </w:pPr>
      <w:r>
        <w:rPr>
          <w:rFonts w:ascii="Times New Roman" w:hAnsi="Times New Roman" w:eastAsia="Times New Roman" w:cs="Times New Roman"/>
        </w:rPr>
        <w:t>Lub ntsiab lus ntawm nqe nees nkaum plaub yog Loos pej kum dab qhuas, rau qhov lawv tau los ua lub ntsiab lus nyob hauv nqe kaum rau, thiab tseem txuas ntxiv ua lub ntsiab lus mus txog nqe peb caug ib. Peb yuav hais txog cov nqe no kom meej tshwj xeeb hauv cov ntawv tom ntej, tiam sis ntawm no peb tsuas yog taw tes qhia tias yav tom ntej tau qhia meej tias Loos pej kum dab qhuas yuav kav nrog hwjchim loj tshaj plaws tau peb puas rau caum xyoo, raws li sawv cev los ntawm Loos “npaj tseg” lawv “tej cuab yeej tawm tsam tej chaw ruaj khov, txawm yog rau ib lub sij hawm.” Lo lus uas txhais ua “tawm tsam” tiag tiag txhais hais tias “ntawm,” thiab nqe no tab tom hais tias Loos yuav tswj hwm lub ntiaj teb “ntawm” “tej chaw ruaj khov,” uas yog Lub Nroog Loos, thiab nws yuav ua li ntawd tau ib “lub sij hawm,” uas yog peb puas rau caum xyoo.</w:t>
      </w:r>
    </w:p>
    <w:p>
      <w:pPr>
        <w:pStyle w:val="ArticleBody"/>
        <w:jc w:val="left"/>
      </w:pPr>
      <w:r>
        <w:rPr>
          <w:rFonts w:ascii="Times New Roman" w:hAnsi="Times New Roman" w:eastAsia="Times New Roman" w:cs="Times New Roman"/>
        </w:rPr>
        <w:t>Loos Tebchaws Loos uas pe hawm dab mlom tau pib kav nrog hwjchim loj kawg nkaus thaum Tsov Rog Actium, xyoo 31 BC, thiab tseem kav nrog hwjchim loj kawg nkaus mus txog xyoo 330 AD, thaum Constantine tau tshem lub peev ntawm lub tebchaws faj tim teb chaws tawm ntawm lub chaw ruaj khov ntawm Lub Nroog Loos mus rau Lub Nroog Constantinople. Ces lub tebchaws faj tim teb chaws thiaj pib nws txoj kev poob qis uas muaj npe phem. Lub Nroog Loos yog lub “chaw ruaj khov” raws li lus faj lem rau Loos uas pe hawm dab mlom, thiab thaum nws kav los ntawm lub nroog ntawd nws yeej tsis swb. Hauv cov kev ua rog uas tau raws tom qab Constantine txoj kev hloov chaw ntawm hwjchim, Lub Nroog Loos tau los ua lub hom phiaj raug tawm tsam los ntawm Genseric thiab cov xeem qus tuaj tua, uas raug sawv cev los ntawm plaub Lub Raj Ntxhias thawj zaug hauv Tshwmsim tshooj yim.</w:t>
      </w:r>
    </w:p>
    <w:p>
      <w:pPr>
        <w:pStyle w:val="ArticleBody"/>
        <w:jc w:val="left"/>
      </w:pPr>
      <w:r>
        <w:rPr>
          <w:rFonts w:ascii="Times New Roman" w:hAnsi="Times New Roman" w:eastAsia="Times New Roman" w:cs="Times New Roman"/>
        </w:rPr>
        <w:t>Vim li no nyob hauv Daniyee tshooj kaum ib, nqe peb caug ib, cov “caj npab” (Loos pagan) uas sawv los txhawb lub hwj chim papacy, ua ntej tshaj plaws tau ua kom “lub chaw dawb huv uas yog lub chaw muaj zog” qias neeg. Lub Nroog Loos yog “lub chaw dawb huv uas yog lub chaw muaj zog” raws li yaj saub hais, rau ob qho tib si Loos pagan thiab Loos papal; vim nyob rau xyoo 330, thaum txoj cai kav ntawm pagan raug hloov mus rau Constantinople, lub Nroog Loos thiaj raug tseg rau Loos papal uas tab tom sawv muaj hwj chim. Vim li no, Tshwm Sim tshooj kaum peb, nqe ob hais tias tus zaj (Loos pagan), tau muab nws “lub zwm txwv” rau Loos papal. “Lub zwm txwv” yog qhov chaw uas ib lub hwj chim kav tawm tuaj, thiab txij xyoo 538 mus txog 1798, Loos papal tau kav nrog hwj chim loj tshaj plaws ib yam li Loos pagan tau kav nrog hwj chim loj tshaj plaws tau “ib ntus”.</w:t>
      </w:r>
    </w:p>
    <w:p>
      <w:pPr>
        <w:pStyle w:val="ArticleBody"/>
        <w:jc w:val="left"/>
      </w:pPr>
      <w:r>
        <w:rPr>
          <w:rFonts w:ascii="Times New Roman" w:hAnsi="Times New Roman" w:eastAsia="Times New Roman" w:cs="Times New Roman"/>
        </w:rPr>
        <w:t>Cov yajlug qhia meej txog ib lub sijhawm tshwj xeeb thaum ob leeg—Loos kev pe dab mlom thiab Loos tus vaj tswv pope—yuav kav nrog hwjchim loj tshaj plaws, thiab thaum nkawd ua li ntawd ces yuav yog los ntawm nkawd lub rooj txoos kav uas yog Lub Nroog Loos. Loos kev pe dab mlom qhov uas yeej tsis muaj leejtwg kov yeej ntawd xaus thaum lawv tawm hauv Lub Nroog Loos mus, ua cim txog qhov kawg ntawm peb puas rau caum xyoo, uas raug sawv cev ua ib “sijhawm” hauv nqe nees nkaum plaub; thiab thaum ib txhiab ob puas rau caum xyoo ntawm kev kav ntawm pope xaus rau xyoo 1798, Napoleon kom coj tus pope tawm hauv Lub Nroog Loos mus, thiab nws tuag thaum raug ntiab tawm nyob txawv tebchaws.</w:t>
      </w:r>
    </w:p>
    <w:p>
      <w:pPr>
        <w:pStyle w:val="ArticleBody"/>
        <w:jc w:val="left"/>
      </w:pPr>
      <w:r>
        <w:rPr>
          <w:rFonts w:ascii="Times New Roman" w:hAnsi="Times New Roman" w:eastAsia="Times New Roman" w:cs="Times New Roman"/>
        </w:rPr>
        <w:t>Loos Tebchaws Los Mas thiab Loos Tebchaws Vaj Qhia tsa qhia meej tias Loos niaj hnub no yuav kav siab kawg rau ib lub sijhawm cev faj lem tshwjxeeb nyob rau hnub kawg. “Sijhawm twb tsis muaj ntxiv lawm,” tiamsis lub sijhawm ntawm txoj kev tsim txom los ntawm lub hwjchim vaj qhia nyob rau hnub kawg yog ib lub sijhawm tshwjxeeb uas pib thaum txoj cai Hnub Caiv uas yuav los sai sai no hauv Tebchaws Meskas, thiab txuas mus txog thaum kev sim siab rau tibneeg kaw lawm, thaum Mikhayee sawv tsees thiab tshaj tawm tias, “Tus uas tsis ncaj, cia nws tsis ncaj ntxiv mus: thiab tus uas qias neeg, cia nws qias neeg ntxiv mus: thiab tus uas ncaj ncees, cia nws ncaj ncees ntxiv mus: thiab tus uas dawb huv, cia nws dawb huv ntxiv mus.”</w:t>
      </w:r>
    </w:p>
    <w:p>
      <w:pPr>
        <w:pStyle w:val="ArticleBody"/>
        <w:jc w:val="left"/>
      </w:pPr>
      <w:r>
        <w:rPr>
          <w:rFonts w:ascii="Times New Roman" w:hAnsi="Times New Roman" w:eastAsia="Times New Roman" w:cs="Times New Roman"/>
        </w:rPr>
        <w:t>Loos Xwm txheej tsim txom cov Khixatia hauv lub Colosseum hauv lub Nroog Loos thoob plaws nws keeb kwm uas puv npo ntshav, thiab cov neeg sau keeb kwm Khixatia tau kwv yees tias thaum Lub Sijhawm Tsaus Ntuj uas txoj kev kav ntawm papacy kav ntawd, ib puas vam tus tim khawv tuag rau txoj kev ntseeg raug papacy tua pov tseg, tiam sis papacy tsis lees qhov lus ntawd thiab muab qhov kwv yees ntawd tso rau kwv yees li tsib caug vam. Ob qho tib si Loos teev dab mlom thiab Loos papal tau tsim txom Vajtswv cov neeg ncaj ncees, thiab Loos niaj hnub no kuj yuav tsim txom Vajtswv cov neeg ncaj ncees hauv hnub kawg.</w:t>
      </w:r>
    </w:p>
    <w:p>
      <w:pPr>
        <w:pStyle w:val="ArticleScripture"/>
        <w:jc w:val="left"/>
      </w:pPr>
      <w:r>
        <w:rPr>
          <w:rFonts w:ascii="Times New Roman" w:hAnsi="Times New Roman" w:eastAsia="Times New Roman" w:cs="Times New Roman"/>
        </w:rPr>
        <w:t>“Muaj coob leej yuav raug kaw hauv tsev lojcuj, muaj coob leej yuav khiav dim txoj sia tawm hauv tej nroog loj thiab tej zos me, thiab muaj coob leej yuav tuag ua timkhawv vim Khetos lub npe thaum lawv sawv tiv thaiv qhov tseeb.” Selected Messages, phau 3, 397.</w:t>
      </w:r>
    </w:p>
    <w:p>
      <w:pPr>
        <w:pStyle w:val="ArticleBody"/>
        <w:jc w:val="left"/>
      </w:pPr>
      <w:r>
        <w:rPr>
          <w:rFonts w:ascii="Times New Roman" w:hAnsi="Times New Roman" w:eastAsia="Times New Roman" w:cs="Times New Roman"/>
        </w:rPr>
        <w:t>Loos Teev Pe Dab Qhuas kov yeej peb qhov chaw thaj av uas yog tej qhov chaw khuam siab thaum nws tab tom txeeb kav lub ntiaj teb. Loos Teev Ntuj Kav Tos Liv kov yeej peb qhov chaw thaj av uas yog tej qhov chaw khuam siab thaum nws tab tom txeeb kav lub ntiaj teb. Loos niaj hnub nim no kov yeej Vajntxwv Sab Qab Teb (uas yog lub Soviet Union tsis ntseeg Vajtswv) hauv xyoo 1989, thiab tom ntej no yuav rhuav tshem lub tebchaws muaj koob meej (Tebchaws Meskas) thaum txoj cai Hnub Caiv yuav los sai sai no. Tom qab ntawd nws yuav kov yeej Iyi tebchaws (tag nrho lub ntiaj teb).</w:t>
      </w:r>
    </w:p>
    <w:p>
      <w:pPr>
        <w:pStyle w:val="ArticleScripture"/>
        <w:jc w:val="left"/>
      </w:pPr>
      <w:r>
        <w:rPr>
          <w:rFonts w:ascii="Times New Roman" w:hAnsi="Times New Roman" w:eastAsia="Times New Roman" w:cs="Times New Roman"/>
        </w:rPr>
        <w:t>“Tag nrho tib neeg zej zog tab tom raug faib mus ua ob pawg loj, cov mloog lus thiab cov tsis mloog lus. Peb yuav raug pom nyob hauv pawg twg?”</w:t>
      </w:r>
    </w:p>
    <w:p>
      <w:pPr>
        <w:pStyle w:val="ArticleScripture"/>
        <w:jc w:val="left"/>
      </w:pPr>
      <w:r>
        <w:rPr>
          <w:rFonts w:ascii="Times New Roman" w:hAnsi="Times New Roman" w:eastAsia="Times New Roman" w:cs="Times New Roman"/>
        </w:rPr>
        <w:t>“Cov neeg uas ceev Vajtswv tej lus txib, cov uas tsis yog ciaj sia vim mov xwb, tiam sis vim txhua lo lus uas tawm hauv Vajtswv lub qhov ncauj los, lawv yog cov ua lub koom txoos ntawm Vajtswv tus uas ciaj sia. Cov uas xaiv raws Antichrist qab yog cov xyeej ntawm tus loj uas tau thim kev ntseeg. Muab lawv teem raws Xatas tus chij, lawv rhuav Vajtswv txoj kevcai, thiab coj lwm tus kom rhuav nws thiab. Lawv siv zog los teeb tsa tej kevcai ntawm ntau haiv neeg kom tibneeg yuav qhia lawv txoj kev ncaj ncees rau tej nom tswv hauv ntiajteb no los ntawm kev tsuj hnyo Vajtswv lub nceeg vaj tej kevcai.”</w:t>
      </w:r>
    </w:p>
    <w:p>
      <w:pPr>
        <w:pStyle w:val="ArticleScripture"/>
        <w:jc w:val="left"/>
      </w:pPr>
      <w:r>
        <w:rPr>
          <w:rFonts w:ascii="Times New Roman" w:hAnsi="Times New Roman" w:eastAsia="Times New Roman" w:cs="Times New Roman"/>
        </w:rPr>
        <w:t>“Xatas tab tom tig tibneeg lub siab mus rau tej lus nug uas tsis tseem ceeb, kom lawv thiaj tsis pom tej xwm txheej uas tseem ceeb kawg nkaus nrog kev pom kev meej thiab txawv txav. Tus yeeb ncuab tab tom npaj yuav ntes lub ntiajteb.”</w:t>
      </w:r>
    </w:p>
    <w:p>
      <w:pPr>
        <w:pStyle w:val="ArticleScripture"/>
        <w:jc w:val="left"/>
      </w:pPr>
      <w:r>
        <w:rPr>
          <w:rFonts w:ascii="Times New Roman" w:hAnsi="Times New Roman" w:eastAsia="Times New Roman" w:cs="Times New Roman"/>
        </w:rPr>
        <w:t>“Lub ntiajteb uas hu ua Khetos li no yuav dhau los ua qhov chaw uas tej xwm txheej loj thiab txiav txim siab yuav tshwm sim. Cov neeg uas nyob hauv txoj hauj lwm muaj cai yuav tsim tej kevcai los tswj hwm lub siab xav raws li piv txwv ntawm Papacy. Npanpiloo yuav ua kom txhua haiv neeg haus cawv txiv hmab ntawm txoj kev npau taws ntawm nws txoj kev deev luag poj luag txiv. Txhua lub tebchaws yuav raug muab koom nrog.” Manuscript Releases, volume 1, 296.</w:t>
      </w:r>
    </w:p>
    <w:p>
      <w:pPr>
        <w:pStyle w:val="ArticleBody"/>
        <w:jc w:val="left"/>
      </w:pPr>
      <w:r>
        <w:rPr>
          <w:rFonts w:ascii="Times New Roman" w:hAnsi="Times New Roman" w:eastAsia="Times New Roman" w:cs="Times New Roman"/>
        </w:rPr>
        <w:t>Yuav kom tiv thaiv tau qhov tseeb uas qhia tias “lub tebchaws uas muaj hwjchim ci ntsa iab” hauv Daniyees kaum ib nqe plaub caug-ib yog ib lub cim sawv cev rau Tebchaws Meskas, Tus Tsov Ntxhuav ntawm xeem Yudas tau qhib rau cov tub kawm yaj saub ntawm hnub kawg txog txoj cai ntawm kev siv yaj saub peb zaug. Qhov kaj los ntawm rau nqe kawg ntawd tau raug tsa ruaj khov los ntawm kev siv keeb kwm uas sawv cev los ntawm “yam uas niaj hnub” hauv phau Daniyees, raws li tau muab nthuav tawm hauv Daniyees kaum ib nqe peb caug-ib, rau rau nqe kawg ntawm tshooj ntawd. Tib qhov tseeb ruaj khov ntawd (“yam uas niaj hnub”), uas tau los ua tus yuam sij ntawm Miller txoj qauv yaj saub, kuj tau tsim txoj qauv yaj saub ntawm hnub kawg thiab. Miller txoj qauv tau tsa los saum ob lub hwjchim uas ua kom puam tsuaj, yog kev pe dab qhuas thiab kev cai txiv plig Loos, uas tsim txom Vajtswv haiv neeg; hos txoj qauv ntawm hnub kawg yog tsa los saum peb lub hwjchim uas ua kom puam tsuaj, uas tsim txom Vajtswv haiv neeg hauv hnub kawg.</w:t>
      </w:r>
    </w:p>
    <w:p>
      <w:pPr>
        <w:pStyle w:val="ArticleBody"/>
        <w:jc w:val="left"/>
      </w:pPr>
      <w:r>
        <w:rPr>
          <w:rFonts w:ascii="Times New Roman" w:hAnsi="Times New Roman" w:eastAsia="Times New Roman" w:cs="Times New Roman"/>
        </w:rPr>
        <w:t>Qhov kev loj hlob ntawm kev paub uas raug sawv cev nyob hauv rau nqe kawg ntawm Daniel kaum ib, uas sawv cev rau qhov kev loj hlob ntawm kev paub uas tuaj txog xyoo 1989, thiab uas raug sawv cev los ntawm tus Dej Hiddekel, tau raug cov yeeb ncuab ntawm qhov tseeb tawm tsam. Qhov kev tawm tsam ntawd tau coj mus rau kev nkag siab txog lub hauv paus ntsiab lus ntawm kev siv lus faj lem peb npaug, uas thawj zaug raug lees paub tias yog kev siv Loos peb npaug, uas yog cov ncauj lus uas tsa thiab ruaj khov rau lub zeem muag ntawm keeb kwm lus faj lem.</w:t>
      </w:r>
    </w:p>
    <w:p>
      <w:pPr>
        <w:pStyle w:val="ArticleScripture"/>
        <w:jc w:val="left"/>
      </w:pPr>
      <w:r>
        <w:rPr>
          <w:rFonts w:ascii="Times New Roman" w:hAnsi="Times New Roman" w:eastAsia="Times New Roman" w:cs="Times New Roman"/>
        </w:rPr>
        <w:t>Qhov twg uas tsis muaj yog toog pom, haiv neeg yuav puam tsuaj mus; tiam sis tus uas ceev txoj kevcai, nws yog tus tau koob hmoov. Paj Lug 29:18.</w:t>
      </w:r>
    </w:p>
    <w:p>
      <w:pPr>
        <w:pStyle w:val="ArticleBody"/>
        <w:jc w:val="left"/>
      </w:pPr>
      <w:r>
        <w:rPr>
          <w:rFonts w:ascii="Times New Roman" w:hAnsi="Times New Roman" w:eastAsia="Times New Roman" w:cs="Times New Roman"/>
        </w:rPr>
        <w:t>Kev siv peb npaug ntawm peb qhov kev tshwm sim ntawm Loos qhia meej tias txoj kev ntseeg ntawm Loos pagan thiab Loos papal yog kev teev dab qhuas, thiab tias lawv txoj kev ntseeg raug tswj hwm los ntawm ib tug neeg uas muaj lub npe hu ua Pontifex Maximus. Ob qhov kev tshwm sim ntawm Loos ntawd qhia tias peb lub hwj chim thaj chaw raug tshem tawm ua ntej lawv kav siab tshaj plaws rau ib lub sij hawm uas tau teev tseg, thiab tias lawv yuav kav los ntawm lub nroog Loos uas muaj xya lub roob, uas yog lawv lub chaw dawb huv ntawm lub zog. Nkawd ob leeg puav leej ua tim khawv rau qhov tseeb tias lawv tau tsim txom Vajtswv haiv neeg ncaj ncees. Yog li ntawd, raws li ob tug tim khawv no peb thiaj paub tias txoj kev ntseeg ntawm Loos niaj hnub no yuav yog kev teev dab qhuas, thiab tias nws yuav raug coj los ntawm tus pope ntawm Loos uas nws lub npe hu ua Pontifex Maximus.</w:t>
      </w:r>
    </w:p>
    <w:p>
      <w:pPr>
        <w:pStyle w:val="ArticleBody"/>
        <w:jc w:val="left"/>
      </w:pPr>
      <w:r>
        <w:rPr>
          <w:rFonts w:ascii="Times New Roman" w:hAnsi="Times New Roman" w:eastAsia="Times New Roman" w:cs="Times New Roman"/>
        </w:rPr>
        <w:t>Ua ntej tus poj niam deev luag poj nraug ntau loj ntawd yuav txeeb tau txoj kev tswj kav thiab kav saum toj kawg nkaus, Loos niaj hnub no yuav tsum kov yeej peb yam kev txwv, thiab yam kev txwv thawj zaug yog keeb kwm yav dhau los nrog kev poob cev qhev ntawm lub Koomhaum Soviet Union xyoo 1989, uas yog Loos tus yeeb ncuab tsis ntseeg Vajtswv uas tau tawm tsam Loos lub hwj chim hauv Tebchaws Europe. Yam kev txwv tom ntej yuav raug muab ntxeev pov tseg thaum txoj cai Hnub Caiv yuav los sai no hauv Tebchaws Meskas, thiab tom qab ntawd Lub Koomhaum Tebchaws United Nations yuav muab nws txoj cai thiab hwj chim rau Loos niaj hnub no ib ntus luv luv. Thaum nws raug tsa rau saum lub zwm txwv tiav txhij lawm, kev tsim txom ntawm hnub kawg yuav tshwm sim.</w:t>
      </w:r>
    </w:p>
    <w:p>
      <w:pPr>
        <w:pStyle w:val="ArticleBody"/>
        <w:jc w:val="left"/>
      </w:pPr>
      <w:r>
        <w:rPr>
          <w:rFonts w:ascii="Times New Roman" w:hAnsi="Times New Roman" w:eastAsia="Times New Roman" w:cs="Times New Roman"/>
        </w:rPr>
        <w:t>Phau ntawv Daniyees, thiab tshwj xeeb tshaj yog Qhia Tshwm tshooj yim, muab tej yam ntxwv yaj saub hais txog Loos, uas pab kom to taub Loos niaj hnub no kom raug. Ib yam ntawm cov yam ntxwv ntawd yog kev faib lub Nceeg Vaj Loos ua Sab Hnub Tuaj thiab Sab Hnub Poob raws li Constantine tau ua tiav rau xyoo 330. Loos pagan thiab Loos papal, thaum muab coj los xam ua ke, kuj hais txog ob npaug xwm ntawm Loos. Constantine txoj kev faib uas tsim tau Loos sab hnub poob thiab sab hnub tuaj yog ib tug tim khawv thib ob rau Loos pagan thiab Loos papal. Constantine tsa txoj cai tswj kav pej xeem nyob sab hnub tuaj, thiab tseg txoj cai tswj kav kev ntseeg nyob sab hnub poob. Loos pagan sawv cev rau kev txawj tswj hwm xeev, hos Loos papal sawv cev rau kev txawj tswj hwm pawg ntseeg. Sab hnub tuaj yog kev txawj tswj hwm xeev, sab hnub poob yog kev txawj tswj hwm pawg ntseeg raws li tau ua qauv los ntawm hlau thiab av nplaum hauv Daniyees ob, los yog kub txwm txiv neej thiab kub txwm poj niam hauv Daniyees yim, los yog tej tsiaj qus tua noj hauv Daniyees xya, thiab tej tsiaj ntawm lub chaw dawb huv hauv Daniyees yim.</w:t>
      </w:r>
    </w:p>
    <w:p>
      <w:pPr>
        <w:pStyle w:val="ArticleBody"/>
        <w:jc w:val="left"/>
      </w:pPr>
      <w:r>
        <w:rPr>
          <w:rFonts w:ascii="Times New Roman" w:hAnsi="Times New Roman" w:eastAsia="Times New Roman" w:cs="Times New Roman"/>
        </w:rPr>
        <w:t>Loos Niaj Hnub No kuj yuav muaj ob yam xwm txheej sib xyaw ua ke, muaj kev koom ua ke ntawm pawg ntseeg thiab lub xeev, ntawm hlau thiab av nplaum, thiab ntawm kev txawj siv txoj hauj lwm hauv pawg ntseeg thiab kev txawj siv txoj hauj lwm hauv lub xeev; tiam sis Loos Niaj Hnub No kuj tseem muaj peb yam xwm txheej thiab. Hauv Tshwm Sim tshooj yim, ob qho tib si Loos sab hnub poob thiab Loos sab hnub tuaj tau raug faib ua peb feem, raws li qhov tseeb thiab raws li lub cim. Constantine uas kav ntawm Loos sab hnub tuaj tau muab nws lub teb chaws faib tiag tiag rau nws peb tug tub, thiab Loos sab hnub poob raug sawv cev raws li lub cim los ntawm lub hnub, lub hli, thiab cov hnub qub, uas sawv cev rau peb hom qauv ntawm kev tswj hwm uas lub Faj Tim Teb Chaws Loos tau siv. Yog li ntawd, Loos Niaj Hnub No, txawm yog muaj ob yam sib xyaw ntawm kev txawj siv txoj hauj lwm hauv pawg ntseeg thiab kev txawj siv txoj hauj lwm hauv lub xeev, los kuj tseem yuav sawv cev rau ib qho kev koom ua ke peb yam, uas sawv cev los ntawm tus zaj, tus tsiaj qus, thiab tus yaj saub cuav.</w:t>
      </w:r>
    </w:p>
    <w:p>
      <w:pPr>
        <w:pStyle w:val="ArticleBody"/>
        <w:jc w:val="left"/>
      </w:pPr>
      <w:r>
        <w:rPr>
          <w:rFonts w:ascii="Times New Roman" w:hAnsi="Times New Roman" w:eastAsia="Times New Roman" w:cs="Times New Roman"/>
        </w:rPr>
        <w:t>Cov kev tshwm sim ntawm Loos uas pe hawm dab thiab Loos uas yog papal qhia kom paub txog qhov sib xyaw cev yaj saub uas nyuaj ntawm Loos Niaj Hnub Kawg. Nws yog txoj kev koom ua peb txheej uas yuav muaj tshwm sim thaum txoj cai Hnub Caiv yuav los sai sai, uas coj lub ntiaj teb mus rau Amakedoos. Nws yog “Daim Duab ntawm Tus Tsiaj nyaum” thoob qab ntuj, uas yog ib lub cim ntawm kev sib txuas ntawm Pawg Ntseeg thiab Lub Xeev. Nws lub taub hau yog Pontifex Maximus, tus uas kav los ntawm Lub Nroog Loos, uas yog lub zwm txwv ntawm nws lub hwj chim. Txiv neej ntawm kev txhaum tus thawj fwv txoj cai tswj hwm yuav raug muab los ntawm United Nations, thiab lub ntiaj teb yuav raug yuam kom lees txais txoj kab ke peb txheej, tiam sis ob sab, ntawm tus timkhawv cuav, los ntawm lub hwj chim yuam cai ntawm Tebchaws Meskas. Yog li ntawd, ib yam li Loos uas pe hawm dab (tus zaj) hauv Tshwmsim tshooj kaum peb, nqe ob, tau muab “nws lub hwj chim, nws lub zwm txwv thiab txoj cai loj” rau papacy, Tebchaws Meskas, raws li tau ua qauv los ntawm Loos uas pe hawm dab, ua tiav tib yam peb yam haujlwm no rau Loos niaj hnub no. Lub zwm txwv yog Vatican City nyob hauv lub nroog xya lub roob Loos, txoj cai tswj hwm yog United Nations, thiab lub hwj chim yog Tebchaws Meskas. Ua ke lawm lawv coj lub ntiaj teb mus rau ib qho chaw uas papacy “yuav los txog nws qhov kawg, thiab yuav tsis muaj leejtwg pab nws li.”</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Tus tim tswv thib rau tau nchuav nws lub phial rau saum tus dej loj Euphrates; thiab cov dej hauv ntawd tau qhuav tag, kom txoj kev rau cov vajntxwv sab hnub tuaj thiaj li raug npaj. Thiab kuv pom peb tug ntsujplig qias tsis huv zoo li qav tawm hauv lub qhov ncauj ntawm tus zaj, thiab tawm hauv lub qhov ncauj ntawm tus tsiaj nyaum, thiab tawm hauv lub qhov ncauj ntawm tus cev Vajtswv lus cuav. Vim lawv yog cov ntsujplig ntawm dab ntxwg nyoog, ua tej txujci tseemceeb, uas tawm mus cuag cov vajntxwv hauv ntiajteb thiab hauv tag nrho lub qab ntuj, kom sib sau lawv los rau kev ua rog ntawm hnub loj ntawd ntawm Vajtswv tus Muaj Hwjchim Loj Kawg Nkaus. Saib maj, kuv los ib yam li tub sab. Foom koob hmoov rau tus uas ceev faj thiab khaws nws tej tsoos tsho, tsam nws yuav taug kev liab qab thiab lawv pom nws txoj kev txajmuag. Thiab nws tau sib sau lawv ua ke rau hauv ib qho chaw uas hu ua Armageddon hauv lus Henplais. Thiab tus tim tswv thib xya tau nchuav nws lub phial rau saum huab cua; ces muaj ib lub suab loj tawm hauv lub tuam tsev saum ntuj ceebtsheej, ntawm lub zwmtxwv, hais tias, Tiav lawm. Tshwmsim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Cuaj Caug Peb</dc:title>
  <dc:subject>Qhia Tawm Loos Tej Yaj Saub Lus Peb Tshooj: Txij thaum Kev Pe Hawm Dab Qhuas Thaum Ub Mus Txog Kev Dag Ntxias Niaj Hnub No</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