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Cuaj Caug Tsib</w:t>
      </w:r>
    </w:p>
    <w:p>
      <w:pPr>
        <w:pStyle w:val="ArticleSubtitle"/>
        <w:jc w:val="left"/>
      </w:pPr>
      <w:r>
        <w:rPr>
          <w:rFonts w:ascii="Arial" w:hAnsi="Arial" w:eastAsia="Arial" w:cs="Arial"/>
        </w:rPr>
        <w:t>Qhia Txog Qhov Tseem Ceeb Hauv Zaj Lus Yaj Saub ntawm Tus Tim Tswv Ntuj Tus Tshiab Thib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Hauv hauv keeb kwm ntawm kev txav mus los ntawm ob leeg tus tim tswv thawj thiab tus tim tswv thib peb, txoj xov ntawd yuav muab xaus lus tau los ntawm tus tim tswv thib ob txoj xov.</w:t>
      </w:r>
    </w:p>
    <w:p>
      <w:pPr>
        <w:pStyle w:val="ArticleScripture"/>
        <w:jc w:val="left"/>
      </w:pPr>
      <w:r>
        <w:rPr>
          <w:rFonts w:ascii="Times New Roman" w:hAnsi="Times New Roman" w:eastAsia="Times New Roman" w:cs="Times New Roman"/>
        </w:rPr>
        <w:t>Ces muaj dua ib tug tim tswv tuaj raws qab, hais tias, Npanpiloo tau poob lawm, tau poob lawm, lub nroog loj ntawd, rau qhov nws tau ua rau txhua haiv neeg haus cov cawv txiv hmab ntawm txoj kev chim vim nws txoj kev deev luag poj luag txiv. Qhia Tshwm 14:8.</w:t>
      </w:r>
    </w:p>
    <w:p>
      <w:pPr>
        <w:pStyle w:val="ArticleBody"/>
        <w:jc w:val="left"/>
      </w:pPr>
      <w:r>
        <w:rPr>
          <w:rFonts w:ascii="Times New Roman" w:hAnsi="Times New Roman" w:eastAsia="Times New Roman" w:cs="Times New Roman"/>
        </w:rPr>
        <w:t>Tus tim tswv thib ob qhia kom pom meej txog kev siv yaj saub tej lus peb theem, rau cov uas xav pom. Tus tim tswv thib ob tab tom nthuav ib txoj xov yaj saub, thiab txoj xov ntawd yog hais tias Npanpiloo twb poob ob zaug lawm. Nws qhia tias Npanpiloo yog “lub nroog loj” ntawd uas raug txheeb tseg hauv tshooj kaum xya thiab kaum yim tias yog Npanpiloo Tshiab. Npanpiloo Tshiab twb poob ob zaug lawm, thiab nws txoj kev poob ntawd tau tshwm sim vim nws tau ua kom txhua haiv neeg “haus cawv txiv hmab ntawm txoj kev chim ntawm nws txoj kev deev luag poj luag txiv.” Nws txoj kev deev luag poj luag txiv ntawd tau ua nrog cov vaj ntxwv hauv ntiaj teb no. Txoj kev sib raug zoo ntawd ua rau nws siv tau lub zog ntawm cov vaj ntxwv uas nws tau deev luag poj luag txiv nrog, kom ua tau nws “txoj kev chim,” uas yog txoj kev tsim txom uas nws coj los rau saum Vajtswv cov neeg ncaj ncees.</w:t>
      </w:r>
    </w:p>
    <w:p>
      <w:pPr>
        <w:pStyle w:val="ArticleBody"/>
        <w:jc w:val="left"/>
      </w:pPr>
      <w:r>
        <w:rPr>
          <w:rFonts w:ascii="Times New Roman" w:hAnsi="Times New Roman" w:eastAsia="Times New Roman" w:cs="Times New Roman"/>
        </w:rPr>
        <w:t>Cawv yog ib txoj kev qhuab qhia, thiab txoj kev qhuab qhia uas nws coj txhua haiv neeg mus haus ntawd, yog txoj kev qhuab qhia cuav uas hais tias kev pe hawm lub hnub yuav tsim kev thaj yeeb. Txhua haiv neeg lees txais “cim” ntawm nws txoj cai tswjfwm, uas yog kev pe hawm lub hnub raws li tau sawv cev los ntawm kev pe hawm hnub Sunday. Kev uas txhua haiv neeg lees txais “cim” ntawd, yog raug coj los ua kom muaj los ntawm lub hwjchim ntawm Tebchaws Meskas, tiam sis qhov no tshwm sim nyob rau lub sijhawm uas kev ua tsov ua rog tab tom nce zuj zus raug coj los rau saum ntiajteb los ntawm Woe thib peb ntawm Islam. Cov haiv neeg lees txais “cawv” ntawm nws txoj kev chim, raws li ib lo lus cog tseg txog “kev thaj yeeb thiab kev nyab xeeb.”</w:t>
      </w:r>
    </w:p>
    <w:p>
      <w:pPr>
        <w:pStyle w:val="ArticleScripture"/>
        <w:jc w:val="left"/>
      </w:pPr>
      <w:r>
        <w:rPr>
          <w:rFonts w:ascii="Times New Roman" w:hAnsi="Times New Roman" w:eastAsia="Times New Roman" w:cs="Times New Roman"/>
        </w:rPr>
        <w:t>“Tam sim no los tej lus uas hais tias kuv tau tshaj tawm tias New York yuav raug ib nthwv dej loj cheb mus? Qhov no kuv yeej tsis tau hais dua li. Kuv tau hais tias, thaum kuv ntsia cov vaj tse loj loj uas tab tom raug tsa sawv nyob ntawd, ib txheej dhau ib txheej, ‘Yuav muaj tej xwm txheej txaus ntshai npaum li cas thaum tus Tswv sawv los ua rau lub ntiajteb tshee hnyo kawg nkaus! Ces cov lus hauv Revelation 18:1–3 yuav raug ua kom tiav.’ Tag nrho tshooj kaum yim ntawm Revelation yog lus ceeb toom txog yam uas tab tom yuav los rau saum lub ntiajteb. Tiamsis kuv tsis tau txais ib qho kaj tshwjxeeb hais txog yam uas tab tom yuav los rau New York, tsuas yog qhov uas kuv paub tias muaj ib hnub cov vaj tse loj nyob ntawd yuav raug muab pov ntsoog vim yog kev tig thiab kev ntxeev ntawm Vajtswv lub hwjchim. Los ntawm tej kaj uas tau muab rau kuv, kuv paub tias kev puastsuaj nyob hauv lub ntiajteb no. Ib lo lus ntawm tus Tswv, ib qho kov ntawm nws lub hwjchim uas muaj zog kawg nkaus, ces cov tsev txhim loj hnyav no yuav vau poob. Yuav muaj tej xwm txheej tshwm sim uas qhov txaus ntshai ntawm lawv yog yam peb tsis muaj peevxwm xav tau li.” Review and Herald, July 5, 1906.</w:t>
      </w:r>
    </w:p>
    <w:p>
      <w:pPr>
        <w:pStyle w:val="ArticleBody"/>
        <w:jc w:val="left"/>
      </w:pPr>
      <w:r>
        <w:rPr>
          <w:rFonts w:ascii="Times New Roman" w:hAnsi="Times New Roman" w:eastAsia="Times New Roman" w:cs="Times New Roman"/>
        </w:rPr>
        <w:t>Xov xwm ntawm tus tim tswv thib ob tau raug rov hais dua rau hnub tim 11 lub Cuaj Hli, xyoo 2001, thaum cov vaj tse loj hauv Nroog New York raug muab rhuav poob vim yog qhov kov ntawm Vajtswv txhais tes.</w:t>
      </w:r>
    </w:p>
    <w:p>
      <w:pPr>
        <w:pStyle w:val="ArticleScripture"/>
        <w:jc w:val="left"/>
      </w:pPr>
      <w:r>
        <w:rPr>
          <w:rFonts w:ascii="Times New Roman" w:hAnsi="Times New Roman" w:eastAsia="Times New Roman" w:cs="Times New Roman"/>
        </w:rPr>
        <w:t>Tus yaj saub hais tias, “Kuv pom dua ib tug timtswv nqes saum ntuj los, muaj hwjchim loj; thiab lub ntiajteb kaj lug vim nws lub yeeb koob. Thiab nws qw nrov nrov kawg li nrog lub suab muaj zog, hais tias, Npanpiloo tus loj tau poob lawm, tau poob lawm, thiab tau dhau los ua chaw nyob ntawm dab ntxwg nyoog” (Tshwmsim 18:1, 2). Nov yog tib txoj xov uas tus timtswv thib ob tau muab. Npanpiloo tau poob lawm, “vim nws tau ua kom txhua haiv neeg haus cawv txiv hmab ntawm txoj kev npau taws ntawm nws txoj kev deev luag poj luag txiv” (Tshwmsim 14:8). Cawv ntawd yog dabtsi?—Nws tej lus qhuab qhia cuav. Nws tau muab ib hnub Xanpataus cuav rau lub ntiajteb hloov chaw rau hnub Xanpataus ntawm lo lus txib thib plaub, thiab nws tau rov hais dua txoj lus dag uas Xatas xub hais rau Evas hauv Edees—txoj kev tsis txawj tuag uas yog muaj nyob raws ntuj tsim ntawm tus ntsujplig. Muaj ntau yam yuam kev uas yog ib tsev neeg nrog cov no nws tau nthuav dav mus deb thiab dav, “qhia tej lus qhuab qhia uas yog tej lus txib ntawm neeg ua lus qhuab qhia” (Mathais 15:9).</w:t>
      </w:r>
    </w:p>
    <w:p>
      <w:pPr>
        <w:pStyle w:val="ArticleScripture"/>
        <w:jc w:val="left"/>
      </w:pPr>
      <w:r>
        <w:rPr>
          <w:rFonts w:ascii="Times New Roman" w:hAnsi="Times New Roman" w:eastAsia="Times New Roman" w:cs="Times New Roman"/>
        </w:rPr>
        <w:t>“Thaum Yexus pib Nws tes hauj lwm qhuab qhia rau pej xeem, Nws tau ntxuav lub Tuam Tsev kom dim ntawm nws txoj kev ua qias neeg phem uas saib tsis taus yam dawb huv. Ntawm cov haujlwm kawg hauv Nws tes hauj lwm yog kev ntxuav lub Tuam Tsev zaum ob. Yog li ntawd, hauv txoj hauj lwm kawg rau kev ceeb toom lub ntiaj teb no, muaj ob lo lus hu uas txawv tshwj xeeb raug muab rau cov pawg ntseeg. Txoj xov ntawm tus tim tswv thib ob yog, ‘Babylon poob lawm, poob lawm, lub nroog loj ntawd, vim nws tau ua rau txhua haiv neeg haus cawv txiv hmab ntawm txoj kev chim siab ntawm nws txoj kev deev luag poj luag txiv’ (Revelation 14:8). Thiab hauv lub suab quaj nrov ntawm txoj xov ntawm tus tim tswv thib peb, muaj ib lub suab hnov los saum ntuj hais tias, ‘Nej kuv haiv neeg, cia li tawm hauv nws los, xwv kom nej txhob muaj feem nrog nws tej kev txhaum, thiab xwv kom nej txhob raug nws tej xwm txheej phem. Rau qhov nws tej kev txhaum tau nce mus txog saum ntuj lawm, thiab Vajtswv tau nco txog nws tej kev tsis ncaj ncees lawm’ (Revelation 18:4, 5).” Selected Messages, phau 2, 118.</w:t>
      </w:r>
    </w:p>
    <w:p>
      <w:pPr>
        <w:pStyle w:val="ArticleBody"/>
        <w:jc w:val="left"/>
      </w:pPr>
      <w:r>
        <w:rPr>
          <w:rFonts w:ascii="Times New Roman" w:hAnsi="Times New Roman" w:eastAsia="Times New Roman" w:cs="Times New Roman"/>
        </w:rPr>
        <w:t>Nyob nruab nrab ntawm lub Cuaj Hlis 11, 2001, thiab txoj cai Sunday uas yuav los sai hauv Tebchaws Meskas, thawj peb nqe ntawm Tshwmsim kaum yim raug ua tiav, vim hais tias thaum txog txoj cai Sunday ntawd, thiaj yog lub sijhawm uas kev hu kom tawm hauv Npanpiloo pib.</w:t>
      </w:r>
    </w:p>
    <w:p>
      <w:pPr>
        <w:pStyle w:val="ArticleScripture"/>
        <w:jc w:val="left"/>
      </w:pPr>
      <w:r>
        <w:rPr>
          <w:rFonts w:ascii="Times New Roman" w:hAnsi="Times New Roman" w:eastAsia="Times New Roman" w:cs="Times New Roman"/>
        </w:rPr>
        <w:t>“Qhia Tshwm 18 taw rau lub sijhawm uas, vim yog qhov txiaj ntsig ntawm kev tsis kam lees txais peb npaug lus ceeb toom hauv Qhia Tshwm 14:6–12, pawg ntseeg yuav tau mus txog kiag li rau tus mob uas tus timtswv thib ob tau xub hais ua ntej lawm, thiab Vajtswv haiv neeg uas tseem nyob hauv Npanpiloo yuav raug hu kom cais lawv tus kheej tawm ntawm nws txoj kev koom tes. Txoj xov no yog txoj xov kawg uas yuav muab rau lub ntiajteb no; thiab nws yuav ua tiav nws tes haujlwm. Thaum cov uas ‘tsis ntseeg qhov tseeb, tiam sis txaus siab rau kev tsis ncaj ncees’ (2 Thexalaunikes 2:12), yuav raug tso tseg kom txais kev dag ntxias muaj hwjchim loj thiab kom ntseeg txoj kev dag, ces qhov kaj ntawm qhov tseeb yuav ci rau saum txhua tus uas lawv lub siab qhib los txais nws, thiab tag nrho tus Tswv cov me nyuam uas tseem nyob hauv Npanpiloo yuav mloog raws txoj kev hu no tias: ‘Cia li tawm ntawm nws los, Kuv haiv neeg’ (Qhia Tshwm 18:4).” The Great Controversy, 389, 390.</w:t>
      </w:r>
    </w:p>
    <w:p>
      <w:pPr>
        <w:pStyle w:val="ArticleBody"/>
        <w:jc w:val="left"/>
      </w:pPr>
      <w:r>
        <w:rPr>
          <w:rFonts w:ascii="Times New Roman" w:hAnsi="Times New Roman" w:eastAsia="Times New Roman" w:cs="Times New Roman"/>
        </w:rPr>
        <w:t>Thaum txoj cai Hnub Caiv Hnub Sunday uas yuav los sai no txog, cov neeg ntawm txoj kev cog lus qub yuav raug kev dag ntxias loj heev. Txij hnub Cuaj Hlis 11, 2001, mus txog rau thaum kev dag ntxias loj ntawd raug nchuav tawm los thaum txoj cai Hnub Sunday, zaj lus ntawm tus tim tswv thib ob raug rov hais dua, thiab qhov kev tsis lees txais ntawd sawv cev rau qhov tsis lees txais “lus ceeb toom peb ntu hauv Tshwm Sim kaum plaub, nqe rau mus txog kaum ob.” Nyob rau hauv qhov kev txiav txim siab no, peb tug tim tswv raug sawv cev los ntawm zaj lus ntawm tus tim tswv thib ob. Zaj lus ntawm tus tim tswv thib ob yog hais tias Npanpiloo poob lawm, poob lawm, thiab zaj lus ntawm tus tim tswv thib ob raug muab tso rau nruab nrab ntawm zaj lus thawj thiab zaj lus thib peb.</w:t>
      </w:r>
    </w:p>
    <w:p>
      <w:pPr>
        <w:pStyle w:val="ArticleBody"/>
        <w:jc w:val="left"/>
      </w:pPr>
      <w:r>
        <w:rPr>
          <w:rFonts w:ascii="Times New Roman" w:hAnsi="Times New Roman" w:eastAsia="Times New Roman" w:cs="Times New Roman"/>
        </w:rPr>
        <w:t>Kev tshaj tawm ntawm thawj lub suab nyob hauv Tshwmsim tshooj kaum yim, yog ib qho rov hais dua ntawm zaj xov ntawm tus tim tswv thib ob, tiamsis nws sawv cev rau kev tsis lees txais tag nrho peb tug tim tswv hauv Tshwmsim kaum plaub. Zaj xov ntawm tus tim tswv thib ob sawv cev rau tag nrho peb zaj xov, thiab nws muaj lub cim ntawm Alpha thiab Omega, rau qhov nws twb raug tshaj tawm lawm hauv keeb kwm ntawm txoj kev txav ntawm tus tim tswv thawj, thiab tom qab ntawd yuav rov raug tshaj tawm dua hauv txoj kev txav ntawm tus tim tswv thib peb. Zaj xov ntawd qhia meej tias Npanpiloo twb poob lawm ob zaug, thiab hauv txoj kev txawj hais yav tom ntej no nws tab tom qhia txog ib qho “kev siv yav tom ntej peb zaug.”</w:t>
      </w:r>
    </w:p>
    <w:p>
      <w:pPr>
        <w:pStyle w:val="ArticleBody"/>
        <w:jc w:val="left"/>
      </w:pPr>
      <w:r>
        <w:rPr>
          <w:rFonts w:ascii="Times New Roman" w:hAnsi="Times New Roman" w:eastAsia="Times New Roman" w:cs="Times New Roman"/>
        </w:rPr>
        <w:t>Ob zaug thawj uas Npanpiloo poob, raws li tau sawv cev los ntawm Npe-ees thiab Npanpiloo, sawv cev rau qhov kawg poob ntawm Npanpiloo niaj hnub no. Lo lus tshaj tawm ob npaug txog Npanpiloo txoj kev poob raug muab kaw ib ncig los ntawm thawj zaj lus thiab zaj lus kawg ntawm peb tug tim tswv. Txoj qauv ntawm peb tug tim tswv nqa tau lub cim qhia ntawm Alpha thiab Omega, rau qhov thawj zaj lus raug txheeb tias yog “txoj moo zoo nyob mus ib txhis,” uas raws li lub ntsiab txhais txhais tau tias nws yog txoj moo zoo uas nyob mus ib txhis, los yog tib zaj lus ntawm txoj moo zoo rau txhua tiam. Zaj lus ntawm tus tim tswv peb yog zaj lus ntawm txoj moo zoo uas ceeb toom tsis txhob txais lub cim ntawm tus tsiaj qus, yog li ntawd thawj zaj lus thiab zaj lus peb, uas yog zaj lus thawj thiab zaj lus kawg, yog tib zaj lus, rau qhov ob leeg puav leej yog txoj moo zoo.</w:t>
      </w:r>
    </w:p>
    <w:p>
      <w:pPr>
        <w:pStyle w:val="ArticleBody"/>
        <w:jc w:val="left"/>
      </w:pPr>
      <w:r>
        <w:rPr>
          <w:rFonts w:ascii="Times New Roman" w:hAnsi="Times New Roman" w:eastAsia="Times New Roman" w:cs="Times New Roman"/>
        </w:rPr>
        <w:t>Alpha thiab Omega tau muab Nws lub npe kos “Qhov Tseeb” tso rau saum peb txoj xov, rau qhov lo lus Henplais uas txhais ua “qhov tseeb” ntawd, raug tsim los ntawm tus Kws Hais Lus Zoo Kawg nkaus los ntawm kev muab thawj tsab ntawv, tsab ntawv thib kaum peb, thiab tsab ntawv kawg ntawm niam ntawv Henplais los txuas ua ke. “Kaum peb” raws li ib lub cim sawv cev rau kev ntxeev siab, thiab nyob hauv txoj xov thib ob no thiaj raug txheeb qhia txog kev ntxeev siab ntawm Npanpiloo, raws li sawv cev los ntawm nws tej lus qhuab qhia cuav thiab nws txoj kev ua nkauj ua nraug. Raws li twb tau hais lawm, txoj xov thib ob kuj muaj Alpha thiab Omega lub npe kos thiab, rau qhov txoj xov uas tau raug tshaj tawm hauv keeb kwm Millerite los tshaj tawm txog kev qhib ntawm txoj kev txiav txim raug rov hais dua hauv txoj kev txav ntawm tus tim tswv thib peb kom txheeb qhia txog kev kaw ntawm txoj kev txiav txim.</w:t>
      </w:r>
    </w:p>
    <w:p>
      <w:pPr>
        <w:pStyle w:val="ArticleBody"/>
        <w:jc w:val="left"/>
      </w:pPr>
      <w:r>
        <w:rPr>
          <w:rFonts w:ascii="Times New Roman" w:hAnsi="Times New Roman" w:eastAsia="Times New Roman" w:cs="Times New Roman"/>
        </w:rPr>
        <w:t>Kev poob ntawm Babel hauv Chiv Keeb tshooj kaum ib yog thawj qhov uas hais txog kev poob ntawm Babylon, thiab zaj lus ua tim khawv txog Nimrod txoj kev ntxeev siab uas ua nrog txhais tes muaj hwjchim muaj lub cim qhia tshwj xeeb ntawm tus timtswv thawj zaj lus. Raws li tau qhia tawm hauv cov ntawv dhau los lawm, peb zaj lus ntawm peb tug timtswv kuj muaj nyob hauv tus timtswv thawj zaj lus thiab. Hauv tus timtswv thawj zaj lus, lo lus hais tias, “ntshai Vajtswv,” sawv cev rau thawj zaj lus, hos lo lus hais tias, “muab koob meej rau Nws,” sawv cev rau tus timtswv thib ob zaj lus. Zaj lus thib peb muaj nyob hauv zaj lus thawj, thaum nws tshaj tawm tias “lub sijhawm ntawm Nws txoj kev txiav txim twb los txog lawm.”</w:t>
      </w:r>
    </w:p>
    <w:p>
      <w:pPr>
        <w:pStyle w:val="ArticleBody"/>
        <w:jc w:val="left"/>
      </w:pPr>
      <w:r>
        <w:rPr>
          <w:rFonts w:ascii="Times New Roman" w:hAnsi="Times New Roman" w:eastAsia="Times New Roman" w:cs="Times New Roman"/>
        </w:rPr>
        <w:t>Hauv Nimrod txoj kev poob, uas yog thawj zaug ntawm Npanpiloo txoj kev poob, peb qib uas peb tug tim tswv tshaj tawm kuj raug qhia meej thiab. Qhov no raug sawv cev los ntawm lo lus hais tias “mus rau.”</w:t>
      </w:r>
    </w:p>
    <w:p>
      <w:pPr>
        <w:pStyle w:val="ArticleScripture"/>
        <w:jc w:val="left"/>
      </w:pPr>
      <w:r>
        <w:rPr>
          <w:rFonts w:ascii="Times New Roman" w:hAnsi="Times New Roman" w:eastAsia="Times New Roman" w:cs="Times New Roman"/>
        </w:rPr>
        <w:t>Thiab tag nrho lub ntiajteb thiaj muaj tib hom lus, thiab tib yam kev hais lus. Thiab tau muaj tias, thaum lawv taug kev tuaj ntawm sab hnub tuaj tuaj, lawv pom ib thaj av tiaj nyob hauv lub tebchaws Shinav; thiab lawv nyob ntawd. Thiab lawv hais rau ib leeg tias, Cia li, peb cia ua cib, thiab kub lawv kom siav nthi. Thiab lawv muaj cib siv hloov pob zeb, thiab muaj kua roj av nplaum siv ua tshuaj lo. Thiab lawv hais tias, Cia li, peb cia txhim tsa rau peb ib lub nroog thiab ib lub pej thuam, uas nws lub ncov yuav ncav cuag saum ntuj; thiab cia peb ua kom peb muaj npe, tsam peb yuav raug tawg khiav mus thoob plaws lub ntsej muag ntawm tag nrho lub ntiajteb. Thiab tus Tswv nqes los saib lub nroog thiab lub pej thuam, uas noob neej cov tub tau txhim tsa. Thiab tus Tswv hais tias, Saib seb, haiv neeg no yog ib, thiab lawv txhua tus muaj tib hom lus; thiab yam no yog yam uas lawv pib ua: nim no ces yuav tsis muaj ib yam dabtsi raug txwv ntawm lawv, uas lawv tau xav tseg yuav ua. Cia li, peb cia nqes mus, thiab nyob ntawd ua kom lawv tej lus ntxhov, xwv kom lawv thiaj tsis to taub ib leeg tej kev hais lus. Yog li ntawd tus Tswv thiaj muab lawv tawg khiav tawm ntawm ntawd mus thoob plaws lub ntsej muag ntawm tag nrho lub ntiajteb: thiab lawv thiaj tso tseg tsis txhim tsa lub nroog lawm. Vim li no thiaj hu nws lub npe ua Babel; rau qhov tus Tswv tau ua kom tag nrho lub ntiajteb tej lus ntxhov nyob ntawd: thiab ntawm ntawd tus Tswv tau muab lawv tawg khiav mus thoob plaws lub ntsej muag ntawm tag nrho lub ntiajteb. Chivkeeb 11:1–9.</w:t>
      </w:r>
    </w:p>
    <w:p>
      <w:pPr>
        <w:pStyle w:val="ArticleBody"/>
        <w:jc w:val="left"/>
      </w:pPr>
      <w:r>
        <w:rPr>
          <w:rFonts w:ascii="Times New Roman" w:hAnsi="Times New Roman" w:eastAsia="Times New Roman" w:cs="Times New Roman"/>
        </w:rPr>
        <w:t>Kev poob thawj zaug ntawm Npanpiloo, uas sawv cev ua Npeel, raug qhia tawm hauv lo lus “cia peb mus,” peb zaug. Peb tug tim tswv no txhua tus raug sawv cev nyob hauv thawj tug tim tswv. Daniyees tshooj ib kuj sawv cev rau thawj tug tim tswv txoj xov, thiab raws li twb tau qhia tseg yav dhau los hauv cov ntawv no lawm, txoj kev sim peb-theem ntawm txoj moo zoo nyob mus ib txhis raug pom nyob hauv theem ib, thaum Daniyees tsis kam noj cov zaub mov noj ntawm Npanpiloo, tiam sis xaiv dua los muab hwjchim ci ntsa iab rau Vajtswv. Nws thawj qhov kev sim siab yog qhov kev sim siab ntawm thawj tug tim tswv uas nqes los hauv keeb kwm Millerite rau hnub tim 11 lub Yim Hli, 1840 nrog ib phau ntawv me me, uas Yauhas raug txib kom noj.</w:t>
      </w:r>
    </w:p>
    <w:p>
      <w:pPr>
        <w:pStyle w:val="ArticleBody"/>
        <w:jc w:val="left"/>
      </w:pPr>
      <w:r>
        <w:rPr>
          <w:rFonts w:ascii="Times New Roman" w:hAnsi="Times New Roman" w:eastAsia="Times New Roman" w:cs="Times New Roman"/>
        </w:rPr>
        <w:t>Tom qab ntawd nws raug muab ib qho kev sim pom tau ntev kaum hnub, uas qhia kom pom ib qho kev sib cais ntawm cov uas noj Babylon cov zaub mov, thiab cov uas, ib yam li Daniel, xaiv noj zaub thiab noob qoob. Qhov kev sim thib ob ntawd tsim tau ob pawg neeg, ib yam li thaum tus tim tswv thib ob tuaj txog hauv xyoo 1844. Tom qab qhov kev sim thib ob ntawd yog qhov kev sim thaum kawg ntawm peb xyoos, thaum Nebuchadnezzar qhia nws txoj kev txiav txim, raws li tau sawv cev los ntawm kev tuaj txog ntawm tus tim tswv thib peb rau hnub tim 22 Lub Kaum Hli, 1844.</w:t>
      </w:r>
    </w:p>
    <w:p>
      <w:pPr>
        <w:pStyle w:val="ArticleBody"/>
        <w:jc w:val="left"/>
      </w:pPr>
      <w:r>
        <w:rPr>
          <w:rFonts w:ascii="Times New Roman" w:hAnsi="Times New Roman" w:eastAsia="Times New Roman" w:cs="Times New Roman"/>
        </w:rPr>
        <w:t>Tom qab dej nyab tas lawm, Nau-a raug qhia kom txhim tej thaj txi Ntuj, thiab thaum ua li ntawd nws yuav tsum tsis txhob txiav los sis txhim kho cov pob zeb uas nws siv li, thiab nws kuj tsis txhob siv tshuaj lo rau nws lub thaj txi Ntuj. Tus neeg ntxeev siab Nim-oos siv cib thiab tshuaj lo, ua ib qho cuav raws li lub thaj txi Ntuj ntawm txoj kev sib cog lus uas tau raug qhia kom siv los ntawm cov uas rov los puv lub ntiajteb. Thawj lo lus “cia peb” hauv Nim-oos zaj lus tim khawv sawv cev rau ib “txoj kev cog lus ntawm txoj kev tuag” uas raug tsim tsa hauv kev ntxeev siab tawm tsam thawj zaj lus. Lo lus “cia peb” zaum ob sawv cev rau kev tsim tsa ib lub pej thuam (ib lub Koom Txoos) thiab ib lub nroog (ib lub Xeev). Lo lus “cia peb” zaum ob hauv Nim-oos zaj lus tim khawv yog kev sib koom ua ke ntawm Koom Txoos thiab Xeev, uas yog kev ua nkauj ua nraug ntawm zaj lus ntawm tus tim tswv thib ob. Lo lus “cia peb” zaum peb sawv cev rau txoj kev txiav txim uas muab cov neeg tawg mus nyob ua pab ua pawg thiab ua rau tej lus tsis sib to taub.</w:t>
      </w:r>
    </w:p>
    <w:p>
      <w:pPr>
        <w:pStyle w:val="ArticleBody"/>
        <w:jc w:val="left"/>
      </w:pPr>
      <w:r>
        <w:rPr>
          <w:rFonts w:ascii="Times New Roman" w:hAnsi="Times New Roman" w:eastAsia="Times New Roman" w:cs="Times New Roman"/>
        </w:rPr>
        <w:t>Kev lub caij nplooj poob thawj zaug ntawm Npanpiloo yog ib qho qauv qhia txog tus tim tswv thawj zaug txoj xov, hos lub caij nplooj poob zaum ob ntawm Npanpiloo hauv ob yam kev tshwm sim uas tsim tsa cov ntsiab lus ntawm lub caij nplooj poob ntawm Npanpiloo niaj hnub no, yog ib qho qauv qhia txog tus tim tswv thib ob txoj xov. Nws yog li ntawd, vim lub caij nplooj poob ntawm Npanpiloo raws li tau raug sau tseg hauv phau Daniyees sawv cev rau ib qho pib thiab ib qho xaus, ib yam li tus tim tswv thib ob txoj xov uas raug tshaj tawm hauv qhov pib thiab qhov xaus ntawm Kev Ntseeg Adventis. Muam White tau qhia meej tias txoj kev txiav txim uas tau coj los rau saum Belshazzar twb raug ua qauv qhia ua ntej los ntawm txoj kev txiav txim uas tau coj los rau saum Nebuchadnezzar.</w:t>
      </w:r>
    </w:p>
    <w:p>
      <w:pPr>
        <w:pStyle w:val="ArticleScripture"/>
        <w:jc w:val="left"/>
      </w:pPr>
      <w:r>
        <w:rPr>
          <w:rFonts w:ascii="Times New Roman" w:hAnsi="Times New Roman" w:eastAsia="Times New Roman" w:cs="Times New Roman"/>
        </w:rPr>
        <w:t>“Rau tus kav kawg ntawm Npanpiloo, ib yam li raws li tus qauv yav tom ntej rau nws tus thawj tus, tau muaj lo lus txiav txim ntawm tus Saib Xyuas saum ntuj los txog tias: ‘Au vajntxwv,... lo lus no raug hais rau koj; lub nceeg vaj tau raug muab rho tawm ntawm koj lawm.’ Daniel 4:31.” Prophets and Kings, 533.</w:t>
      </w:r>
    </w:p>
    <w:p>
      <w:pPr>
        <w:pStyle w:val="ArticleBody"/>
        <w:jc w:val="left"/>
      </w:pPr>
      <w:r>
        <w:rPr>
          <w:rFonts w:ascii="Times New Roman" w:hAnsi="Times New Roman" w:eastAsia="Times New Roman" w:cs="Times New Roman"/>
        </w:rPr>
        <w:t>Qhov kev poob zaum ob ntawm Npanpiloo muaj tus cim ntawm Alpha thiab Omega, ib yam li txoj xov ntawm tus tim tswv thib ob. Tus cim ntawd raug sawv cev los ntawm kev poob ntawm thawj tus vajntxwv thiab tus vajntxwv kawg ntawm Npanpiloo. Kev txiav txim thiab kev poob ntawm Nebuchadnezzar raug sawv cev ua “xya lub sij hawm,” uas yog ib qho hais txog “xya lub sij hawm” hauv Leviticus nees nkaum rau, thiab “kev tawg khiav mus nyob txawv teb chaws” hauv kev txiav txim thiab kev poob ntawm Nimrod kuj yog ib qho hais txog “xya lub sij hawm” hauv Leviticus nees nkaum rau. Kev txiav txim thiab kev poob ntawm Belshazzar raug sawv cev los ntawm cov ntawv hluav taws uas suav tau ua ob txhiab tsib puas nees nkaum, uas kuj qhia meej tias yog ib qho hais txog “xya lub sij hawm” hauv Leviticus nees nkaum rau.</w:t>
      </w:r>
    </w:p>
    <w:p>
      <w:pPr>
        <w:pStyle w:val="ArticleBody"/>
        <w:jc w:val="left"/>
      </w:pPr>
      <w:r>
        <w:rPr>
          <w:rFonts w:ascii="Times New Roman" w:hAnsi="Times New Roman" w:eastAsia="Times New Roman" w:cs="Times New Roman"/>
        </w:rPr>
        <w:t>Ib txoj “kev siv cev lus faj lem peb zaug” raug tsim tsa los ntawm thawj ob tug timkhawv uas txheeb thiab tsa kom ruaj cov yam ntxwv ntawm qhov kev tiav thib peb thiab kawg. Nrog rau peb zaug uas Npanpiloo poob, tib zaj lus uas txheeb tau qhov kev poob ntawm Npanpiloo kuj txheeb tau txoj cai uas txoj kev siv cev lus faj lem peb zaug ntawd yog txhim rau saum. Thawj ob zaug uas Npanpiloo poob txheeb tau cov yam ntxwv faj lem ntawm qhov kev poob thib peb thiab kawg.</w:t>
      </w:r>
    </w:p>
    <w:p>
      <w:pPr>
        <w:pStyle w:val="ArticleBody"/>
        <w:jc w:val="left"/>
      </w:pPr>
      <w:r>
        <w:rPr>
          <w:rFonts w:ascii="Times New Roman" w:hAnsi="Times New Roman" w:eastAsia="Times New Roman" w:cs="Times New Roman"/>
        </w:rPr>
        <w:t>Keeb kwm ntawm cov Millerites raug rov ua dua ib yam nkaus nraim, txawm txog txhua lo lus, hauv keeb kwm ntawm Future for America. Hauv keeb kwm Millerite, ib phau kev cai uas William Miller tau los paub zoo thiab siv los tsim lub qauv ntawm qhov tseeb uas nws siv los nthuav tawm zaj lus ntawm thawj tus tim tswv, yog ib qho cim-tseg ntawm txoj keeb kwm ntawd. Ib qho “kev siv lus faj lem peb zaug” yog ib txoj cai uas tau raug muab sau ua ke nyob rau hnub kawg no los tsim lub qauv ntawm qhov tseeb uas hauv ntawd zaj lus ntawm tus tim tswv thib peb raug txheeb xyuas.</w:t>
      </w:r>
    </w:p>
    <w:p>
      <w:pPr>
        <w:pStyle w:val="ArticleBody"/>
        <w:jc w:val="left"/>
      </w:pPr>
      <w:r>
        <w:rPr>
          <w:rFonts w:ascii="Times New Roman" w:hAnsi="Times New Roman" w:eastAsia="Times New Roman" w:cs="Times New Roman"/>
        </w:rPr>
        <w:t>Peb yam tshwm sim peb ntu ntawm Loos, thaum muab koom nrog peb yam tshwm sim ntawm Npanpiloo txoj kev poob, muaj kev sib raug zoo heev, los kuj muaj qhov txawv nyias. Tus pojniam ua nkauj ua nraug ntawm Theeb, lossis Npanpiloo, uas ua kev nkauj kev nraug nrog cov vajntxwv hauv ntiajteb no, yog ib cev nqaij nrog lawv, los nws kav cov vajntxwv ntawd ib yam li Yexanpe tau kav vajntxwv Akhab. Loos niaj hnub no yog tus tsiaj nyaum hauv Tshwmsim tshooj kaum xya uas tus pojniam ua nkauj ua nraug ntawm Npanpiloo Niaj Hnub no caij saum nws thiab kav saum nws.</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“Tom qab ntawd kuv ob lub qhov muag raug muab tshem tawm ntawm lub yeeb koob, thiab kuv raug taw qhia mus rau cov seem nyob hauv ntiajteb. Tus tim tswv hais rau lawv tias, ‘Nej puas yuav khiav dim ntawm xya txoj kev raug txim kawg? Nej puas yuav mus rau hauv lub yeeb koob thiab txaus siab rau txhua yam uas Vajtswv tau npaj tseg rau cov uas hlub Nws thiab txaus siab raug kev txom nyem vim Nws lub npe? Yog tias yog li ntawd, nej yuav tsum tuag thiaj li yuav muaj txoj sia. Ceev faj, ceev faj, ceev faj. Nej yuav tsum muaj kev npaj uas loj dua qhov uas nej tam sim no muaj, rau qhov hnub ntawm tus Tswv tabtom los, yog hnub lim hiam, puv npo kev npau taws thiab kev chim loj heev, kom ua rau lub tebchaws puam tsuaj thiab rhuav tshem cov neeg txhaum tawm hauv nws mus. Txhua yam cia fij rau Vajtswv. Muab txhua yam tso rau saum Nws lub thaj txi—yus tus kheej, cuab tam, thiab txhua yam, ua ib qho txi uas muaj sia. Yuav tsum muaj tag nrho thiaj nkag tau rau hauv lub yeeb koob. Khaws nyiaj txiag rau nej tus kheej cia rau saum ntuj ceeb tsheej, qhov uas tub sab tsis txav cuag tau thiab xeb tsis xeb ua kom puas. Nej yuav tsum yog cov koom nrog Khetos txoj kev txom nyem nyob ntawm no, yog nej xav koom nrog Nws nyob hauv Nws lub yeeb koob tom qab no.’”</w:t>
      </w:r>
    </w:p>
    <w:p>
      <w:pPr>
        <w:pStyle w:val="ArticleScripture"/>
        <w:jc w:val="left"/>
      </w:pPr>
      <w:r>
        <w:rPr>
          <w:rFonts w:ascii="Times New Roman" w:hAnsi="Times New Roman" w:eastAsia="Times New Roman" w:cs="Times New Roman"/>
        </w:rPr>
        <w:t>“Lub ntuj ceeb tsheej yuav tsis kim heev, yog peb tau nws los ntawm txoj kev txom nyem. Peb yuav tsum tsis lees peb tus kheej thoob plaws txoj kev, tuag rau yus tus kheej txhua hnub, cia Yexus xwb tshwm sim, thiab niaj hnub khaws Nws lub hwjchim ci ntsa iab rau hauv peb qhov muag. Kuv pom tias cov uas tsis ntev los no tau lees txais qhov tseeb yuav tsum paub tias kev txom nyem rau Tswv Khetos lub npe yog li cas, tias lawv yuav tsum hla dhau tej kev sim siab uas yuav mob heev thiab txiav nkag siab, kom lawv thiaj raug ntxuav kom dawb huv thiab raug npaj kom tsim nyog, los ntawm txoj kev txom nyem, txais tau lub foob ntawm Vajtswv uas muaj sia nyob, hla dhau lub sijhawm ntawm kev txom nyem, pom Vajntxwv nyob hauv Nws txojkev zoo nkauj, thiab nyob hauv Vajtswv xubntiag thiab cov timtswv dawb huv huv si.”</w:t>
      </w:r>
    </w:p>
    <w:p>
      <w:pPr>
        <w:pStyle w:val="ArticleScripture"/>
        <w:jc w:val="left"/>
      </w:pPr>
      <w:r>
        <w:rPr>
          <w:rFonts w:ascii="Times New Roman" w:hAnsi="Times New Roman" w:eastAsia="Times New Roman" w:cs="Times New Roman"/>
        </w:rPr>
        <w:t>“Thaum kuv pom yam uas peb yuav tsum yog thiaj li yuav txais tau lub yeeb koob los ua qub txeeg qub teg, thiab tom qab ntawd pom tias Yexus tau raug kev txom nyem ntau npaum li cas kom tau txais rau peb ib txoj qub txeeg qub teg nplua nuj heev, kuv thov Vajtswv kom peb yuav raug ua kevcai raus dej rau hauv Khetos txoj kev txom nyem, kom peb txhob thim rov qab thaum ntsib tej kev sim siab, tiam sis yuav nqa tej ntawd nrog kev ua siab ntev thiab kev xyiv fab, paub tias Yexus tau raug kev txom nyem npaum li cas, kom peb los ntawm Nws txoj kev txom nyem thiab kev pluag thiaj li raug ua kom nplua nuj. Tus timtswv hais tias, ‘Tsis kam lees tus kheej; nej yuav tsum maj nroos mus ntxiv.’ Ib txhia ntawm peb twb muaj sijhawm los txais qhov tseeb thiab nce qib ib kauj ruam zuj zus, thiab txhua kauj ruam uas peb tau taug tau muab zog rau peb los taug kauj ruam tom ntej. Tiamsis nim no lub sijhawm twb yuav xaus lawm, thiab yam uas peb tau kawm tau ntau xyoo, lawv yuav tsum kawm hauv ob peb lub hlis xwb. Lawv kuj yuav tsum tso tseg ntau yam uas tau kawm yuam kev thiab yuav tsum kawm dua ntau yam tshiab. Cov uas yuav tsis kam txais lub cim ntawm tsiaj qus thiab nws tus duab thaum txoj cai tshaj tawm mus, yuav tsum muaj kev txiav txim siab tam sim no los hais tias, Tsis yog, peb yuav tsis hwm tsiaj qus lub koom haum.”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Cuaj Caug Tsib</dc:title>
  <dc:subject>Qhia Txog Qhov Tseem Ceeb Hauv Zaj Lus Yaj Saub ntawm Tus Tim Tswv Ntuj Tus Tshiab Thib Ob</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