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Cuaj Caug Cuaj</w:t>
      </w:r>
    </w:p>
    <w:p>
      <w:pPr>
        <w:pStyle w:val="ArticleSubtitle"/>
        <w:jc w:val="left"/>
      </w:pPr>
      <w:r>
        <w:rPr>
          <w:rFonts w:ascii="Arial" w:hAnsi="Arial" w:eastAsia="Arial" w:cs="Arial"/>
        </w:rPr>
        <w:t>Hnub Kawg thiab Vajtswv Txoj Kev Txiav Txim: Qhia Tawm Tej Kev Pom Kev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“hnub kawg” sawv cev rau kev tshaj tawm txog kev qhib ntawm txoj kev txiav txim nyob rau hauv txoj haujlwm txav ntawm tus timtswv thawj, thiab nyob rau hauv txoj haujlwm txav ntawm tus timtswv thib peb, kev kaw ntawm txoj kev txiav txim raug tshaj tawm. Nyob rau hauv “hnub kawg” haiv neeg ntawm Vajtswv tau raug, thiab tab tom raug tsa sawv los tshaj tawm txog Vajtswv txoj kev txiav txim, tiamsis kom thiaj li ua tau ib tug tubtxib ntawm Vajtswv txoj kev txiav txim, koj yuav tsum to taub txoj kev txiav txim. Ib qho yam ntxwv tseem ceeb ntawm Laodicean Adventism, tsis hais pawg neeg muaj kev kawm lossis pawg neeg tsis muaj kev kawm, yog tias lawv tsis paub Vajtswv txoj kev txiav txim. Txhua tus yaj saub, hais kom meej dua, tab tom hais txog hnub kawg ntau dua li hnub uas lawv tus kheej tau nyob.</w:t>
      </w:r>
    </w:p>
    <w:p>
      <w:pPr>
        <w:pStyle w:val="ArticleScripture"/>
        <w:jc w:val="left"/>
      </w:pPr>
      <w:r>
        <w:rPr>
          <w:rFonts w:ascii="Times New Roman" w:hAnsi="Times New Roman" w:eastAsia="Times New Roman" w:cs="Times New Roman"/>
        </w:rPr>
        <w:t>“Txhua tus yaj saub thaum ub txhua tus hais tsawg dua rau lawv tiam dua li rau peb tiam, yog li ntawd lawv tej lus faj lem tseem muaj hwj chim siv tau rau peb. ‘Tam sim no txhua yam no tau tshwm sim rau lawv ua piv txwv: thiab tej no raug sau cia ua lus ceeb toom rau peb, cov uas lub ntiaj teb kawg twb los txog lawm.’ 1 Corinthians 10:11.” Selected Messages, phau 3, 338.</w:t>
      </w:r>
    </w:p>
    <w:p>
      <w:pPr>
        <w:pStyle w:val="ArticleBody"/>
        <w:jc w:val="left"/>
      </w:pPr>
      <w:r>
        <w:rPr>
          <w:rFonts w:ascii="Times New Roman" w:hAnsi="Times New Roman" w:eastAsia="Times New Roman" w:cs="Times New Roman"/>
        </w:rPr>
        <w:t>Tag nrho cov yaj saub yeej sib haum xeeb nrog ib leeg, yog li lawv tej lus faj lem puav leej nthuav qhia tib daim duab piv txwv xwb, thiab daim duab piv txwv ntawd yog hais txog hnub kawg, uas yog cov hnub txiav txim.</w:t>
      </w:r>
    </w:p>
    <w:p>
      <w:pPr>
        <w:pStyle w:val="ArticleScripture"/>
        <w:jc w:val="left"/>
      </w:pPr>
      <w:r>
        <w:rPr>
          <w:rFonts w:ascii="Times New Roman" w:hAnsi="Times New Roman" w:eastAsia="Times New Roman" w:cs="Times New Roman"/>
        </w:rPr>
        <w:t>Thiab cov ntsuj plig ntawm cov yaj saub kuj raug cov yaj saub tswj hwm. Vim Vajtswv tsis yog tus tsim kev ntxhov siab, tiam sis yog tus tsim kev thaj yeeb, ib yam li nyob hauv txhua lub koom txoos ntawm cov neeg dawb huv. 1 Khaulee 14:32, 33.</w:t>
      </w:r>
    </w:p>
    <w:p>
      <w:pPr>
        <w:pStyle w:val="ArticleBody"/>
        <w:jc w:val="left"/>
      </w:pPr>
      <w:r>
        <w:rPr>
          <w:rFonts w:ascii="Times New Roman" w:hAnsi="Times New Roman" w:eastAsia="Times New Roman" w:cs="Times New Roman"/>
        </w:rPr>
        <w:t>Yeluxalees hauv Exekees txoj kev ua yog toog pom, uas pib hauv tshooj yim, yog Vajtswv pawg ntseeg, uas yog pawg ntseeg Xya-hnub Adventis Laodixias nyob rau hnub kawg. Exekees tshooj yim thiab cuaj qhia txog ob pab neeg pe hawm nyob rau thaum xaus ntawm txoj kev txiav txim rau Vajtswv lub tsev. Ib pab yog sawv cev los ntawm nees nkaum tsib tug txwj laus uas nyo hau pe rau lub hnub, tiamsis cov uas quaj ntsuag thiab quaj hu vim tej kev qias vuab tsuab uas ua nyob hauv pawg ntseeg thiab hauv lub tebchaws, lawv tau txais Vajtswv lub cim. Hauv tshooj kaum ib, Exekees txoj kev ua yog toog pom tseem txuas ntxiv muab daim duab piv txwv txog kev rau txim rau nees nkaum tsib tug txiv neej uas nyo hau pe rau lub hnub.</w:t>
      </w:r>
    </w:p>
    <w:p>
      <w:pPr>
        <w:pStyle w:val="ArticleScripture"/>
        <w:jc w:val="left"/>
      </w:pPr>
      <w:r>
        <w:rPr>
          <w:rFonts w:ascii="Times New Roman" w:hAnsi="Times New Roman" w:eastAsia="Times New Roman" w:cs="Times New Roman"/>
        </w:rPr>
        <w:t>Tsis tas li ntawd, tus Ntsujplig tau tsa kuv sawv, thiab coj kuv mus rau lub rooj vag sab hnub tuaj ntawm tus Tswv lub tuam tsev, uas tig mus rau sab hnub tuaj; thiab saib seb, ntawm lub qhov rooj vag ntawd muaj nees nkaum tsib tug txiv neej; lawv nruab nrab kuv pom Ya-asaniyas tus tub ntawm Asus, thiab Pelatiyas tus tub ntawm Benayas, uas yog cov thawj coj ntawm haiv neeg. Ces nws hais rau kuv tias, Leej Tub Neeg, cov no yog cov txiv neej uas xav phem, thiab muab lus ntuas kev phem hauv lub nroog no; lawv hais tias, Lub sijhawm tseem tsis tau los ze; cia peb txhim tsev: lub nroog no yog lub lauj kaub, thiab peb yog nqaij. Yog li ntawd cia li cev lus faj lem tawm tsam lawv, cev lus faj lem, Au Leej Tub Neeg. Thiab tus Ntsujplig ntawm tus Tswv poob los saum kuv, thiab hais rau kuv tias, Hais; Tus Tswv hais li no; Nej, Au tsev neeg Ixayees, nej tau hais li no lawm: vim kuv paub tej uas tshwm hauv nej lub siab, txhua tus ib yam nkaus. Nej tau ua kom cov neeg raug tua coob ntxiv hauv lub nroog no, thiab nej tau ua kom tej kev hauv nws puv npo nrog cov neeg raug tua. Yog li ntawd tus Tswv Vajtswv hais li no; Nej cov neeg raug tua uas nej tau tso rau hauv nruab nrab ntawm nws, lawv yog nqaij, thiab lub nroog no yog lub lauj kaub: tiam sis kuv yuav coj nej tawm ntawm nws nruab nrab los. Nej tau ntshai rab ntaj; thiab kuv yuav coj rab ntaj los rau saum nej, tus Tswv Vajtswv hais li ntawd. Thiab kuv yuav coj nej tawm ntawm nws nruab nrab, thiab muab nej rau hauv tes ntawm cov neeg txawv teb chaws, thiab kuv yuav txiav txim rau nej nruab nrab. Nej yuav poob los ntawm rab ntaj; kuv yuav txiav txim rau nej ntawm ciam teb Ixayees; thiab nej yuav paub hais tias kuv yog tus Tswv. Exekhee 11:1–9.</w:t>
      </w:r>
    </w:p>
    <w:p>
      <w:pPr>
        <w:pStyle w:val="ArticleBody"/>
        <w:jc w:val="left"/>
      </w:pPr>
      <w:r>
        <w:rPr>
          <w:rFonts w:ascii="Times New Roman" w:hAnsi="Times New Roman" w:eastAsia="Times New Roman" w:cs="Times New Roman"/>
        </w:rPr>
        <w:t>Yeluxalees raug txheeb ua “lub lauj kaub,” thiab cov neeg hauv Yeluxalees yog “cev nqaij” uas tab tom raug siav hauv lub lauj kaub ntawd. Kev txiav txim rau cov neeg phem uas raug ua kom tiav los ntawm cov tim tswv uas tuav tej cuab yeej rhuav tshem hauv lawv txhais tes, nyob rau lub sijhawm ntawm kev muab lub cim rau ib puas plaub caug plaub txhiab leej (rau qhov Sister White hais tias kev muab lub cim hauv Exekees tshooj cuaj yog tib yam li kev muab lub cim hauv Qhia Tshwm tshooj xya), muaj xws li qhov tseeb tias cov neeg phem raug tshem tawm hauv Yeluxalees. Thaum txoj cai hnub Sunday uas yuav los sai no tshwm sim, Yeluxalees sab ntsuj plig yuav raug ntxuav kom huv thiab raug tsa siab ua ib daim chij rau saum txhua lub roob.</w:t>
      </w:r>
    </w:p>
    <w:p>
      <w:pPr>
        <w:pStyle w:val="ArticleScripture"/>
        <w:jc w:val="left"/>
      </w:pPr>
      <w:r>
        <w:rPr>
          <w:rFonts w:ascii="Times New Roman" w:hAnsi="Times New Roman" w:eastAsia="Times New Roman" w:cs="Times New Roman"/>
        </w:rPr>
        <w:t>Thiab yuav muaj tseeb rau hauv hnub kawg, tias lub roob ntawm Yehauvas lub tsev yuav raug tsa ruaj khov rau saum tej roob, thiab yuav raug tsa kom siab dua tej pov toj; thiab txhua haiv neeg yuav ntws tuaj cuag nws. Thiab ntau haiv neeg yuav mus thiab hais tias, Cia li los, peb cia li nce mus rau lub roob ntawm Yehauvas, mus rau hauv tsev ntawm Yakhauj tus Vajtswv; thiab Nws yuav qhia peb txog Nws tej kev, thiab peb yuav taug kev hauv Nws tej kev taug: rau qhov txoj kevcai yuav tawm hauv Xi-oos mus, thiab Yehauvas lo lus tawm hauv Yeluxalees tuaj. Yaxayas 2:2, 3.</w:t>
      </w:r>
    </w:p>
    <w:p>
      <w:pPr>
        <w:pStyle w:val="ArticleBody"/>
        <w:jc w:val="left"/>
      </w:pPr>
      <w:r>
        <w:rPr>
          <w:rFonts w:ascii="Times New Roman" w:hAnsi="Times New Roman" w:eastAsia="Times New Roman" w:cs="Times New Roman"/>
        </w:rPr>
        <w:t>Kev kev ntxuav uas raug ua tiav rau Yeluxalees thaum txoj cai Hnub Caiv, yog kev tshem tawm cov Adventist Laodicea, qhov uas tsuas tshuav cov Adventist Philadelphia nyob twj ywm. Ces tus qauv koom haum raws cai raug xaus lawm, vim tsoom fwv Tebchaws Meskas yog tus thawj tswj kav hauv txoj kev npaj raws cai uas tau tsim nyob rau xyoo 1863, thiab thaum tsoom fwv Tebchaws Meskas yuam kom muaj kev coj Hnub Caiv rau saum lub tebchaws, tus qauv koom haum raws cai ntawm pawg ntseeg Seventh-day Adventist yuav raug rhuav raws cai, los sis tej zaum nws lub npe yuav raug hloov raws cai mus ua ib yam dab tsi raws li pawg ntseeg Sunday Adventist.</w:t>
      </w:r>
    </w:p>
    <w:p>
      <w:pPr>
        <w:pStyle w:val="ArticleBody"/>
        <w:jc w:val="left"/>
      </w:pPr>
      <w:r>
        <w:rPr>
          <w:rFonts w:ascii="Times New Roman" w:hAnsi="Times New Roman" w:eastAsia="Times New Roman" w:cs="Times New Roman"/>
        </w:rPr>
        <w:t>Thaum cov neeg phem nyob hauv Yeluxalees raug tshem tawm hauv lub lauj kaub kub, los ntawm cov tim tswv uas rhuav tshem, pawg ntseeg Adventist Laodicea xaus lawm, thiab txoj kev txav ntawm Filadefia los ua Yeluxalees sab ntsuj plig uas raug tsa siab ua ib lub chij. Mikhas hais rau cov txwj laus, cov uas Yaxayas hu ua cov neeg thuam uas hu qhov kaj tias yog qhov tsaus ntuj thiab hu qhov tsaus ntuj tias yog qhov kaj, thiab los ntawm ib lo lus nug, nws qhia tias cov txwj laus ntawd tsim nyog twb tau paub “kev txiav txim.” Lawv tsim nyog twb tau paub lub sijhawm uas lawv raug tuaj xyuas lawm.</w:t>
      </w:r>
    </w:p>
    <w:p>
      <w:pPr>
        <w:pStyle w:val="ArticleScripture"/>
        <w:jc w:val="left"/>
      </w:pPr>
      <w:r>
        <w:rPr>
          <w:rFonts w:ascii="Times New Roman" w:hAnsi="Times New Roman" w:eastAsia="Times New Roman" w:cs="Times New Roman"/>
        </w:rPr>
        <w:t>Thiab kuv hais tias, Nej cov thawj coj ntawm Yakhauj, thiab nej cov nom tswv hauv tsev neeg Ixayees, kuv thov nej mloog: Puas tsis yog nej tsim nyog paub txog kev txiav txim? Nej yog cov uas ntxub qhov zoo, thiab hlub qhov phem; nej tev lawv daim tawv tawm ntawm lawv, thiab muab lawv cev nqaij tawm ntawm lawv cov pob txha; nej kuj noj kuv haiv neeg tej nqaij, thiab nplua lawv daim tawv tawm ntawm lawv; nej tsoo lawv cov pob txha, thiab ntuag lawv ua tej daim, ib yam li rau hauv lauj kaub, thiab zoo li nqaij nyob hauv lub lauj kaub kub. Mikha 3:1–3.</w:t>
      </w:r>
    </w:p>
    <w:p>
      <w:pPr>
        <w:pStyle w:val="ArticleBody"/>
        <w:jc w:val="left"/>
      </w:pPr>
      <w:r>
        <w:rPr>
          <w:rFonts w:ascii="Times New Roman" w:hAnsi="Times New Roman" w:eastAsia="Times New Roman" w:cs="Times New Roman"/>
        </w:rPr>
        <w:t>Vajtswv npaj tseg, thiab tseem npaj tseg, kom Nws haiv neeg ntawm hnub kawg “paub txog kev txiav txim,” thiab kev txiav txim tsis yog ib lub ntsiab xwb. Nws yog ib keeb kwm uas nthuav mus zuj zus, muaj ntau yam tseem ceeb thiab muaj tej cim taw tes tshwj xeeb. Nws yog ib lub sijhawm cev lus faj lem uas tau pib xyoo 1798, thiab tseem txuas mus txog thaum xaus ntawm ib txhiab xyoo. Nws yog tib si kev tshawb xyuas thiab kev ua tiav ntawm kev txiav txim. Nws raug ua rau saum txhua tus tibneeg uas tau muaj sia nyob saum lub ntiajteb no, thiab kuj raug ua rau saum cov timtswv uas raug ntiab tawm hauv ntuj ceeb tsheej. Cov sijhawm ntawm kev txiav txim yog ib qho kev to taub tseem ceeb heev rau Vajtswv cov neeg ncaj ncees hauv hnub kawg, rau qhov lo lus teb rau Mikhas lo lus nug yog, “yog lawm, cov Yixayee yuav tsum to taub txog kev txiav txim.”</w:t>
      </w:r>
    </w:p>
    <w:p>
      <w:pPr>
        <w:pStyle w:val="ArticleBody"/>
        <w:jc w:val="left"/>
      </w:pPr>
      <w:r>
        <w:rPr>
          <w:rFonts w:ascii="Times New Roman" w:hAnsi="Times New Roman" w:eastAsia="Times New Roman" w:cs="Times New Roman"/>
        </w:rPr>
        <w:t>Yelemis qhia tias cov txwj laus thaum ub hauv Yeluxalees hauv hnub kawg sawv cev rau qhov kawg nkaus ntawm ib qho “kev thim rov qab mus ib txhis,” raws li tau sawv cev los ntawm plaub tiam ntawm kev ntxeev siab uas nce zuj zus, uas raug cim tseg los ntawm plaub yam kev qias vuab tsuab uas nce zuj zus hauv Exekees tshooj yim. Yelemis qhia tias cov txwj laus no raug qhwv ncig rau hauv kev dab qhuas, rau qhov lawv “pe hawm” “lub hnub, lub hli, thiab tag nrho lub ntuj pab tub rog.” Nws qhia tias lawv yuav “poob, thiab tsis sawv rov los,” rau qhov “lawv tau tsis lees yuav lo lus ntawm tus Tswv.” Los ntawm cov cwj pwm no Yelemis qhia tias “haiv neeg tsis paub tus Tswv txoj kev txiav txim.”</w:t>
      </w:r>
    </w:p>
    <w:p>
      <w:pPr>
        <w:pStyle w:val="ArticleScripture"/>
        <w:jc w:val="left"/>
      </w:pPr>
      <w:r>
        <w:rPr>
          <w:rFonts w:ascii="Times New Roman" w:hAnsi="Times New Roman" w:eastAsia="Times New Roman" w:cs="Times New Roman"/>
        </w:rPr>
        <w:t>Thaum lub sij hawm ntawd, tus Tswv hais tias, lawv yuav coj cov pob txha ntawm cov vajntxwv Yudas tawm los, thiab cov pob txha ntawm nws cov thawj, thiab cov pob txha ntawm cov pov thawj, thiab cov pob txha ntawm cov yaj saub, thiab cov pob txha ntawm cov neeg nyob hauv Yeluxalees, tawm hauv lawv tej ntxa los. Thiab lawv yuav nthuav tej pob txha ntawd rau ntawm lub hnub, thiab lub hli, thiab tag nrho cov hnub qub saum ntuj, tej uas lawv tau hlub, thiab tej uas lawv tau ua haujlwm rau, thiab tej uas lawv tau taug raws, thiab tej uas lawv tau nrhiav, thiab tej uas lawv tau pe hawm. Tej pob txha ntawd yuav tsis raug khaws los sib sau ua ke, thiab yuav tsis raug faus; lawv yuav zoo li quav nyob saum npoo av. Thiab txojkev tuag yuav raug xaiv dua li txoj sia los ntawm tag nrho cov seem uas tseem tshuav ntawm tsev neeg phem no, cov uas tseem nyob hauv txhua qhov chaw uas Kuv tau ntiab lawv mus, tus Tswv uas muaj hwjchim kav txhua yam hais li ntawd. Tsis tas li ntawd, koj yuav hais rau lawv tias, Tus Tswv hais li no: Lawv puas yuav ntog, mà tsis sawv rov los? Nws puas yuav tig mus deb, mà tsis rov qab los? Yog li ntawd, ua cas haiv neeg no hauv Yeluxalees ho thim rov qab mus rau hauv txojkev thim rov qab uas nyob ruaj nreb? Lawv tuav rawv txojkev dag ntxias; lawv tsis kam rov qab los. Kuv tau mloog thiab tau hnov, tiamsis lawv tsis hais yam uas yog; tsis muaj ib tug twg khuvxim txog nws txojkev phem, hais tias, Kuv tau ua dabtsi? Txhua tus tig mus raws nws tus kheej txojkev, ib yam li tus nees uas dhia nrawm mus rau hauv tshav rog. Yeej muaj tseeb, tus noog laug sab saum ntuj paub nws lub caij nyoog uas tau teem tseg; thiab tus nquab, thiab tus noog crane, thiab tus noog nqos, kuj ceev faj saib lub caij uas lawv los txog; tiamsis Kuv haiv neeg tsis paub tus Tswv txojkev txiav txim. Nej hais li cas tias, Peb yog cov txawj ntse, thiab tus Tswv txoj kevcai nrog nraim peb? Saib maj, yeej yog ua dawb ua npau suav xwb uas nws tau tsim nws; tus cwj mem ntawm cov kws sau ntawv kuj yog ua dawb ua npau suav. Cov neeg txawj ntse raug txajmuag; lawv ntshai kawg thiab raug ntes lawm. Saib maj, lawv tau muab tus Tswv txojlus pov tseg; ces tseem tshuav yam txawj ntse dabtsi nyob hauv lawv? Yelemis 8:1–9.</w:t>
      </w:r>
    </w:p>
    <w:p>
      <w:pPr>
        <w:pStyle w:val="ArticleBody"/>
        <w:jc w:val="left"/>
      </w:pPr>
      <w:r>
        <w:rPr>
          <w:rFonts w:ascii="Times New Roman" w:hAnsi="Times New Roman" w:eastAsia="Times New Roman" w:cs="Times New Roman"/>
        </w:rPr>
        <w:t>Hauv zaj lus tsib, Yelemis qhia tias cov uas tsis paub txog tus Tswv txoj kev txiav txim yog “cov neeg ruam.”</w:t>
      </w:r>
    </w:p>
    <w:p>
      <w:pPr>
        <w:pStyle w:val="ArticleScripture"/>
        <w:jc w:val="left"/>
      </w:pPr>
      <w:r>
        <w:rPr>
          <w:rFonts w:ascii="Times New Roman" w:hAnsi="Times New Roman" w:eastAsia="Times New Roman" w:cs="Times New Roman"/>
        </w:rPr>
        <w:t>Cia li khiav mus los thoob plaws tej kev ntawm Yeluxalees, thiab nimno saib, thiab paub, thiab nrhiav hauv tej chaw dav ntawm nws, seb nej puas nrhiav tau ib tug neeg, yog muaj ib tug uas ua kev ncaj ncees, uas nrhiav qhov tseeb; ces kuv yuav zam txim rau nws. Thiab txawm yog lawv hais tias, Tus Tswv muaj txoj sia; los lawv yeej cog lus cuav. Au Tus Tswv, koj lub qhov muag tsis nyob rau qhov tseeb lov? Koj tau nplawm lawv lawm, los lawv tsis quaj ntsuag; koj tau rhuav lawv lawm, los lawv tsis kam txais kev qhuab qhia: lawv tau ua kom lawv lub ntsej muag tawv dua pob zeb; lawv tau tsis kam tig rov qab los. Yog li ntawd kuv thiaj hais tias, Muaj tseeb tiag cov no yog cov pluag; lawv yog cov ruam: vim lawv tsis paub txoj kev ntawm Tus Tswv, thiab tsis paub txoj kev txiav txim ntawm lawv tus Vajtswv. Yelemis 5:1–4.</w:t>
      </w:r>
    </w:p>
    <w:p>
      <w:pPr>
        <w:pStyle w:val="ArticleBody"/>
        <w:jc w:val="left"/>
      </w:pPr>
      <w:r>
        <w:rPr>
          <w:rFonts w:ascii="Times New Roman" w:hAnsi="Times New Roman" w:eastAsia="Times New Roman" w:cs="Times New Roman"/>
        </w:rPr>
        <w:t>Nyob rau hauv cov hnub kawg no ntawm Laodicean Adventism, cov uas raug sawv cev ua cov nkauj xwb ruam hauv zaj lus piv txwv txog kaum tug nkauj xwb, uas Sister White hais meej tias sawv cev rau “kev paub dhau los ntawm haiv neeg Adventist,” “tsis paub txoj kev ntawm tus Tswv, thiab tsis paub txoj kev txiav txim ntawm lawv tus Vajtswv.” Hauv tshooj tom ntej Yelemis qhia tias “txoj kev” ntawm tus Tswv yog “tej kev qub,” tiam sis cov Laodicean Adventists ruam tsis kam taug kev hauv tej ntawd, lossis mloog lub suab raj. “Lub raj” yog ib lub cim ntawm txoj kev txiav txim, uas yeej yog yam uas cov Laodicean Adventists ruam tsis paub.</w:t>
      </w:r>
    </w:p>
    <w:p>
      <w:pPr>
        <w:pStyle w:val="ArticleScripture"/>
        <w:jc w:val="left"/>
      </w:pPr>
      <w:r>
        <w:rPr>
          <w:rFonts w:ascii="Times New Roman" w:hAnsi="Times New Roman" w:eastAsia="Times New Roman" w:cs="Times New Roman"/>
        </w:rPr>
        <w:t>Tus Tswv hais li no tias, Nej cia li sawv ntawm tej kev, thiab ntsia, thiab nug txog tej kevcai qub, seb txojkev zoo nyob qhovtwg, thiab cia li taug hauv ntawd mus, mas nej yuav nrhiav tau txojkev so rau nej tej ntsujplig. Tiamsis lawv hais tias, Peb yuav tsis taug hauv ntawd. Kuv kuj tau tsa cov neeg zov los kav nej, hais tias, Nej cia li mloog lub suab raj. Tiamsis lawv hais tias, Peb yuav tsis mloog. Vim li ntawd, nej haivneeg, cia li mloog, thiab koj, pawg neeg, cia li paub tias yam twg nyob hauv lawv. Koj lub ntiajteb, cia li mloog: saib seb, kuv yuav coj kev phem los rau haivneeg no, yog qhov txi txiv ntawm lawv tej kev xav, vim lawv tsis tau mloog kuv tej lus, thiab lawv kuj tsis kam mloog kuv txoj kevcai, tiamsis tau muab nws pov tseg lawm. Yelemis 6:16–19.</w:t>
      </w:r>
    </w:p>
    <w:p>
      <w:pPr>
        <w:pStyle w:val="ArticleBody"/>
        <w:jc w:val="left"/>
      </w:pPr>
      <w:r>
        <w:rPr>
          <w:rFonts w:ascii="Times New Roman" w:hAnsi="Times New Roman" w:eastAsia="Times New Roman" w:cs="Times New Roman"/>
        </w:rPr>
        <w:t>“Kev phem” uas raug coj los rau saum “pawg ntseeg” uas tsis kam “mloog lub suab raj nrov,” thiab tsis “taug kev” hauv “txoj qub,” uas yog qhov chaw yuav pom tau “txoj kev so” ntawm nag tom qab, tshwm sim thaum “pawg ntseeg” “tsis lees yuav Nws txoj kevcai” thaum txoj cai Hnub Caiv Hnub Sunday uas yuav los sai no.</w:t>
      </w:r>
    </w:p>
    <w:p>
      <w:pPr>
        <w:pStyle w:val="ArticleBody"/>
        <w:jc w:val="left"/>
      </w:pPr>
      <w:r>
        <w:rPr>
          <w:rFonts w:ascii="Times New Roman" w:hAnsi="Times New Roman" w:eastAsia="Times New Roman" w:cs="Times New Roman"/>
        </w:rPr>
        <w:t>Kev siv Eliyas peb txheej qhia kom paub txog txoj hauj lwm ntawm ib tug tubtxib thiab ib qho kev txav nyob rau lub sijhawm ntawm txoj kev txiav txim ua tiav, uas pib thaum txoj cai Hnub Caiv cuav uas yuav los sai. Muaj kev sib raug zoo heev nrog kev siv Eliyas peb txheej yog kev siv peb txheej ntawm tus tubtxib uas npaj txoj kev rau Tus Tubtxib ntawm Daim Ntawv Cog Lus. Kev siv peb txheej ntawm tus tubtxib uas npaj txoj kev yog qhia kom paub txog ib txoj hauj lwm los ntawm ib tug tubtxib thiab ib qho kev txav nyob rau lub sijhawm ntawm txoj kev txiav txim tshuaj xyuas. Tus tubtxib uas npaj txoj kev, thiab Eliyas, yog kev siv peb txheej uas sib raug zoo heev, ib yam li kev siv Loos peb txheej nrog kev siv peb txheej ntawm kev poob ntawm Npanpiloo, tiam sis lawv muaj tej kev txawv tseem ceeb uas cuam tshuam nrog Vajtswv txoj kev txiav txim.</w:t>
      </w:r>
    </w:p>
    <w:p>
      <w:pPr>
        <w:pStyle w:val="ArticleBody"/>
        <w:jc w:val="left"/>
      </w:pPr>
      <w:r>
        <w:rPr>
          <w:rFonts w:ascii="Times New Roman" w:hAnsi="Times New Roman" w:eastAsia="Times New Roman" w:cs="Times New Roman"/>
        </w:rPr>
        <w:t>Peb txheej kev siv uas muaj peb npaug txog Eliyas thiab peb txheej kev siv txog tus tubtxib uas npaj txoj kev rau tus Tubtxib ntawm Txoj Kevcog tseg, muaj kev sib txuas nrog ob txoj hauj lwm txiav txim uas txawv vonej, uas Vajtswv ua tiav los ntawm Nws tus tubtxib uas Nws tau xaiv thiab los ntawm txoj kev txav mus uas koom nrog tus tubtxib txoj xov. Ob txoj hauj lwm ntawd muaj kev sib txuas nrog ob lub sijhawm txiav txim uas txawv vonej, txawm yog tseem muaj qee qhov sib tshooj ntawm cov cim qhia ntawd.</w:t>
      </w:r>
    </w:p>
    <w:p>
      <w:pPr>
        <w:pStyle w:val="ArticleBody"/>
        <w:jc w:val="left"/>
      </w:pPr>
      <w:r>
        <w:rPr>
          <w:rFonts w:ascii="Times New Roman" w:hAnsi="Times New Roman" w:eastAsia="Times New Roman" w:cs="Times New Roman"/>
        </w:rPr>
        <w:t>Tes haujlwm ntawm Eliyas tus thib peb thiab tus kawg muaj kev sib raug rau txoj kev txiav txim raws li kev coj ua rau kev koom ua peb fab ntawm Npanpiloo niaj hnub no, thiab tes haujlwm ntawm tus tub txib uas npaj kev, muaj kev sib raug rau txoj kev txiav txim tshawb xyuas thiab kev ntxuav Vajtswv haiv neeg kom huv. Malakis tshooj peb, raug nthuav qhia nrog nqe kawg ntawm tshooj ob.</w:t>
      </w:r>
    </w:p>
    <w:p>
      <w:pPr>
        <w:pStyle w:val="ArticleScripture"/>
        <w:jc w:val="left"/>
      </w:pPr>
      <w:r>
        <w:rPr>
          <w:rFonts w:ascii="Times New Roman" w:hAnsi="Times New Roman" w:eastAsia="Times New Roman" w:cs="Times New Roman"/>
        </w:rPr>
        <w:t>Nej tau qaug tus Tswv nkees nrog nej tej lus. Los nej tseem hais tias, Peb qaug nws nkees li cas? Yog thaum nej hais tias, Txhua tus uas ua phem yeej zoo nyob rau hauv qhov muag pom ntawm tus Tswv, thiab nws txaus siab rau lawv; lossis hais tias, Vajtswv ntawm txoj kev txiav txim nyob qhov twg? Saib seb, kuv yuav txib kuv tus tubtxib, thiab nws yuav npaj txojkev ua ntej kuv xub ntiag: thiab tus Tswv, tus uas nej nrhiav, yuav los rau hauv nws lub tuam tsev tam sim ntawd, yog tus tubtxib ntawm txoj kev cog lus, tus uas nej zoo siab rau: saib seb, nws yuav los, tus Tswv uas kav txhua pab tub rog hais li ntawd. Tiamsis leejtwg thiaj yuav nyob taus hnub uas nws los? thiab leejtwg thiaj yuav sawv tau thaum nws tshwm sim? vim nws zoo li hluav taws uas lim kom dawb huv, thiab zoo li xab npum uas cov neeg ntxhua khaub ncaws siv: Thiab nws yuav zaum ua tus lim thiab tus ua kom nyiaj dawb huv: thiab nws yuav ua kom cov tub Levis dawb huv, thiab ntxuav lawv kom huv ib yam li kub thiab nyiaj, xwv kom lawv thiaj li tau fij tej xyeem rau tus Tswv hauv txoj kev ncaj ncees. Ces tej xyeem ntawm Yudas thiab Yeluxalees yuav txaus siab rau tus Tswv, ib yam li thaum ub, thiab ib yam li hauv cov xyoo dhau los. Malakais 2:17–3:4.</w:t>
      </w:r>
    </w:p>
    <w:p>
      <w:pPr>
        <w:pStyle w:val="ArticleBody"/>
        <w:jc w:val="left"/>
      </w:pPr>
      <w:r>
        <w:rPr>
          <w:rFonts w:ascii="Times New Roman" w:hAnsi="Times New Roman" w:eastAsia="Times New Roman" w:cs="Times New Roman"/>
        </w:rPr>
        <w:t>Nyob rau hnub kawg, raws li Malakis zaj lus tim khawv, Vajtswv qaug zog rau Laodicean Adventism uas tseem tuav rawv txoj kev ntxeev siab xyoo 1888. Txoj kev ntxeev siab xyoo 1888 ntawd, raug piv txwv los ntawm Kora, Dathas, thiab Abilas txoj kev ntxeev siab, thiab qhov kev sib cav txog kev qhuab qhia hauv Kora txoj kev ntxeev siab yog hais txog tias cov uas ua phem puas tseem yog neeg ncaj ncees nyob rau hauv tus Tswv lub xub ntiag.</w:t>
      </w:r>
    </w:p>
    <w:p>
      <w:pPr>
        <w:pStyle w:val="ArticleScripture"/>
        <w:jc w:val="left"/>
      </w:pPr>
      <w:r>
        <w:rPr>
          <w:rFonts w:ascii="Times New Roman" w:hAnsi="Times New Roman" w:eastAsia="Times New Roman" w:cs="Times New Roman"/>
        </w:rPr>
        <w:t>Tam sim no Khaulee tus tub, tus tub ntawm Koha, tus tub ntawm Levi, thiab Dathas thiab Abilas, Eli-as cov tub, thiab Oos, Pe-les tus tub, uas yog cov tub ntawm Laupees, tau coj ib pab neeg tuaj; thiab lawv sawv tsees tawm tsam Mauxes, nrog qee leej ntawm cov Yixayee cov tub, muaj ob puas tsib caug leej thawj coj ntawm pawg neeg tuaj txoos, cov muaj npe nrov hauv pawg ntseeg, yog neeg muaj meej mom: Thiab lawv tau sib sau ua ke tawm tsam Mauxes thiab tawm tsam Alas, thiab hais rau nkawd tias, Neb muab hwjchim rau nej tus kheej ntau dhau lawm, vim tias tag nrho pawg neeg tuaj txoos yog dawb huv, txhua tus puavleej yog dawb huv, thiab tus Tswv nyob hauv lawv nruab nrab: yog li ntawd, ua li cas neb tsa nej tus kheej siab dua pawg neeg tuaj txoos ntawm tus Tswv? Teev Npe 16:1–3.</w:t>
      </w:r>
    </w:p>
    <w:p>
      <w:pPr>
        <w:pStyle w:val="ArticleBody"/>
        <w:jc w:val="left"/>
      </w:pPr>
      <w:r>
        <w:rPr>
          <w:rFonts w:ascii="Times New Roman" w:hAnsi="Times New Roman" w:eastAsia="Times New Roman" w:cs="Times New Roman"/>
        </w:rPr>
        <w:t>Nyob rau hnub kawg, Vajtswv twb nkees heev rau Laodicean Adventism uas pheej khov kho rau txoj kev tawm tsam xyoo 1957, uas tsuas yog qhov kev tshwm sim ntawm txoj kev tawm tsam xyoo 1888, muab tso ua ib daim ntawv tshaj tawm raug cai xwb. Phau ntawv, Questions on Doctrine tau muab txoj kev tawm tsam xyoo 1888 tsa ua ib yam ruaj khov, uas yog kev rov ua dua ntawm txoj kev tawm tsam ntawm Korah, Dathan thiab Abiram, raws li zaj lus tim khawv ntawm tus tim tswv uas tau qhia rau Muam White tias nws yuav tsum nyob twj ywm hauv lub rooj sablaj xyoo 1888, kom thiaj sau tseg tau qhov kev rov muaj dua ntawm keeb kwm ntawm Korah txoj kev tawm tsam. Ob puas tsib caug leej txiv neej muaj npe nrov tau sib sau ua ke nrog Korah, Dathan thiab Abiram, tawm tsam Mauxes, uas yog Vajtswv tus sawv cev nyob hauv txoj kev tawm tsam ntawd.</w:t>
      </w:r>
    </w:p>
    <w:p>
      <w:pPr>
        <w:pStyle w:val="ArticleBody"/>
        <w:jc w:val="left"/>
      </w:pPr>
      <w:r>
        <w:rPr>
          <w:rFonts w:ascii="Times New Roman" w:hAnsi="Times New Roman" w:eastAsia="Times New Roman" w:cs="Times New Roman"/>
        </w:rPr>
        <w:t>Nees nkaum tsib tug txiv neej uas pe hawm lub hnub hauv Exekees tshooj yim, sawv cev rau ib feem kaum, lossis ib feem kaum ntawm ob puas tsib caug tug txiv neej uas tau hlawv xyab hauv kev ntxeev siab ntawm Khaula, Dathas thiab Abilas, uas yog tus qauv piv txwv txog cov thawj coj ntawm kev ntxeev siab xyoo 1888, uas lawv txoj kev ntxeev siab hauv kev qhuab qhia tau raug muab teeb tsa ua cai nyob rau xyoo 1957, nrog rau kev luam tawm phau ntawv Questions on Doctrine.</w:t>
      </w:r>
    </w:p>
    <w:p>
      <w:pPr>
        <w:pStyle w:val="ArticleBody"/>
        <w:jc w:val="left"/>
      </w:pPr>
      <w:r>
        <w:rPr>
          <w:rFonts w:ascii="Times New Roman" w:hAnsi="Times New Roman" w:eastAsia="Times New Roman" w:cs="Times New Roman"/>
        </w:rPr>
        <w:t>Kev ntxeev siab ntawm Korah, Dathan thiab Abiram tau tsis lees txais qhov “kev txiav txim” uas Vajtswv tau muab, thaum Nws tau hais kom lawv taug kev yoob hav zoov hauv tebchaws moj sab qhua tau plaub caug xyoo. Laodicean Adventism tau pib taug kev yoob hav zoov hauv roob moj sab qhua ntawm Laodicea xyoo 1863, tom qab lawv tau tsis lees txais txoj xov ntawm Laodicea uas tau muab tawm xyoo 1856, uas tau coj los txog qhov kev txiav txim kom taug kev yoob hav zoov hauv roob moj sab qhua tau ntau xyoo ntxiv, vim lawv txoj kev tsis muaj kev ntseeg. Hauv kev ntxeev siab xyoo 1888, lawv tseem tsis kam lees txais txoj xov ntawm Laodicea uas Txwj Laus Jones thiab Waggoner tau nqa los.</w:t>
      </w:r>
    </w:p>
    <w:p>
      <w:pPr>
        <w:pStyle w:val="ArticleBody"/>
        <w:jc w:val="left"/>
      </w:pPr>
      <w:r>
        <w:rPr>
          <w:rFonts w:ascii="Times New Roman" w:hAnsi="Times New Roman" w:eastAsia="Times New Roman" w:cs="Times New Roman"/>
        </w:rPr>
        <w:t>Cov uas tau ntxeev siab rau xyoo 1888, tsis yog lawv tsuas yog tsis kam lees txoj cai cai sab ntsuj plig ntawm Cov Txwj Laug Jones thiab Waggoner xwb, tiam sis kuj tsis kam lees txoj cai cai ntawm tus poj niam cev Vajtswv lus Ellen White thiab txoj cai cai ntawm Vaj Ntsuj Plig Dawb Huv thiab, rau qhov lawv tau coj raws li lub tswv yim tias tag nrho pawg ntseeg puav leej dawb huv sib npaug.</w:t>
      </w:r>
    </w:p>
    <w:p>
      <w:pPr>
        <w:pStyle w:val="ArticleBody"/>
        <w:jc w:val="left"/>
      </w:pPr>
      <w:r>
        <w:rPr>
          <w:rFonts w:ascii="Times New Roman" w:hAnsi="Times New Roman" w:eastAsia="Times New Roman" w:cs="Times New Roman"/>
        </w:rPr>
        <w:t>Xyoo 1863, lawv tau rov qab mus noj mov nrog tus yaj saub cuav ntawm Npe-thees, thiab hauv kev ua li ntawd lawv kawg nkaus tau lees txais txoj kev txhais txog txoj kev cawm dim uas raug sawv cev los ntawm kev ntxeev siab ntawm Khaulas, thiab tom qab ntawd tau muab txoj kev qhuab qhia cuav ntawd tsa cia ua txoj cai hauv phau ntawv, Questions on Doctrine. Txoj kev qhuab qhia ntawd yog ib txoj kev txhais cuav ntawm “kev raug suav tias ncaj ncees los ntawm txoj kev ntseeg.”</w:t>
      </w:r>
    </w:p>
    <w:p>
      <w:pPr>
        <w:pStyle w:val="ArticleBody"/>
        <w:jc w:val="left"/>
      </w:pPr>
      <w:r>
        <w:rPr>
          <w:rFonts w:ascii="Times New Roman" w:hAnsi="Times New Roman" w:eastAsia="Times New Roman" w:cs="Times New Roman"/>
        </w:rPr>
        <w:t>Kev kev ntxeev siab xyoo 1863 yog qhov pib ntawm kev tsis lees txais Miller cov hniav nyiaj hniav kub uas tau raug ci ntsa iab rov los saum Habakkuk ob daim txiag. Hauv Habakkuk tshooj ob, “kev sib cav” ntawm nqe ib thaum kawg ua rau muaj ob pawg neeg pe hawm uas raug nthuav tawm los ntawm lawv txoj kev tsis pom zoo txog txoj xov uas qeeb tuaj.</w:t>
      </w:r>
    </w:p>
    <w:p>
      <w:pPr>
        <w:pStyle w:val="ArticleScripture"/>
        <w:jc w:val="left"/>
      </w:pPr>
      <w:r>
        <w:rPr>
          <w:rFonts w:ascii="Times New Roman" w:hAnsi="Times New Roman" w:eastAsia="Times New Roman" w:cs="Times New Roman"/>
        </w:rPr>
        <w:t>Saib seb, nws tus ntsuj plig uas raug tsa kom siab tsis ncaj ncees nyob hauv nws; tiamsis tus ncaj ncees yuav muaj txoj sia nyob los ntawm nws txoj kev ntseeg. Habakkuk 2:4.</w:t>
      </w:r>
    </w:p>
    <w:p>
      <w:pPr>
        <w:pStyle w:val="ArticleBody"/>
        <w:jc w:val="left"/>
      </w:pPr>
      <w:r>
        <w:rPr>
          <w:rFonts w:ascii="Times New Roman" w:hAnsi="Times New Roman" w:eastAsia="Times New Roman" w:cs="Times New Roman"/>
        </w:rPr>
        <w:t>Txoj “kev ntseeg” ntawm cov “neeg ncaj ncees” nyob hauv “kev sib cav” ntawm Habakkuk tshooj ob, tau raug tsa saum tus “zeem muag” uas tau sau meej tseeb rau saum tej phaj. Nyob rau hauv kev ntxeev siab xyoo 1863, thawj kauj ruam los tshem tawm yam uas tau sau rau saum tej phaj ntawd tau raug ua tiav los ntawm cov uas tsis muaj ntxiv lawm txoj kev ntseeg ntawm cov “neeg ncaj ncees.” Kev ntxeev siab xyoo 1863 sawv cev rau thawj lub noob ntawm txoj kev ntxeev siab uas thaum kawg yuav tsa ib lo lus txhais cuav txog txoj kev qhuab qhia ntawm kev raug suav hais tias ncaj ncees los ntawm txoj kev ntseeg nyob rau xyoo 1957.</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“Tus Tswv hauv Nws txoj kev hlub tshua loj kawg nkaus tau xa ib zaj lus uas muaj nqes tshaj plaws tuaj rau Nws haiv neeg los ntawm Cov Txwj Laug Waggoner thiab Jones. Zaj lus no yog kom coj tus Cawmseej uas raug tsa siab tshaj plaws, yog tus txi rau tej kev txhaum ntawm tag nrho lub ntiaj teb, los tso rau pem hauv ntej ntawm lub ntiaj teb kom pom meej dua. Nws nthuav qhia txoj kev raug suav hais tias ncaj ncees los ntawm txoj kev ntseeg hauv tus Tuav Txim; nws caw cov neeg kom txais txoj kev ncaj ncees ntawm Khetos, uas raug qhia tawm kom pom tseeb hauv txoj kev mloog lus rau txhua nqe lus txib ntawm Vajtswv. Coob leej tau plam kev pom Yexus lawm. Lawv yuav tsum tau kom lawv lub qhov muag raug coj mus ntsia rau Nws tus kheej uas yog Vajtswv, Nws tej txiaj ntsim tsim nyog, thiab Nws txoj kev hlub uas tsis hloov pauv rau tibneeg sawvdaws. Txhua lub hwj chim raug muab rau hauv Nws txhais tes, xwv kom Nws faib tau tej txiaj ntsim nplua nuj rau tibneeg, muab qhov txiaj ntsim uas muaj nqes tshaj plaws, uas yog Nws tus kheej txoj kev ncaj ncees, pub rau tus neeg sawv cev tibneeg uas tsis muaj peev xwm pab tau nws tus kheej. Nov yog zaj lus uas Vajtswv tau txib kom muab rau lub ntiaj teb. Nws yog zaj lus ntawm tus tim tswv thib peb, uas yuav tsum raug tshaj tawm nrog suab nrov nrov, thiab nrog txoj kev ntws tawm ntawm Nws tus Ntsuj Plig hauv ib qho kev ntsuas loj heev.” Testimonies to Ministers, 91.</w:t>
      </w:r>
    </w:p>
    <w:p>
      <w:pPr>
        <w:pStyle w:val="ArticleScripture"/>
        <w:jc w:val="left"/>
      </w:pPr>
      <w:r>
        <w:rPr>
          <w:rFonts w:ascii="Times New Roman" w:hAnsi="Times New Roman" w:eastAsia="Times New Roman" w:cs="Times New Roman"/>
        </w:rPr>
        <w:t>“Qhov tseeb rau lub sijhawm no, uas yog tus tim tswv thib peb txoj xov, yuav tsum raug tshaj tawm nrog lub suab nrov nrov, uas txhais hais tias nrog hwj chim uas tab tom nce ntxiv, thaum peb tab tom los ze rau qhov kev sim siab loj kawg nkaus.” The 1888 Materials, 1710.</w:t>
      </w:r>
    </w:p>
    <w:p>
      <w:pPr>
        <w:pStyle w:val="ArticleScripture"/>
        <w:jc w:val="left"/>
      </w:pPr>
      <w:r>
        <w:rPr>
          <w:rFonts w:ascii="Times New Roman" w:hAnsi="Times New Roman" w:eastAsia="Times New Roman" w:cs="Times New Roman"/>
        </w:rPr>
        <w:t>“Lub sijhawm ntawm txoj kev sim siab twb los txog rau saum peb lawm, rau qhov lub suab quaj nrov ntawm tus timtswv ceeb tsheej thib peb twb pib lawm hauv kev tshwm sim txog txoj kev ncaj ncees ntawm Khetos, tus Cawmseej uas zam txim rau kev txhaum. Qhov no yog qhov pib ntawm qhov kaj ntawm tus timtswv ceeb tsheej uas nws lub hwjchim ci ntsa iab yuav puv nkaus thoob plaws tag nrho lub ntiajteb.” Selected Messages, phau 1, 362.</w:t>
      </w:r>
    </w:p>
    <w:p>
      <w:pPr>
        <w:pStyle w:val="ArticleScripture"/>
        <w:jc w:val="left"/>
      </w:pPr>
      <w:r>
        <w:rPr>
          <w:rFonts w:ascii="Times New Roman" w:hAnsi="Times New Roman" w:eastAsia="Times New Roman" w:cs="Times New Roman"/>
        </w:rPr>
        <w:t>“Los nag yav tom qab yuav poob los saum Vajtswv haiv neeg. Ib tug tim tswv uas muaj hwjchim loj yuav nqis saum ntuj los, thiab tag nrho lub ntiajteb yuav raug ci ntsa iab los ntawm nws lub yeeb koob.” Review and Herald, Lub Plaub Hlis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Cuaj Caug Cuaj</dc:title>
  <dc:subject>Hnub Kawg thiab Vajtswv Txoj Kev Txiav Txim: Qhia Tawm Tej Kev Pom Kev Yaj Saub</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