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Eliyas—Tus Naj Npawb Ib</w:t>
      </w:r>
    </w:p>
    <w:p>
      <w:pPr>
        <w:pStyle w:val="ArticleSubtitle"/>
        <w:jc w:val="left"/>
      </w:pPr>
      <w:r>
        <w:rPr>
          <w:rFonts w:ascii="Arial" w:hAnsi="Arial" w:eastAsia="Arial" w:cs="Arial"/>
        </w:rPr>
        <w:t>Tus Uas Yog Tus Pib thiab Tus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Nqe lus xaus ntawm Phau Qub nthuav tawm ib lo lus cog tseg hais tias tus yaj saub Eliyas yuav tshwm sim nrog ib zaj lus ua ntej hnub loj thiab txaus ntshai ntawm tus Tswv.</w:t>
      </w:r>
    </w:p>
    <w:p>
      <w:pPr>
        <w:pStyle w:val="ArticleScripture"/>
        <w:jc w:val="left"/>
      </w:pPr>
      <w:r>
        <w:rPr>
          <w:rFonts w:ascii="Times New Roman" w:hAnsi="Times New Roman" w:eastAsia="Times New Roman" w:cs="Times New Roman"/>
        </w:rPr>
        <w:t>Saib seb, Kuv yuav txib Eliyas tus cev Vajtswv lus tuaj cuag nej ua ntej hnub uas tus Tswv yuav los txog, uas yog hnub loj thiab txaus ntshai ntawd: Thiab nws yuav tig cov txiv lub siab los cuag cov me nyuam, thiab cov me nyuam lub siab los cuag lawv cov txiv, tsam Kuv los ntaus lub ntiaj teb no nrog ib txoj kev foom phem. Malakis 4:5, 6.</w:t>
      </w:r>
    </w:p>
    <w:p>
      <w:pPr>
        <w:pStyle w:val="ArticleBody"/>
        <w:jc w:val="left"/>
      </w:pPr>
      <w:r>
        <w:rPr>
          <w:rFonts w:ascii="Times New Roman" w:hAnsi="Times New Roman" w:eastAsia="Times New Roman" w:cs="Times New Roman"/>
        </w:rPr>
        <w:t>Phau Vajlugkub hais meej tias “hnub loj thiab txaus ntshai ntawm tus Tswv” los sis “kev foom tsis zoo” uas Vajtswv “nplawm lub ntiajteb nrog” kuj raug piav qhia ua cim piv txwv tias yog “xya qhov xwm txheej phem kawg” los sis “Vajtswv txoj kev chim” hauv phau Ntawv Tshwmsim. Tshooj kaum tsib ntawm Phau Ntawv Tshwmsim qhia txog qhov chaw txheej xwm yaj saub uas coj mus rau kev nchuav tawm ntawm xya qhov xwm txheej phem kawg loj thiab txaus ntshai hauv tshooj kaum rau.</w:t>
      </w:r>
    </w:p>
    <w:p>
      <w:pPr>
        <w:pStyle w:val="ArticleScripture"/>
        <w:jc w:val="left"/>
      </w:pPr>
      <w:r>
        <w:rPr>
          <w:rFonts w:ascii="Times New Roman" w:hAnsi="Times New Roman" w:eastAsia="Times New Roman" w:cs="Times New Roman"/>
        </w:rPr>
        <w:t>Thiab kuv pom dua ib lub cim hauv ntuj ceeb tsheej, uas loj thiab txaus xav tsis thoob, yog xya tus tim tswv tuav xya yam kev rau txim kawg; vim txoj kev chim ntawm Vajtswv raug ua kom puv npo nyob hauv tej ntawd.</w:t>
      </w:r>
    </w:p>
    <w:p>
      <w:pPr>
        <w:pStyle w:val="ArticleScripture"/>
        <w:jc w:val="left"/>
      </w:pPr>
      <w:r>
        <w:rPr>
          <w:rFonts w:ascii="Times New Roman" w:hAnsi="Times New Roman" w:eastAsia="Times New Roman" w:cs="Times New Roman"/>
        </w:rPr>
        <w:t>Thiab kuv pom zoo li ib lub hiav txwv iav xyaw nrog hluav taws; thiab cov uas tau yeej tus tsiaj qus, thiab nws tus mlom, thiab nws lub cim, thiab tus lej ntawm nws lub npe, sawv saum lub hiav txwv iav, tuav Vajtswv tej raj ntaus. Thiab lawv hu zaj nkauj ntawm Mauxes, uas yog Vajtswv tus qhev, thiab zaj nkauj ntawm tus Menyuam Yaj, hais tias, Au tus Tswv Vajtswv uas Muaj Hwjchim Loj Kawg Nkaus, koj tej haujlwm yog loj kawg thiab txaus ntshai kawg; koj tej kev yog ncaj ncees thiab tseeb tiag, koj uas yog Vajntxwv ntawm cov neeg dawb huv. Au tus Tswv, leejtwg yuav tsis ntshai koj, thiab yuav tsis qhuas koj lub npe? rau qhov tsuas yog koj xwb thiaj yog tus dawb huv; rau qhov txhua haivneeg yuav los pe hawm ntawm koj xubntiag; rau qhov koj tej kev txiav txim tau tshwm tawm lawm.</w:t>
      </w:r>
    </w:p>
    <w:p>
      <w:pPr>
        <w:pStyle w:val="ArticleScripture"/>
        <w:jc w:val="left"/>
      </w:pPr>
      <w:r>
        <w:rPr>
          <w:rFonts w:ascii="Times New Roman" w:hAnsi="Times New Roman" w:eastAsia="Times New Roman" w:cs="Times New Roman"/>
        </w:rPr>
        <w:t>Tom qab ntawd kuv thiaj ntsia, thiab saib seb, lub tuam tsev ntawm lub tsev ntaub ntawm zaj lus tim khawv saum ntuj ceeb tsheej tau qhib lawm: Thiab xya tus tim tswv tau tawm hauv lub tuam tsev los, muaj xya txoj kev raug txim ntawd, hnav ntaub linen huv thiab dawb paug, thiab muab siv kub qhwv ntawm lawv lub hauv siab. Thiab ib tug ntawm plaub tug tsiaj txhu ntawd tau muab xya lub tais kub puv nkaus ntawm Vajtswv txoj kev chim rau xya tus tim tswv, uas muaj sia nyob mus ib txhis tsis kawg. Thiab lub tuam tsev tau puv nkaus nrog pa taws los ntawm Vajtswv lub yeeb koob, thiab los ntawm nws lub hwj chim; thiab tsis muaj leejtwg yuav nkag tau mus rau hauv lub tuam tsev, mus txog thaum xya txoj kev raug txim ntawm xya tus tim tswv ntawd tiav lawm. Qhia Tshwm 15:1–8.</w:t>
      </w:r>
    </w:p>
    <w:p>
      <w:pPr>
        <w:pStyle w:val="ArticleBody"/>
        <w:jc w:val="left"/>
      </w:pPr>
      <w:r>
        <w:rPr>
          <w:rFonts w:ascii="Times New Roman" w:hAnsi="Times New Roman" w:eastAsia="Times New Roman" w:cs="Times New Roman"/>
        </w:rPr>
        <w:t>Qhov laj thawj uas “tsis muaj leejtwg muaj peevxwm nkag mus rau hauv lub tuam tsev, mus txog thaum xya txoj kev raug mob ntawm xya tus timtswv tau ua tiav lawm” yog tias lub sijhawm los tuav kom tau txoj kev cawm seej raug kaw thaum lub tuam tsev puv ncho pa luam yeeb hauv tshooj kaum tsib. Lub sijhawm sim siab uas tibneeg raug muab kom hloov siab lees txim thiab nrhiav tau txoj kev cawm seej ces xaus lawm. Thaum lub sijhawm ntawd los txog, “hnub loj thiab txaus ntshai ntawm tus Tswv” uas Yauhas hu ua “xya txoj kev raug mob kawg” raug nchuav tawm ua ntej Khetos Rov Los Zaum Ob. Malakhi hu hnub ntawd tias “txaus ntshai,” thiab Yaxayas qhia tias nws yog Vajtswv txoj “haujlwm txawv.”</w:t>
      </w:r>
    </w:p>
    <w:p>
      <w:pPr>
        <w:pStyle w:val="ArticleScripture"/>
        <w:jc w:val="left"/>
      </w:pPr>
      <w:r>
        <w:rPr>
          <w:rFonts w:ascii="Times New Roman" w:hAnsi="Times New Roman" w:eastAsia="Times New Roman" w:cs="Times New Roman"/>
        </w:rPr>
        <w:t>Vim tus Tswv yuav sawv tsees ib yam li saum roob Perazim, nws yuav npau taws ib yam li hauv hav Gibeon, kom nws thiaj ua tau nws tes haujlwm, nws tes haujlwm txawv txawv; thiab coj kom nws txoj hauj lwm tiav, nws txoj hauj lwm txawv txawv. Yog li no nim no nej txhob ua neeg thuam luag, tsam nej tej saw raug muab khi kom ruaj dua qub; rau qhov kuv tau hnov ntawm tus Tswv Vajtswv uas kav cov tub rog ceeb tsheej hais txog ib qho kev rhuav tshem, uas twb raug txiav txim cia lawm rau tag nrho lub ntiajteb. Yaxayas 28:21, 22.</w:t>
      </w:r>
    </w:p>
    <w:p>
      <w:pPr>
        <w:pStyle w:val="ArticleBody"/>
        <w:jc w:val="left"/>
      </w:pPr>
      <w:r>
        <w:rPr>
          <w:rFonts w:ascii="Times New Roman" w:hAnsi="Times New Roman" w:eastAsia="Times New Roman" w:cs="Times New Roman"/>
        </w:rPr>
        <w:t>Txawm yog Vajtswv txoj “haujlwm txawv txawv” yuav cuam tshuam rau “tag nrho lub ntiajteb,” los Kev Tshoov Siab qhia meej tias kev nchuav cov kev rau txim ntawd muaj kev sib raug nrog kev tawm tsam ntawm ib haiv neeg.</w:t>
      </w:r>
    </w:p>
    <w:p>
      <w:pPr>
        <w:pStyle w:val="ArticleScripture"/>
        <w:jc w:val="left"/>
      </w:pPr>
      <w:r>
        <w:rPr>
          <w:rFonts w:ascii="Times New Roman" w:hAnsi="Times New Roman" w:eastAsia="Times New Roman" w:cs="Times New Roman"/>
        </w:rPr>
        <w:t>“Lwm haiv neeg txawv teb chaws yuav ua raws li tus yam ntxwv ntawm Tebchaws Meskas. Txawm yog nws yog tus coj ua ntej los xij, tib yam kev kub ntxhov ntawd yuav los raug rau peb haiv neeg nyob rau txhua feem hauv lub ntiajteb.” Testimonies, volume 6, 395.</w:t>
      </w:r>
    </w:p>
    <w:p>
      <w:pPr>
        <w:pStyle w:val="ArticleScripture"/>
        <w:jc w:val="left"/>
      </w:pPr>
      <w:r>
        <w:rPr>
          <w:rFonts w:ascii="Times New Roman" w:hAnsi="Times New Roman" w:eastAsia="Times New Roman" w:cs="Times New Roman"/>
        </w:rPr>
        <w:t>“Thaum Amelikas, uas yog lub tebchaws ntawm txojkev ywj pheej ntawm kev ntseeg, yuav koom tes nrog txojkev Papacy hauv kev yuam lub siab dawb paug thiab quab yuam tibneeg kom hwm hnub Xanpataus cuav, ces haiv neeg ntawm txhua lub tebchaws thoob plaws lub ntiajteb yuav raug coj kom ua raws li nws tus yam ntxwv.” Testimonies, volume 6, 18.</w:t>
      </w:r>
    </w:p>
    <w:p>
      <w:pPr>
        <w:pStyle w:val="ArticleBody"/>
        <w:jc w:val="left"/>
      </w:pPr>
      <w:r>
        <w:rPr>
          <w:rFonts w:ascii="Times New Roman" w:hAnsi="Times New Roman" w:eastAsia="Times New Roman" w:cs="Times New Roman"/>
        </w:rPr>
        <w:t>Txhua lub tebchaws yuav ua kom puv lawv lub khob ntawm lawv lub sijhawm uas raug kuaj xyuas, tiam sis “Vajtswv tej kev txiav txim” uas Muam White qhia tias yog “kev puam tsuaj ntawm haiv tebchaws,” “lub sijhawm ntawm Vajtswv tej kev txiav txim uas rhuav tshem,” raws li nws kuj hu keeb kwm uas pib ntawm txoj cai Hnub Caiv hnub Sunday hauv Tebchaws Meskas, tsis yog xya lub mob kawg.</w:t>
      </w:r>
    </w:p>
    <w:p>
      <w:pPr>
        <w:pStyle w:val="ArticleScripture"/>
        <w:jc w:val="left"/>
      </w:pPr>
      <w:r>
        <w:rPr>
          <w:rFonts w:ascii="Times New Roman" w:hAnsi="Times New Roman" w:eastAsia="Times New Roman" w:cs="Times New Roman"/>
        </w:rPr>
        <w:t>“Muaj ib lub sijhawm tab tom los txog thaum txoj kevcai ntawm Vajtswv, hauv ib qho kev txhais tshwjxeeb, yuav raug muab ua kom ploj nqis hauv peb lub tebchaws. Cov thawjcoj kav tebchaws no yuav, los ntawm kev tsim cai lijchoj, yuam kom coj raws hnub Sunday txoj cai, thiab ua li ntawd ces Vajtswv haivneeg yuav raug coj mus rau hauv kev phom sij loj heev. Thaum peb lub tebchaws, hauv nws cov rooj sablaj tsim cai lijchoj, yuav tsim tej kevcai los khi tibneeg tej kev xav raws siab nyiam txog lawv tej cai ntseeg, yuam kom hwm hnub Sunday, thiab coj lub hwjchim tsim txom los nias rau cov uas tuav hnub Xanpataus hnub xya, ces txoj kevcai ntawm Vajtswv yuav, raws txhua lub hom phiaj thiab txiaj ntsig, raug muab ua kom ploj nqis hauv peb lub tebchaws; thiab kev thim txojkev ntseeg ntawm haiv tebchaws yuav raug raws los ntawm kev puam tsuaj ntawm haiv tebchaws.” Review and Herald, December 18, 1888.</w:t>
      </w:r>
    </w:p>
    <w:p>
      <w:pPr>
        <w:pStyle w:val="ArticleBody"/>
        <w:jc w:val="left"/>
      </w:pPr>
      <w:r>
        <w:rPr>
          <w:rFonts w:ascii="Times New Roman" w:hAnsi="Times New Roman" w:eastAsia="Times New Roman" w:cs="Times New Roman"/>
        </w:rPr>
        <w:t>Vajtswv txiav txim ntawm Vajtswv, uas Sister White qhia tias yog “kev puas tsuaj ntawm tebchaws,” pib ntawm txoj cai Sunday thoob tebchaws thiab cim txog qhov pib ntawm Vajtswv “tes haujlwm txawv tebchaws,” txawm li cas los xij Vajtswv tes haujlwm txawv no, tshwj xeeb dua, yog xya lub mob kis kawg. Ib daim duab uas puv npo dua txog Vajtswv tes haujlwm txawv tshwm los thaum ntxiv txoj kev cawm dim tawm hauv Iyi tebchaws rau hauv txoj kab ntawm Vajtswv cov kev txiav txim uas raug coj los siv. Cov mob kis hauv Iyi tebchaws, txawm yog kaum lub, los kuj tau muab faib. Peb lub thawj raug cais tawm ntawm xya lub kawg. Yog li ntawd, txoj kev cawm dim tawm hauv Iyi tebchaws qhia txog ib ntu sijhawm uas peb lub mob kis thawj sawv cev rau, uas pib nrog kev puas tsuaj ntawm tebchaws Meskas, thiab txuas mus txog thaum Michael sawv tsees thiab lub sijhawm kuaj ntawm tibneeg raug kaw.</w:t>
      </w:r>
    </w:p>
    <w:p>
      <w:pPr>
        <w:pStyle w:val="ArticleScripture"/>
        <w:jc w:val="left"/>
      </w:pPr>
      <w:r>
        <w:rPr>
          <w:rFonts w:ascii="Times New Roman" w:hAnsi="Times New Roman" w:eastAsia="Times New Roman" w:cs="Times New Roman"/>
        </w:rPr>
        <w:t>“Vajtswv tej kev txiav txim yuav los raug rau saum cov uas tab tom nrhiav kev tsim txom thiab rhuav tshem Nws haiv neeg. Nws txoj kev ua siab ntev ntev rau cov neeg phem ua rau neeg muaj siab tawv dua hauv kev txhaum, los lawv txoj kev rau txim yeej ruaj nrees thiab txaus ntshai heev txawm li cas los xij, vim nws raug ncua ntev. ‘Tus Tswv yuav sawv los ib yam li saum Roob Perazim, Nws yuav chim ib yam li hauv hav Gibeon, kom Nws thiaj ua tau Nws txoj hauj lwm, Nws txoj hauj lwm txawv; thiab ua kom tiav Nws tes dej num, Nws tes dej num txawv.’ Yaxayas 28:21. Rau peb tus Vajtswv uas muaj txoj kev hlub tshua, txoj kev rau txim yog ib tes dej num txawv. ‘Kuv muaj txoj sia nyob, hais tus Tswv Vajtswv, Kuv tsis zoo siab rau tus neeg phem txoj kev tuag.’ Exekees 33:11. Tus Tswv yog ‘muaj kev hlub tshua thiab muaj koob hmoov, ua siab ntev, nplua nuj hauv kev zoo thiab qhov tseeb, … zam txim rau kev ua phem thiab kev ntxeev siab thiab kev txhaum.’ Los Nws yeej ‘yuav tsis txhob ntxuav tus muaj txhaum kom dawb huv kiag li.’ ‘Tus Tswv qeeb rau kev chim, thiab loj kawg hauv hwj chim, thiab yuav tsis zam txim rau cov neeg phem hlo li.’ Khiav Dim 34:6, 7; Nahum 1:3. Los ntawm tej yam txaus ntshai hauv kev ncaj ncees Nws yuav lees paub thiab txhawb nqa txoj cai uas raug tsuj raug nias ntawm Nws txoj kevcai. Qhov hnyav kawg ntawm txoj kev pauj rov qab uas tos tus neeg ua txhaum yuav raug txiav txim tau los ntawm tus Tswv txoj kev tsis kam ua kom tiav kev ncaj ncees sai. Lub tebchaws uas Nws ua siab ntev ris ntev nrog, thiab uas Nws yuav tsis rau txim kom txog thaum nws tau puv npo tus nqi ntawm nws txoj kev ua txhaum raws li Vajtswv tus lej, thaum kawg yuav haus lub khob ntawm txoj kev chim uas tsis xyaw nrog kev hlub tshua.”</w:t>
      </w:r>
    </w:p>
    <w:p>
      <w:pPr>
        <w:pStyle w:val="ArticleScripture"/>
        <w:jc w:val="left"/>
      </w:pPr>
      <w:r>
        <w:rPr>
          <w:rFonts w:ascii="Times New Roman" w:hAnsi="Times New Roman" w:eastAsia="Times New Roman" w:cs="Times New Roman"/>
        </w:rPr>
        <w:t>“Thaum Khetos tso tseg Nws txoj haujlwm thov pab hauv lub tuam tsev dawb huv lawm, txoj kev chim siab uas tsis xyaw dabtsi li, uas tau ceeb toom tseg rau cov uas pe hawm tus tsiaj nyaum thiab nws tus mlom thiab txais nws lub cim (Tshwmsim 14:9, 10), yuav raug nchuav tawm. Cov xwm txheej raug mob uas poob rau saum Iyi tebchaws thaum Vajtswv tab tom yuav cawm cov Yixalayees, muaj tus cwj pwm zoo ib yam li cov kev txiav txim uas txaus ntshai dua thiab dav dua, uas yuav poob rau saum lub ntiajteb no ua ntej lub sijhawm uas Vajtswv cawm Nws haiv neeg zaum kawg. Tus uas sau phau Tshwmsim hais tias, thaum piav txog cov kev raug tsim txom txaus ntshai ntawd: ‘Muaj ib qho rwj phem thiab mob heev poob rau saum cov neeg uas muaj tus tsiaj nyaum lub cim, thiab rau saum cov uas pe hawm nws tus mlom.’ Hiav txwv kuj ‘txia ua ntshav zoo li ntshav ntawm tus neeg tuag; thiab txhua yam muaj sia nyob hauv hiav txwv kuj tuag tag nrho.’ Thiab ‘cov dej ntws thiab cov qhov dej … txia ua ntshav.’ Txawm hais tias tej kev rau txim no txaus ntshai npaum li ntawd los, Vajtswv txoj kev ncaj ncees tseem raug lees paub tag nrho. Vajtswv tus timtswv tshaj tawm tias: ‘Au tus Tswv, Koj yog tus ncaj ncees, … vim Koj tau txiav txim li no. Rau qhov lawv twb tau muab cov neeg dawb huv thiab cov yaj saub tej ntshav los nchuav, ces Koj thiaj muab ntshav rau lawv haus; rau qhov lawv tsim nyog lawm.’ Tshwmsim 16:2–6. Vim lawv txiav txim kom Vajtswv haiv neeg tuag, lawv thiaj ris lub txim ntawm lawv tej ntshav tiag tiag ib yam nkaus li yog lawv txhais tes twb tau muab nchuav lawm. Ib yam li ntawd thiab, Khetos tau tshaj tawm tias cov Yudais ntawm Nws tiam muaj txim rau tag nrho cov ntshav ntawm cov neeg dawb huv uas tau raug nchuav txij li Apee lub sijhawm los; rau qhov lawv muaj tib tug ntsuj plig ntawd thiab tab tom nrhiav ua tib txoj haujlwm nrog cov neeg tua yaj saub ntawd.”</w:t>
      </w:r>
    </w:p>
    <w:p>
      <w:pPr>
        <w:pStyle w:val="ArticleScripture"/>
        <w:jc w:val="left"/>
      </w:pPr>
      <w:r>
        <w:rPr>
          <w:rFonts w:ascii="Times New Roman" w:hAnsi="Times New Roman" w:eastAsia="Times New Roman" w:cs="Times New Roman"/>
        </w:rPr>
        <w:t>“Hauv qhov xwm txheej phem uas los tom qab ntawd, lub hwjchim raug muab rau lub hnub ‘kom kub hnyiab tibneeg nrog hluav taws. Thiab tibneeg raug kub hnyiab vim cua sov loj heev.’ Nqe 8, 9. Cov yajsaub piav txog lub xeev ntawm lub ntiajteb rau lub sijhawm txaus ntshai no li no: ‘Lub tebchaws quaj ntsuag; … vim txoj kev sau qoob loo hauv teb twb puastsuaj lawm…. Tag nrho cov ntoo hauv teb qhuav tag: vim txoj kev xyivfab twb qhuav ploj ntawm cov tubneeg lawm.’ ‘Cov noob twb lwj hauv qab lawv cov av nkos, cov tsev khaws qoob loo raug muab tso tseg cia kom puastsuaj…. Cov tsiaj quaj nroo ua luaj li cas! Cov pab nyuj ntxhov siab, vim lawv tsis muaj tshav noj…. Cov dej ntws qhuav tag lawm, thiab hluav taws twb hlawv tas tej tshav zaub ntawm roob moj sab qhua.’ ‘Cov nkauj hauv lub tuam tsev yuav dhau los ua suab quaj nyiav nyob rau hnub ntawd, tus Tswv Vajtswv hais li no: yuav muaj ntau lub cev tuag nyob txhua qhov chaw; lawv yuav muab pov tawm mus nrog kev ntsiag to.’ Joel 1:10–12, 17–20; Amos 8:3.”</w:t>
      </w:r>
    </w:p>
    <w:p>
      <w:pPr>
        <w:pStyle w:val="ArticleScripture"/>
        <w:jc w:val="left"/>
      </w:pPr>
      <w:r>
        <w:rPr>
          <w:rFonts w:ascii="Times New Roman" w:hAnsi="Times New Roman" w:eastAsia="Times New Roman" w:cs="Times New Roman"/>
        </w:rPr>
        <w:t>“Cov kev raug txim no tsis yog thoob qab ntuj tas nrho, txwv tsis pub cov neeg nyob hauv ntiajteb yuav raug txiav tu nrho lawm. Txawm li ntawd los, lawv yuav yog tej kev nplawm tsim txom uas txaus ntshai tshaj plaws uas tibneeg puas tau paub dua los. Txhua yam kev txiav txim uas raug rau neeg, ua ntej lub sijhawm sim siab xaus, yeej tau sib xyaw nrog txoj kev hlub tshua. Khetos cov ntshav uas thov cawm tau tiv thaiv tus neeg txhaum kom tsis txhob raug txais tag nrho qhov ntsuas ntawm nws txoj kev txhaum; tiam sis hauv txoj kev txiav txim kawg, txoj kev chim siab raug hliv los yam tsis xyaw nrog txoj kev hlub tshua.</w:t>
      </w:r>
    </w:p>
    <w:p>
      <w:pPr>
        <w:pStyle w:val="ArticleScripture"/>
        <w:jc w:val="left"/>
      </w:pPr>
      <w:r>
        <w:rPr>
          <w:rFonts w:ascii="Times New Roman" w:hAnsi="Times New Roman" w:eastAsia="Times New Roman" w:cs="Times New Roman"/>
        </w:rPr>
        <w:t>“Hnub ntawd, coob leej coob tus yuav ntshaw txoj kev nkaum hauv Vajtswv txoj kev hlub tshua uas lawv tau saib tsis taus ntev los lawm. ‘Saib seb, hnub ntawd tab tom los, tus Tswv Vajtswv hais li no, tias Kuv yuav tso kev tshaib kev nqhis rau hauv lub teb chaws, tsis yog kev tshaib kev nqhis mov, los tsis yog kev nqhis dej, tiamsis yog kev tshaib nqhis kev hnov cov lus ntawm tus Tswv: thiab lawv yuav taug kev mus txij hiav txwv no mus rau hiav txwv kia, thiab txij sab qaum teb mus txog sab hnub tuaj, lawv yuav khiav mus los nrhiav tus Tswv tej lus, tiamsis yuav nrhiav tsis tau li.’ Amos 8:11, 12.” The Great Controversy, 627–629.</w:t>
      </w:r>
    </w:p>
    <w:p>
      <w:pPr>
        <w:pStyle w:val="ArticleBody"/>
        <w:jc w:val="left"/>
      </w:pPr>
      <w:r>
        <w:rPr>
          <w:rFonts w:ascii="Times New Roman" w:hAnsi="Times New Roman" w:eastAsia="Times New Roman" w:cs="Times New Roman"/>
        </w:rPr>
        <w:t>Hauv nqe lus dhau los ntawd tau hais tias, “Lub tebchaws uas Nws ua siab ntev rau, thiab uas Nws yuav tsis rau txim rau mus txog thaum nws tau puv nkaus txoj kev ntsuas ntawm nws tej kev phem hauv Vajtswv daim ntawv teev, thaum kawg yuav haus lub khob ntawm txoj kev chim uas tsis tov nrog txoj kev hlub tshua.” Nws kuj tau sau hauv tib nqe lus ntawd tias, “Cov xwm txheej raug txim rau tim lyiv tebchaws thaum Vajtswv tab tom yuav cawm cov Yixayee, muaj tus yam ntxwv zoo ib yam li cov kev txiav txim uas txaus ntshai dua thiab dav dua uas yuav poob los rau saum lub ntiajteb ib nyuag ua ntej Vajtswv haiv neeg raug cawm dim zaum kawg.” Lub tebchaws (Tebchaws Meskas) uas ua kom “txoj kev ntsuas ntawm kev phem” puv nkaus yuav raug tej xwm txheej zoo ib yam li kaum yam xwm txheej raug txim rau tim lyiv tebchaws.</w:t>
      </w:r>
    </w:p>
    <w:p>
      <w:pPr>
        <w:pStyle w:val="ArticleBody"/>
        <w:jc w:val="left"/>
      </w:pPr>
      <w:r>
        <w:rPr>
          <w:rFonts w:ascii="Times New Roman" w:hAnsi="Times New Roman" w:eastAsia="Times New Roman" w:cs="Times New Roman"/>
        </w:rPr>
        <w:t>Cov xwm txheej raug txim hauv tebchaws Iyi raug faib ua ob ntu. Peb yam xwm txheej raug txim thawj poob los rau txhua tus, tiamsis xya yam xwm txheej raug txim kawg tsuas poob los rau cov neeg Iyiv xwb.</w:t>
      </w:r>
    </w:p>
    <w:p>
      <w:pPr>
        <w:pStyle w:val="ArticleScripture"/>
        <w:jc w:val="left"/>
      </w:pPr>
      <w:r>
        <w:rPr>
          <w:rFonts w:ascii="Times New Roman" w:hAnsi="Times New Roman" w:eastAsia="Times New Roman" w:cs="Times New Roman"/>
        </w:rPr>
        <w:t>Thiab hnub ntawd kuv yuav cais thaj av Kauses, qhov uas kuv haiv neeg nyob, kom tsis txhob muaj tej pab yoov coob coob nyob ntawd; xwv kom koj thiaj paub tias kuv yog tus Tswv nyob nruab nrab ntawm lub ntiajteb. Khiavdim 8:22.</w:t>
      </w:r>
    </w:p>
    <w:p>
      <w:pPr>
        <w:pStyle w:val="ArticleBody"/>
        <w:jc w:val="left"/>
      </w:pPr>
      <w:r>
        <w:rPr>
          <w:rFonts w:ascii="Times New Roman" w:hAnsi="Times New Roman" w:eastAsia="Times New Roman" w:cs="Times New Roman"/>
        </w:rPr>
        <w:t>Peb thawj peb qho xwm txheej phem hauv tebchaws Iziv poob thoob plaws txhua qhov chaw, tiamsis Goshen, qhov chaw uas cov Henplais nyob, tsis tau txais xya qhov xwm txheej phem kawg ntawm Iziv. Tebchaws Meskas yog haiv tebchaws uas puv nws lub khob ntawm kev txhaum kev phem thaum txoj cai Hnub Caiv raug tsa. Lub sijhawm ntawd, kev thim txojkev ntseeg ntawm lub tebchaws raug raws qab los ntawm kev puam tsuaj ntawm lub tebchaws, tiamsis cov kev txiav txim uas tsim kev puam tsuaj rau lub tebchaws ntawd tseem tov nrog txojkev khuvleej mus txog thaum Mikha-eev sawv tsees thiab lub sijhawm sim siab raug kaw rau tag nrho noob neej. Thaum txoj cai Hnub Caiv raug tsa hauv Tebchaws Meskas, feem coob ntawm cov uas tam sim no lees hais tias lawv yog cov ceev Hnub Xanpataus yuav nyo hau rau cov thawj hwjchim uas kav thiab lees txais lub cim ntawm tsiaj nyaum. Lub sijhawm ntawd, teebmeem hais txog txoj cai Hnub Caiv yuav dhau los ua kev sim sab ntsuj plig rau cov uas tau nyob sab nraud ntawm Adventism. Txij thaum txoj cai Hnub Caiv raug tsa hauv Tebchaws Meskas mus txog thaum Mikha-eev sawv tsees yog lub sijhawm sau los ua ke loj ntawm cov neeg ua haujlwm teev kaum ib, tiamsis lub qhov rooj twb raug kaw lawm rau saum cov uas raug tuav kom lav ris txog qhov kaj ntawm Hnub Xanpataus xya hnub ua ntej txoj cai Hnub Caiv raug tsa.</w:t>
      </w:r>
    </w:p>
    <w:p>
      <w:pPr>
        <w:pStyle w:val="ArticleScripture"/>
        <w:jc w:val="left"/>
      </w:pPr>
      <w:r>
        <w:rPr>
          <w:rFonts w:ascii="Times New Roman" w:hAnsi="Times New Roman" w:eastAsia="Times New Roman" w:cs="Times New Roman"/>
        </w:rPr>
        <w:t>“Zu zus ntxiv, raws li tej hnub dhau mus, nws tab tom tshwm meej zuj zus tias Vajtswv tej kev txiav txim nyob hauv ntiajteb no. Hauv hluav taws thiab dej nyab thiab av qeeg Nws tab tom ceeb toom cov neeg nyob hauv lub ntiajteb no txog Nws txoj kev los ze lawm. Lub sijhawm tab tom los ze thaum qhov kev kub ntxhov loj hauv keeb kwm ntawm lub ntiajteb yuav los txog, thaum txhua txoj kev txav hauv Vajtswv txoj kev tswj hwm yuav raug saib xyuas nrog kev txaus siab heev kawg thiab kev ntshai ntxhov uas hais tsis tau. Ib qho tom qab ib qho sai sai, Vajtswv tej kev txiav txim yuav ua raws sib law liag—hluav taws thiab dej nyab thiab av qeeg, nrog kev ua tsov ua rog thiab kev sib ntshav.”</w:t>
      </w:r>
    </w:p>
    <w:p>
      <w:pPr>
        <w:pStyle w:val="ArticleScripture"/>
        <w:jc w:val="left"/>
      </w:pPr>
      <w:r>
        <w:rPr>
          <w:rFonts w:ascii="Times New Roman" w:hAnsi="Times New Roman" w:eastAsia="Times New Roman" w:cs="Times New Roman"/>
        </w:rPr>
        <w:t>“Auj, yog tias haiv neeg yuav paub txog lub caij uas lawv raug tuaj xyuas! Muaj coob leej uas tseem tsis tau hnov qhov tseeb uas sim siab rau tiam no. Muaj coob leej uas Vajtswv tus Ntsuj Plig tab tom tawm tsam nrog lawv. Lub sij hawm ntawm Vajtswv tej kev txiav txim rhuav tshem yog lub sij hawm ntawm txoj kev hlub tshua rau cov uas tsis tau muaj sijhawm kawm paub qhov uas yog qhov tseeb. Tus Tswv yuav saib xyuas lawv nrog txoj kev mos siab muag. Nws lub siab uas puv npo kev hlub tshua raug kov; Nws txhais tes tseem ncav cuag los cawm, thaum lub qhov rooj raug kaw rau cov uas tsis kam nkag los.”</w:t>
      </w:r>
    </w:p>
    <w:p>
      <w:pPr>
        <w:pStyle w:val="ArticleScripture"/>
        <w:jc w:val="left"/>
      </w:pPr>
      <w:r>
        <w:rPr>
          <w:rFonts w:ascii="Times New Roman" w:hAnsi="Times New Roman" w:eastAsia="Times New Roman" w:cs="Times New Roman"/>
        </w:rPr>
        <w:t>“Vajtswv txoj kev hlub tshua tau tshwm sim nyob rau hauv Nws txoj kev ua siab ntev ntev. Nws tab tom txwv Nws tej kev txiav txim cia, tos kom cov lus ceeb toom raug tshaj tawm mus rau sawvdaws. Au, yog peb haiv neeg yuav hnov raws li lawv tsim nyog txog lub luag hauj lwm uas nyob saum lawv kom muab zaj lus kawg ntawm txoj kev hlub tshua rau lub ntiaj teb, ces yuav muaj ib txoj hauj lwm uas zoo kawg nkaus raug ua tiav!” Testimonies, volume 9, 97.</w:t>
      </w:r>
    </w:p>
    <w:p>
      <w:pPr>
        <w:pStyle w:val="ArticleBody"/>
        <w:jc w:val="left"/>
      </w:pPr>
      <w:r>
        <w:rPr>
          <w:rFonts w:ascii="Times New Roman" w:hAnsi="Times New Roman" w:eastAsia="Times New Roman" w:cs="Times New Roman"/>
        </w:rPr>
        <w:t>Hauv nqe lus yav dhau los no, nws tau qhia tias “lub sijhawm ntawm Vajtswv cov kev txiav txim rhuav tshem yog lub sijhawm ntawm txoj kev hlub tshua rau cov uas tsis tau muaj sijhawm kawm paub qhov uas yog qhov tseeb.” Hauv nqe lus tom ntej no, nws hu lub sijhawm ntawd tias “lub sijhawm ntawm kev txom nyem.”</w:t>
      </w:r>
    </w:p>
    <w:p>
      <w:pPr>
        <w:pStyle w:val="ArticleScripture"/>
        <w:jc w:val="left"/>
      </w:pPr>
      <w:r>
        <w:rPr>
          <w:rFonts w:ascii="Times New Roman" w:hAnsi="Times New Roman" w:eastAsia="Times New Roman" w:cs="Times New Roman"/>
        </w:rPr>
        <w:t>“Kuv pom tias hnub Xanpataus dawb huv yog, thiab yuav yog, phab ntsa cais nruab nrab ntawm Yixayee tseeb uas yog Vajtswv li thiab cov tsis ntseeg; thiab tias hnub Xanpataus yog lo lus nug loj, los koom siab rau hauv nruab siab ntawm Vajtswv cov neeg dawb huv uas nws hlub, cov uas tab tom tos ntsoov. Thiab yog leejtwg ntseeg, thiab ceev hnub Xanpataus, thiab txais txoj koob hmoov uas nrog nws los, ces tom qab ntawd muab nws tso tseg, thiab ua txhaum txoj kevcai dawb huv, lawv yuav kaw tej rooj vag ntawm Lub Nroog Dawb Huv tawm tsam lawv tus kheej, muaj tseeb ib yam li muaj Vajtswv uas kav saum ntuj ceeb tsheej saud. Kuv pom tias Vajtswv muaj cov menyuam, uas tsis pom thiab tsis ceev hnub Xanpataus. Lawv tsis tau tsis lees txais qhov kaj txog nws. Thiab thaum pib ntawm lub sij hawm kev txom nyem, peb tau puv npo ntawm Vaj Ntsuj Plig Dawb Huv thaum peb tawm mus thiab tshaj tawm txog hnub Xanpataus kom puv npaum dua qub. Qhov no ua rau pawg ntseeg thiab cov Adventist uas muaj npe xwb chim heev, vim lawv tsis muaj peev xwm rhuav tsis tau qhov tseeb txog hnub Xanpataus. Thiab lub sijhawm ntawd, Vajtswv cov uas nws xaiv tseg sawvdaws pom meej tias peb muaj qhov tseeb, thiab lawv tawm los thiab nyiaj kev tsim txom nrog peb.” A Word to the Little Flock, 18, 19.</w:t>
      </w:r>
    </w:p>
    <w:p>
      <w:pPr>
        <w:pStyle w:val="ArticleBody"/>
        <w:jc w:val="left"/>
      </w:pPr>
      <w:r>
        <w:rPr>
          <w:rFonts w:ascii="Times New Roman" w:hAnsi="Times New Roman" w:eastAsia="Times New Roman" w:cs="Times New Roman"/>
        </w:rPr>
        <w:t>Txawm raug kho me ntsis, tib nqe lus uas nyuam qhuav raug hais tseg ntawd kuj pom muaj nyob hauv phau ntawv Early Writings. Hauv phau ntawv ntawd nws ntxiv lus piav txog nws cov lus hais hais txog “lub sij hawm ntawm kev txom nyem.” A Word to the Little Flock yog thawj phau ntawv luam tawm ntawm cov Millerite uas ntseeg siab ruaj khov tab sis poob siab tom qab Kev Poob Siab Loj thaum Lub Kaum Hli 22, 1844, thiab ntau caum xyoo tom qab ntawd, thaum cov kws kho ntawv siv tej feem ntawm phau ntawv me ntawd los muab tso rau hauv phau ntawv Early Writings, lawv tau qhia kom meej tias “lub sij hawm ntawm kev txom nyem” uas raug hais txog ntawd tsis yog xya lub xwm txheej phem kawg, rau qhov thaum xya lub xwm txheej phem kawg raug muab nchuav tawm lawm, tsis muaj txoj kev hlub tshua tov nrog cov kev txiav txim lawm.</w:t>
      </w:r>
    </w:p>
    <w:p>
      <w:pPr>
        <w:pStyle w:val="ArticleScripture"/>
        <w:jc w:val="left"/>
      </w:pPr>
      <w:r>
        <w:rPr>
          <w:rFonts w:ascii="Times New Roman" w:hAnsi="Times New Roman" w:eastAsia="Times New Roman" w:cs="Times New Roman"/>
        </w:rPr>
        <w:t>“1. Nyob rau nplooj 33 muaj lus nram no hais tias: ‘Kuv pom tias Hnub Xanpataus dawb huv yog, thiab yuav yog, phab ntsa cais nruab nrab ntawm cov Yixayee tseeb ntawm Vajtswv thiab cov tsis ntseeg; thiab tias Hnub Xanpataus yog lo lus nug loj uas yuav sib sau ua ke lub siab ntawm Vajtswv cov neeg dawb huv uas Nws hlub thiab tab tom tos ntsoov. Kuv pom tias Vajtswv muaj cov me nyuam uas tsis pom thiab tsis ua raws Hnub Xanpataus. Lawv tseem tsis tau tsis lees paub txoj kev kaj txog nws. Thiab thaum pib ntawm lub sij hawm kev txom nyem, peb tau raug puv npo los ntawm Vaj Ntsuj Plig Dawb Huv thaum peb tawm mus thiab tshaj tawm Hnub Xanpataus kom puv npo dua.’”</w:t>
      </w:r>
    </w:p>
    <w:p>
      <w:pPr>
        <w:pStyle w:val="ArticleScripture"/>
        <w:jc w:val="left"/>
      </w:pPr>
      <w:r>
        <w:rPr>
          <w:rFonts w:ascii="Times New Roman" w:hAnsi="Times New Roman" w:eastAsia="Times New Roman" w:cs="Times New Roman"/>
        </w:rPr>
        <w:t>“Qhov kev tshwm sim no tau muab rau xyoo 1847 thaum tseem muaj tsawg heev ntawm cov kwv tij Advent uas coj Hnub Xanpataus, thiab ntawm cov ntawd kuj tsuas muaj tsawg leej uas xav tias kev coj nws yog ib yam tseem ceeb txaus los kos ib txoj kab cais nruab nrab ntawm haiv neeg ntawm Vajtswv thiab cov tsis ntseeg. Nim no tab tom pib pom kev tiav ntawm qhov kev tshwm sim ntawd. ‘Qhov pib ntawm lub sijhawm kev txom nyem’ uas hais no, tsis yog hais txog lub sijhawm thaum tej mob plague yuav pib raug muab nchuav tawm, tiam sis yog hais txog ib ntus luv luv ua ntej lawv raug muab nchuav tawm, thaum Khetos tseem nyob hauv lub tuam tsev dawb huv. Thaum ntawd, thaum haujlwm cawm seej tab tom kaw xaus, kev txom nyem yuav los rau saum lub ntiajteb, thiab tej haiv neeg yuav npau taws, los tseem raug txwv kom tsis txhob cuam tshuam haujlwm ntawm tus tim tswv thib peb. Thaum ntawd ‘nag lig,’ los yog kev rov ua kom tshiab tuaj ntawm lub xub ntiag ntawm tus Tswv, yuav los, kom muab hwjchim rau lub suab nrov nrov ntawm tus tim tswv thib peb, thiab npaj cov neeg dawb huv kom sawv tau ruaj khov nyob rau lub sijhawm thaum xya lub plague kawg yuav raug muab nchuav tawm.” Early Writings, 85.</w:t>
      </w:r>
    </w:p>
    <w:p>
      <w:pPr>
        <w:pStyle w:val="ArticleBody"/>
        <w:jc w:val="left"/>
      </w:pPr>
      <w:r>
        <w:rPr>
          <w:rFonts w:ascii="Times New Roman" w:hAnsi="Times New Roman" w:eastAsia="Times New Roman" w:cs="Times New Roman"/>
        </w:rPr>
        <w:t>Thaum txog txoj cai hnub Sunday nyob hauv Tebchaws Meskas, kev thim txojkev ntseeg ntawm lub tebchaws yuav raug raws qab los ntawm kev puastsuaj ntawm lub tebchaws. Thaum txog txoj cai hnub Sunday ntawd, Adventism nyob hauv Tebchaws Meskas yuav raug faib ua ob pab: ib pab yuav txais lub cim ntawm tsiaj qus, hos lwm pab yuav txais lub foob ntawm Vajtswv. Kev puastsuaj ntawm lub tebchaws Meskas raug sawv cev los ntawm peb lub mob kis thawj zaug ntawm tebchaws Iziv. Cov kev txiav txim ntawd yuav txuas mus txog rau thaum kev sijhawm sim siab ntawm tibneeg kaw xaus lawm; tom qab ntawd, xya lub mob kis kawg uas tsis tov nrog kev hlub tshua yuav raug muab nchuav tawm.</w:t>
      </w:r>
    </w:p>
    <w:p>
      <w:pPr>
        <w:pStyle w:val="ArticleBody"/>
        <w:jc w:val="left"/>
      </w:pPr>
      <w:r>
        <w:rPr>
          <w:rFonts w:ascii="Times New Roman" w:hAnsi="Times New Roman" w:eastAsia="Times New Roman" w:cs="Times New Roman"/>
        </w:rPr>
        <w:t>Qhov kuv lub ntsiab lus hais tsawg dua txog keeb kwm yaj saub ntawm Iyiv, thiab hais ntau dua txog qhov tseeb tias Ellen White txheeb Iyiv tias yog lub cim ntawm lub teb chaws uas yuam tag nrho lub ntiaj teb kom txais lub cim ntawm tus tsiaj qus; vim tias hauv kev ua li ntawd nws tab tom siv qhov pib los piav qhia qhov kawg, uas yog daim cim qhia yaj saub ntawm Yexus ua tus Alpha thiab Omega. Hauv zaj keeb kwm Kev Khiav Tawm, thaum tus Tswv tab tom nkag los rau hauv kev cog lus nrog cov Yixayee thaum ub, Nws qhia Nws Tus Kheej nrog ib lub npe tshiab.</w:t>
      </w:r>
    </w:p>
    <w:p>
      <w:pPr>
        <w:pStyle w:val="ArticleScripture"/>
        <w:jc w:val="left"/>
      </w:pPr>
      <w:r>
        <w:rPr>
          <w:rFonts w:ascii="Times New Roman" w:hAnsi="Times New Roman" w:eastAsia="Times New Roman" w:cs="Times New Roman"/>
        </w:rPr>
        <w:t>Ces tus Tswv hais rau Mauxes tias, Nimno koj yuav pom qhov uas Kuv yuav ua rau Falau; rau qhov nrog ib txhais tes muaj hwjchim nws yuav cia lawv mus, thiab nrog ib txhais tes muaj hwjchim nws yuav ntiab lawv tawm hauv nws lub tebchaws mus.</w:t>
      </w:r>
    </w:p>
    <w:p>
      <w:pPr>
        <w:pStyle w:val="ArticleScripture"/>
        <w:jc w:val="left"/>
      </w:pPr>
      <w:r>
        <w:rPr>
          <w:rFonts w:ascii="Times New Roman" w:hAnsi="Times New Roman" w:eastAsia="Times New Roman" w:cs="Times New Roman"/>
        </w:rPr>
        <w:t>Thiab Vajtswv hais rau Mauxes, thiab hais rau nws tias, Kuv yog tus Tswv: thiab kuv tau tshwm rau Anplahas, rau Ixaj, thiab rau Yakhauj, los ntawm lub npe tias Vajtswv Tus Muaj Hwjchim Loj Kawg Nkaus, tiamsis los ntawm kuv lub npe YEHOVAH kuv tsis tau raug lawv paub.</w:t>
      </w:r>
    </w:p>
    <w:p>
      <w:pPr>
        <w:pStyle w:val="ArticleScripture"/>
        <w:jc w:val="left"/>
      </w:pPr>
      <w:r>
        <w:rPr>
          <w:rFonts w:ascii="Times New Roman" w:hAnsi="Times New Roman" w:eastAsia="Times New Roman" w:cs="Times New Roman"/>
        </w:rPr>
        <w:t>Kuv kuj tau tsa kuv tej lus cog tseg nrog lawv lawm thiab, kom muab lub tebchaws Kana-as rau lawv, yog lub tebchaws uas lawv tau nyob ib ntus ua neeg taug kev, uas hauv ntawd lawv yog neeg txawv tebchaws. Thiab kuv kuj tau hnov cov me nyuam Yixayee tej suab quaj nyiav lawm, uas cov Iyiv tab tom tuav lawv cia rau hauv txoj kev qhev; thiab kuv tau nco txog kuv tej lus cog tseg lawm. Yog li ntawd, koj yuav tsum hais rau cov me nyuam Yixayee tias, Kuv yog tus Tswv, thiab kuv yuav coj nej tawm hauv qab cov nra hnyav ntawm cov Iyiv, thiab kuv yuav cawm nej dim ntawm lawv txoj kev qhev, thiab kuv yuav txhiv nej nrog caj npab uas ncav tawm, thiab nrog tej kev txiav txim loj heev: Thiab kuv yuav txais nej los ua kuv haiv neeg, thiab kuv yuav ua nej tus Vajtswv: thiab nej yuav paub tias kuv yog tus Tswv uas yog nej tus Vajtswv, tus uas coj nej tawm hauv qab cov nra hnyav ntawm cov Iyiv. Thiab kuv yuav coj nej los rau hauv lub tebchaws uas hais txog ntawd, uas kuv tau cog lus tseg los muab rau Anplahas, rau Ixaj, thiab rau Yakhauj; thiab kuv yuav muab nws rau nej ua qub txeeg qub teg: Kuv yog tus Tswv.</w:t>
      </w:r>
    </w:p>
    <w:p>
      <w:pPr>
        <w:pStyle w:val="ArticleScripture"/>
        <w:jc w:val="left"/>
      </w:pPr>
      <w:r>
        <w:rPr>
          <w:rFonts w:ascii="Times New Roman" w:hAnsi="Times New Roman" w:eastAsia="Times New Roman" w:cs="Times New Roman"/>
        </w:rPr>
        <w:t>Mauxes thiaj hais li ntawd rau cov neeg Ixayees; tiam sis lawv tsis mloog Mauxes, vim lawv tus ntsuj plig raug kev nyuaj siab, thiab vim txoj kev qhev lim hiam. Khiavdim 6:1–9.</w:t>
      </w:r>
    </w:p>
    <w:p>
      <w:pPr>
        <w:pStyle w:val="ArticleBody"/>
        <w:jc w:val="left"/>
      </w:pPr>
      <w:r>
        <w:rPr>
          <w:rFonts w:ascii="Times New Roman" w:hAnsi="Times New Roman" w:eastAsia="Times New Roman" w:cs="Times New Roman"/>
        </w:rPr>
        <w:t>Ntawm no tus Tswv tab tom qhia kom paub tias Mauxe yog tus sawv cev ntawm Nws txoj kev cog lus, ib yam li Yakhauj, Ixaj, thiab Anplahas. Txog rau tiam keeb kwm ntawm Mauxe, lub npe JEHOVAH tseem tsis tau raug qhia rau Anplahas thiab nws cov xeeb leej xeeb ntxwv paub; thiab hauv keeb kwm ntawm kev rov txuas dua Anplahas txoj kev cog lus, thaum cov Henplais yuav raug cawm dim ntawm txoj kev qhev hauv tebchaws Iziv, tus Tswv nthuav tawm ib qho kev tshwm sim tshiab txog Nws tus cwj pwm, vim ib lub npe sawv cev rau tus cwj pwm hauv txoj kev yaj saub. Thaum Anplam tau nkag mus rau hauv txoj kev cog lus nrog tus Tswv, tus Tswv hloov nws lub npe mus ua Anplahas. Thaum pib ntawm txoj kev yaj saub hais txog kev qhev hauv Iziv, tibneeg tus sawv cev ntawm txoj kev cog lus tau hloov nws lub npe, thiab thaum kawg ntawm txoj kev yaj saub ntawd Vajtswv tau qhia ib lub npe tshiab rau Nws tus kheej.</w:t>
      </w:r>
    </w:p>
    <w:p>
      <w:pPr>
        <w:pStyle w:val="ArticleBody"/>
        <w:jc w:val="left"/>
      </w:pPr>
      <w:r>
        <w:rPr>
          <w:rFonts w:ascii="Times New Roman" w:hAnsi="Times New Roman" w:eastAsia="Times New Roman" w:cs="Times New Roman"/>
        </w:rPr>
        <w:t>Abram tau nkag mus rau hauv txoj kev cog lus nyob rau hauv tshooj kaum tsib, thiab nyob ntawd tau muab kev cev lus faj lem hais txog kev raug khi ua qhev hauv tebchaws Iziv tau plaub puas xyoo. Hauv tshooj kaum xya Abram tau txais txoj kab ke ua kevcai txiav daim tawv qau, thiab nws lub npe nrog Sarah lub npe raug hloov.</w:t>
      </w:r>
    </w:p>
    <w:p>
      <w:pPr>
        <w:pStyle w:val="ArticleBody"/>
        <w:jc w:val="left"/>
      </w:pPr>
      <w:r>
        <w:rPr>
          <w:rFonts w:ascii="Times New Roman" w:hAnsi="Times New Roman" w:eastAsia="Times New Roman" w:cs="Times New Roman"/>
        </w:rPr>
        <w:t>Plaub xyoo tom qab no, Mauxes raug tsa sawv los ua kom tiav Aplahas txoj lus faj lem hais txog plaub puas xyoo. Aplahas, Ixaj, Yakhauj thiab Mauxes sawv cev rau ib puas plaub caug plaub txhiab leej uas nkag mus rau hauv kev khi lus cog tseg nrog tus Tswv nyob rau hnub kawg.</w:t>
      </w:r>
    </w:p>
    <w:p>
      <w:pPr>
        <w:pStyle w:val="ArticleScripture"/>
        <w:jc w:val="left"/>
      </w:pPr>
      <w:r>
        <w:rPr>
          <w:rFonts w:ascii="Times New Roman" w:hAnsi="Times New Roman" w:eastAsia="Times New Roman" w:cs="Times New Roman"/>
        </w:rPr>
        <w:t>“Nyob rau hnub kawg ntawm keeb kwm lub ntiajteb no, Vajtswv txoj kev cog lus nrog nws haiv neeg uas coj raws li nws tej lus txib yuav raug rov tsim dua tshiab.” Review and Herald, February 26, 1914.</w:t>
      </w:r>
    </w:p>
    <w:p>
      <w:pPr>
        <w:pStyle w:val="ArticleBody"/>
        <w:jc w:val="left"/>
      </w:pPr>
      <w:r>
        <w:rPr>
          <w:rFonts w:ascii="Times New Roman" w:hAnsi="Times New Roman" w:eastAsia="Times New Roman" w:cs="Times New Roman"/>
        </w:rPr>
        <w:t>Kev cais cov uas yog cov tuav Hnub Xanpataus uas lees txais lub cim ntawm tus tsiaj nyaum tawm ntawm cov uas yog cov tuav Hnub Xanpataus uas txais tau lub foob ntawm Vajtswv, raug ua tiav thaum txoj cai hnub Sunday los txog. Txoj kev cais no raug sawv cev hauv zaj lus piv txwv txog kaum tug nkauj xwb.</w:t>
      </w:r>
    </w:p>
    <w:p>
      <w:pPr>
        <w:pStyle w:val="ArticleScripture"/>
        <w:jc w:val="left"/>
      </w:pPr>
      <w:r>
        <w:rPr>
          <w:rFonts w:ascii="Times New Roman" w:hAnsi="Times New Roman" w:eastAsia="Times New Roman" w:cs="Times New Roman"/>
        </w:rPr>
        <w:t>“Zaj lus piv txwv txog kaum tus nkauj xwb hauv Mathais 25 kuj qhia txog qhov kev paub dhau los ntawm cov neeg Adventist.” The Great Controversy, 393.</w:t>
      </w:r>
    </w:p>
    <w:p>
      <w:pPr>
        <w:pStyle w:val="ArticleScripture"/>
        <w:jc w:val="left"/>
      </w:pPr>
      <w:r>
        <w:rPr>
          <w:rFonts w:ascii="Times New Roman" w:hAnsi="Times New Roman" w:eastAsia="Times New Roman" w:cs="Times New Roman"/>
        </w:rPr>
        <w:t>“Kuv feem ntau raug coj mus rau zaj lus piv txwv txog kaum tus ntxhais nkauj xwb, tsib leej txawj ntse, thiab tsib leej ruam. Zaj lus piv txwv no twb raug thiab yuav raug ua kom tiav raws nraim li nws tej lus txhua lo, vim nws muaj ib daim ntawv siv tshwj xeeb rau lub sijhawm no, thiab, zoo ib yam li tus tim tswv thib peb txoj xov, nws twb raug ua kom tiav thiab yuav tseem ua qhov tseeb uas muaj rau tam sim no mus txog thaum lub sijhawm xaus.” Review and Herald, August 19, 1890.</w:t>
      </w:r>
    </w:p>
    <w:p>
      <w:pPr>
        <w:pStyle w:val="ArticleBody"/>
        <w:jc w:val="left"/>
      </w:pPr>
      <w:r>
        <w:rPr>
          <w:rFonts w:ascii="Times New Roman" w:hAnsi="Times New Roman" w:eastAsia="Times New Roman" w:cs="Times New Roman"/>
        </w:rPr>
        <w:t>Zaj lus piv txwv ntawd tau ua tiav rau hnub tim 22 lub Kaum Hli, 1844, thaum cov nkauj xwb muaj tswvyim thiab cov nkauj xwb ruam hauv keeb kwm Millerite raug cais tawm ntawm ib leeg. Qhov pib ntawm Adventism sawv cev rau qhov kawg ntawm Adventism, thiab kev cais tawm thaum kawg yog kev ua tiav ntawm zaj lus piv txwv txog kaum tus nkauj xwb, thiab kev cais tawm thaum kawg ntawd raug tsim los ntawm txoj cai Hnub Xya.</w:t>
      </w:r>
    </w:p>
    <w:p>
      <w:pPr>
        <w:pStyle w:val="ArticleScripture"/>
        <w:jc w:val="left"/>
      </w:pPr>
      <w:r>
        <w:rPr>
          <w:rFonts w:ascii="Times New Roman" w:hAnsi="Times New Roman" w:eastAsia="Times New Roman" w:cs="Times New Roman"/>
        </w:rPr>
        <w:t>“Dua ntxiv thiab, tej lus piv txwv no qhia tias yuav tsis muaj sij hawm sim neej ntxiv tom qab txoj kev txiav txim. Thaum tes hauj lwm ntawm txoj moo zoo raug ua tiav lawm, tam sim ntawd yuav raws los yog kev cais tawm nruab nrab ntawm cov neeg zoo thiab cov neeg phem, thiab txoj hmoo ntawm txhua pab neeg yuav raug muab txiav tseg mus ib txhis.” Christ’s Object Lessons, 123.</w:t>
      </w:r>
    </w:p>
    <w:p>
      <w:pPr>
        <w:pStyle w:val="ArticleBody"/>
        <w:jc w:val="left"/>
      </w:pPr>
      <w:r>
        <w:rPr>
          <w:rFonts w:ascii="Times New Roman" w:hAnsi="Times New Roman" w:eastAsia="Times New Roman" w:cs="Times New Roman"/>
        </w:rPr>
        <w:t>Zaj lus piv txwv txog kaum tus nkauj xwb qhia meej tias yog cov nkauj xwb ntse ntawm Adventism uas tau txais Vajtswv lub cim foob, hos cov nkauj xwb ruam ntawm Adventism yog cov tau txais cim ntawm tus tsiaj qus thaum txoj cai Hnub Caiv raug tsa nyob rau hauv Tebchaws Meskas. Cov nkauj xwb ruam kuj raug sawv cev tias yog cov Laodiceans.</w:t>
      </w:r>
    </w:p>
    <w:p>
      <w:pPr>
        <w:pStyle w:val="ArticleScripture"/>
        <w:jc w:val="left"/>
      </w:pPr>
      <w:r>
        <w:rPr>
          <w:rFonts w:ascii="Times New Roman" w:hAnsi="Times New Roman" w:eastAsia="Times New Roman" w:cs="Times New Roman"/>
        </w:rPr>
        <w:t>“Lub xeev ntawm lub Koom Txoos uas cov nkauj xwb ruam sawv cev rau ntawd, kuj raug hais txog tias yog lub xeev Laodikea.” Review and Herald, August 19, 1890.</w:t>
      </w:r>
    </w:p>
    <w:p>
      <w:pPr>
        <w:pStyle w:val="ArticleBody"/>
        <w:jc w:val="left"/>
      </w:pPr>
      <w:r>
        <w:rPr>
          <w:rFonts w:ascii="Times New Roman" w:hAnsi="Times New Roman" w:eastAsia="Times New Roman" w:cs="Times New Roman"/>
        </w:rPr>
        <w:t>Nyob rau hauv hnub kawg, thaum Vajtswv rov ua tshiab Nws txoj kev cog lus nrog Nws haiv neeg uas ceev Nws tej lus txib, Vajtswv yuav qhia ib lub npe tshiab ntawm Nws tus kheej ib yam li Nws tau ua thaum Nws rov ua tshiab txoj kev cog lus nyob rau tiam Mauxes. Qhov xwm txheej ntawm cov nkauj xwb ruam yog tias lawv tsis muaj roj, thiab qhov xwm txheej ntawm cov Laudikees yog tias lawv dig muag dhau lawm tsis pom tias lawv tsis muaj roj. Nws pom tseeb tias yog cov nkauj xwb ruam yog cov Laudikees, ces cov nkauj xwb ntse yog cov Filadefia.</w:t>
      </w:r>
    </w:p>
    <w:p>
      <w:pPr>
        <w:pStyle w:val="ArticleScripture"/>
        <w:jc w:val="left"/>
      </w:pPr>
      <w:r>
        <w:rPr>
          <w:rFonts w:ascii="Times New Roman" w:hAnsi="Times New Roman" w:eastAsia="Times New Roman" w:cs="Times New Roman"/>
        </w:rPr>
        <w:t>Thiab rau tus tim tswv ntawm pawg ntseeg hauv Philadelphia hais tias; Cov no yog tej lus uas tus uas dawb huv hais, tus uas yog tseeb hais, tus uas tuav tus yuam sij ntawm Davi, tus uas qhib, thiab tsis muaj leejtwg kaw tau; thiab kaw, thiab tsis muaj leejtwg qhib tau; Kuv paub koj tej haujlwm lawm: saib seb, Kuv tau tso ib lub qhov rooj qhib rau ntawm koj xub ntiag, thiab tsis muaj leejtwg kaw tau li: vim koj muaj zog me ntsis xwb, thiab koj tau khaws Kuv lo lus, thiab tsis tau tsis lees Kuv lub npe.</w:t>
      </w:r>
    </w:p>
    <w:p>
      <w:pPr>
        <w:pStyle w:val="ArticleScripture"/>
        <w:jc w:val="left"/>
      </w:pPr>
      <w:r>
        <w:rPr>
          <w:rFonts w:ascii="Times New Roman" w:hAnsi="Times New Roman" w:eastAsia="Times New Roman" w:cs="Times New Roman"/>
        </w:rPr>
        <w:t>Saib, kuv yuav ua rau cov uas yog ntawm lub tsev sablaj ntawm Xatas, cov uas hais tias lawv yog Yudais, tiamsis tsis yog, tab sis dag; saib, kuv yuav ua rau lawv tuaj pe hawm ntawm koj ko taw, thiab kom lawv paub tias kuv tau hlub koj. Vim koj tau khaws kuv lo lus ntawm kev ua siab ntev, kuv kuj yuav khaws koj kom dim ntawm lub sij hawm ntawm txoj kev sim siab, uas yuav los rau saum tag nrho lub ntiaj teb, los sim cov uas nyob saum lub ntiaj teb.</w:t>
      </w:r>
    </w:p>
    <w:p>
      <w:pPr>
        <w:pStyle w:val="ArticleScripture"/>
        <w:jc w:val="left"/>
      </w:pPr>
      <w:r>
        <w:rPr>
          <w:rFonts w:ascii="Times New Roman" w:hAnsi="Times New Roman" w:eastAsia="Times New Roman" w:cs="Times New Roman"/>
        </w:rPr>
        <w:t>Saib seb, Kuv los sai sai no: tuav kom ruaj nreem yam uas koj muaj, xwv tsam muaj leej twg txeeb tau koj lub mom vaj. Tus uas kov yeej, Kuv yuav tsa nws ua ib tug ncej hauv lub tuam tsev ntawm kuv tus Vajtswv, thiab nws yuav tsis tawm mus ntxiv lawm li: thiab Kuv yuav sau rau saum nws kuv tus Vajtswv lub npe, thiab lub npe ntawm lub nroog ntawm kuv tus Vajtswv, uas yog Yeluxalees tshiab, uas nqes saum ntuj los ntawm kuv tus Vajtswv los: thiab Kuv yuav sau rau saum nws kuv lub npe tshiab. Tus uas muaj pob ntseg, cia nws mloog yam uas tus Ntsuj Plig hais rau cov pawg ntseeg. Qhia Tshwm 3:7–13.</w:t>
      </w:r>
    </w:p>
    <w:p>
      <w:pPr>
        <w:pStyle w:val="ArticleBody"/>
        <w:jc w:val="left"/>
      </w:pPr>
      <w:r>
        <w:rPr>
          <w:rFonts w:ascii="Times New Roman" w:hAnsi="Times New Roman" w:eastAsia="Times New Roman" w:cs="Times New Roman"/>
        </w:rPr>
        <w:t>Cov Philadelphians sawv cev rau ib puas plaub caug plaub txhiab leej, thiab lawv tau txais lo lus cog tseg tias Vajtswv yuav sau Nws lub npe tshiab rau saum lawv. Thaum tus Tswv nkag mus rau hauv txoj kev khi lus nrog ib puas plaub caug plaub txhiab leej, Nws yuav qhia ib lub npe tshiab ntawm Nws tus kheej. Tus Tswv tau hais rau Abraham tias Nws yog Vajtswv Tus Muaj Hwjchim Loj Kawg Nkaus.</w:t>
      </w:r>
    </w:p>
    <w:p>
      <w:pPr>
        <w:pStyle w:val="ArticleScripture"/>
        <w:jc w:val="left"/>
      </w:pPr>
      <w:r>
        <w:rPr>
          <w:rFonts w:ascii="Times New Roman" w:hAnsi="Times New Roman" w:eastAsia="Times New Roman" w:cs="Times New Roman"/>
        </w:rPr>
        <w:t>Thaum Anplahas muaj cuaj caug cuaj xyoos lawm, tus Tswv tau tshwm rau Anplahas pom thiab hais rau nws tias, Kuv yog Vajtswv Tus Muaj Hwjchim Loj Kawg Nkaus; cia li taug kev ntawm kuv xub ntiag, thiab ua neeg zoo tag nrho. Kuv yuav tsa kuv txoj kev cog lus rau nruab nrab ntawm kuv thiab koj, thiab kuv yuav ua kom koj huam vam coob kawg nkaus. Ces Anplahas txawm nyo hau rau hauv av; thiab Vajtswv nrog nws hais tias, Rau kuv feem, saib seb, kuv txoj kev cog lus nrog koj nyob, thiab koj yuav ua leej txiv ntawm ntau haiv neeg. Koj lub npe yuav tsis hu ua Anplahas ntxiv lawm, tiam sis koj lub npe yuav yog Anplahaas; rau qhov kuv twb tsa koj ua leej txiv ntawm ntau haiv neeg lawm. Chivkeeb 17:1–5.</w:t>
      </w:r>
    </w:p>
    <w:p>
      <w:pPr>
        <w:pStyle w:val="ArticleBody"/>
        <w:jc w:val="left"/>
      </w:pPr>
      <w:r>
        <w:rPr>
          <w:rFonts w:ascii="Times New Roman" w:hAnsi="Times New Roman" w:eastAsia="Times New Roman" w:cs="Times New Roman"/>
        </w:rPr>
        <w:t>Thaum tus Tswv xub nkag mus rau hauv txoj kev cog lus nrog ib haiv neeg uas raug xaiv tseg thaum lub sijhawm Aplahas, Nws qhia Nws tus kheej tias yog Vajtswv Tus Muaj Hwjchim Loj Kawg Nkaus. Thaum Nws nthuav dav Nws txoj kev sib raug zoo hauv txoj kev cog lus thaum lub sijhawm Mauxes, thawj zaug Nws qhia Nws tus kheej tias yog JEHOVAH. Thaum Yexus los kom lees paub txoj kev cog lus nrog coob leej rau ib lim tiam, Nws qhia ib lub npe tshiab ntawm Vajtswv uas tsuas tau hais tawm ib zaug xwb hauv Phau Qub, thiab qhov ntawd yog los ntawm ib tug Npanpiloo.</w:t>
      </w:r>
    </w:p>
    <w:p>
      <w:pPr>
        <w:pStyle w:val="ArticleScripture"/>
        <w:jc w:val="left"/>
      </w:pPr>
      <w:r>
        <w:rPr>
          <w:rFonts w:ascii="Times New Roman" w:hAnsi="Times New Roman" w:eastAsia="Times New Roman" w:cs="Times New Roman"/>
        </w:rPr>
        <w:t>Ces Nebukhanexas tus vajntxwv thiaj xav tsis thoob kawg, nws txawm sawv tsees nrawm nroos, hais rau nws cov nom tswv pab sab laj tias, “Puas yog peb tsis tau muab peb tug txivneej khi pov rau hauv nruab nrab ntawm qhov cub hluav taws?” Lawv teb thiab hais rau vajntxwv tias, “Yog tseeb, Au vajntxwv.” Nws teb thiab hais tias, “Saib maj, kuv pom plaub tug txivneej twb dim ntawm txoj hlua khi lawm, taug kev hauv nruab nrab ntawm qhov cub hluav taws, thiab lawv tsis raug mob li; hos tus plaub tus ntawd zoo yam li Vajtswv Leej Tub.” Daniyee 3:24, 25.</w:t>
      </w:r>
    </w:p>
    <w:p>
      <w:pPr>
        <w:pStyle w:val="ArticleBody"/>
        <w:jc w:val="left"/>
      </w:pPr>
      <w:r>
        <w:rPr>
          <w:rFonts w:ascii="Times New Roman" w:hAnsi="Times New Roman" w:eastAsia="Times New Roman" w:cs="Times New Roman"/>
        </w:rPr>
        <w:t>Yooj yim heev los qhia kom meej tias Daniyee tshooj peb tab tom txheeb qhia txog txoj cai hnub Sunday hauv Tebchaws Meskas. Hauv Daniyee tshooj peb, Shadrach, Meshach thiab Abednego sawv cev rau ib puas plaub caug plaub txhiab leej. Ib puas plaub caug plaub txhiab leej yog cov uas rov kho dua txoj kev cog lus rau zaum kawg nkaus. Hauv Daniyee tshooj peb peb pom ib daim duab piv txwv yaj saub txog keeb kwm txoj cai hnub Sunday thiab nag lig. Khetos tau nyob thiab yuav nyob hauv cov nplaim taws ntawm kev tsim txom nrog Nws peb tug neeg tsim nyog, uas sawv cev tsis yog rau ib puas plaub caug plaub txhiab leej xwb, tiam sis tseem rau peb tug tim tswv tej lus thiab. Hauv qhov hluav taws, uas yog ib daim qauv piv txog kev kub ntxhov ntawm txoj cai hnub Sunday, Nws raug txheeb nrog ib lub ntawm Nws cov npe, thiab ntawd yog ib lub npe uas yuav tsis raug coj los rau hauv keeb kwm mus txog thaum Khetos los txog raws li Vajtswv Leej Tub. Hauv daim duab piv txwv ntawm tshooj peb peb pom cov uas rov kho dua txoj kev cog lus thaum kawg ntawm lub ntiajteb sib raug zoo nrog Khetos thaum lub caij kev kub ntxhov kawg, thiab Nws muaj ib lub npe uas tsis muaj leejtwg paub.</w:t>
      </w:r>
    </w:p>
    <w:p>
      <w:pPr>
        <w:pStyle w:val="ArticleBody"/>
        <w:jc w:val="left"/>
      </w:pPr>
      <w:r>
        <w:rPr>
          <w:rFonts w:ascii="Times New Roman" w:hAnsi="Times New Roman" w:eastAsia="Times New Roman" w:cs="Times New Roman"/>
        </w:rPr>
        <w:t>Ua ntej kuv yuav tig mus deb dhau ntawm peb qhov kev xav txog txoj kev dim dim hauv tebchaws Iyi uas sawv cev rau txoj cai hnub Sunday hauv Tebchaws Meskas, peb yuav tsum nco ntsoov rau peb tus kheej tias ua ntej thawj zaug ntawm kaum lo kab mob phem pib hauv tebchaws Iyi, twb muaj kev kub ntxhov tseeb hais txog Hnub Xab Npaum lawm.</w:t>
      </w:r>
    </w:p>
    <w:p>
      <w:pPr>
        <w:pStyle w:val="ArticleScripture"/>
        <w:jc w:val="left"/>
      </w:pPr>
      <w:r>
        <w:rPr>
          <w:rFonts w:ascii="Times New Roman" w:hAnsi="Times New Roman" w:eastAsia="Times New Roman" w:cs="Times New Roman"/>
        </w:rPr>
        <w:t>Ces Falau hais tias, Saib maj, cov neeg hauv lub tebchaws nimno coob kawg, thiab nej ua rau lawv tau so ntawm lawv tej nra hnyav. Ces Falau thiaj hais kom cov thawj saib haujlwm ntawm cov neeg thiab lawv cov thawj, tib hnub ntawd, hais tias, Nej tsis txhob muab quav nyab rau cov neeg ua cib ntxiv lawm, ib yam li yav tas los; cia lawv mus khaws quav nyab rau lawv tus kheej. Thiab tus lej cib uas lawv tau ua yav tas los, nej yuav tsum tsa rau saum lawv; nej tsis txhob txo ib qho li: rau qhov lawv tub nkeeg; yog li no lawv thiaj qw hais tias, Cia peb mus ua kevcai txi rau peb tus Vajtswv. Cia muab haujlwm ntau dua tso rau saum cov txivneej, kom lawv thiaj ua haujlwm rau hauv ntawd; thiab tsis txhob cia lawv mloog tej lus tsis muaj nqis. Thiab cov thawj saib haujlwm ntawm cov neeg txawm tawm mus, thiab lawv cov thawj, thiab lawv hais rau cov neeg tias, Falau hais li no, Kuv yuav tsis muab quav nyab rau nej. Nej mus, nej cia li mus nrhiav quav nyab qhov twg nej nrhiav tau los xij: txawm li ntawd los, nej tes haujlwm yuav tsis raug txo ib qho li. Ces cov neeg txawm tawg mus thoob plaws txhua thaj av Iziv kom mus khaws tej quav nplej qhuav los hloov quav nyab. Thiab cov thawj saib haujlwm txhob lawv nrawm nroos, hais tias, Ua kom tiav nej tej haujlwm, nej tej haujlwm niaj hnub, ib yam li thaum tseem muaj quav nyab. Thiab cov thawj ntawm cov Yixayee, uas Falau cov thawj saib haujlwm tau tsa los kav lawv, raug nplawm, thiab raug nug tias, Vim li cas nag hmo thiab hnub no nej tsis ua kom tiav nej tes haujlwm hauv kev ua cib, ib yam li yav tas los? Ces cov thawj ntawm cov Yixayee txawm tuaj quaj thov rau Falau, hais tias, Vim li cas koj thiaj ua li no rau koj cov tub qhe? Tsis muaj quav nyab muab rau koj cov tub qhe li, los lawv tseem hais rau peb tias, Ua cib; thiab, saib maj, koj cov tub qhe raug nplawm; tiamsis qhov txhaum nyob ntawm koj cov neeg. Tiamsis nws hais tias, Nej tub nkeeg, nej tub nkeeg: yog li no nej thiaj hais tias, Cia peb mus ua kevcai txi rau tus Tswv. Yog li ntawd nimno nej cia li mus ua haujlwm; rau qhov yuav tsis muab quav nyab rau nej, los nej tseem yuav tsum xa kom txhij tus lej cib. Thiab cov thawj ntawm cov Yixayee pom tias lawv nyob hauv kev txom nyem loj, tom qab uas twb tau hais tias, Nej yuav tsis txhob txo ib qho ntawm nej tej cib hauv nej tes haujlwm niaj hnub. Khiavdim 5:5–19.</w:t>
      </w:r>
    </w:p>
    <w:p>
      <w:pPr>
        <w:pStyle w:val="ArticleBody"/>
        <w:jc w:val="left"/>
      </w:pPr>
      <w:r>
        <w:rPr>
          <w:rFonts w:ascii="Times New Roman" w:hAnsi="Times New Roman" w:eastAsia="Times New Roman" w:cs="Times New Roman"/>
        </w:rPr>
        <w:t>Ua ntej txoj cai hnub Sunday yuav muaj kev kub ntxhov thiab kev ntxhov siab nce zuj zus tawm tsam cov uas ceev hnub Xanpataus hnub xya, ib yam li tau muaj ua ntej cov xwm txheej raug mob loj hauv tebchaws Iziv. Mauxes yog tus uas ob tog tib si—cov Iziv thiab cov Henplais—tau lees paub tias yog tus ua kom muaj tag nrho tej kev nyuaj ntawd, ib yam li Ahaj tau liam Eliyas.</w:t>
      </w:r>
    </w:p>
    <w:p>
      <w:pPr>
        <w:pStyle w:val="ArticleScripture"/>
        <w:jc w:val="left"/>
      </w:pPr>
      <w:r>
        <w:rPr>
          <w:rFonts w:ascii="Times New Roman" w:hAnsi="Times New Roman" w:eastAsia="Times New Roman" w:cs="Times New Roman"/>
        </w:rPr>
        <w:t>Thiab tau muaj tias, thaum Ahaj pom Eliyas, Ahaj hais rau nws tias, Koj puas yog tus uas ua kom cov Yixayee ntxhov siab? Thiab nws teb tias, Kuv tsis tau ua rau cov Yixayee ntxhov siab li; tiam sis yog koj, thiab koj txiv tsev neeg, vim nej tau tso tseg tej lus txib ntawm tus Tswv, thiab koj tau mus raws cov Npa-as. 1 Vajntxwv 18:17, 18.</w:t>
      </w:r>
    </w:p>
    <w:p>
      <w:pPr>
        <w:pStyle w:val="ArticleBody"/>
        <w:jc w:val="left"/>
      </w:pPr>
      <w:r>
        <w:rPr>
          <w:rFonts w:ascii="Times New Roman" w:hAnsi="Times New Roman" w:eastAsia="Times New Roman" w:cs="Times New Roman"/>
        </w:rPr>
        <w:t>Zaj dab neeg ntawm Mauxes qhia txog keeb kwm ntawm txoj cai Hnub Caiv, thiab zaj dab neeg ntawm Eliyas qhia txog keeb kwm ntawm txoj cai Hnub Caiv. Ua ke, lossis cais nyias, Mauxes thiab Eliyas yog cov cim. Thaum Khetos hloov cev ci ntsa iab, nkawd ua ke sawv cev rau ib puas plaub caug plaub txhiab tus uas tsis tuag thiab rau cov uas tuag hauv tus Tswv. Mauxes twb raug tsa sawv hauv qhov tuag rov los lawm, Eliyas tsis tau tuag li. Nkawd kuj yog ob tug yaj saub uas yog cov tsim txom rau cov neeg hauv Tshwm Sim tshooj kaum ib. Muaj ntau yam tseeb raug sawv cev los ntawm Mauxes thiab Eliyas ua cov cim, thiab peb cia siab tias tom qab no yuav los hais txog qhov ntawd.</w:t>
      </w:r>
    </w:p>
    <w:p>
      <w:pPr>
        <w:pStyle w:val="ArticleScripture"/>
        <w:jc w:val="left"/>
      </w:pPr>
      <w:r>
        <w:rPr>
          <w:rFonts w:ascii="Times New Roman" w:hAnsi="Times New Roman" w:eastAsia="Times New Roman" w:cs="Times New Roman"/>
        </w:rPr>
        <w:t>Saib seb, Kuv yuav txib tus yaj saub Eliyas los cuag nej ua ntej hnub loj thiab txaus ntshai ntawm tus Tswv los txog: Thiab nws yuav tig cov txiv lub siab mus rau cov me nyuam, thiab cov me nyuam lub siab mus rau lawv cov txiv, tsam kuv los ntaus lub ntiaj teb nrog kev foom tsis zoo. Malakhais 4:5, 6.</w:t>
      </w:r>
    </w:p>
    <w:p>
      <w:pPr>
        <w:pStyle w:val="ArticleBody"/>
        <w:jc w:val="left"/>
      </w:pPr>
      <w:r>
        <w:rPr>
          <w:rFonts w:ascii="Times New Roman" w:hAnsi="Times New Roman" w:eastAsia="Times New Roman" w:cs="Times New Roman"/>
        </w:rPr>
        <w:t>Ua ntej lub sijhawm sim ntawm tib neeg yuav xaus, “Elijah tus cev Vajtswv lus” yuav tshwm los nrog ib zaj lus tshwj xeeb uas tig “lub siab ntawm cov txiv mus rau cov me nyuam, thiab lub siab ntawm cov me nyuam mus rau lawv cov txiv.” Cov cev Vajtswv lus txhua tus ua tim khawv txog hnub kawg ntawm lub ntiaj teb, thiab lawv txhua tus sib haum xeeb nrog ib leeg.</w:t>
      </w:r>
    </w:p>
    <w:p>
      <w:pPr>
        <w:pStyle w:val="ArticleScripture"/>
        <w:jc w:val="left"/>
      </w:pPr>
      <w:r>
        <w:rPr>
          <w:rFonts w:ascii="Times New Roman" w:hAnsi="Times New Roman" w:eastAsia="Times New Roman" w:cs="Times New Roman"/>
        </w:rPr>
        <w:t>Thiab cov ntsuj plig ntawm cov yaj saub kuj nyob rau hauv qab kev tswj kav ntawm cov yaj saub. Rau qhov Vajtswv tsis yog tus tsim kev kub ntxhov, tiamsis yog tus tsim kev thaj yeeb, ib yam li nyob hauv txhua pawg ntseeg ntawm cov neeg dawb huv. 1 Khaulee 14:32, 33.</w:t>
      </w:r>
    </w:p>
    <w:p>
      <w:pPr>
        <w:pStyle w:val="ArticleBody"/>
        <w:jc w:val="left"/>
      </w:pPr>
      <w:r>
        <w:rPr>
          <w:rFonts w:ascii="Times New Roman" w:hAnsi="Times New Roman" w:eastAsia="Times New Roman" w:cs="Times New Roman"/>
        </w:rPr>
        <w:t>Eliyas txoj lus tuaj txog tam sim ua ntej hnub loj thiab txaus ntshai ntawm tus Tswv; yog li ntawd, nws yog tib zaj lus tshwj xeeb hauv phau Ntawv Qhia Tshwm uas raug sawv cev tias yog “Kev Qhia Tshwm ntawm Yexus Khetos.” Thaum “lub sij hawm twb nyob ze lawm” Eliyas txoj lus tshwj xeeb qhia Vajtswv “cov tub qhe txog tej yam uas yuav tsum tshwm sim sai sai no.”</w:t>
      </w:r>
    </w:p>
    <w:p>
      <w:pPr>
        <w:pStyle w:val="ArticleScripture"/>
        <w:jc w:val="left"/>
      </w:pPr>
      <w:r>
        <w:rPr>
          <w:rFonts w:ascii="Times New Roman" w:hAnsi="Times New Roman" w:eastAsia="Times New Roman" w:cs="Times New Roman"/>
        </w:rPr>
        <w:t>Kev Tshwm Sim ntawm Yexus Khetos, uas Vajtswv tau pub rau nws, kom qhia rau nws cov tub qhe txog tej yam uas yuav tsum tshwm sim sai sai no; thiab nws txib nws tus tim tswv mus qhia tej no rau nws tus tub qhe Yauhas los ntawm tej cim: tus uas tau ua tim khawv txog Vajtswv txoj lus, thiab txog Yexus Khetos tej lus tim khawv, thiab txog txhua yam uas nws tau pom. Foom koob hmoov rau tus uas nyeem, thiab rau cov uas mloog tej lus ntawm zaj lus faj lem no, thiab ceev faj tuav rawv tej yam uas sau tseg rau hauv no: rau qhov lub sij hawm twb los ze lawm. Tshwm Sim 1:1–3.</w:t>
      </w:r>
    </w:p>
    <w:p>
      <w:pPr>
        <w:pStyle w:val="ArticleBody"/>
        <w:jc w:val="left"/>
      </w:pPr>
      <w:r>
        <w:rPr>
          <w:rFonts w:ascii="Times New Roman" w:hAnsi="Times New Roman" w:eastAsia="Times New Roman" w:cs="Times New Roman"/>
        </w:rPr>
        <w:t>Nco ntsoov tias thaum Malakis siv Eliyas ua ib lub cim, nws suav nrog ib qho kev hais ncaj qha txog kev ua raws li tej lus txib.</w:t>
      </w:r>
    </w:p>
    <w:p>
      <w:pPr>
        <w:pStyle w:val="ArticleScripture"/>
        <w:jc w:val="left"/>
      </w:pPr>
      <w:r>
        <w:rPr>
          <w:rFonts w:ascii="Times New Roman" w:hAnsi="Times New Roman" w:eastAsia="Times New Roman" w:cs="Times New Roman"/>
        </w:rPr>
        <w:t>Nej nco ntsoov Mauxe uas yog kuv tus tub qhe txoj kevcai, uas kuv tau txib rau nws hauv Horeb rau cov Yixayee sawvdaws, nrog rau tej kevcai thiab tej kev txiav txim. Saib seb, ua ntej hnub loj thiab txaus ntshai ntawm tus Tswv yuav los txog, kuv yuav xa Eliyas tus yaj saub los cuag nej: Thiab nws yuav tig cov txiv lub siab los rau cov menyuam, thiab cov menyuam lub siab los rau lawv cov txiv, tsam kuv los rauv lub ntiajteb nrog txoj kev foom phem. Malakis 4:4–6.</w:t>
      </w:r>
    </w:p>
    <w:p>
      <w:pPr>
        <w:pStyle w:val="ArticleBody"/>
        <w:jc w:val="left"/>
      </w:pPr>
      <w:r>
        <w:rPr>
          <w:rFonts w:ascii="Times New Roman" w:hAnsi="Times New Roman" w:eastAsia="Times New Roman" w:cs="Times New Roman"/>
        </w:rPr>
        <w:t>Peb peb nqe no yog peb nqe kawg hauv Phau Qub, thiab muaj lo lus cog tseg kawg ntawm Phau Qub nrog rau kev hais kom hnyav txog kev ceev kaum lo lus txib. Hauv phau Qhia Tshwm muaj xya lo lus “foom koob hmoov,” thiab lo lus kawg yog ib lo lus foom koob hmoov rau cov uas ceev kaum lo lus txib.</w:t>
      </w:r>
    </w:p>
    <w:p>
      <w:pPr>
        <w:pStyle w:val="ArticleScripture"/>
        <w:jc w:val="left"/>
      </w:pPr>
      <w:r>
        <w:rPr>
          <w:rFonts w:ascii="Times New Roman" w:hAnsi="Times New Roman" w:eastAsia="Times New Roman" w:cs="Times New Roman"/>
        </w:rPr>
        <w:t>Kuv yog Alpha thiab Omega, lub hauv paus pib thiab lub xaus, tus thawj thiab tus kawg. Foom koob hmoov rau cov uas ua raws li nws tej lus txib, xwv kom lawv thiaj muaj cai rau tsob ntoo txojsia, thiab thiaj nkag tau los ntawm tej rooj vag mus rau hauv lub nroog. Qhia Tshwm 22:13, 14.</w:t>
      </w:r>
    </w:p>
    <w:p>
      <w:pPr>
        <w:pStyle w:val="ArticleBody"/>
        <w:jc w:val="left"/>
      </w:pPr>
      <w:r>
        <w:rPr>
          <w:rFonts w:ascii="Times New Roman" w:hAnsi="Times New Roman" w:eastAsia="Times New Roman" w:cs="Times New Roman"/>
        </w:rPr>
        <w:t>Lo lus cog tseg kawg hauv Phau Qub qhia peb kom “Nco ntsoov” txog kaum lo lus txib, tab sis thaum ua li ntawd nws hais kom pom tseeb tshwj xeeb txog tib lo lus txib uas muaj lo lus txib kom “nco ntsoov.”</w:t>
      </w:r>
    </w:p>
    <w:p>
      <w:pPr>
        <w:pStyle w:val="ArticleScripture"/>
        <w:jc w:val="left"/>
      </w:pPr>
      <w:r>
        <w:rPr>
          <w:rFonts w:ascii="Times New Roman" w:hAnsi="Times New Roman" w:eastAsia="Times New Roman" w:cs="Times New Roman"/>
        </w:rPr>
        <w:t>Nco ntsoov txog hnub Xanpataus, kom ceev nws ua hnub dawb huv. Rau hnub koj yuav tsum ua hauj lwm, thiab ua kom tiav tag nrho koj tej num; tiam sis hnub xya yog hnub Xanpataus ntawm tus Tswv uas yog koj tus Vajtswv: hauv hnub ntawd koj yuav tsum tsis txhob ua ib yam hauj lwm li, tsis yog koj, tsis yog koj tus tub, tsis yog koj tus ntxhais, tsis yog koj tus tub qhe, tsis yog koj tus ntxhais qhe, tsis yog koj tej tsiaj txhu, thiab tsis yog tus neeg txawv teb chaws uas nyob hauv koj tej rooj vag: Vim hais tias nyob rau hauv rau hnub tus Tswv tau tsim ntuj ceeb tsheej thiab lub ntiaj teb, dej hiav txwv, thiab txhua yam uas nyob hauv tej ntawd, thiab tau so rau hnub xya: yog li ntawd tus Tswv tau foom koob hmoov rau hnub Xanpataus, thiab ua kom nws dawb huv. Khiavdim 20:8–11.</w:t>
      </w:r>
    </w:p>
    <w:p>
      <w:pPr>
        <w:pStyle w:val="ArticleBody"/>
        <w:jc w:val="left"/>
      </w:pPr>
      <w:r>
        <w:rPr>
          <w:rFonts w:ascii="Times New Roman" w:hAnsi="Times New Roman" w:eastAsia="Times New Roman" w:cs="Times New Roman"/>
        </w:rPr>
        <w:t>Lus cog tseg kawg hauv ob Phau Vajlugkub qub thiab tshiab ob leeg hais kom meej txog Vajtswv tej lus txib, nrog ib qho kev hais tshwj xeeb txog Hnub Xanpataus hnub xya. Malakis hais kom “nco ntsoov,” thiab Yauhas qhia rau peb tias nej tau koob hmoov yog nej ua li ntawd. Hnub Xanpataus hnub xya yog ib qho kev nco txog Vajtswv txoj kev tsim ntuj tsim teb thiab Nws lub hwjchim tsim. Hnub Xanpataus kuj dhau los ua lub ntsiab teeb meem sib cav nyob rau hnub kawg ntawm keeb kwm ntiajteb no. Thaum Yauhas sau tseg txog “koob hmoov” rau saum cov uas ua Nws tej lus txib, nws tsuas yog sau tseg yam uas Yexus, tus Alpha thiab Omega, tus pib thiab tus kawg, tus thawj thiab tus kawg, tau tshaj tawm lawm xwb. Yog li ntawd, lus cog tseg kawg ntawm Phau Vajlugkub Tshiab muaj feem xyuam rau Hnub Xanpataus hnub xya thiab kuj hais txog tus cwj pwm ntawm Vajtswv tus kheej uas qhia qhov kawg los ntawm qhov pib.</w:t>
      </w:r>
    </w:p>
    <w:p>
      <w:pPr>
        <w:pStyle w:val="ArticleBody"/>
        <w:jc w:val="left"/>
      </w:pPr>
      <w:r>
        <w:rPr>
          <w:rFonts w:ascii="Times New Roman" w:hAnsi="Times New Roman" w:eastAsia="Times New Roman" w:cs="Times New Roman"/>
        </w:rPr>
        <w:t>Qhov tseeb thawj zaug uas raug hais tseg hauv Chivkeeb, uas txhais tias kev pib, qhia meej txog tus Tsim, tej uas raug tsim, thiab muab ib qho kev hais qhia tshwj xeeb rau hnub Xanpataus. Thaum muab los ua ke, kab dhau kab, thaum pib ntawm Phau Qub thiab thaum xaus ntawm ob qho tib si Phau Qub thiab Phau Tshiab, muaj kev hais qhia tshwj xeeb txog Vajtswv ua tus Tsim, Kaum Nqe Kevcai, nqe kev cai txog hnub Xanpataus, thiab tias Yexus yog qhov pib thiab qhov kawg.</w:t>
      </w:r>
    </w:p>
    <w:p>
      <w:pPr>
        <w:pStyle w:val="ArticleBody"/>
        <w:jc w:val="left"/>
      </w:pPr>
      <w:r>
        <w:rPr>
          <w:rFonts w:ascii="Times New Roman" w:hAnsi="Times New Roman" w:eastAsia="Times New Roman" w:cs="Times New Roman"/>
        </w:rPr>
        <w:t>Tus yaj saub Eliyas raug Malakhis siv ua ib lub cim nyob hauv lo lus cog tseg kawg ntawm Phau Qub, thiab nws yog tus yaj saub uas tau tawm tsam Yexanpe thiab Ahaj. Phau Ntawv Qhia Tshwm siv Yexanpe ua ib lub cim ntawm lub hwj chim papas, thiab siv kaum tus vaj ntxwv ua ib lub cim ntawm Koom Haum Tebchaws Ntiajteb. Eliyas txoj kev tawm tsam nrog Ahaj thiab Yexanpe sawv cev rau ib puas plaub caug plaub txhiab leej txoj kev tawm tsam nrog Koom Haum Tebchaws Ntiajteb, uas tau txais hwj chim los ntawm Tebchaws Meskas thiab raug coj los ntawm lub hwj chim papas. Raws li yog vaj ntxwv kav kaum xeem sab qaum teb ntawm Yixayee, Ahaj sawv cev rau lub hwj chim kav saum kaum xeem, yog li ntawd nws ua tus qauv qhia txog Tebchaws Meskas (Ahaj) txhawb Koom Haum Tebchaws Ntiajteb (kaum xeem lossis kaum tus vaj ntxwv hauv Qhia Tshwm kaum xya) kom ua kev tsim txom rau cov uas ceev Hnub Xanpataus rau lub papas (Yexanpe). Thaum Malakhis siv Eliyas los sawv cev rau ib txoj xov uas los ua ntej hnub loj thiab txaus ntshai ntawm tus Tswv, Eliyas sawv cev rau cov uas raug Loos niaj hnub no tsim txom (zaj, tsiaj qus, thiab tus yaj saub cuav), ib yam li nws raug Yexanpe tsim txom tau peb xyoos ib nrab. Kev hais tshwj xeeb txog Hnub Xanpataus los ntawm kev siv lo lus “nco ntsoov” hauv Malakhis 4:4 ntxiv txoj kev kub ntxhov ntawm txoj cai Hnub Sunday rau hauv daim duab yaj saub uas Malakhis qhia.</w:t>
      </w:r>
    </w:p>
    <w:p>
      <w:pPr>
        <w:pStyle w:val="ArticleBody"/>
        <w:jc w:val="left"/>
      </w:pPr>
      <w:r>
        <w:rPr>
          <w:rFonts w:ascii="Times New Roman" w:hAnsi="Times New Roman" w:eastAsia="Times New Roman" w:cs="Times New Roman"/>
        </w:rPr>
        <w:t>Tseem ntau dua yeej tseem yuav tsum raug ntxiv rau hauv kev txiav txim siab txog cov tseeb uas raug xa los ntawm kev muab qhov pib ntawm Phau Qub piv nrog qhov kawg ntawm Phau Qub, thiab tom qab ntawd muab qhov pib ntawm Phau Vajlugkub piv nrog qhov kawg ntawm Phau Vajlugkub. Hauv Chivkeeb peb muaj tus Tsim, txoj kev tsim, thiab Hnub Xanpataus uas ua kev nco txog txoj kev tsim. Hauv Malakis peb muaj lo lus txib txog Hnub Xanpataus raug txheeb qhia tias yog qhov teeb meem kev kub ntxhov uas coj mus rau qhov kaw ntawm lub sijhawm sim rau tibneeg thiab xya lub nplawm kawg, lossis raws li Malakis hu nws, “hnub loj thiab txaus ntshai ntawm tus Tswv.” Eliyas sawv cev rau Vajtswv haivneeg uas nthuav tawm tus timtswv thib peb txoj xov rau ib lub ntiajteb uas tab tom tuag.</w:t>
      </w:r>
    </w:p>
    <w:p>
      <w:pPr>
        <w:pStyle w:val="ArticleScripture"/>
        <w:jc w:val="left"/>
      </w:pPr>
      <w:r>
        <w:rPr>
          <w:rFonts w:ascii="Times New Roman" w:hAnsi="Times New Roman" w:eastAsia="Times New Roman" w:cs="Times New Roman"/>
        </w:rPr>
        <w:t>“Niaj hnub no, nyob rau hauv tus ntsuj plig thiab lub hwj chim ntawm Elias thiab ntawm Yauhas tus Muab Neeg Ua Kev Cai Raus Dej, cov tub txib uas Vajtswv tau tsa tab tom hu kom lub ntiajteb uas tab tom raug coj mus rau hauv kev txiav txim tig los mloog txog cov xwm txheej uas hnyav thiab dawb ceev, uas yuav tshwm sim sai no nyob rau hauv kev txuas nrog rau cov xuab moos kawg ntawm lub sijhawm uas kev hlub tshua tseem qhib thiab nrog rau kev tshwm sim los ntawm Khetos Yexus ua Vajntxwv ntawm cov vajntxwv thiab tus Tswv ntawm cov tswv.” Prophets and Kings, 715, 716.</w:t>
      </w:r>
    </w:p>
    <w:p>
      <w:pPr>
        <w:pStyle w:val="ArticleBody"/>
        <w:jc w:val="left"/>
      </w:pPr>
      <w:r>
        <w:rPr>
          <w:rFonts w:ascii="Times New Roman" w:hAnsi="Times New Roman" w:eastAsia="Times New Roman" w:cs="Times New Roman"/>
        </w:rPr>
        <w:t>Qhov pib ntawm Phau Vajlugkub, uas kuj yog qhov pib ntawm Phau Qub, qhia txog tib zaj keeb kwm ib yam li qhov kawg ntawm ob Phau Ntawv Cog Lus, tiam sis txhua qhov pib thiab qhov kawg nyias muaj nyias qhov tseeb los hais kom meej thiab los txhawb ntxiv rau cov lus. Hauv Chivkeeb, qhov tseem ceeb tsom rau Vajtswv tej haujlwm; hauv Malakis, qhov tseem ceeb tsom rau cov lus uas ceeb toom txog txoj kev kub ntxhov uas yuav los. Qhov kawg ntawm Tshwm Sim qhia txog tus Alpha thiab Omega. Hauv thawj phau ntawm Phau Tshiab, peb nyeem tau li no.</w:t>
      </w:r>
    </w:p>
    <w:p>
      <w:pPr>
        <w:pStyle w:val="ArticleScripture"/>
        <w:jc w:val="left"/>
      </w:pPr>
      <w:r>
        <w:rPr>
          <w:rFonts w:ascii="Times New Roman" w:hAnsi="Times New Roman" w:eastAsia="Times New Roman" w:cs="Times New Roman"/>
        </w:rPr>
        <w:t>Phau ntawv keeb kwm caj ces ntawm Yexus Khetos, tus tub ntawm Davi, tus tub ntawm Anplahas.</w:t>
      </w:r>
    </w:p>
    <w:p>
      <w:pPr>
        <w:pStyle w:val="ArticleScripture"/>
        <w:jc w:val="left"/>
      </w:pPr>
      <w:r>
        <w:rPr>
          <w:rFonts w:ascii="Times New Roman" w:hAnsi="Times New Roman" w:eastAsia="Times New Roman" w:cs="Times New Roman"/>
        </w:rPr>
        <w:t>Aplahas yug Ixaj; thiab Ixaj yug Yakhauj; thiab Yakhauj yug Yudas thiab nws cov kwv tij; Thiab Yudas yug Fales thiab Xala ntawm Thama; thiab Fales yug Esloos; thiab Esloos yug Alas; Thiab Alas yug Aminadas; thiab Aminadas yug Na-asoos; thiab Na-asoos yug Xamoo; Thiab Xamoo yug Npas ntawm Lasaj; thiab Npas yug Ope rau ntawm Luv; thiab Ope yug Yexi; Thiab Yexi yug vajntxwv Daviv; thiab vajntxwv Daviv yug Xalaumoo rau ntawm tus uas tau ua Uliyas pojniam; Thiab Xalaumoo yug Loboo; thiab Loboo yug Anpiyas; thiab Anpiyas yug Axa; Thiab Axa yug Yauxefas; thiab Yauxefas yug Yelaus; thiab Yelaus yug Auxiyas; Thiab Auxiyas yug Yawthas; thiab Yawthas yug Ahaj; thiab Ahaj yug Hexekhiya; Thiab Hexekhiya yug Manaxes; thiab Manaxes yug Amoos; thiab Amoos yug Yauxiyas; Thiab Yauxiyas yug Yekhauxiyas thiab nws cov kwv tij, rau lub sijhawm uas lawv raug coj mus rau Npanpiloo: Thiab tom qab lawv raug coj mus rau Npanpiloo lawm, Yekhauxiyas yug Xalathi-ee; thiab Xalathi-ee yug Xolobabees; Thiab Xolobabees yug Anpi-us; thiab Anpi-us yug Eli-akis; thiab Eli-akis yug Axos; Thiab Axos yug Xadok; thiab Xadok yug Akhis; thiab Akhis yug Eli-us; Thiab Eli-us yug Ele-asas; thiab Ele-asas yug Mathas; thiab Mathas yug Yakhauj; Thiab Yakhauj yug Yauxej uas yog Maivliag tus txiv, ntawm nws thiaj yug Yexus, tus uas hu ua Khetos.</w:t>
      </w:r>
    </w:p>
    <w:p>
      <w:pPr>
        <w:pStyle w:val="ArticleScripture"/>
        <w:jc w:val="left"/>
      </w:pPr>
      <w:r>
        <w:rPr>
          <w:rFonts w:ascii="Times New Roman" w:hAnsi="Times New Roman" w:eastAsia="Times New Roman" w:cs="Times New Roman"/>
        </w:rPr>
        <w:t>Yog li no, txhua tiam txij Anplahas mus txog Daviv yog kaum plaub tiam; thiab txij Daviv mus txog thaum raug coj mus nyob tebchaws Npanpiloo yog kaum plaub tiam; thiab txij thaum raug coj mus nyob tebchaws Npanpiloo mus txog Khetos yog kaum plaub tiam.</w:t>
      </w:r>
    </w:p>
    <w:p>
      <w:pPr>
        <w:pStyle w:val="ArticleScripture"/>
        <w:jc w:val="left"/>
      </w:pPr>
      <w:r>
        <w:rPr>
          <w:rFonts w:ascii="Times New Roman" w:hAnsi="Times New Roman" w:eastAsia="Times New Roman" w:cs="Times New Roman"/>
        </w:rPr>
        <w:t>Tam sim no Yexus Khetos yug li no zoo li no: Thaum nws niam Mab Liab twb raug qhaib rau Yauxej lawm, ua ntej nkawd tau nyob ua ke, nws pom tau tias cev xeeb tub los ntawm tus Vaj Ntsuj Plig Dawb Huv. Ces Yauxej uas yog nws tus txiv, vim yog ib tug neeg ncaj ncees thiab tsis xav muab nws ua ib qho txaj muag rau sawv daws pom, thiaj npaj siab yuav muab nws tso tseg zais twj ywm. Tiamsis thaum nws tseem xav txog tej no, saib maj, tus Tswv tus tim tswv tau tshwm rau nws hauv npau suav, hais tias, Yauxej, koj uas yog Daviv tus tub, txhob ntshai yuav txais Mab Liab los ua koj tus poj niam; rau qhov yam uas xeeb hauv nws yog los ntawm tus Vaj Ntsuj Plig Dawb Huv.</w:t>
      </w:r>
    </w:p>
    <w:p>
      <w:pPr>
        <w:pStyle w:val="ArticleScripture"/>
        <w:jc w:val="left"/>
      </w:pPr>
      <w:r>
        <w:rPr>
          <w:rFonts w:ascii="Times New Roman" w:hAnsi="Times New Roman" w:eastAsia="Times New Roman" w:cs="Times New Roman"/>
        </w:rPr>
        <w:t>Nws yuav yug tau ib tug tub, thiab koj yuav hu nws lub npe ua YESXUS: rau qhov nws yuav cawm nws haiv neeg dim ntawm lawv tej kev txhaum. Tiam sis txhua yam no tau tshwm sim lawm, kom thiaj li muaj tiav raws li yam uas tus Tswv tau hais los ntawm tus yaj saub, hais tias, Saib seb, ib tug nkauj xwb yuav xeeb tub, thiab yuav yug tau ib tug tub, thiab lawv yuav hu nws lub npe ua Emmanuel, uas txhais tias, Vajtswv nrog peb nyob. Ces Yauxej, thaum sawv hauv nws txoj kev tsaug zog los, kuj tau ua raws nraim li tus tim tswv ntawm tus Tswv tau txib nws, thiab tau coj nws tus poj niam los nyob nrog nws: Thiab tsis tau nrog nws pw ua txij ua nkawm mus txog thaum nws yug tau nws tus tub hlob: thiab nws hu nws lub npe ua YESXUS. Mathais 1:1–25.</w:t>
      </w:r>
    </w:p>
    <w:p>
      <w:pPr>
        <w:pStyle w:val="ArticleBody"/>
        <w:jc w:val="left"/>
      </w:pPr>
      <w:r>
        <w:rPr>
          <w:rFonts w:ascii="Times New Roman" w:hAnsi="Times New Roman" w:eastAsia="Times New Roman" w:cs="Times New Roman"/>
        </w:rPr>
        <w:t>Pib ntawm Phau Tshiab yeej sib haum nrog pib thiab xaus ntawm Phau Qub thiab nrog xaus ntawm Phau Tshiab, vim nws hais kom meej txog Vajtswv lub hwjchim tsim txhua yam; rau qhov lub hwjchim uas Khetos tau siv los tsim txhua yam hauv rau hnub ntawd yog tib lub hwjchim uas Nws siv los “cawm nws haiv neeg dim ntawm lawv tej kev txhaum.” Lo lus Emmanuel, raws li nqe no hais tawm los ntawm tej ntawv sau ntawm Yaxayas, txhais tias “Vajtswv nrog peb.” Nws nyob hauv Nws haiv neeg los ntawm kev koom Nws txoj kev Vajtswv nrog peb txoj kev tibneeg, thiab qhov no yog tib txoj kev koom ua ke uas Nws tau ua tiav thaum Nws yug los ua cev nqaij daim tawv hauv Mab Liab.</w:t>
      </w:r>
    </w:p>
    <w:p>
      <w:pPr>
        <w:pStyle w:val="ArticleScripture"/>
        <w:jc w:val="left"/>
      </w:pPr>
      <w:r>
        <w:rPr>
          <w:rFonts w:ascii="Times New Roman" w:hAnsi="Times New Roman" w:eastAsia="Times New Roman" w:cs="Times New Roman"/>
        </w:rPr>
        <w:t>“Tsis muaj ib yam dab tsi tsawg dua li txoj kev mloog lus uas zoo tag nrho thiaj yuav ua tau raws li tus qauv ntawm Vajtswv tej uas Nws xav kom muaj. Nws tsis tau cia tej uas Nws xav kom muaj ntawd nyob tsis meej pem. Nws tsis tau txib ib yam dab tsi uas tsis tsim nyog kom coj tau neeg los sib haum nrog Nws. Peb yuav tsum qhia cov neeg txhaum mus rau Nws tus qauv zoo tagnrho ntawm tus cwj pwm, thiab coj lawv los cuag Khetos, uas yog tsuas yog los ntawm Nws txoj kev tshav ntuj xwb thiaj yuav ncav cuag tau tus qauv zoo tagnrho no.”</w:t>
      </w:r>
    </w:p>
    <w:p>
      <w:pPr>
        <w:pStyle w:val="ArticleScripture"/>
        <w:jc w:val="left"/>
      </w:pPr>
      <w:r>
        <w:rPr>
          <w:rFonts w:ascii="Times New Roman" w:hAnsi="Times New Roman" w:eastAsia="Times New Roman" w:cs="Times New Roman"/>
        </w:rPr>
        <w:t>“Tus Cawm Seej tau ris rau saum Nws tus kheej tej kev qaug zog ntawm tib neeg, thiab tau ua neej tsis muaj kev txhaum, xwv kom neeg thiaj tsis muaj kev ntshai tias vim yog qhov tsis muaj zog ntawm tib neeg lub cev xeeb ceem lawv yuav kov tsis yeej. Khetos tau los ua kom peb dhau los ua ‘cov uas muaj feem koom hauv Vajtswv tus yam ntxwv,’ thiab Nws txoj sia tshaj tawm tias tib neeg, thaum koom nrog Vajtswv txoj xwm, tsis ua txhaum.” Ministry of Healing, 180.</w:t>
      </w:r>
    </w:p>
    <w:p>
      <w:pPr>
        <w:pStyle w:val="ArticleBody"/>
        <w:jc w:val="left"/>
      </w:pPr>
      <w:r>
        <w:rPr>
          <w:rFonts w:ascii="Times New Roman" w:hAnsi="Times New Roman" w:eastAsia="Times New Roman" w:cs="Times New Roman"/>
        </w:rPr>
        <w:t>Thaum pib ntawm Phau Tshiab qhia meej tias Yexus tau txais peb txoj xwm txheej tib neeg rau saum nws tus kheej nyob qhov twg, thaum twg, thiab vim li cas. Nws tau ua li ntawd kom qhia tias lub hwj chim tib neeg thaum koom nrog lub hwj chim Vajtswv ces tsis txhaum. Kev txhaum yog kev hla txoj kevcai, uas Malakhi hais tias peb yuav tsum “nco ntsoov” txog. Yauhas qhia peb tias cov uas ceev txoj kevcai, thiab yog li ntawd cov uas tsis txhaum, yuav nkag tau dhau ntawm tej rooj vag saum ntuj ceeb tsheej. Mathais qhia tias ib tug neeg txhaum muaj peev xwm kov yeej kev txhaum, ib yam li Khetos tau kov yeej. Thaum peb muaj Khetos nyob hauv peb, (txoj kev cia siab ntawm lub yeeb koob) peb muaj lub hwj chim tsim uas tau tsim lub qab ntuj khwb nyob hauv peb. Qhov peev xwm no tau muab los ntawm Khetos txoj kev xaiv los los koom rau hauv tsev neeg tib neeg, thiab mus ib txhis ntxiv mus ua tsis yog Vajtswv Leej Tub xwb tiam sis kuj yog Neeg Leej Tub thiab.</w:t>
      </w:r>
    </w:p>
    <w:p>
      <w:pPr>
        <w:pStyle w:val="ArticleBody"/>
        <w:jc w:val="left"/>
      </w:pPr>
      <w:r>
        <w:rPr>
          <w:rFonts w:ascii="Times New Roman" w:hAnsi="Times New Roman" w:eastAsia="Times New Roman" w:cs="Times New Roman"/>
        </w:rPr>
        <w:t>Muaj ib zaj lus tseeb tshwj xeeb uas raug qhib tawm rau Vajtswv haiv neeg los ntawm phau Qhia Tshwm ib nyuag ua ntej lub sijhawm uas tibneeg txoj kev sim siab xaus. Zaj lus tshwj xeeb ntawd kuj yog Malakis “Elijah zaj lus” uas raug tshaj tawm ib nyuag ua ntej “hnub txaus ntshai ntawm tus Tswv”.</w:t>
      </w:r>
    </w:p>
    <w:p>
      <w:pPr>
        <w:pStyle w:val="ArticleBody"/>
        <w:jc w:val="left"/>
      </w:pPr>
      <w:r>
        <w:rPr>
          <w:rFonts w:ascii="Times New Roman" w:hAnsi="Times New Roman" w:eastAsia="Times New Roman" w:cs="Times New Roman"/>
        </w:rPr>
        <w:t>Thaum pib ntawm ob phau Vajluskub thiab thaum kawg ntawm Phau Vajluskub Tshiab, peb pom tej yam ntxwv tseeb ntawm Vajtswv raug qhia meej. Hauv Chivkeeb Nws yog Tus Tsim, thiab thaum kawg ntawm Qhia Tshwm Nws yog Alpha thiab Omega. Thaum pib ntawm Phau Vajluskub Tshiab, Nws los ua Leej Tub ntawm neeg. Thiab thaum kawg ntawm Phau Vajluskub Qub, peb pom txoj ntsiab cai uas tus tubtxib Eliyas siv los ua kom tiav txoj xov uas nws yuav tshaj tawm, uas yog tig cov siab ntawm cov yawg koob los rau cov menyuam, thiab tig cov siab ntawm cov menyuam los rau cov yawg koob.</w:t>
      </w:r>
    </w:p>
    <w:p>
      <w:pPr>
        <w:pStyle w:val="ArticleBody"/>
        <w:jc w:val="left"/>
      </w:pPr>
      <w:r>
        <w:rPr>
          <w:rFonts w:ascii="Times New Roman" w:hAnsi="Times New Roman" w:eastAsia="Times New Roman" w:cs="Times New Roman"/>
        </w:rPr>
        <w:t>Lub ntsiab cai qhia yav tom ntej uas Eliyas siv los nthuav nws zaj lus ceeb toom yog tib yam nkaus li yam Yauhas raug txib kom ua hauv Phau Ntawv Qhia Tshwm Sim. Eliyas “yuav tig cov txiv lub siab los rau cov me nyuam, thiab cov me nyuam lub siab los rau lawv cov txiv,” hos Yauhas raug hais kom sau tej yam uas muaj nyob thaum ntawd, thiab hauv kev ua li ntawd nws kuj yuav tib lub sijhawm sau tej yam uas yuav los tom ntej thiab. Yauhas raug siv los ua piv txwv qhia tias lub ntsiab cai ntawm alpha thiab omega ua haujlwm li cas hauv Lo Lus qhia yav tom ntej, thiab Eliyas yuav tsa nws zaj lus raws tib lub ntsiab cai ntawd. Thaum peb muab qhov pib ntawm Phau Vajlugkub piv nrog qhov kawg ntawm Phau Vajlugkub, peb tab tom piv Phau Qub nrog Phau Tshiab. Ib tug txiv yog qhov pib ntawm nws tus me nyuam, hos tus me nyuam yog qhov kawg ntawm tus txiv. Ib puas plaub caug plaub txhiab leej yog tiam kawg ntawm Anplahas cov me nyuam, thiab zaj keeb kwm uas Vajtswv tau nkag mus rau hauv txoj kev cog lus nrog Anplahas ntawd yog yam ua qauv qhia txog zaj keeb kwm thaum Vajtswv rov tsim dua tshiab txoj kev cog lus ntawd nrog ib puas plaub caug plaub txhiab leej.</w:t>
      </w:r>
    </w:p>
    <w:p>
      <w:pPr>
        <w:pStyle w:val="ArticleScripture"/>
        <w:jc w:val="left"/>
      </w:pPr>
      <w:r>
        <w:rPr>
          <w:rFonts w:ascii="Times New Roman" w:hAnsi="Times New Roman" w:eastAsia="Times New Roman" w:cs="Times New Roman"/>
        </w:rPr>
        <w:t>Yog li ntawd, nws yog los ntawm txoj kev ntseeg, xwv kom nws thiaj yog los ntawm txoj kev tshav ntuj; kom lo lus cog tseg thiaj ruaj khov rau txhua tus xeeb leej xeeb ntxwv; tsis yog rau cov uas yog ntawm txoj cai xwb, tiamsis kuj rau cov uas yog ntawm txoj kev ntseeg ntawm Anplahas thiab; tus uas yog peb sawv daws leej txiv. Loos 4:16.</w:t>
      </w:r>
    </w:p>
    <w:p>
      <w:pPr>
        <w:pStyle w:val="ArticleBody"/>
        <w:jc w:val="left"/>
      </w:pPr>
      <w:r>
        <w:rPr>
          <w:rFonts w:ascii="Times New Roman" w:hAnsi="Times New Roman" w:eastAsia="Times New Roman" w:cs="Times New Roman"/>
        </w:rPr>
        <w:t>Zaj lus ntawm Eliyas yog sawv cev rau lub ntsiab cai ntawm alpha thiab omega, rau qhov cov yawg koob yog alpha thiab cov me nyuam yog omega. Zaj lus ntawm Eliyas yuav tig cov siab ntawm cov yawg koob mus rau cov me nyuam. Khetos tau qhia tias Yauhas uas Muab Neeg Ua Kev Cai Raus Dej yog Eliyas, thiab Ellen White tau txheeb William Miller tias yog ob leeg tib si Eliyas thiab Yauhas uas Muab Neeg Ua Kev Cai Raus Dej. Zaj lus ntawm tag nrho cov txiv neej sawv cev no tau raug sawv cev ua qhov tig cov siab ntawm cov yawg koob mus rau cov me nyuam thiab rov qab los thiab. Tes haujlwm ntawd sawv cev rau qhov tshwm sim ntawm zaj lus hauv kev tig neeg lub siab mus rau lawv Leej Txiv saum ntuj ceeb tsheej, tiam sis nws muaj lub ntsiab ntau tshaj ntawd, rau qhov nws yog ib lub cim ntawm tes haujlwm ntawd. Hauv tej lus faj lem hauv Vajlugkub tej cim muaj ntau tshaj ib lub ntsiab thiab yuav tsum raug txheeb kom yog raws li lub ntsiab lus ncig nws.</w:t>
      </w:r>
    </w:p>
    <w:p>
      <w:pPr>
        <w:pStyle w:val="ArticleScripture"/>
        <w:jc w:val="left"/>
      </w:pPr>
      <w:r>
        <w:rPr>
          <w:rFonts w:ascii="Times New Roman" w:hAnsi="Times New Roman" w:eastAsia="Times New Roman" w:cs="Times New Roman"/>
        </w:rPr>
        <w:t>“Dab tsi ua rau Yauhas tus uas ua kevcai raus dej loj? Nws kaw nws lub siab rau tej kab lig kev cai coob uas cov xibhwb ntawm haiv neeg Yudais nthuav tawm, thiab qhib nws rau txoj kev txawj ntse uas los saum ntuj los. Ua ntej nws yug los Vaj Ntsuj Plig Dawb Huv twb ua timkhawv txog Yauhas tias: ‘Nws yuav yog tus loj nyob ntawm tus Tswv xub ntiag, thiab nws yuav tsis haus cawv txiv hmab los sis dej cawv muaj zog; thiab nws yuav puv npo Vaj Ntsuj Plig Dawb Huv…. Thiab nws yuav coj ntau tus ntawm cov me nyuam Ixayees rov los cuag tus Tswv lawv tus Vajtswv. Thiab nws yuav mus ua ntej Nws nyob hauv Eliyas tus ntsuj plig thiab lub hwj chim, kom tig leej txiv lub siab los rau cov me nyuam, thiab cov tsis mloog lus los rau txoj kev txawj ntse ntawm cov ncaj ncees; kom npaj ib haiv neeg uas twb npaj txhij rau tus Tswv lawm.’ Lukas 1:15–17.” Counsels to Parents, Teachers and Students, 445.</w:t>
      </w:r>
    </w:p>
    <w:p>
      <w:pPr>
        <w:pStyle w:val="ArticleBody"/>
        <w:jc w:val="left"/>
      </w:pPr>
      <w:r>
        <w:rPr>
          <w:rFonts w:ascii="Times New Roman" w:hAnsi="Times New Roman" w:eastAsia="Times New Roman" w:cs="Times New Roman"/>
        </w:rPr>
        <w:t>Tsab xov no raug npaj cia kom cov uas xaiv los mloog yuav tig lawv lub siab los cuag Leej Txiv Saum Ntuj Ceeb Tsheej; txawm li ntawd los, lub ntsiab cai thawj ntawm kev cev Vajtswv lus uas yuav raug siv los xa zaj xov ceeb toom no yog tias Khetos yog tus Alpha thiab Omega, tus thawj thiab tus kawg, qhov pib thiab qhov xaus. Zaj xov Eliyas yog raug tsa rau saum kev nthuav qhia txog Vajtswv Txojlus cev Vajtswv lus raws li qhov kev pom tias Yexus Khetos yog Vajtswv Txojlus, thiab cov cai uas kav phau Vajlugkub kuj yog tej yam cwj pwm ntawm Nws tus yam ntxwv.</w:t>
      </w:r>
    </w:p>
    <w:p>
      <w:pPr>
        <w:pStyle w:val="ArticleScripture"/>
        <w:jc w:val="left"/>
      </w:pPr>
      <w:r>
        <w:rPr>
          <w:rFonts w:ascii="Times New Roman" w:hAnsi="Times New Roman" w:eastAsia="Times New Roman" w:cs="Times New Roman"/>
        </w:rPr>
        <w:t>“Vajtswv txoj kevcai ntawm Vajtswv yog dawb huv ib yam li Vajtswv Nws Tus Kheej. Nws yog kev tshwm qhia txog Nws lub siab nyiam, yog daim qauv sau tawm ntawm Nws tus cwj pwm, yog qhov kev nthuav tawm ntawm txoj kev hlub thiab txoj kev txawj ntse uas yog los saum ntuj los. Kev sib haum xeeb ntawm txhua yam uas raug tsim nyob ntawm qhov uas txhua tus uas muaj txojsia thiab tsis muaj txojsia, txhua yam uas muaj sia thiab tsis muaj sia, yuav tsum haum raws nraim li txoj kevcai ntawm Tus Tsim. Vajtswv tau tsa kevcai tseg rau kev tswj hwm, tsis yog rau cov uas muaj txojsia xwb, tiamsis rau txhua txoj kev ua haujlwm ntawm ntuj tsim teb raug thiab. Txhua yam nyob hauv qab kevcai ruaj khov, uas tsis pub saib tsis taus. Tiamsis txawm yog txhua yam hauv ntuj tsim teb raug raug tswj hwm los ntawm kevcai ntuj, tibneeg tib leeg xwb, tshaj txhua yam uas nyob saum npoo ntiajteb no, thiaj yog tus uas nyob hauv qab txoj kevcai ncaj ncees. Rau tibneeg, uas yog lub hauj lwm tsim kawg nkaus thiab yog lub mom ntawm kev tsim, Vajtswv tau pub lub hwjchim kom nkag siab tau Nws tej lus txib, kom to taub tau txoj kev ncaj ncees thiab txoj kev ua zoo pub txiaj ntsim ntawm Nws txoj kevcai, thiab nws tej lus thov uas dawb huv rau saum nws; thiab ntawm tibneeg no mas, yuav tsum muaj kev mloog lus uas ruaj khov tsis txawj tig.” Patriarchs and Prophets, 53.</w:t>
      </w:r>
    </w:p>
    <w:p>
      <w:pPr>
        <w:pStyle w:val="ArticleBody"/>
        <w:jc w:val="left"/>
      </w:pPr>
      <w:r>
        <w:rPr>
          <w:rFonts w:ascii="Times New Roman" w:hAnsi="Times New Roman" w:eastAsia="Times New Roman" w:cs="Times New Roman"/>
        </w:rPr>
        <w:t>Txhua yam (thiab qhov no yuav suav nrog phau Vajlugkub, rau qhov phau Vajlugkub yog ib yam dab tsi, thiab yog nws yog ib yam dab tsi, ces nws yog ib feem ntawm txhua yam) nyob hauv qab cov kevcai ruaj khov. Phau Vajlugkub muaj cov kevcai lossis cov cai ruaj khov uas kav nws txoj kev txhais kom yog. Ib qho ntawm cov cai ntawd yog tias phau Vajlugkub txheeb qhov kawg ntawm ib yam nrog qhov pib ntawm ib yam. Yexus yog Vajtswv Txojlus, thiab Nws yog tus thawj thiab tus kawg, thiab qhov ntawd yog ib “txoj kevcai ruaj khov” thiab yog ib yam cwj pwm ntawm Nws tus kheej.</w:t>
      </w:r>
    </w:p>
    <w:p>
      <w:pPr>
        <w:pStyle w:val="ArticleBody"/>
        <w:jc w:val="left"/>
      </w:pPr>
      <w:r>
        <w:rPr>
          <w:rFonts w:ascii="Times New Roman" w:hAnsi="Times New Roman" w:eastAsia="Times New Roman" w:cs="Times New Roman"/>
        </w:rPr>
        <w:t>Peb tau siv zaj lus qhia pib hais txog Eliyas no los qhia tias qhov pib thiab qhov xaus ntawm ob Phau Qub thiab Phau Tshiab sib haum. Qhov xaus ntawm Phau Vajlugkub, uas kuj yog qhov xaus ntawm phau Qhia Tshwm, kuj sib haum nrog qhov pib ntawm phau Qhia Tshwm thiab. Muaj tsib tug timkhawv rau tib yam kev tseeb no raws li txoj cai uas yog ib feem ntawm Vajtswv tus cwj pwm, uas yog Vajtswv Txojlus ib txwm qhia qhov xaus ntawm ib yam nrog qhov pib ntawm yam ntawd. Qhov tseeb no yog ib feem ntawm yam uas txhais tias Yexus Khetos yog Alpha thiab Omega.</w:t>
      </w:r>
    </w:p>
    <w:p>
      <w:pPr>
        <w:pStyle w:val="ArticleScripture"/>
        <w:jc w:val="left"/>
      </w:pPr>
      <w:r>
        <w:rPr>
          <w:rFonts w:ascii="Times New Roman" w:hAnsi="Times New Roman" w:eastAsia="Times New Roman" w:cs="Times New Roman"/>
        </w:rPr>
        <w:t>“Rau tus tubtxib Yauhas uas nyob saum kob Patmos, tej yam xwm txheej uas tob kawg thiab ua rau lub siab tshee hnyo txog hauv txoj kev paub dhau ntawm pawg ntseeg tau raug qhib tawm rau nws. Tej ntsiab lus uas muaj kev txaus siab loj heev thiab tseem ceeb dav kawg tau raug nthuav qhia rau nws hauv tej yam piv txwv thiab cim, kom haiv neeg ntawm Vajtswv thiaj li muaj kev nkag siab txog tej kev phom sij thiab tej kev tawm tsam uas nyob ntawm lawv xub ntiag. Keeb kwm ntawm lub ntiaj teb Khixatia mus txog rau thaum kawg nkaus ntawm lub sijhawm tau raug tshwm tawm rau Yauhas. Nrog kev meej tseeb loj kawg nws tau pom txoj hauj lwm, tej kev phom sij, tej kev tawm tsam, thiab txoj kev dim cawm kawg nkaus ntawm haiv neeg ntawm Vajtswv. Nws sau tseg txoj xov kawg uas yuav ua kom qoob loo hauv ntiaj teb siav txhij, txawm yog ua tej pawg nplej rau hauv lub tsev khaws qoob saum ntuj ceeb tsheej, los yog ua tej pob ntoo rau hauv cov hluav taws ntawm hnub kawg.”</w:t>
      </w:r>
    </w:p>
    <w:p>
      <w:pPr>
        <w:pStyle w:val="ArticleScripture"/>
        <w:jc w:val="left"/>
      </w:pPr>
      <w:r>
        <w:rPr>
          <w:rFonts w:ascii="Times New Roman" w:hAnsi="Times New Roman" w:eastAsia="Times New Roman" w:cs="Times New Roman"/>
        </w:rPr>
        <w:t>“Hauv qhov yog toog pom, Yauhas tau pom tej kev sim siab uas Vajtswv haiv neeg yuav tsum tiv rau qhov tseeb lub hom phiaj. Nws pom lawv txoj kev ruaj khov uas tsis kam txav hauv kev mloog lus rau Vajtswv tej lus txib, txawm nyob tim ntsej tim muag ntawm tej hwjchim tsim txom uas nrhiav yuam kom lawv poob rau hauv kev tsis mloog lus, thiab nws kuj pom lawv txoj kev yeej kawg nkaus saum tus tsiaj qus thiab nws daim duab.”</w:t>
      </w:r>
    </w:p>
    <w:p>
      <w:pPr>
        <w:pStyle w:val="ArticleScripture"/>
        <w:jc w:val="left"/>
      </w:pPr>
      <w:r>
        <w:rPr>
          <w:rFonts w:ascii="Times New Roman" w:hAnsi="Times New Roman" w:eastAsia="Times New Roman" w:cs="Times New Roman"/>
        </w:rPr>
        <w:t>“Nyob hauv cov cim ntawm ib tug zaj loj liab, ib tug tsiaj zoo li tsov txaij, thiab ib tug tsiaj muaj kub zoo li menyuam yaj, cov nom tswv hauv ntiajteb no uas yuav tshwjxeeb koom tes rau hauv kev tsuj hla Vajtswv txoj kevcai thiab tsim txom Nws haivneeg, tau raug nthuav tawm rau Yauhas. Tsov rog ntawd raug coj mus txuas ntxiv mus txog thaum kawg ntawm lub sijhawm. Vajtswv haivneeg, uas raug sawv cev los ntawm ib tug pojniam dawb huv thiab nws cov menyuam, raug qhia tias yog cov nyob tsawg heev xwb. Nyob rau hnub kawg tsuas yog ib pab seem xwb thiaj tseem muaj nyob. Hais txog cov no Yauhas hais tias lawv yog cov “uas tuav rawv Vajtswv tej lus txib, thiab muaj Yexus Khetos tej lus timkhawv.”</w:t>
      </w:r>
    </w:p>
    <w:p>
      <w:pPr>
        <w:pStyle w:val="ArticleScripture"/>
        <w:jc w:val="left"/>
      </w:pPr>
      <w:r>
        <w:rPr>
          <w:rFonts w:ascii="Times New Roman" w:hAnsi="Times New Roman" w:eastAsia="Times New Roman" w:cs="Times New Roman"/>
        </w:rPr>
        <w:t>“Los ntawm kev ntseeg cuav ntawm lwm haiv neeg, thiab tom qab ntawd los ntawm txoj kev kav ntawm Papacy, Xatas tau siv nws lub hwj chim ntau pua xyoo los rau siab muab Vajtswv cov timkhawv ncaj ncees tshem kom ploj ntawm lub ntiajteb. Cov neeg pe dab qhuas thiab cov papists raug txhawb los ntawm tib tus ntsuj plig zaj. Lawv tsuas txawv xwb tias Papacy, uas ua txuj li yog tabtom ua haujlwm rau Vajtswv, yog tus yeeb ncuab uas txaus ntshai dua thiab lim hiam dua. Los ntawm Romanism txoj kev ua haujlwm, Xatas tau ntes lub ntiajteb ua qhev. Pawg ntseeg uas lees tias yog Vajtswv li raug swept nkag mus rau hauv cov qib ntawm txoj kev dag ntxias no, thiab ntev dua ib txhiab xyoo Vajtswv haiv neeg tau raug txom nyem nyob hauv zaj txoj kev npau taws. Thiab thaum Papacy, raug nyiag nws lub zog lawm, raug yuam kom tseg kev tsim txom, Yauhas pom ib lub hwj chim tshiab tabtom sawv los kom ncha zaj lub suab, thiab txuas ntxiv tib txoj haujlwm lim hiam thiab thuam Vajtswv. Lub hwj chim no, uas yog lub kawg uas yuav ua rog tawm tsam pawg ntseeg thiab Vajtswv txoj kevcai, raug sawv cev los ntawm ib tug tsiaj muaj ob tug kub zoo li menyuam yaj. Cov tsiaj uas los ua ntej nws tau sawv los ntawm hiav txwv, tiamsis tus no sawv los ntawm lub ntiajteb, sawv cev rau txoj kev sawv los nyob kaj siab lug ntawm haiv neeg uas nws ua cim rau. ‘Ob tug kub zoo li menyuam yaj’ sawv cev zoo heev rau tus cwj pwm ntawm Tsoomfwv Meskas, raws li qhia tawm hauv nws ob txoj hauv paus ntsiab cai, Republicanism thiab Protestantism. Ob txoj ntsiab cai no yog qhov zais cia ntawm peb lub hwj chim thiab peb txoj kev vam meej ua ib haiv neeg. Cov neeg uas xub nrhiav tau chaw nkaum ntawm ntug dej hiav txwv America tau zoo siab tias lawv tau mus txog ib lub tebchaws uas dim ntawm kev khav theeb ntawm popery thiab kev tswj hwm lim hiam ntawm vaj ntxwv. Lawv txiav txim siab los tsim ib lub tseemfwv saum lub hauv paus dav ntawm kev ywj pheej ntawm pej xeem thiab kev ntseeg.”</w:t>
      </w:r>
    </w:p>
    <w:p>
      <w:pPr>
        <w:pStyle w:val="ArticleScripture"/>
        <w:jc w:val="left"/>
      </w:pPr>
      <w:r>
        <w:rPr>
          <w:rFonts w:ascii="Times New Roman" w:hAnsi="Times New Roman" w:eastAsia="Times New Roman" w:cs="Times New Roman"/>
        </w:rPr>
        <w:t>“Tiamsis txoj kab kos ruaj khov ntawm tus cwj mem cev Vajtswv lus qhia tawm tias muaj ib qho kev hloov hauv daim duab thaj yeeb no. Tus tsiaj uas muaj ob tug kub zoo li yaj hais lus nrog lub suab ntawm ib tug zaj, thiab ‘xyaum tag nrho lub hwjchim ntawm thawj tug tsiaj ntawd nyob ntawm nws xub ntiag.’ Cev Vajtswv lus hais tseg tias nws yuav hais rau cov uas nyob hauv ntiajteb kom lawv ua ib tug duab rau tus tsiaj, thiab tias ‘nws ua kom sawvdaws, me thiab loj, nplua nuj thiab pluag, ywj pheej thiab qhev, txais ib lub cim rau ntawm lawv txhais tes xis, los sis rau ntawm lawv hauv pliaj; thiab kom tsis muaj leejtwg yuav tau lossis muag tau, tsuas yog tus uas muaj lub cim, los sis lub npe ntawm tus tsiaj, los sis tus lej ntawm nws lub npe xwb.’ Yog li no, Protestantism taug raws cov kauj ruam ntawm lub Papacy.”</w:t>
      </w:r>
    </w:p>
    <w:p>
      <w:pPr>
        <w:pStyle w:val="ArticleScripture"/>
        <w:jc w:val="left"/>
      </w:pPr>
      <w:r>
        <w:rPr>
          <w:rFonts w:ascii="Times New Roman" w:hAnsi="Times New Roman" w:eastAsia="Times New Roman" w:cs="Times New Roman"/>
        </w:rPr>
        <w:t>“Yog thaum no tus tim tswv thib peb thiaj pom ya nyob nruab nrab saum ntuj, tshaj tawm tias: ‘Yog leejtwg pe hawm tus tsiaj nyaum thiab nws tus duab, thiab txais nws lub cim rau ntawm nws hauv pliaj los yog rau ntawm nws txhais tes, tus ntawd yuav haus cawv txiv hmab ntawm Vajtswv txoj kev chim, uas raug hliv tawm yam tsis tov rau hauv lub khob ntawm Nws txoj kev npau taws.’ ‘Ntawm no yog cov uas ceev Vajtswv tej lus txib, thiab txoj kev ntseeg ntawm Yexus.’ Nyob rau hauv qhov sib txawv uas pom tseeb heev rau lub ntiajteb no sawv ib pab neeg me uas yuav tsis tig mus deb ntawm lawv txoj kev ncaj ncees rau Vajtswv. Cov no yog cov uas Yaxayas hais txog tias yog cov kho qhov chaw tawg uas tau ua rau hauv Vajtswv txoj kevcai, lawv yog cov uas tab tom txhim kho tej chaw qub uas raug tso tseg, tsa kom sawv cov hauv paus ntawm ntau tiam neeg.”</w:t>
      </w:r>
    </w:p>
    <w:p>
      <w:pPr>
        <w:pStyle w:val="ArticleScripture"/>
        <w:jc w:val="left"/>
      </w:pPr>
      <w:r>
        <w:rPr>
          <w:rFonts w:ascii="Times New Roman" w:hAnsi="Times New Roman" w:eastAsia="Times New Roman" w:cs="Times New Roman"/>
        </w:rPr>
        <w:t>“Lus ceeb toom uas loj tshaj plaws thiab lus hem uas txaus ntshai tshaj plaws uas ib zaug twg tau hais rau neeg ntiajteb, yog qhov uas muaj nyob hauv tus timtswv thib peb txoj xov. Txoj kev txhaum uas hu kom Vajtswv txoj kev chim los poob saum nws yam tsis muaj kev hlub sib xyaw li, yuav tsum yog ib yam uas phem tshaj plaws. Puas yuav cia lub ntiajteb nyob hauv qhov tsaus ntuj txog txoj kev txhaum no lub ntsiab tiag?—Tsis yog kiag li. Vajtswv tsis ua li ntawd rau Nws cov tsimtxiaj. Nws txoj kev chim yeej tsis raug coj los rau saum tej kev txhaum uas ua hauv kev tsis paub. Ua ntej Nws tej kev txiavtxim raug coj los rau saum lub ntiajteb, qhov kaj hais txog txoj kev txhaum no yuav tsum raug muab nthuav tawm rau lub ntiajteb, xwv kom neeg thiaj paub tias yog vim li cas tej kev txiavtxim no raug muab tso los, thiab kom lawv thiaj muaj sijhawm khiav dim ntawm lawv.”</w:t>
      </w:r>
    </w:p>
    <w:p>
      <w:pPr>
        <w:pStyle w:val="ArticleScripture"/>
        <w:jc w:val="left"/>
      </w:pPr>
      <w:r>
        <w:rPr>
          <w:rFonts w:ascii="Times New Roman" w:hAnsi="Times New Roman" w:eastAsia="Times New Roman" w:cs="Times New Roman"/>
        </w:rPr>
        <w:t>“Txoj lus uas muaj qhov kev ceeb toom no yog txoj lus kawg uas yuav tsum raug tshaj tawm ua ntej qhov kev tshwm sim ntawm Neeg Leej Tub. Cov cim uas Nws Tus Kheej tau muab tseg tshaj tawm tias Nws txoj kev los twb nyob ze lawm. Yuav luag tau plaub caug xyoo lawm uas txoj lus ntawm tus tim tswv thib peb tau nrov ncha. Hauv qhov txiav txim ntawm txoj kev sib ntaus loj ntawd, muaj ob pab raug tsim tawm los, yog cov uas ‘pe hawm tus tsiaj qus thiab nws daim duab,’ thiab txais nws lub cim, thiab cov uas txais ‘lub cim foob ntawm Vajtswv uas muaj txoj sia nyob,’ uas muaj Leej Txiv lub npe sau rau ntawm lawv hauv pliaj. Qhov no tsis yog ib lub cim uas pom tau. Lub sijhawm twb los txog lawm uas txhua tus uas muaj kev txaus siab rau txoj kev cawm dim ntawm nws tus ntsuj plig yuav tsum mob siab thiab hnyav siab nug tias, Lub cim foob ntawm Vajtswv yog dabtsi? Thiab lub cim ntawm tus tsiaj qus yog dabtsi? Peb yuav ua li cas thiaj zam tsis tau kom tsis txhob txais nws?”</w:t>
      </w:r>
    </w:p>
    <w:p>
      <w:pPr>
        <w:pStyle w:val="ArticleScripture"/>
        <w:jc w:val="left"/>
      </w:pPr>
      <w:r>
        <w:rPr>
          <w:rFonts w:ascii="Times New Roman" w:hAnsi="Times New Roman" w:eastAsia="Times New Roman" w:cs="Times New Roman"/>
        </w:rPr>
        <w:t>“Lub foob ntawm Vajtswv, uas yog lub cim lossis lub chaw qhia txog Nws txoj cai kav, muaj nyob hauv nqe lus txib thib plaub. Qhov no yog tib lo lus txib hauv Kaum Nqe Kev Cai uas qhia txog Vajtswv tias yog Tus Tsim ntuj thiab ntiajteb, thiab uas cais meej Vajtswv tseeb tawm ntawm txhua tus vajtswv cuav. Thoob plaws hauv Vaj Lug Kub, qhov tseeb txog Vajtswv lub hwjchim tsim txhua yam raug hais los ua pov thawj tias Nws nyob siab dua txhua tus vajtswv cuav ntawm lwm haiv neeg.</w:t>
      </w:r>
    </w:p>
    <w:p>
      <w:pPr>
        <w:pStyle w:val="ArticleScripture"/>
        <w:jc w:val="left"/>
      </w:pPr>
      <w:r>
        <w:rPr>
          <w:rFonts w:ascii="Times New Roman" w:hAnsi="Times New Roman" w:eastAsia="Times New Roman" w:cs="Times New Roman"/>
        </w:rPr>
        <w:t>“Hnub Xatau uas tau raug txib tseg los ntawm lo lus txib plaub raug tsa los ua kev nco txog tes haujlwm ntawm kev tsim ntuj tsim teb, yog li ntawd thiaj ua kom tibneeg lub siab lub ntsws ib txwm tig mus rau Vajtswv tus tseeb thiab tus ciaj sia. Yog Hnub Xatau yeej ib txwm raug ceev tseg lawm, ces yuav tsis muaj ib tug pe dab pe mlom, ib tug tsis lees paub Vajtswv, lossis ib tug tsis ntseeg li. Kev dawb huv ntawm kev coj raws li Vajtswv hnub dawb huv yuav tau coj tibneeg lub siab mus cuag lawv Tus Tsim. Tej yam hauv ntuj tsim teb yuav tau coj Nws rov los rau hauv lawv txoj kev nco, thiab tej ntawd yuav tau ua tim khawv txog Nws lub hwjchim thiab Nws txoj kev hlub. Hnub Xatau ntawm lo lus txib plaub yog lub foob ntawm Vajtswv tus ciaj sia. Nws taw rau Vajtswv raws li tus Tsim, thiab yog lub cim ntawm Nws txoj cai tsim nyog kav cov muaj sia uas Nws tau tsim los.”</w:t>
      </w:r>
    </w:p>
    <w:p>
      <w:pPr>
        <w:pStyle w:val="ArticleScripture"/>
        <w:jc w:val="left"/>
      </w:pPr>
      <w:r>
        <w:rPr>
          <w:rFonts w:ascii="Times New Roman" w:hAnsi="Times New Roman" w:eastAsia="Times New Roman" w:cs="Times New Roman"/>
        </w:rPr>
        <w:t>“Yog li ntawd, cim ntawm tus tsiaj qus yog dab tsi, yog tias tsis yog hnub Xanpataus cuav uas lub ntiajteb tau lees txais los hloov chaw rau hnub Xanpataus tseeb?</w:t>
      </w:r>
    </w:p>
    <w:p>
      <w:pPr>
        <w:pStyle w:val="ArticleScripture"/>
        <w:jc w:val="left"/>
      </w:pPr>
      <w:r>
        <w:rPr>
          <w:rFonts w:ascii="Times New Roman" w:hAnsi="Times New Roman" w:eastAsia="Times New Roman" w:cs="Times New Roman"/>
        </w:rPr>
        <w:t>“Lo lus tshaj tawm qhia yav tom ntej hais tias lub hwj chim Papacy yuav tsa nws tus kheej siab tshaj txhua yam uas hu ua Vajtswv, lossis uas raug pe hawm, twb tau ua tiav pom tseeb kawg li hauv kev hloov Hnub Xanpataus ntawm hnub xya mus rau hnub ib ntawm lub limtiam. Txhua qhov chaw uas Hnub Xanpataus papal raug hwm tshaj qhov Hnub Xanpataus ntawm Vajtswv, qhov ntawd tus neeg txhaum raug tsa siab tshaj Tus Tsim lub ntuj thiab lub ntiajteb.”</w:t>
      </w:r>
    </w:p>
    <w:p>
      <w:pPr>
        <w:pStyle w:val="ArticleScripture"/>
        <w:jc w:val="left"/>
      </w:pPr>
      <w:r>
        <w:rPr>
          <w:rFonts w:ascii="Times New Roman" w:hAnsi="Times New Roman" w:eastAsia="Times New Roman" w:cs="Times New Roman"/>
        </w:rPr>
        <w:t>“Cov uas hais tseg tias Khetos tau hloov Hnub Xanpataus ntawd, yeej yog tab tom tawm tsam ncaj qha rau Nws tus kheej cov lus. Hauv Nws Txoj Lus Qhuab Qhia saum Roob Nws tau tshaj tawm tias: ‘Tsis txhob xav tias Kuv los rhuav tshem txoj kevcai, lossis cov cev Vajtswv lus; Kuv tsis tau los rhuav tshem, tiamsis los ua kom tiav. Rau qhov tseeb Kuv hais rau nej, txog thaum ntuj thiab lub ntiajteb dhau mus, ib qho me tshaj plaws lossis ib lub cim me tshaj plaws yuav tsis ploj ntawm txoj kevcai li mus txog thaum txhua yam ua tiav. Yog li ntawd, tus uas rhuav ib qho ntawm cov lus txib no uas me tshaj plaws, thiab qhia neeg kom ua li ntawd, tus ntawd yuav raug hu ua tus me tshaj plaws hauv lub nceeg vaj saum ntuj; tiamsis tus uas ua raws thiab qhia lawv, tus ntawd yuav raug hu ua tus loj hauv lub nceeg vaj saum ntuj.’”</w:t>
      </w:r>
    </w:p>
    <w:p>
      <w:pPr>
        <w:pStyle w:val="ArticleScripture"/>
        <w:jc w:val="left"/>
      </w:pPr>
      <w:r>
        <w:rPr>
          <w:rFonts w:ascii="Times New Roman" w:hAnsi="Times New Roman" w:eastAsia="Times New Roman" w:cs="Times New Roman"/>
        </w:rPr>
        <w:t>“Cov neeg Loos Kas Tos Liv lees paub tias kev hloov Hnub Xanpataus ntawd yog lawv lub koom txoos ua, thiab lawv tsa qhov kev hloov ntawd kiag no ua pov thawj txog txoj cai loj tshaj plaws ntawm lub koom txoos no. Lawv tshaj tawm tias, los ntawm kev coj thawj hnub ntawm lub limtiam ua Hnub Xanpataus, cov Protestant tab tom lees paub nws lub hwjchim los tsim kev cai hais txog tej yam uas yog Vajtswv li. Lub Koom Txoos Loos tsis tau tso tseg nws txoj kev thov tias nws tsis yuam kev, thiab thaum lub ntiajteb nrog rau cov koom txoos Protestant lees txais hnub xanpataus cuav uas nws tsim, lawv yeej yuav luag zoo li lees paub nws txoj kev thov ntawd. Lawv yuav hais txog txoj cai ntawm cov tubtxib thiab cov txiv plig qub los tiv thaiv qhov kev hloov no, tabsis qhov yuam kev hauv lawv txoj kev xav yeej pom tau yooj yim. Tus ntseeg papas ntse txaus pom tias cov Protestant tab tom dag lawv tus kheej, txaus siab kaw lawv lub qhov muag rau tej xwm txheej tseeb hauv zaj no. Thaum txoj kev tsa Hnub Caiv nce txais kev pom zoo, nws zoo siab hlo, ruaj siab tias thaum kawg nws yuav coj tau tag nrho lub ntiajteb Protestant los nyob hauv qab chij ntawm Loos.” Signs of the Times, Kaum Ib Hlis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Eliyas—Tus Naj Npawb Ib</dc:title>
  <dc:subject>Tus Uas Yog Tus Pib thiab Tus Kawg</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