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Tus Lej Tsib</w:t>
      </w:r>
    </w:p>
    <w:p>
      <w:pPr>
        <w:pStyle w:val="ArticleSubtitle"/>
        <w:jc w:val="left"/>
      </w:pPr>
      <w:r>
        <w:rPr>
          <w:rFonts w:ascii="Arial" w:hAnsi="Arial" w:eastAsia="Arial" w:cs="Arial"/>
        </w:rPr>
        <w:t>Kev Ntsiag To Hauv Lus Qhuab Qhia Yav Tom Ntej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Thaum Eliyas kom Ahab hu tag nrho cov Ixayees tuaj rau Kalamee, qhov ntawd tau ua ntej qhia txog Vajtswv coj pawg ntseeg tawm hauv Cov Hnub Nyoog Tsaus Ntuj xyoo 1798 tom qab peb xyoos ib nrab ntawm kev tsim txom, thiab coj lawv mus rau 1844 thiab tom qab ntawd mus rau 1863. Peb hnub tim ntawd yog peb lub cim ciam teb kawg ntawm tus qauv ntawm “xya lub sij hawm” raws li Yaxayas tau nthuav tawm hauv tshooj xya.</w:t>
      </w:r>
    </w:p>
    <w:p>
      <w:pPr>
        <w:pStyle w:val="ArticleBody"/>
        <w:jc w:val="left"/>
      </w:pPr>
      <w:r>
        <w:rPr>
          <w:rFonts w:ascii="Times New Roman" w:hAnsi="Times New Roman" w:eastAsia="Times New Roman" w:cs="Times New Roman"/>
        </w:rPr>
        <w:t>Tib zaj keeb kwm ntawm 1798, 1844 thiab 1863 ntawd kuj tau raug ua qauv ua ntej thiab thaum Mauxes coj cov tub ki Ixayees tawm hauv txoj kev ua qhev nyob rau hauv Iyiv mus txog roob Xinais. Zaj keeb kwm ntawm thawj tus tim tswv thiab tus tim tswv thib ob sawv cev rau txoj kev txav ntawm cov Millerite, uas tau pib thaum lub sij hawm kawg hauv 1798 thiab tau txuas ntxiv mus txog thaum txoj kev txav ntawd tau los ua ib pawg ntseeg hauv 1863. Eliyas thiab Mauxes yog ob tug tim khawv tseem ceeb tshaj plaws ntawm zaj keeb kwm Millerite, thiab nkawd kuj yog ob tug tim khawv tseem ceeb tshaj plaws hauv phau Ntawv Qhia Tshwm thaum lub caij keeb kwm ntawm tus tim tswv thib peb.</w:t>
      </w:r>
    </w:p>
    <w:p>
      <w:pPr>
        <w:pStyle w:val="ArticleBody"/>
        <w:jc w:val="left"/>
      </w:pPr>
      <w:r>
        <w:rPr>
          <w:rFonts w:ascii="Times New Roman" w:hAnsi="Times New Roman" w:eastAsia="Times New Roman" w:cs="Times New Roman"/>
        </w:rPr>
        <w:t>Kev txav ntawm cov Millerite cim qhia txog qhov pib ntawm txoj moo zoo uas nyob mus ib txhis hauv Tshwmsim kaum plaub, hos Future for America cim qhia txog qhov xaus. Nyob nruab nrab ntawm txoj kev txav uas yog qhov pib ntawm cov Millerite thiab txoj kev txav uas yog qhov xaus, peb pom pawg ntseeg Xya Hnub Nquag Tos Txog. Raws li cov neeg sau keeb kwm ntawm pawg ntseeg Adventist, xyoo 1856, cov seem uas tshuav ntawm txoj kev txav Millerite tau nkag mus rau hauv lub xeev Laodicea, yog li ntawd thiaj xaus lub sijhawm Philadelphian uas sawv cev rau xyoo 1798 mus txog 1856.</w:t>
      </w:r>
    </w:p>
    <w:p>
      <w:pPr>
        <w:pStyle w:val="ArticleBody"/>
        <w:jc w:val="left"/>
      </w:pPr>
      <w:r>
        <w:rPr>
          <w:rFonts w:ascii="Times New Roman" w:hAnsi="Times New Roman" w:eastAsia="Times New Roman" w:cs="Times New Roman"/>
        </w:rPr>
        <w:t>Hauv zaj lus dhau los no peb tau qhia meej tias kev tshoov siab tau muab txoj kev poob siab ntawm kev hla Hiav Txwv Liab los sib phim nrog txoj kev poob siab loj ntawm xyoo 1844. Nyob rau lub sijhawm ntawd, txoj kev sim txog Hnub Xanpataus raws li lub mana sawv cev tau los txog hauv keeb kwm ntawm Mauxes. Nyob rau tib lub ntsiab lus yaj saub ntawd, qhov kaj uas los ntawm Chaw Dawb Huv Tshaj Plaws tau pib ib txoj txheej txheem ntawm kev sim siab thiab kev ntxuav kom huv pib nrog Hnub Xanpataus, rau cov uas tau hla hiav txwv lawm thiab tau nkag los ntawm txoj kev ntseeg mus rau hauv Chaw Dawb Huv Tshaj Plaws. Txoj txheej txheem kev sim siab uas ua ntej xyoo 1844 tau pib hauv keeb kwm ntawm Mauxes thaum nws yug los, thiab rau cov Millerites hauv xyoo 1798 nrog kev nce ntxiv ntawm kev paub uas Daniyee tau qhia tias yuav tsim tawm ib txoj txheej txheem kev sim siab peb-theem uas coj mus rau kev txiav txim.</w:t>
      </w:r>
    </w:p>
    <w:p>
      <w:pPr>
        <w:pStyle w:val="ArticleScripture"/>
        <w:jc w:val="left"/>
      </w:pPr>
      <w:r>
        <w:rPr>
          <w:rFonts w:ascii="Times New Roman" w:hAnsi="Times New Roman" w:eastAsia="Times New Roman" w:cs="Times New Roman"/>
        </w:rPr>
        <w:t>Coob tus yuav raug ntxuav kom dawb huv, thiab ua kom dawb, thiab raug sim; tiamsis cov neeg phem yuav tseem ua phem: thiab tsis muaj ib tug ntawm cov neeg phem yuav to taub; tiamsis cov neeg txawj ntse yuav to taub. Daniel 12:10.</w:t>
      </w:r>
    </w:p>
    <w:p>
      <w:pPr>
        <w:pStyle w:val="ArticleBody"/>
        <w:jc w:val="left"/>
      </w:pPr>
      <w:r>
        <w:rPr>
          <w:rFonts w:ascii="Times New Roman" w:hAnsi="Times New Roman" w:eastAsia="Times New Roman" w:cs="Times New Roman"/>
        </w:rPr>
        <w:t>Kev qhib ntawm txoj kev txiav txim rau hnub tim 22 Lub Kaum Hli Ntuj, 1844, raug ua qauv qhia tseg los ntawm kev txiav txim rau Falau uas pib nrog cov tub hlob hauv tebchaws Iyiv thiab xaus rau hauv cov dej hiav txwv Liab. Thaum cov neeg txawj ntse tau nkag mus rau hauv Chaw Dawb Huv Tshaj Plaws los ntawm txoj kev ntseeg, lossis hla dhau Hiav Txwv Liab lawm, txoj txheej txheem kev sim uas tau pib thaum lub sijhawm kawg hauv xyoo 1798 tseem txuas mus dhau 1844. Hauv keeb kwm ntawm Mauxes, nws raug sawv cev los ntawm kaum qhov kev sim, uas cov Yixayee swb hauv txhua theem. Qhov kawg ntawm kaum qhov kev sim ntawd yog thaum kaum ob tug neeg soj xyuas mus tshawb nrhiav Tebchaws Cog Tseg. Qhov kev sim thawj zaug hauv keeb kwm Mauxes yog qhov kev sim txog manna uas sawv cev rau Hnub Xanpataus, thiab rau cov Millerite, Hnub Xanpataus raug txheeb xyuas tias yog qhov kev sim thawj zaug tom qab hnub tim 22 Lub Kaum Hli Ntuj, 1844. Vim qhov kev sim thawj zaug yog Hnub Xanpataus nyob hauv ob zaj keeb kwm uas sib txig, cuaj qhov kev sim tom qab hauv keeb kwm Mauxes qhia tias tom qab 1844, yuav muaj ib pawg kev sim uas yuav coj mus rau kev nkag rau hauv Tebchaws Cog Tseg lossis rau hauv tebchaws moj sab qhua ntawm txoj kev tuag. Xyoo 1863 sawv cev rau qhov kev sim kawg rau Millerite kev txav. Peb yuav pib qhov kev xav no thaum kaum ob tug neeg soj xyuas rov qab los nrog lawv cov lus ceeb toom hais txog Tebchaws Cog Tseg.</w:t>
      </w:r>
    </w:p>
    <w:p>
      <w:pPr>
        <w:pStyle w:val="ArticleScripture"/>
        <w:jc w:val="left"/>
      </w:pPr>
      <w:r>
        <w:rPr>
          <w:rFonts w:ascii="Times New Roman" w:hAnsi="Times New Roman" w:eastAsia="Times New Roman" w:cs="Times New Roman"/>
        </w:rPr>
        <w:t>Thiab lawv txawm rov qab los ntawm kev mus tshawb xyuas lub tebchaws tom qab plaub caug hnub. Lawv mus cuag Mauxes, thiab Aloos, thiab tag nrho pawg ntseeg ntawm cov Yixayee cov me nyuam, rau tom roob moj sab qhua Paran, rau Khadees; thiab lawv coj xov rov los rau lawv, thiab rau tag nrho pawg ntseeg, thiab qhia lawv pom tej txiv hmab txiv ntoo ntawm lub tebchaws. Lawv hais rau nws tias, Peb tau los txog rau lub tebchaws uas koj txib peb mus, thiab yeej muaj mis nyuj thiab zib ntab ntws nplua mias tiag; thiab nov yog tej txiv hmab txiv ntoo ntawm nws. Txawm li ntawd los, cov neeg uas nyob hauv lub tebchaws ntawd muaj zog heev, thiab tej nroog muaj ntsa loog, thiab loj kawg li; dua li ntawd, peb kuj pom Anak cov me nyuam nyob ntawd. Cov Amalekites nyob hauv thaj av qab teb; thiab cov Hittites, thiab cov Jebusites, thiab cov Amorites, nyob saum tej roob; thiab cov Kana-as nyob ze hiav txwv, thiab raws ntug Dej Yauladees. Caleb thiaj ua kom cov neeg nyob tus yees rau ntawm Mauxes xub ntiag, thiab hais tias, Cia peb tam sim no nce mus txeeb lub tebchaws ntawd; rau qhov peb muaj peev xwm txaus los kov yeej nws. Tiamsis cov txiv neej uas nce mus nrog nws hais tias, Peb tsis muaj peev xwm nce mus tawm tsam cov neeg ntawd; rau qhov lawv muaj zog dua peb. Lawv thiaj nthuav ib zaj lus phem txog lub tebchaws uas lawv tau mus tshawb rau cov Yixayee cov me nyuam, hais tias, Lub tebchaws uas peb tau hla mus tshawb ntawd yog ib lub tebchaws uas nqos tej neeg nyob hauv nws; thiab tag nrho cov neeg uas peb pom hauv nws yog neeg siab loj heev. Thiab nyob ntawd peb pom cov giants, yog Anak cov tub, uas yug los ntawm cov giants: thiab raws li peb tus kheej qhov muag pom, peb zoo li kooj tis; thiab hauv lawv qhov muag pom, peb kuj zoo ib yam li ntawd. Numbers 13:25–33.</w:t>
      </w:r>
    </w:p>
    <w:p>
      <w:pPr>
        <w:pStyle w:val="ArticleBody"/>
        <w:jc w:val="left"/>
      </w:pPr>
      <w:r>
        <w:rPr>
          <w:rFonts w:ascii="Times New Roman" w:hAnsi="Times New Roman" w:eastAsia="Times New Roman" w:cs="Times New Roman"/>
        </w:rPr>
        <w:t>Nqe no lus no hauv Phau Ntawv Teev Npe no muaj qee qhov tseeb tseem ceeb heev uas tsim nyog ua tib zoo nco ntsoov, tej uas yuav yooj yim raug saib tsis taus thaum tsis xav txog keeb kwm uas muaj nyob hauv ntawd raws li yog ib yam piv txwv qhia txog txoj kev txav Millerite. Ib qho ntsiab lus yog tias cov neeg ntxeev siab uas nqa “zaj lus ceeb toom phem” ntawd tab tom poob lawv qhov kev sim thib kaum thiab kawg, thiab hauv qhov kev sim kawg ntawd ob pab neeg tau raug muab tshwm sim. Ob pab neeg uas tau loj hlob los ntawm keeb kwm ntawm cuaj qhov kev sim dhau los no tau qhia lawv tus cwj pwm raws li “zaj lus ceeb toom” twg uas lawv xaiv lees txais. Xyoo 1863, Millerite Adventism tau tsis kam lees Mauxes zaj lus ceeb toom raws li tau sawv cev hauv cov lus faj lem hais txog kev ua qhev hauv Leviticus nees nkaum rau. Zaj lus ceeb toom uas Yosua thiab Kalex tau nthuav tawm tsuas yog kev rov hais dua Vajtswv “zaj lus ceeb toom” thoob plaws hauv keeb kwm ntawm lawv txoj kev raug cawm dim tawm ntawm kev ua qhev. Txij thaum Mauxes yug los mus ntxiv lawm, Vajtswv twb tau cog lus tias Nws yuav coj lawv tawm hauv kev ua qhev thiab coj lawv mus rau hauv thaj av uas tau cog lus rau Aplahas ntau pua xyoo ua ntej lawm. Yosua thiab Kalex sawv cev rau cov uas tau sawv ruaj nreb rau saum zaj lus ceeb toom uas yog lub hauv paus, hos kaum tus neeg soj xyuas seem ntawd tau tsis kam lees tias Vajtswv yeej tau muab zaj lus ceeb toom ntawd tiag tiag.</w:t>
      </w:r>
    </w:p>
    <w:p>
      <w:pPr>
        <w:pStyle w:val="ArticleScripture"/>
        <w:jc w:val="left"/>
      </w:pPr>
      <w:r>
        <w:rPr>
          <w:rFonts w:ascii="Times New Roman" w:hAnsi="Times New Roman" w:eastAsia="Times New Roman" w:cs="Times New Roman"/>
        </w:rPr>
        <w:t>Ces tag nrho lub koom txoos thiaj tsa suab quaj nrov nrov; thiab haiv neeg quaj hmo ntawd. Thiab cov menyuam ntawm Ixayees sawv daws yws cem Mauxe thiab Aloos; thiab tag nrho lub koom txoos hais rau nkawd tias, Ua cas peb twb tuag hauv tebchaws Iyi lawm! lossis ua cas peb twb tuag hauv tebchaws moj sab qhua no lawm! Thiab vim li cas tus Tswv thiaj coj peb los txog lub tebchaws no, kom peb poob los ntawm rab ntaj, kom peb tej pojniam thiab peb tej menyuam poob ua tsiaj txhuv? Puas tsis zoo dua rau peb rov qab mus rau Iyi? Thiab lawv hais ib leeg rau ib leeg tias, Cia peb tsa ib tug thawjcoj, thiab cia peb rov qab mus rau Iyi. Xwm Txheej 14:1–4.</w:t>
      </w:r>
    </w:p>
    <w:p>
      <w:pPr>
        <w:pStyle w:val="ArticleBody"/>
        <w:jc w:val="left"/>
      </w:pPr>
      <w:r>
        <w:rPr>
          <w:rFonts w:ascii="Times New Roman" w:hAnsi="Times New Roman" w:eastAsia="Times New Roman" w:cs="Times New Roman"/>
        </w:rPr>
        <w:t>Thaum xyoo 1863 James White tau sau ib tsab xov xwm hauv Review and Herald tsis lees txais Miller txoj kev to taub txog “xya lub sijhawm,” thiab tib lub xyoo ntawd Uriah Smith tau luam tawm daim ntawv qhia cuav uas tsis muaj ib qho kev hais txog “xya lub sijhawm” hauv Leviticus li, ob leeg White thiab Smith tau tso tseg txoj hauj lwm ntawm William Miller thiab siv txoj kev txhais Vajlugkub ntawm Protestantism uas twb poob txoj kev ntseeg lawm. Txoj kev txhais ntawm cov uas twb khiav tawm ntawm txoj kev ntseeg lawm, uas lawv nyuam qhuav tau txheeb tias yog “cov ntxhais ntawm Npanpiloo,” raug siv los ua lus sib cav los tsis lees txais Miller cov lus uas tim tswv Gabriel tau coj los qhia. Thaum txog qhov kev sim siab thib kaum rau cov Ixayees thaum ub, lawv tau hais ncaj qha tias, “Cia peb tsa ib tug thawj coj, thiab cia peb rov qab mus rau tim Ejypt.” Qhov kev swb ntawm qhov kev sim siab thib kaum thiab kawg ntawd yog raws li kev tsis lees txais “zaj xov” uas tau sib haum nrog zaj xov txij thaum chiv thawj los, thiab yog raws li txoj kev xav rov qab mus rau txoj kev qhev nyob tim Ejypt. Thaum Yelemis sawv cev ua cim rau cov uas tau poob siab vim txoj kev twv hais ua tsis tiav xyoo 1843, Vajtswv tau hu nws tshwj xeeb kom rov qab los cuag Vajtswv thiab rov qab los rau nws txoj kev kub siab yav dhau los rau zaj xov ntawd, tiam sis kuj tau txib kom nws tsis txhob rov qab mus cuag cov uas twb raug txheeb tias yog cov ntxhais ntawm Npanpiloo.</w:t>
      </w:r>
    </w:p>
    <w:p>
      <w:pPr>
        <w:pStyle w:val="ArticleScripture"/>
        <w:jc w:val="left"/>
      </w:pPr>
      <w:r>
        <w:rPr>
          <w:rFonts w:ascii="Times New Roman" w:hAnsi="Times New Roman" w:eastAsia="Times New Roman" w:cs="Times New Roman"/>
        </w:rPr>
        <w:t>Yog li no tus Tswv hais li no, Yog koj rov qab los, ces Kuv yuav coj koj rov los dua, thiab koj yuav sawv ntawm Kuv xub ntiag; thiab yog koj cais yam muaj nqis tawm ntawm yam qias neeg, koj yuav zoo li Kuv lub qhov ncauj; cia lawv rov los cuag koj; tiamsis koj tsis txhob rov mus cuag lawv. Yelemis 15:19.</w:t>
      </w:r>
    </w:p>
    <w:p>
      <w:pPr>
        <w:pStyle w:val="ArticleBody"/>
        <w:jc w:val="left"/>
      </w:pPr>
      <w:r>
        <w:rPr>
          <w:rFonts w:ascii="Times New Roman" w:hAnsi="Times New Roman" w:eastAsia="Times New Roman" w:cs="Times New Roman"/>
        </w:rPr>
        <w:t>Xyoo 1863, James White thiab Uriah Smith tau tsa ib tug thawj tub rog tshiab los coj lawv rov qab mus rau qhov chaw uas lawv twb raug txib kom txhob mus. Yausua thiab Kaleb sawv cev rau cov uas ntshaw mus tom ntej, White thiab Smith sawv cev rau cov uas ntshaw rov qab mus.</w:t>
      </w:r>
    </w:p>
    <w:p>
      <w:pPr>
        <w:pStyle w:val="ArticleBody"/>
        <w:jc w:val="left"/>
      </w:pPr>
      <w:r>
        <w:rPr>
          <w:rFonts w:ascii="Times New Roman" w:hAnsi="Times New Roman" w:eastAsia="Times New Roman" w:cs="Times New Roman"/>
        </w:rPr>
        <w:t>Lwm yam ntxiv uas yuav tsum raug cim tseg nyob hauv nqe lus no hauv Phau Ntawv Xam Phaj yog tias kev tawm tsam zaum kawg, uas txiav txim rau tag nrho cov neeg tawm tsam kom tuag hauv roob moj sab qhua thoob plaws plaub caug xyoo tom ntej no, yog ib qho ntawm ob nqe lus tseem ceeb uas tsa kom ruaj txoj cai ib hnub sawv cev rau ib xyoos hauv tej lus faj lem hauv Vajlugkub; tej zaum ntawd yog txoj cai faj lem uas tseem ceeb tshaj plaws uas Miller tau siv los qhib txoj xov zoo uas nyob mus ib txhis thiab tus tim tswv thawj. Lwm zaj lus tim khawv hauv Vajlugkub txog txoj cai ntawd muaj nyob hauv phau Ezekiel.</w:t>
      </w:r>
    </w:p>
    <w:p>
      <w:pPr>
        <w:pStyle w:val="ArticleScripture"/>
        <w:jc w:val="left"/>
      </w:pPr>
      <w:r>
        <w:rPr>
          <w:rFonts w:ascii="Times New Roman" w:hAnsi="Times New Roman" w:eastAsia="Times New Roman" w:cs="Times New Roman"/>
        </w:rPr>
        <w:t>Thiab thaum koj tau ua tiav tej ntawd lawm, cia li pw dua rau ntawm koj sab xis, thiab koj yuav ris lub txim ntawm tsev neeg Yudas tau plaub caug hnub: Kuv tau teem rau koj tias txhua ib hnub sawv cev rau ib xyoos. Exekees 4:6.</w:t>
      </w:r>
    </w:p>
    <w:p>
      <w:pPr>
        <w:pStyle w:val="ArticleBody"/>
        <w:jc w:val="left"/>
      </w:pPr>
      <w:r>
        <w:rPr>
          <w:rFonts w:ascii="Times New Roman" w:hAnsi="Times New Roman" w:eastAsia="Times New Roman" w:cs="Times New Roman"/>
        </w:rPr>
        <w:t>Qhov uas feem ntau tsis raug pom txog ob nqe Vajlugkub uas tau tsim tsa txoj cai hais tias ib hnub sawv cev rau ib xyoos yog lub ntsiab keeb kwm uas nyob ib puag ncig ob nqe Vajlugkub ntawd.</w:t>
      </w:r>
    </w:p>
    <w:p>
      <w:pPr>
        <w:pStyle w:val="ArticleScripture"/>
        <w:jc w:val="left"/>
      </w:pPr>
      <w:r>
        <w:rPr>
          <w:rFonts w:ascii="Times New Roman" w:hAnsi="Times New Roman" w:eastAsia="Times New Roman" w:cs="Times New Roman"/>
        </w:rPr>
        <w:t>Raws li tus lej ntawm cov hnub uas nej tau mus soj ntsuam lub tebchaws ntawd, uas yog plaub caug hnub, ib hnub xam ua ib xyoos, nej yuav ris nej tej kev txhaum, uas yog plaub caug xyoo; thiab nej yuav paub txog qhov uas Kuv thim ntawm Kuv lo lus cog tseg. Numbers 14:34.</w:t>
      </w:r>
    </w:p>
    <w:p>
      <w:pPr>
        <w:pStyle w:val="ArticleBody"/>
        <w:jc w:val="left"/>
      </w:pPr>
      <w:r>
        <w:rPr>
          <w:rFonts w:ascii="Times New Roman" w:hAnsi="Times New Roman" w:eastAsia="Times New Roman" w:cs="Times New Roman"/>
        </w:rPr>
        <w:t>Nqe vaj lug nyob hauv Phau Ntawv Teev Npe tau tshwm sim thaum chiv keeb ntawm cov Yixayee thaum ub thiab sawv cev rau kev tawm tsam ntawm Vajtswv haiv neeg uas nyob hauv nws txoj kev cog lus, hos nqe vaj lug nyob hauv Exekees tau tshwm sim thaum kawg ntawm cov Yixayee thaum ub thiab sawv cev rau kev tawm tsam ntawm Vajtswv haiv neeg uas nyob hauv nws txoj kev cog lus. Txoj kev rau txim thaum pib yog kev tuag hauv roob moj sab qhua, thiab txoj kev rau txim thaum kawg yog kev ua qhev hauv lawv cov yeeb ncuab lub tebchaws. Lub hauv paus ntsiab cai ib hnub rau ib xyoos hais kom pom tseeb txog kev tawm tsam ntawm ib haiv neeg uas nyob hauv txoj kev cog lus. Ob txoj kev rau txim, ib qho thaum pib thiab ib qho thaum kawg, tiam sis ob qho sib txawv. Qhov thawj yog kev tuag zuj zus thaum taug kev hla roob moj sab qhua, qhov kawg yog kev poob cev qhev thiab kev ua qhev nyob hauv Npanpiloo tiag tiag.</w:t>
      </w:r>
    </w:p>
    <w:p>
      <w:pPr>
        <w:pStyle w:val="ArticleScripture"/>
        <w:jc w:val="left"/>
      </w:pPr>
      <w:r>
        <w:rPr>
          <w:rFonts w:ascii="Times New Roman" w:hAnsi="Times New Roman" w:eastAsia="Times New Roman" w:cs="Times New Roman"/>
        </w:rPr>
        <w:t>Ces Mauxes thiab Aloos txawm poob ntsej muag rau hauv av rau ntawm tag nrho lub koom txoos ntawm cov me nyuam Ixayees. Thiab Yausuas tus tub ntawm Nun, thiab Kaleb tus tub ntawm Yefunneh, uas yog nyob hauv cov uas tau mus soj ntsuam lub teb chaws, txawm muab lawv tej ris tsho dua ntais. Thiab nkawd hais rau tag nrho pawg neeg ntawm cov me nyuam Ixayees tias, Lub teb chaws uas peb tau hla mus soj ntsuam ntawd yog ib lub teb chaws zoo kawg nkaus. Yog hais tias tus Tswv txaus siab rau peb, ces nws yuav coj peb mus rau hauv lub teb chaws ntawd, thiab muab rau peb; yog ib lub teb chaws uas muaj mis nyuj thiab zib ntab ntws si. Tsuas yog nej txhob ntxeev siab tawm tsam tus Tswv xwb, thiab tsis txhob ntshai cov neeg ntawm lub teb chaws ntawd; rau qhov lawv yog mov rau peb: lawv txoj kev tiv thaiv twb ncaim ntawm lawv lawm, thiab tus Tswv nrog nraim peb: txhob ntshai lawv. Tiamsis tag nrho lub koom txoos hais kom muab nkawd xuas pob zeb ntaus kom tuag. Thiab tus Tswv lub hwjchim ci ntsa iab tau tshwm rau hauv lub tsev ntaub sib txoos nyob rau ntawm tag nrho cov me nyuam Ixayees. Thiab tus Tswv hais rau Mauxes tias, Haiv neeg no yuav ua kom kuv chim mus ntev npaum li cas? Thiab lawv yuav tsis ntseeg kuv mus txog thaum twg, txawm yog vim txhua yam cim uas kuv tau qhia nyob hauv lawv nruab nrab los? Kuv yuav ntaus lawv nrog tus kab mob sib kis, thiab tshem lawv tawm ntawm lawv tej cuab kevcai qub txeeg qub teg, thiab kuv yuav ua kom koj yug los ua ib haiv neeg loj dua thiab muaj zog dua lawv. Thiab Mauxes hais rau tus Tswv tias, Ces cov Iyi yuav hnov txog qhov no, (rau qhov koj tau coj haiv neeg no tawm ntawm lawv nruab nrab los ntawm koj lub hwjchim;) thiab lawv yuav qhia rau cov neeg nyob hauv lub teb chaws no: rau qhov lawv twb hnov lawm tias koj, tus Tswv, nyob hauv haiv neeg no, tias koj, tus Tswv, raug pom tim ntsej tim muag, thiab tias koj huab sawv saum lawv, thiab tias koj mus ua lawv ntej, thaum nruab hnub nyob hauv ib tug ncej huab, thiab thaum hmo ntuj nyob hauv ib tug ncej hluav taws. Nim no yog koj yuav muab haiv neeg no tua tas ib yam li ib tug tibneeg xwb, ces cov teb chaws uas tau hnov koj lub koob meej yuav hais tias, Vim tus Tswv tsis muaj peev xwm coj haiv neeg no mus rau hauv lub teb chaws uas nws tau cog lus rau lawv, yog li ntawd nws thiaj tua lawv hauv tebchaws moj sab qhua. Thiab nim no, kuv thov koj, cia kuv tus Tswv lub hwjchim loj kawg, raws li koj tau hais tseg, tias, Tus Tswv ua siab ntev, thiab muaj kev hlub tshua loj kawg, zam txim rau kev tsis ncaj thiab kev ua txhaum, thiab yuav tsis tso tus neeg txhaum txim dawb hlo li, rau txim rau tej txiv tej kev ua txhaum poob rau saum cov me nyuam mus txog rau tiam peb thiab tiam plaub. Thov zam txim, kuv thov koj, rau txoj kev ua txhaum ntawm haiv neeg no raws li koj txoj kev hlub tshua loj kawg, ib yam li koj tau zam txim rau haiv neeg no txij ntawm Iyi tebchaws los txog rau nim no. Xwm Txheej Taug Kev 14:5–19.</w:t>
      </w:r>
    </w:p>
    <w:p>
      <w:pPr>
        <w:pStyle w:val="ArticleBody"/>
        <w:jc w:val="left"/>
      </w:pPr>
      <w:r>
        <w:rPr>
          <w:rFonts w:ascii="Times New Roman" w:hAnsi="Times New Roman" w:eastAsia="Times New Roman" w:cs="Times New Roman"/>
        </w:rPr>
        <w:t>Keeb kwm uas raug sawv cev hauv cov nqe no tau los ua ib lub cim hauv phau Vajlugkub uas hu ua “hnub ntawm kev chim siab ntxias.” “Hnub ntawm kev chim siab ntxias” raug hais txog hauv Ntawv Nkauj cuaj caum tsib, Yelemis peb caug ob thiab Henplais peb, tiam sis peb yuav tsis hais txog lub cim ntawd rau lub sijhawm no. Muaj ib txoj cai tseem ceeb uas raug qhia meej hauv nqe lus dhau los uas yuav tsum raug lees paub. Txoj cai ntawd kuj raug ua piv txwv los ntawm tus yaj saub Xamuyees, Lusifawj, Ellen White thiab, muaj tseeb, Mauxes hauv nqe no.</w:t>
      </w:r>
    </w:p>
    <w:p>
      <w:pPr>
        <w:pStyle w:val="ArticleScripture"/>
        <w:jc w:val="left"/>
      </w:pPr>
      <w:r>
        <w:rPr>
          <w:rFonts w:ascii="Times New Roman" w:hAnsi="Times New Roman" w:eastAsia="Times New Roman" w:cs="Times New Roman"/>
        </w:rPr>
        <w:t>Thiab hais rau nws tias, Saib maj, koj twb laus lawm, thiab koj cov tub tsis taug kev raws li koj tej kev lawm; nimno thov tsa ib tug vajntxwv rau peb los txiav txim rau peb ib yam li txhua haiv neeg. Tiamsis tej lus ntawd ua rau Xamuyees tsis txaus siab, thaum lawv hais tias, Cia li muab ib tug vajntxwv rau peb los txiav txim rau peb. Ces Xamuyees thov Vajtswv rau tus Tswv. Thiab tus Tswv hais rau Xamuyees tias, Cia li mloog cov pejxeem lub suab hauv txhua yam uas lawv hais rau koj; rau qhov lawv tsis tau tsis lees koj, tiamsis lawv twb tsis lees kuv lawm, kom kuv tsis txhob kav lawv. Raws li txhua yam haujlwm uas lawv tau ua txij hnub uas kuv coj lawv tawm hauv Iyiv los txog niaj hnub no, yam uas lawv tso kuv tseg thiab ua haujlwm rau lwm cov vajtswv, lawv kuj ua li ntawd rau koj thiab. Yog li no, cia li mloog lawv lub suab; txawm li cas los xij, koj yuav tsum ceeb toom rau lawv kom hnyav heev, thiab qhia rau lawv txog txoj cai ntawm tus vajntxwv uas yuav kav lawv. Xamuyees thiaj hais txhua lo lus ntawm tus Tswv rau cov pejxeem uas thov nws kom muab ib tug vajntxwv rau lawv. Thiab nws hais tias, Nov yuav yog txoj cai ntawm tus vajntxwv uas yuav kav nej: Nws yuav coj nej cov tub mus, thiab tsa lawv rau nws tus kheej, rau nws cov tsheb nees rog, thiab kom ua nws cov neeg caij nees; thiab qee leej yuav khiav ua ntej nws cov tsheb nees rog. Thiab nws yuav tsa rau nws tus kheej cov thawj kav ib txhiab leej, thiab cov thawj kav tsib caug leej; thiab yuav tsa lawv kom laij nws tej teb, thiab sau nws tej qoob loo, thiab ua nws tej cuab yeej ua rog, thiab tej cuab yeej rau nws cov tsheb nees rog. Thiab nws yuav coj nej cov ntxhais mus ua cov uas npaj tshuaj tsw qab, thiab ua noj, thiab ci mov ci. Thiab nws yuav coj nej tej liaj teb, thiab nej tej vaj txiv hmab, thiab nej tej vaj txiv ntoo roj, yog cov uas zoo tshaj plaws ntawd, thiab muab rau nws cov tub qhe. Thiab nws yuav coj ib feem kaum ntawm nej tej noob qoob, thiab ntawm nej tej vaj txiv hmab, thiab muab rau nws cov nom tswv, thiab rau nws cov tub qhe. Thiab nws yuav coj nej cov tub qhe txiv neej, thiab nej cov tub qhe poj niam, thiab nej cov hluas nraug uas zoo tshaj plaws, thiab nej cov nees luav, thiab muab lawv los ua nws tes haujlwm. Nws yuav coj ib feem kaum ntawm nej cov yaj; thiab nej yuav yog nws cov tub qhe. Thiab nej yuav quaj thov hauv hnub ntawd vim yog nej tus vajntxwv uas nej tau xaiv rau nej; thiab tus Tswv yuav tsis teb nej rau hnub ntawd. Txawm li ntawd los, cov pejxeem tsis kam mloog Xamuyees lub suab; thiab lawv hais tias, Tsis kam; tiamsis peb yuav muaj ib tug vajntxwv kav peb; kom peb kuj yuav zoo ib yam li txhua haiv neeg; thiab kom peb tus vajntxwv txiav txim rau peb, thiab tawm mus ua peb ntej, thiab tawm tsam peb tej kev ua rog. Thiab Xamuyees hnov txhua lo lus ntawm cov pejxeem, thiab nws rov hais tej ntawd rau hauv tus Tswv lub pob ntseg. Thiab tus Tswv hais rau Xamuyees tias, Cia li mloog lawv lub suab, thiab tsa ib tug vajntxwv rau lawv. Thiab Xamuyees hais rau cov txiv neej Ixayees tias, Nej txhua tus cia li rov mus rau nws lub nroog. 1 Xamuyees 8:5–22.</w:t>
      </w:r>
    </w:p>
    <w:p>
      <w:pPr>
        <w:pStyle w:val="ArticleBody"/>
        <w:jc w:val="left"/>
      </w:pPr>
      <w:r>
        <w:rPr>
          <w:rFonts w:ascii="Times New Roman" w:hAnsi="Times New Roman" w:eastAsia="Times New Roman" w:cs="Times New Roman"/>
        </w:rPr>
        <w:t>Hauv zaj lus no, cov Yixayee thaum ub tau tsis lees txais Vajtswv ua lawv tus vajntxwv, thiab keeb kwm no taw tes mus tom ntej rau lub sijhawm uas lawv tshaj tawm tias lawv tsis muaj vajntxwv dua li Xixa xwb. Lawv tau tsis lees txais Vajtswv txoj kev kav raws li Vajtswv, thiab rau siab hais kom lawv tau ib tug vajntxwv tawm hauv lawv haiv neeg los kav lawv, tsuas yog thaum kawg mam li tshaj tawm tias lawv tus vajntxwv yog ib tug vajntxwv Loos. Tus vajntxwv Loos nyob rau hnub kawg yog tus pope ntawm Loos.</w:t>
      </w:r>
    </w:p>
    <w:p>
      <w:pPr>
        <w:pStyle w:val="ArticleScripture"/>
        <w:jc w:val="left"/>
      </w:pPr>
      <w:r>
        <w:rPr>
          <w:rFonts w:ascii="Times New Roman" w:hAnsi="Times New Roman" w:eastAsia="Times New Roman" w:cs="Times New Roman"/>
        </w:rPr>
        <w:t>Tiamsis lawv qw nrov hais tias, Tshem nws mus, tshem nws mus, muab nws ntsia saum ntoo khaub lig. Pilaj hais rau lawv tias, Kuv puas yuav muab nej tus Vajntxwv ntsia saum ntoo khaub lig? Cov thawj pov thawj teb tias, Peb tsis muaj vajntxwv li tsuas yog Xixas xwb. Yauhas 19:15.</w:t>
      </w:r>
    </w:p>
    <w:p>
      <w:pPr>
        <w:pStyle w:val="ArticleBody"/>
        <w:jc w:val="left"/>
      </w:pPr>
      <w:r>
        <w:rPr>
          <w:rFonts w:ascii="Times New Roman" w:hAnsi="Times New Roman" w:eastAsia="Times New Roman" w:cs="Times New Roman"/>
        </w:rPr>
        <w:t>Qhov kev tsis lees txais txoj kev kav raws Vajtswv ntawd yog ib yam uas ua rau Xamuyee raug ntxub siab heev thiab kov raug nws tus kheej heev, ua rau nws to taub tias qhov ntawd yog kev tsis lees txais nws txoj hauj lwm cev Vajtswv lus. Tiamsis Vajtswv tau ua kom Xamuyee to taub meej tias yam uas lawv tsis lees txais yog Vajtswv, tsis yog tus cev Vajtswv lus. Ob nqe lus no uas nthuav tawm Mauxes thiab Xamuyee txoj kev sib raug raws cev Vajtswv lus rau txoj kev ntxeev siab ntawm cov Ixayees thaum ub, qhia tias txoj kev rau txim rau qhov kev ntxeev siab uas tau raws los ntawd tsis yog qhov kawg rau cov Ixayees thaum ub. Tseem tshuav ib pab neeg uas Yausuas thiab Kalex sawv cev uas yuav nkag mus rau hauv Thaj Av Uas Tau Cog Lus Tseg, thiab hauv zaj keeb kwm ntawm Xamuyee qhov kawg ntawm cov Ixayees thaum ub yog nyob rau thaum xaus ntawm cov vaj ntxwv kav cov Ixayees, tsis yog thaum pib.</w:t>
      </w:r>
    </w:p>
    <w:p>
      <w:pPr>
        <w:pStyle w:val="ArticleBody"/>
        <w:jc w:val="left"/>
      </w:pPr>
      <w:r>
        <w:rPr>
          <w:rFonts w:ascii="Times New Roman" w:hAnsi="Times New Roman" w:eastAsia="Times New Roman" w:cs="Times New Roman"/>
        </w:rPr>
        <w:t>Mauxes thov nrog Vajtswv kom Nws tseem yuav ua haujlwm nrog cov Yixayee thaum ub ntxiv mus, rau qhov Mauxes hais qhia tias yog muab lawv xaus rau lub sijhawm ntawd, ces yuav yog kev nthuav qhia tsis raug txog zaj keeb kwm dawb huv ntawm Nws txoj kev cawm dim Nws haiv neeg thiab Nws lo lus cog tseg tias Nws yuav coj lawv mus rau hauv thaj av uas Vajtswv tau cog tseg rau Anplahas. Lub ntsiab lus ntawm no yog tias Vajtswv xaiv tso cai kom kev ntxeev siab ob leeg tshwm sim thiab kav mus ntxiv thaum Nws npaj yuav siv txoj kev ntxeev siab ntawd ua tim khawv rau qhov tseeb.</w:t>
      </w:r>
    </w:p>
    <w:p>
      <w:pPr>
        <w:pStyle w:val="ArticleBody"/>
        <w:jc w:val="left"/>
      </w:pPr>
      <w:r>
        <w:rPr>
          <w:rFonts w:ascii="Times New Roman" w:hAnsi="Times New Roman" w:eastAsia="Times New Roman" w:cs="Times New Roman"/>
        </w:rPr>
        <w:t>Tus yam ntxwv ntawm kev chim ncaj ncees uas tau tshwm los ntawm Xamuyee kuj tau tshwm los ntawm Ellen White thiab.</w:t>
      </w:r>
    </w:p>
    <w:p>
      <w:pPr>
        <w:pStyle w:val="ArticleScripture"/>
        <w:jc w:val="left"/>
      </w:pPr>
      <w:r>
        <w:rPr>
          <w:rFonts w:ascii="Times New Roman" w:hAnsi="Times New Roman" w:eastAsia="Times New Roman" w:cs="Times New Roman"/>
        </w:rPr>
        <w:t>“Tsis tau muaj dua li no uas kuv tau pom nyob hauv peb haiv neeg ib yam kev txaus siab rau tus kheej uas ruaj khov thiab kev tsis kam lees txais thiab lees paub qhov kaj raws li tau tshwm sim nyob Minneapolis. Kuv tau raug qhia tias tsis muaj ib tug hauv cov pawg uas khaws cia tus ntsuj plig uas tau tshwm sim nyob rau hauv lub rooj sib tham ntawd yuav rov tau txais qhov kaj meej kom pom tau qhov muaj nqis ntawm qhov tseeb uas tau xa tuaj rau lawv ntawm ntuj ceeb tsheej mus txog thaum lawv txo lawv txoj kev khav theeb thiab lees txim tias lawv tsis yog raug Ntsuj Plig ntawm Vajtswv tsav, tiam sis lawv lub siab thiab lawv lub ntsws puv npo nrog kev ntxub ntxaug ua ntej. Tus Tswv xav los nyob ze lawv, foom koob hmoov rau lawv thiab kho lawv ntawm lawv txoj kev thim rov qab, tab sis lawv tsis kam mloog. Lawv raug tsav los ntawm tib tug ntsuj plig uas tau txhawb siab rau Khaula, Nathas, thiab Anpilas. Cov neeg Ixayees ntawd tau txiav txim siab los tawm tsam txhua yam pov thawj uas yuav qhia tias lawv ua txhaum lawm, thiab lawv txuas ntxiv mus tsis tseg hauv lawv txoj kev tsis txaus siab kom txog thaum coob leej raug rub mus koom nrog lawv.”</w:t>
      </w:r>
    </w:p>
    <w:p>
      <w:pPr>
        <w:pStyle w:val="ArticleScripture"/>
        <w:jc w:val="left"/>
      </w:pPr>
      <w:r>
        <w:rPr>
          <w:rFonts w:ascii="Times New Roman" w:hAnsi="Times New Roman" w:eastAsia="Times New Roman" w:cs="Times New Roman"/>
        </w:rPr>
        <w:t>“Cov no yog leejtwg? Tsis yog cov qaug zog, tsis yog cov tsis muaj kev txawj ntse, tsis yog cov tsis tau txais kev kaj siab. Hauv qhov kev fav xeeb ntawd muaj ob puas tsib caug tus thawj coj uas muaj npe nrov hauv lub koom txoos, yog cov neeg muaj koob meej. Lawv tej lus tim khawv yog dabtsi? ‘tag nrho lub koom txoos yog neeg dawb huv, txhua tus puav leej dawb huv, thiab tus Tswv nyob hauv lawv nruab nrab: yog li ntawd vim li cas nej thiaj tsa nej tus kheej siab tshaj lub koom txoos ntawm tus Tswv?’ [Numbers 16:3]. Thaum Khaulee thiab nws cov khub raug puastsuaj nyob hauv Vajtswv txoj kev txiav txim lawm, cov neeg uas lawv tau dag ntxias tsis pom tus Tswv txhais tes hauv qhov txuj ci tseem ceeb no. Tag nrho lub koom txoos tag kis sawv ntxov liam Mauxes thiab Aloos hais tias, ‘Nej tau tua tus Tswv haiv neeg lawm’ [verse 41], thiab kab mob kev puas tsuaj los rau saum lub koom txoos, thiab ntau tshaj kaum plaub txhiab leej tuag.”</w:t>
      </w:r>
    </w:p>
    <w:p>
      <w:pPr>
        <w:pStyle w:val="ArticleScripture"/>
        <w:jc w:val="left"/>
      </w:pPr>
      <w:r>
        <w:rPr>
          <w:rFonts w:ascii="Times New Roman" w:hAnsi="Times New Roman" w:eastAsia="Times New Roman" w:cs="Times New Roman"/>
        </w:rPr>
        <w:t>“Thaum kuv txiav txim siab yuav tawm hauv Minneapolis mus lawm, tus Tswv tus timtswv sawv ntawm kuv ib sab thiab hais tias: ‘Tsis yog li ntawd; Vajtswv muaj ib txoj hauj lwm rau koj ua hauv qhov chaw no. Cov neeg no tab tom ua raws nraim li kev ntxeev siab ntawm Korah, Dathan, thiab Abiram. Kuv twb tso koj rau hauv koj txoj hauj lwm uas tsim nyog lawm, uas cov uas tsis nyob hauv qhov kaj yuav tsis lees paub; lawv yuav tsis mloog koj tej lus tim khawv; tiam sis Kuv yuav nrog nraim koj; Kuv txoj kev tshav ntuj thiab Kuv lub hwj chim yuav txhawb nqa koj. Lawv tsis yog saib tsis taus koj, tiamsis yog cov tubtxib thiab txoj xov uas Kuv xa tuaj rau Kuv haiv neeg. Lawv tau qhia kev saib tsis taus rau tus Tswv txoj lus. Xatas tau ua kom lawv lub qhov muag dig muag thiab ua rau lawv txoj kev txiav txim tsis ncaj; thiab yog tsis yog txhua tus ntsuj plig yuav hloov siab lees txim ntawm lawv txoj kev txhaum no, txoj kev ywj pheej uas tsis tau raug ua kom dawb huv no uas tab tom thuam Vajtswv tus Ntsuj Plig, lawv yuav taug kev hauv qhov tsaus ntuj. Kuv yuav tshem tus ncej teeb tawm ntawm nws qhov chaw, yog lawv tsis hloov siab lees txim thiab tig los tshiab, kom Kuv thiaj kho tau lawv. Lawv tau ua rau lawv qhov muag ntsuj plig pom kev qaim thiab tsaus nti. Lawv tsis xav kom Vajtswv qhia tawm Nws tus Ntsuj Plig thiab Nws lub hwj chim; rau qhov lawv muaj ib tug ntsuj plig ntawm kev thuam luag thiab kev qias siab rau Kuv txoj lus. Kev luag lom zem, kev ua yam tsis tsim nyog, kev thuam ua si, thiab kev lom zem tso dag yog tej yam uas niaj hnub xyaum ua. Lawv tsis tau tsa lawv lub siab nrhiav Kuv. Lawv taug kev hauv cov nplaim taws uas lawv tus kheej tau zes, thiab yog lawv tsis hloov siab lees txim lawv yuav pw tsaug zog hauv kev quaj ntsuag. Tus Tswv hais li no tias: Sawv ruaj hauv koj txoj hauj lwm; rau qhov Kuv nrog koj nyob, thiab yuav tsis tso koj tseg los yog muab koj pov tseg li.’ Cov lus no uas los ntawm Vajtswv kuv tsis tau muaj siab tawv tsis quav ntsej.” The 1888 Materials, 1067.</w:t>
      </w:r>
    </w:p>
    <w:p>
      <w:pPr>
        <w:pStyle w:val="ArticleBody"/>
        <w:jc w:val="left"/>
      </w:pPr>
      <w:r>
        <w:rPr>
          <w:rFonts w:ascii="Times New Roman" w:hAnsi="Times New Roman" w:eastAsia="Times New Roman" w:cs="Times New Roman"/>
        </w:rPr>
        <w:t>Muam Dawb raug piv nrog Xamuyees tus yam ntxwv, thiab tau raug hais kom nyob nrog cov neeg ntxeev siab thiab lawv txoj kev ntxeev siab, thiab “sawv ntawm” tus “ncej chaw” ntawm nws “tes dej num.” Nws tau raug txib kom sawv ntawm nws tus ncej chaw, tom qab nws (tus pojniam cev Vajtswv lus) twb txiav txim siab yuav tso cov neeg ntxeev siab thiab lawv txoj kev ntxeev siab rau lawv tus kheej lawm.</w:t>
      </w:r>
    </w:p>
    <w:p>
      <w:pPr>
        <w:pStyle w:val="ArticleBody"/>
        <w:jc w:val="left"/>
      </w:pPr>
      <w:r>
        <w:rPr>
          <w:rFonts w:ascii="Times New Roman" w:hAnsi="Times New Roman" w:eastAsia="Times New Roman" w:cs="Times New Roman"/>
        </w:rPr>
        <w:t>Txoj cai ntawm thawj zaug hais txog, uas yog ib feem tseem ceeb ntawm lub hauv paus ntsiab cai Alpha thiab Omega, qhia tias thawj zaug uas ib lo lus lossis ib ntsiab raug hais tseg yog yam tseem ceeb tshaj plaws. Muaj kev txuas ncaj qha nrog qhov pib tiag tiag ntawm Lucifer txoj kev ntxeev siab yog qhov tseeb tias yog Vajtswv xav, Nws yeej muaj tag nrho lub hwj chim tsim nyog los rhuav tshem Lucifer thaum Lucifer nyuam qhuav muaj thawj txoj kev xav qia dub uas tau tshwm hauv Lucifer lub siab. Vajtswv yeej muaj peev xwm tshem Lucifer tawm ntawm kev tsim, thiab Nws muaj lub hwj chim uas yog Nws tau xaiv ua li ntawd, Nws yuav ua tau nyob rau hauv ib yam qauv uas lwm cov tim tswv yuav tsis tau paub kiag li tias muaj dab tsi tau tshwm sim. Tseeb tiag, Nws tsis tau ua li ntawd, rau qhov ntawm lwm yam ntxiv nws yuav yog ib qho kev tsis lees Nws tus cwj pwm, tiam sis Nws yeej muaj lub hwj chim tsim uas yuav pub tau rau Nws ua tau yam ntawd tiag. Tab sis Nws tsis tau ua li ntawd. Nws ua siab ntev cia qhov kev ntxeev siab ntawd los ua ib feem ntawm tim khawv txog Nws tus cwj pwm, ib feem ntawm zaj lus tim khawv txog qhov kev sib cav loj uas tau pib saum ntuj ceeb tsheej thiab thaum kawg yuav los txog rau lub ntiajteb no. Qhov no yog yam uas Mauxe txoj kev sib tham tau ua tiav rau cov Yixayee thaum ub. Vajtswv cia tiam neeg ntxeev siab ntawd tuag rau hauv tebchaws moj sab qhua thiab siv zaj keeb kwm ntawd ua ib tug qauv hauv phau Vajlugkub los txhawb ntxiv cov lus tseeb uas txuas nrog txoj moo zoo uas nyob mus ib txhis.</w:t>
      </w:r>
    </w:p>
    <w:p>
      <w:pPr>
        <w:pStyle w:val="ArticleBody"/>
        <w:jc w:val="left"/>
      </w:pPr>
      <w:r>
        <w:rPr>
          <w:rFonts w:ascii="Times New Roman" w:hAnsi="Times New Roman" w:eastAsia="Times New Roman" w:cs="Times New Roman"/>
        </w:rPr>
        <w:t>Ib yam nkaus thiab, nrog rau txoj kev tsis lees txais Vajtswv ua Vajntxwv nyob rau hauv Xamuyees tej hnub. Xamuyees raug qhuab ntuas kom mus ntxiv thiab nyob ruaj nreb ntawm nws txoj hauj lwm uas nws yuav tsum ua, txawm yog Xamuyees tus kheej txoj kev ntseeg ruaj thiab txoj kev paub yav tom ntej raws li yaj saub zoo li cas los xij. Qhov no ntawm Vajtswv txoj kev saib xyuas yav tom ntej thiab keeb kwm kuj raug lees paub hauv txoj kev rov txhim kho lub tuam tsev tom qab txoj kev poob cev qhev nyob Npanpiloo. Vajtswv tau qhia yav tom ntej thiab tswj hwm txhua yam hauv xya caum xyoo ntawm txoj kev poob cev qhev ntawd; kev rov qab los rau Yeluxalees, kev rov txhim kho Yeluxalees, lub tuam tsev, thiab tej kev thiab ntsa loog. Nws tau teem tseg tej lus faj lem txog lub sijhawm uas qhia meej tias thaum twg lawv yuav raug tso dim ntawm txoj kev poob cev qhev. Nws tau qhia tias yuav muaj pes tsawg tsab cai kom cim qhov pib ntawm ob txhiab peb puas xyoo. Nws tau hu Khaulees raws npe, tus vajntxwv lwm haiv neeg uas yuav pib txoj hauj lwm ntawd nrog thawj tsab cai. Txhua yam hauv txoj kev rov txhim kho Yeluxalees thiab lub tuam tsev raug qhia meej tshwj xeeb, thiab Nws tau tsa cov neeg ncaj ncees thiab cov yaj saub sawv los kom ua tiav txoj hauj lwm ntawd.</w:t>
      </w:r>
    </w:p>
    <w:p>
      <w:pPr>
        <w:pStyle w:val="ArticleBody"/>
        <w:jc w:val="left"/>
      </w:pPr>
      <w:r>
        <w:rPr>
          <w:rFonts w:ascii="Times New Roman" w:hAnsi="Times New Roman" w:eastAsia="Times New Roman" w:cs="Times New Roman"/>
        </w:rPr>
        <w:t>Txawm yog muaj txhua yam kev paub ua ntej thiab kev cuam tshuam ncaj qha hauv txoj kev yaj saub los ntawm Vajtswv uas pom tseeb lawm los xij, txoj kev ntxeev siab uas tau coj mus rau txoj kev poob cev qhev hauv Npanpiloo twb tau coj mus txog qhov kawg ntawm Nws txoj kev nyob nrog cov neeg ntawm Vajtswv lawm. Lub hwjchim ci ntsa iab ntawm shekinah yeej tsis tau rov qab los rau hauv lub tuam tsev uas raug txhim kho dua. Tag nrho zaj keeb kwm ntawd raug siv los muab qauv yaj saub rau zaj keeb kwm nyob rau thaum kawg ntawm lub ntiajteb, txawm hais tias lub tuam tsev ntawd yeej tsis tau txais koob hmoov los ntawm qhov muaj shekinah nyob hauv Chav Dawb Huv Tshaj dua lawm. Nyob rau hauv qhov kev txiav txim ntawd, lub tuam tsev uas raug txhim kho dua yog ib qho tim khawv tsis yog txog Vajtswv txoj kev nyob ntawd, tiamsis yog txog Yixayee txoj kev ntxeev siab. Txawm li ntawd los, cov yaj saub hauv zaj keeb kwm ntawd, ib yam li Xamuyees thiab Muam White ntawm Minneapolis, tseem txuas ntxiv ua haujlwm hauv lub peev xwm ntawm cov yaj saub.</w:t>
      </w:r>
    </w:p>
    <w:p>
      <w:pPr>
        <w:pStyle w:val="ArticleBody"/>
        <w:jc w:val="left"/>
      </w:pPr>
      <w:r>
        <w:rPr>
          <w:rFonts w:ascii="Times New Roman" w:hAnsi="Times New Roman" w:eastAsia="Times New Roman" w:cs="Times New Roman"/>
        </w:rPr>
        <w:t>Kev ntxeev siab ntawm Lusifaw yog thawj yam uas raug hais txog hauv kev sib cav loj nruab nrab ntawm Khetos thiab Xatas, thiab Vajtswv cia txoj kev ntxeev siab ntawd txuas ntxiv mus raws li Nws tej hom phiaj. Xamuyees, txawm nws muaj kev chim ncaj ncees tawm tsam cov Yixayee txoj kev ntshaw xav ua kom zoo ib yam li lwm haiv neeg los, los nws kuj raug coj kom koom tes rau hauv kev pleev tsa thawj ob tug vajntxwv. Thiab cov yaj saub ntawm Vajtswv kuj tau koom tes hauv kev txhim kho dua Vajtswv lub tuam tsev, lub tuam tsev uas yuav tsis muaj dua li qub lawm Vajtswv txoj kev tshwm sim shekinah.</w:t>
      </w:r>
    </w:p>
    <w:p>
      <w:pPr>
        <w:pStyle w:val="ArticleBody"/>
        <w:jc w:val="left"/>
      </w:pPr>
      <w:r>
        <w:rPr>
          <w:rFonts w:ascii="Times New Roman" w:hAnsi="Times New Roman" w:eastAsia="Times New Roman" w:cs="Times New Roman"/>
        </w:rPr>
        <w:t>Cov uas siv lawv tej “phaj dab neeg” los tawm tsam Lo Lus yaj saub, hauv ib qho kev sim npog Adventism txoj kev tawm tsam xyoo 1863, thiab cov uas xaiv tsa lawv qhov kev sib cav rau saum txoj kev txawj xav hais tias yog muaj ib yam dab tsi tsis raug uas tau tshwm sim xyoo 1863, tus poj niam yaj saub yeej yuav tau txwv tsis pub ua, cov ntawd yog cov uas txhob txwm tsis quav ntsej txog thawj lub hauv paus ntsiab cai uas raug qhia tseg hauv thawj zaug uas muaj kev hais txog kev tawm tsam tawm tsam Vajtswv. Vajtswv pub kom muaj kev tawm tsam raws li Nws tej hom phiaj ntawm Nws tus kheej, thiab yog Nws xaiv kom Nws cov yaj saub nyob nruab nrab lossis nyob twj ywm hauv tej kev tawm tsam uas tej zaum yuav tshwm sim los, qhov ntawd yog Nws txoj kev xaiv.</w:t>
      </w:r>
    </w:p>
    <w:p>
      <w:pPr>
        <w:pStyle w:val="ArticleBody"/>
        <w:jc w:val="left"/>
      </w:pPr>
      <w:r>
        <w:rPr>
          <w:rFonts w:ascii="Times New Roman" w:hAnsi="Times New Roman" w:eastAsia="Times New Roman" w:cs="Times New Roman"/>
        </w:rPr>
        <w:t>Thaum peb pib xav txog txoj kev raug sim txij xyoo 1844 mus txog 1863, uas tau raug ua qauv piv txwv los ntawm kaum qhov kev sim uas cov Ixayees thaum ub tau swb tom qab lawv hla Hiavtxwv Liab, nws yog yam tseem ceeb heev kom nkag siab txog qhov tseeb hauv Vajlugkub no. Vajtswv cov yaj saub ua haujlwm raws li Nws cov yaj saub nyob rau lub sijhawm uas muaj kev mloog lus thiab kev tsis mloog lus, thiab muaj qee zaum lawv tsis tawm tsam tej teeb meem uas, raws li qhov pom sab nraud, zoo li yog yam uas ib tug yaj saub yuav tsum raug cia siab tias yuav tawm tsam. Muaj qee zaum lawv pom tseeb tias lawv paub txog txoj kev ntxeev siab ntawd tabsis raug txwv, hos muaj lwm qee zaum tus Tswv tuav Nws txhais tes vov lawv lub qhov muag hais txog txoj kev ntxeev siab ntawd. Thaum pom zoo txog qhov kev pom no lawm, ces xyoo 1863 thiaj los ua ib lub cim taw qhia tseem ceeb hauv keeb kwm ntawm lub nceeg vaj thib rau hauv Vajlugkub txoj lus faj lem, rau ob lub kub ntawm Protestantism thiab lub kub ntawm Republicanism.</w:t>
      </w:r>
    </w:p>
    <w:p>
      <w:pPr>
        <w:pStyle w:val="ArticleScripture"/>
        <w:jc w:val="left"/>
      </w:pPr>
      <w:r>
        <w:rPr>
          <w:rFonts w:ascii="Times New Roman" w:hAnsi="Times New Roman" w:eastAsia="Times New Roman" w:cs="Times New Roman"/>
        </w:rPr>
        <w:t>Kuv kuj tau hais los ntawm cov yaj saub, thiab kuv tau ua kom tej yog toog ntau ntxiv, thiab siv tej lus piv txwv, los ntawm txoj hauj lwm qhuab qhia ntawm cov yaj saub. Hosea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Tus Lej Tsib</dc:title>
  <dc:subject>Kev Ntsiag To Hauv Lus Qhuab Qhia Yav Tom Ntej</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