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Eliyas – Zauv Kaum Ib</w:t>
      </w:r>
    </w:p>
    <w:p>
      <w:pPr>
        <w:pStyle w:val="ArticleSubtitle"/>
        <w:jc w:val="left"/>
      </w:pPr>
      <w:r>
        <w:rPr>
          <w:rFonts w:ascii="Arial" w:hAnsi="Arial" w:eastAsia="Arial" w:cs="Arial"/>
        </w:rPr>
        <w:t>Qhov Kev Yuam Kev Thawj Zaug</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2023-10-15</w:t>
      </w:r>
    </w:p>
    <w:p>
      <w:pPr>
        <w:pStyle w:val="ArticleBody"/>
        <w:jc w:val="left"/>
      </w:pPr>
      <w:r>
        <w:rPr>
          <w:rFonts w:ascii="Times New Roman" w:hAnsi="Times New Roman" w:eastAsia="Times New Roman" w:cs="Times New Roman"/>
        </w:rPr>
        <w:t>Kev kev ntxeev siab ntawm Aloos tus mlom nyuj kub thaum pib ntawm cov Ixayees thaum ub, raws li kev yaj saub, sib haum nrog kev ntxeev siab ntawm Yerau-a-as thaum pib ntawm kaum pab pawg neeg ntawm lub tebchaws qaum teb uas yog Efa-i. Cov keeb kwm dawb huv no ua tus qauv qhia txog kev ntxeev siab ntawm Adventism xyoo 1863.</w:t>
      </w:r>
    </w:p>
    <w:p>
      <w:pPr>
        <w:pStyle w:val="ArticleBody"/>
        <w:jc w:val="left"/>
      </w:pPr>
      <w:r>
        <w:rPr>
          <w:rFonts w:ascii="Times New Roman" w:hAnsi="Times New Roman" w:eastAsia="Times New Roman" w:cs="Times New Roman"/>
        </w:rPr>
        <w:t>Muaj tseeb tias tseem muaj lwm cov tim khawv ntxiv rau xyoo 1863, tab sis Aloos thiab vajntxwv Yelanpoo muab cov tim khawv uas nyob saum toj npo rau keeb kwm ntawm xyoo 1863, thiab tag nrho cov keeb kwm ntawd piav qhia txog txoj kev txav mus ntawm ib puas plaub caug plaub txhiab leej, uas yog lub kub Protestant, tsis yog tsuas yog nyob rau hnub kawg ntawm lub nceeg vaj thib rau ntawm tej lus faj lem hauv Phau Vajlugkub xwb, tiam sis mus kom txog thaum kaw lub sijhawm sim siab. Cov keeb kwm ntawd kuj hais txog keeb kwm uas sib luag ntawm lub kub Republican hauv lub nceeg vaj thib rau thiab.</w:t>
      </w:r>
    </w:p>
    <w:p>
      <w:pPr>
        <w:pStyle w:val="ArticleBody"/>
        <w:jc w:val="left"/>
      </w:pPr>
      <w:r>
        <w:rPr>
          <w:rFonts w:ascii="Times New Roman" w:hAnsi="Times New Roman" w:eastAsia="Times New Roman" w:cs="Times New Roman"/>
        </w:rPr>
        <w:t>Feem ntau, qhov no yog ib qhov tseeb uas nyuaj heev rau cov neeg ntseeg lees txais, tias lub koom txoos Seventh-day Adventist yog Vajtswv haiv neeg seem nyob rau thaum kawg ntawm lub ntiaj teb no. Txoj kev ntseeg ntawd yog peb qhov yuam kev thawj. Tsis muaj ib qho pov thawj hauv Vajlugkub li uas qhia tias lub koom txoos Laodicea sawv cev rau cov neeg uas raug tsa siab ua ib lub chij nyob rau hauv lub sij hawm muaj teeb meem ntawm txoj cai Hnub Caiv. Peb qhov yuam kev thawj yog lees txais lub hauv paus xav cuav tias qhov no yog li ntawd. Lub chij nyob rau thaum kawg ntawm lub ntiaj teb no yog tsim los ntawm cov uas raug ntiab tawm los ntawm cov tswv cuab ntawm lub tsev sablaj ntawm Xatas.</w:t>
      </w:r>
    </w:p>
    <w:p>
      <w:pPr>
        <w:pStyle w:val="ArticleScripture"/>
        <w:jc w:val="left"/>
      </w:pPr>
      <w:r>
        <w:rPr>
          <w:rFonts w:ascii="Times New Roman" w:hAnsi="Times New Roman" w:eastAsia="Times New Roman" w:cs="Times New Roman"/>
        </w:rPr>
        <w:t>Thiab Nws yuav tsa ib tug chij rau txhua haiv neeg, thiab yuav sau cov neeg Ixayees uas raug ntiab tawm los ua ke, thiab yuav sau cov uas tawg khiav ntawm Yudas los ntawm plaub ceg kaum ntuj. Yaxayas 11:12.</w:t>
      </w:r>
    </w:p>
    <w:p>
      <w:pPr>
        <w:pStyle w:val="ArticleBody"/>
        <w:jc w:val="left"/>
      </w:pPr>
      <w:r>
        <w:rPr>
          <w:rFonts w:ascii="Times New Roman" w:hAnsi="Times New Roman" w:eastAsia="Times New Roman" w:cs="Times New Roman"/>
        </w:rPr>
        <w:t>Yog cov cov Tsev Ntseeg Adventist nyob rau tiam Laodicea uas muab ntiab tawm cov uas yuav tsum yog tus chij cim.</w:t>
      </w:r>
    </w:p>
    <w:p>
      <w:pPr>
        <w:pStyle w:val="ArticleScripture"/>
        <w:jc w:val="left"/>
      </w:pPr>
      <w:r>
        <w:rPr>
          <w:rFonts w:ascii="Times New Roman" w:hAnsi="Times New Roman" w:eastAsia="Times New Roman" w:cs="Times New Roman"/>
        </w:rPr>
        <w:t>Nej mloog tus Tswv tej lus, nej cov uas tshee hnyo rau ntawm nws tej lus; Nej cov kwv tij uas ntxub nej, uas ntiab nej tawm vim yog kuv lub npe, tau hais tias, Cia tus Tswv tau koob meej: tiam sis nws yuav tshwm los rau nej txoj kev xyiv fab, thiab lawv yuav raug txaj muag. Yaxayas 66:5.</w:t>
      </w:r>
    </w:p>
    <w:p>
      <w:pPr>
        <w:pStyle w:val="ArticleBody"/>
        <w:jc w:val="left"/>
      </w:pPr>
      <w:r>
        <w:rPr>
          <w:rFonts w:ascii="Times New Roman" w:hAnsi="Times New Roman" w:eastAsia="Times New Roman" w:cs="Times New Roman"/>
        </w:rPr>
        <w:t>Cov uas yog tus chij cim raug ntiab tawm vim yog “lub npe” ntawm Khetos. Lub npe uas ua rau muaj kev ntxub yog Alpha thiab Omega, rau qhov lub hauv paus ntsiab cai ntawm Alpha thiab Omega yog yam uas qhia meej tias pawg ntseeg Xya-hnub Adven-tis sawv cev rau leejtwg hauv Vajlugkub tej lus faj lem. Zaj lus piv txwv txog kaum tus nkauj xwb sawv cev rau txoj kev ntseeg Adven-tis.</w:t>
      </w:r>
    </w:p>
    <w:p>
      <w:pPr>
        <w:pStyle w:val="ArticleScripture"/>
        <w:jc w:val="left"/>
      </w:pPr>
      <w:r>
        <w:rPr>
          <w:rFonts w:ascii="Times New Roman" w:hAnsi="Times New Roman" w:eastAsia="Times New Roman" w:cs="Times New Roman"/>
        </w:rPr>
        <w:t>“Zaj lus piv txwv txog kaum tus ntxhais nkauj xwb nyob hauv Mathais 25 kuj qhia meej txog txoj kev paub dhau los ntawm haiv neeg Adventist.” The Great Controversy, 393.</w:t>
      </w:r>
    </w:p>
    <w:p>
      <w:pPr>
        <w:pStyle w:val="ArticleBody"/>
        <w:jc w:val="left"/>
      </w:pPr>
      <w:r>
        <w:rPr>
          <w:rFonts w:ascii="Times New Roman" w:hAnsi="Times New Roman" w:eastAsia="Times New Roman" w:cs="Times New Roman"/>
        </w:rPr>
        <w:t>Zaj lus piv txwv ntawd tau tiav thaum pib ntawm txoj kev ntseeg Adventist, thiab nws yuav rov tiav dua raws nraim txhua lo lus thaum txog kawg.</w:t>
      </w:r>
    </w:p>
    <w:p>
      <w:pPr>
        <w:pStyle w:val="ArticleScripture"/>
        <w:jc w:val="left"/>
      </w:pPr>
      <w:r>
        <w:rPr>
          <w:rFonts w:ascii="Times New Roman" w:hAnsi="Times New Roman" w:eastAsia="Times New Roman" w:cs="Times New Roman"/>
        </w:rPr>
        <w:t>“Kuv feem ntau raug xa mus rau zaj lus piv txwv hais txog kaum tus ntxhais nkauj xwb, tsib tus uas txawj ntse, thiab tsib tus uas ruam. Zaj lus piv txwv no twb tau thiab yuav raug ua tiav raws nraim txhua lo lus, vim nws muaj ib daim ntawv thov tshwj xeeb rau lub sijhawm no, thiab, ib yam li tus tim tswv thib peb txoj xov, nws twb tau raug ua tiav thiab yuav txuas ntxiv ua qhov tseeb tam sim no mus txog thaum kawg ntawm lub sijhawm.” Review and Herald, August 19, 1890.</w:t>
      </w:r>
    </w:p>
    <w:p>
      <w:pPr>
        <w:pStyle w:val="ArticleBody"/>
        <w:jc w:val="left"/>
      </w:pPr>
      <w:r>
        <w:rPr>
          <w:rFonts w:ascii="Times New Roman" w:hAnsi="Times New Roman" w:eastAsia="Times New Roman" w:cs="Times New Roman"/>
        </w:rPr>
        <w:t>Cov nkauj xwb ruam uas tsim los thiab pom tias lawv tsis muaj roj yog cov Laodiceans.</w:t>
      </w:r>
    </w:p>
    <w:p>
      <w:pPr>
        <w:pStyle w:val="ArticleScripture"/>
        <w:jc w:val="left"/>
      </w:pPr>
      <w:r>
        <w:rPr>
          <w:rFonts w:ascii="Times New Roman" w:hAnsi="Times New Roman" w:eastAsia="Times New Roman" w:cs="Times New Roman"/>
        </w:rPr>
        <w:t>“Lub xeev ntawm lub Koom Txoos uas cov hluas nkauj ruam sawv cev, kuj raug hais txog tias yog lub xeev Laodicea.” Review and Herald, August 19, 1890.</w:t>
      </w:r>
    </w:p>
    <w:p>
      <w:pPr>
        <w:pStyle w:val="ArticleBody"/>
        <w:jc w:val="left"/>
      </w:pPr>
      <w:r>
        <w:rPr>
          <w:rFonts w:ascii="Times New Roman" w:hAnsi="Times New Roman" w:eastAsia="Times New Roman" w:cs="Times New Roman"/>
        </w:rPr>
        <w:t>Kev tawm tsam ntawm cov nkauj xwb uas txawj ntse, uas kuj raug sawv cev ua pawg ntseeg Philadelphian, yog nrog ib pawg ntseeg uas lees tias lawv yog Yudais, tiamsis lawv tsis yog.</w:t>
      </w:r>
    </w:p>
    <w:p>
      <w:pPr>
        <w:pStyle w:val="ArticleScripture"/>
        <w:jc w:val="left"/>
      </w:pPr>
      <w:r>
        <w:rPr>
          <w:rFonts w:ascii="Times New Roman" w:hAnsi="Times New Roman" w:eastAsia="Times New Roman" w:cs="Times New Roman"/>
        </w:rPr>
        <w:t>Saib seb, Kuv yuav ua rau cov neeg ntawd uas yog lub tsev sablaj ntawm Xatas—cov uas hais tias lawv yog Yudais, tiamsis tsis yog, lawv tsuas hais dag xwb—saib seb, Kuv yuav ua rau lawv tuaj pe hawm ntawm koj ko taw xub ntiag, thiab kom lawv paub tias Kuv tau hlub koj. Qhia Tshwm 3:9.</w:t>
      </w:r>
    </w:p>
    <w:p>
      <w:pPr>
        <w:pStyle w:val="ArticleBody"/>
        <w:jc w:val="left"/>
      </w:pPr>
      <w:r>
        <w:rPr>
          <w:rFonts w:ascii="Times New Roman" w:hAnsi="Times New Roman" w:eastAsia="Times New Roman" w:cs="Times New Roman"/>
        </w:rPr>
        <w:t>Muam White hais txog nqe Vajlugkub no hauv thawj phau ntawv tshaj tawm tom qab txoj kev poob siab loj.</w:t>
      </w:r>
    </w:p>
    <w:p>
      <w:pPr>
        <w:pStyle w:val="ArticleScripture"/>
        <w:jc w:val="left"/>
      </w:pPr>
      <w:r>
        <w:rPr>
          <w:rFonts w:ascii="Times New Roman" w:hAnsi="Times New Roman" w:eastAsia="Times New Roman" w:cs="Times New Roman"/>
        </w:rPr>
        <w:t>“Koj xav hais tias, cov uas pe hawm ntawm cov neeg dawb huv ko taw xub ntiag, (Revelation 3:9), thaum kawg yuav tau txais kev cawmdim. Ntawm no kuv yuav tsum tsis pom zoo nrog koj; vim Vajtswv tau qhia rau kuv tias pawg neeg no yog cov Adventists uas tau lees hais kev ntseeg, tiam sis tau thim rov qab, thiab ‘rov muab Vajtswv Leej Tub ntsia saum ntoo khaub lig rau lawv tus kheej dua tshiab, thiab muab nws rau kev txaj muag rau sawv daws pom.’ Thiab hauv ‘lub sijhawm ntawm kev sim siab,’ uas tseem yuav los txog, kom nthuav tawm txhua tus tibneeg tus cwj pwm tseeb, lawv yuav paub tias lawv poob mus ib txhis lawm; thiab raug kev mob ntsws kev txom nyem puv npo, lawv yuav nyo ntawm cov neeg dawb huv ko taw xub ntiag.” Word to the Little Flock, 12.</w:t>
      </w:r>
    </w:p>
    <w:p>
      <w:pPr>
        <w:pStyle w:val="ArticleBody"/>
        <w:jc w:val="left"/>
      </w:pPr>
      <w:r>
        <w:rPr>
          <w:rFonts w:ascii="Times New Roman" w:hAnsi="Times New Roman" w:eastAsia="Times New Roman" w:cs="Times New Roman"/>
        </w:rPr>
        <w:t>Hauv Yaxayas tshooj tsib muaj zaj nkauj hais txog lub vaj txiv hmab, uas tom qab no Khetos tau siv, thiab qhov no yog thawj zaug uas tau hais txog nws.</w:t>
      </w:r>
    </w:p>
    <w:p>
      <w:pPr>
        <w:pStyle w:val="ArticleScripture"/>
        <w:jc w:val="left"/>
      </w:pPr>
      <w:r>
        <w:rPr>
          <w:rFonts w:ascii="Times New Roman" w:hAnsi="Times New Roman" w:eastAsia="Times New Roman" w:cs="Times New Roman"/>
        </w:rPr>
        <w:t>Tam sim no yuav hu ib zaj nkauj rau kuv tus uas kuv hlub tshaj plaws, yog ib zaj nkauj hais txog tus uas kuv hlub thiab nws lub vaj txiv hmab. Kuv tus uas kuv hlub tshaj plaws muaj ib lub vaj txiv hmab nyob saum ib lub roob uas txi txiv nplua mias heev; thiab nws tau laj kab ncig lub vaj ntawd, thiab khaws tej pob zeb tawm hauv nws mus, thiab cog nws nrog tej hmab uas xaiv zoo tshaj plaws, thiab txhim tsa ib lub yees nyob nruab nrab ntawm nws, thiab kuj ua ib lub chaw nyem kua cawv hauv nws thiab; thiab nws cia siab tias nws yuav txi tej txiv hmab zoo, tiam sis nws txi tej txiv hmab qus. Thiab nim no, nej cov neeg nyob hauv Yeluxalees, thiab nej cov txivneej hauv Yudas, thov nej txiav txim rau nruab nrab ntawm kuv thiab kuv lub vaj txiv hmab. Yuav ua tau dabtsi ntxiv rau kuv lub vaj txiv hmab uas kuv tsis tau ua rau hauv nws lawm? Vim li cas, thaum kuv cia siab tias nws yuav txi tej txiv hmab zoo, nws ho txi tej txiv hmab qus? Yaxayas 5:1–4.</w:t>
      </w:r>
    </w:p>
    <w:p>
      <w:pPr>
        <w:pStyle w:val="ArticleBody"/>
        <w:jc w:val="left"/>
      </w:pPr>
      <w:r>
        <w:rPr>
          <w:rFonts w:ascii="Times New Roman" w:hAnsi="Times New Roman" w:eastAsia="Times New Roman" w:cs="Times New Roman"/>
        </w:rPr>
        <w:t>Zaj lus piv txwv no, txawm yog nyob hauv Phau Qub los yog Phau Tshiab, qhia meej tias Vajtswv pawg ntseeg raug Vajtswv tsis lees txais vim lawv tsis kam txi cov txiv hmab txiv ntoo uas lawv raug tsa los tsim kom muaj. Nyob hauv Yaxayas tshooj tsib, thaum xaus ntawm zaj lus piv txwv, txoj kev rau txim rau lub vaj txiv hmab raug qhia tawm, tib lub sijhawm kuj cog lus tias yuav tsa ib lub chij rau txhua haiv neeg. Pom tseeb lawm tias lub vaj txiv hmab tsis yog lub chij ntawd.</w:t>
      </w:r>
    </w:p>
    <w:p>
      <w:pPr>
        <w:pStyle w:val="ArticleScripture"/>
        <w:jc w:val="left"/>
      </w:pPr>
      <w:r>
        <w:rPr>
          <w:rFonts w:ascii="Times New Roman" w:hAnsi="Times New Roman" w:eastAsia="Times New Roman" w:cs="Times New Roman"/>
        </w:rPr>
        <w:t>Vim li no tus Tswv txoj kev chim tau kub hnyiab tawm tsam nws haiv neeg, thiab nws tau ncab nws txhais tes tawm tsam lawv, thiab tau nplawm lawv lawm; tej roob kuj tshee hnyo, thiab lawv tej cev tuag raug dua ua tej daim nyob hauv nruab nrab tej kev. Txawm yog li no los nws txoj kev chim tseem tsis tau thim rov qab, tiam sis nws txhais tes tseem ncab tawm li qub. Thiab nws yuav tsa ib lub cim rau tej haiv neeg uas nyob deb, thiab yuav xu nrov hu lawv ntawm qhov kawg ntiaj teb tuaj; thiab saib seb, lawv yuav los sai, muaj ceev kawg nkaus. Yaxayas 5:25, 26.</w:t>
      </w:r>
    </w:p>
    <w:p>
      <w:pPr>
        <w:pStyle w:val="ArticleBody"/>
        <w:jc w:val="left"/>
      </w:pPr>
      <w:r>
        <w:rPr>
          <w:rFonts w:ascii="Times New Roman" w:hAnsi="Times New Roman" w:eastAsia="Times New Roman" w:cs="Times New Roman"/>
        </w:rPr>
        <w:t>Thaum tom qab no Yexus hu zaj nkauj ntawd ua ib zaj lus piv txwv, nws qhov xaus kuj txiav txim meej kawg ib yam nkaus.</w:t>
      </w:r>
    </w:p>
    <w:p>
      <w:pPr>
        <w:pStyle w:val="ArticleScripture"/>
        <w:jc w:val="left"/>
      </w:pPr>
      <w:r>
        <w:rPr>
          <w:rFonts w:ascii="Times New Roman" w:hAnsi="Times New Roman" w:eastAsia="Times New Roman" w:cs="Times New Roman"/>
        </w:rPr>
        <w:t>Nej dua ib zaj lus piv txwv ntxiv: Muaj ib tug tswv tsev uas cog ib lub vaj txiv hmab, laj laj ntsa thaiv puag ncig nws, khawb ib lub chaw nyem cawv txiv hmab hauv ntawd, tsa ib lub pej thuam, muab xauj rau cov neeg ua teb tu, thiab mus rau ib lub tebchaws deb. Thaum lub caij sau txiv los ze lawm, nws txib nws cov tub qhe mus cuag cov neeg ua teb, kom lawv txais cov txiv ntawm lub vaj ntawd. Cov neeg ua teb txawm ntes nws cov tub qhe, ntaus ib tug, tua ib tug, thiab xuas pob zeb ntaus ib tug. Nws rov txib dua lwm cov tub qhe, coob dua thawj pab; lawv kuj ua ib yam nkaus rau lawv thiab. Tiamsis thaum kawg nws txib nws tus tub mus cuag lawv, hais tias, Lawv yuav hwm kuv tus tub. Tiamsis thaum cov neeg ua teb pom tus tub, lawv txawm sib hais tias, Tus no yog tus qub txeeg qub teg; cia li los, peb tua nws, thiab peb txeeb nws tej qub txeeg qub teg. Lawv txawm ntes nws, ntiab nws tawm nraum lub vaj txiv hmab, thiab tua nws. Yog li ntawd, thaum tus tswv lub vaj txiv hmab los txog, nws yuav ua li cas rau cov neeg ua teb ntawd? Lawv hais rau nws tias, Nws yuav muab cov neeg phem ntawd rhuav tshem ib txoj kev txom nyem kawg nkaus, thiab yuav muab lub vaj txiv hmab xauj rau lwm cov neeg ua teb uas yuav xa cov txiv rau nws raws caij raws nyoog. Yexus hais rau lawv tias, Nej tsis tau nyeem hauv Vajluskub dua li no los, Lub pob zeb uas cov neeg txhim tsev muab pov tseg lawm, lub ntawd twb los ua lub pob zeb taub hau kaum tsev lawm: qhov no yog tus Tswv txoj haujlwm, thiab yog yam ua rau peb ob lub qhov muag xav tsis thoob? Vim li no kuv hais rau nej tias, Vajtswv lub nceeg vaj yuav raug muab rho ntawm nej mus, thiab muab rau ib haiv neeg uas tsim cov txiv uas phim rau nws. Thiab tus uas poob rau saum lub pob zeb no yuav tawg tas; tiamsis tus uas lub pob zeb no poob rau saum nws, nws yuav raug muab zom ua hmoov av. Thaum cov thawj pov thawj thiab cov Falixais hnov nws tej lus piv txwv, lawv thiaj paub tias nws hais txog lawv. Mathais 21:33–45.</w:t>
      </w:r>
    </w:p>
    <w:p>
      <w:pPr>
        <w:pStyle w:val="ArticleBody"/>
        <w:jc w:val="left"/>
      </w:pPr>
      <w:r>
        <w:rPr>
          <w:rFonts w:ascii="Times New Roman" w:hAnsi="Times New Roman" w:eastAsia="Times New Roman" w:cs="Times New Roman"/>
        </w:rPr>
        <w:t>Lub pawg ntseeg Xya-hnub Xaiv Tus Tswv ntawm Laodicea tsis yog tus chij uas raug tsa siab. Lub vaj txiv hmab nyob rau hnub kawg uas Yixayee thaum ub tau ua tus qauv qhia txog yog pawg ntseeg Xya-hnub Xaiv Tus Tswv ntawm Laodicea, tiam sis yuav muaj ib haiv neeg uas coj tawm los txi cov txiv uas tsim nyog hu ua thawj cov txiv, uas yog yam uas ib puas plaub caug plaub txhiab leej ntawd yog.</w:t>
      </w:r>
    </w:p>
    <w:p>
      <w:pPr>
        <w:pStyle w:val="ArticleScripture"/>
        <w:jc w:val="left"/>
      </w:pPr>
      <w:r>
        <w:rPr>
          <w:rFonts w:ascii="Times New Roman" w:hAnsi="Times New Roman" w:eastAsia="Times New Roman" w:cs="Times New Roman"/>
        </w:rPr>
        <w:t>Cov no yog cov uas tsis tau raug qias neeg nrog poj niam; vim lawv yog nkauj xwb. Cov no yog cov uas raws tus Menyuam Yaj mus rau txhua qhov chaw uas Nws mus. Cov no raug txhiv dim tawm hauv nruab nrab ntawm tib neeg, ua thawj cov txiv hmab txiv ntoo rau Vajtswv thiab rau tus Menyuam Yaj. Tshwmsim 14:4.</w:t>
      </w:r>
    </w:p>
    <w:p>
      <w:pPr>
        <w:pStyle w:val="ArticleBody"/>
        <w:jc w:val="left"/>
      </w:pPr>
      <w:r>
        <w:rPr>
          <w:rFonts w:ascii="Times New Roman" w:hAnsi="Times New Roman" w:eastAsia="Times New Roman" w:cs="Times New Roman"/>
        </w:rPr>
        <w:t>Ua ib daim chij, lawv yuav raug siv los ntawm Tus Tswv Tsev kom coj los sau qoob loo zaum kawg. Pawg ntseeg Seventh-day Adventist Laodicea yog lub vaj txiv hmab uas tau tsis lees txais lub hauv paus pob zeb ntawm Mauxes xya tiam. Txij ntawd mus nws yog ib qho kev poob nqis zuj zus mus rau hauv qhov tsaus ntuj loj dua thiab loj dua. Daim chij yuav yog “ib cag ntawm Yexai.” Cag ntawm Yexai, lossis Daviv, sawv cev rau qhov tseeb kawg nkaus uas Yexus tau nthuav tawm rau cov Yudais uas nyiam sib cav hauv Nws tiam keeb kwm. Nws yog ib lub cim ntawm txoj cai Alpha thiab Omega, uas cov neeg ua vaj txiv hmab uas tsis ncaj ncees ntawm cov Ixayees thaum ub thiab cov Ixayees niaj hnub no tsis kam to taub.</w:t>
      </w:r>
    </w:p>
    <w:p>
      <w:pPr>
        <w:pStyle w:val="ArticleScripture"/>
        <w:jc w:val="left"/>
      </w:pPr>
      <w:r>
        <w:rPr>
          <w:rFonts w:ascii="Times New Roman" w:hAnsi="Times New Roman" w:eastAsia="Times New Roman" w:cs="Times New Roman"/>
        </w:rPr>
        <w:t>Thiab nyob rau hnub ntawd yuav muaj ib tug cag ntawm Yexis, uas yuav sawv ua ib lub cim rau cov neeg; rau nws cov Lwm Haiv Neeg yuav nrhiav los: thiab nws qhov chaw so yuav muaj koob meej. Yaxayas 11:10.</w:t>
      </w:r>
    </w:p>
    <w:p>
      <w:pPr>
        <w:pStyle w:val="ArticleBody"/>
        <w:jc w:val="left"/>
      </w:pPr>
      <w:r>
        <w:rPr>
          <w:rFonts w:ascii="Times New Roman" w:hAnsi="Times New Roman" w:eastAsia="Times New Roman" w:cs="Times New Roman"/>
        </w:rPr>
        <w:t>Muam White thiab James White qhia meej tias txog xyoo 1856 txoj kev txav ntawd twb tau los ua Laodicea lawm, yog li ntawd nws qhia thaum twg tias nws puas tau txais zaj lus rau cov Laodiceans? Nws yeej tsis tau ua li ntawd. Peb qhov yuam kev thawj yog lees txais lo lus hais tias lub koom txoos Seventh-day Adventist tau yog ib lub koom txoos yeej muaj kev kovyeej tas mus li raws li nws tau taug dhau hauv keeb kwm. Qhov tseeb yog kiag li rov qab. Yog peb lees txais thawj lub hauv paus kev xav uas yuam kev ntawd, ces peb lub qhov muag yuav raug kaw rau tej yam tseeb hauv yaj saub uas qhia lwm yam. Piv txwv li, Muam White pheej qhia dua thiab dua tias keeb kwm ntawm cov Yixayee thaum ub tiag tiag yog ib daim duab qhia txog txoj kev paub dhau los thiab keeb kwm ntawm cov Yixayee ntsuj plig niaj hnub no. Feem ntau thaum nws hais txog cov Yixayee thaum ub ua tus qauv rau cov Yixayee niaj hnub no, nws tib lub sijhawm kuj hais txog tus tubtxib Povlauj lo lus nrov uas qhia tib qho tseeb ntawd.</w:t>
      </w:r>
    </w:p>
    <w:p>
      <w:pPr>
        <w:pStyle w:val="ArticleScripture"/>
        <w:jc w:val="left"/>
      </w:pPr>
      <w:r>
        <w:rPr>
          <w:rFonts w:ascii="Times New Roman" w:hAnsi="Times New Roman" w:eastAsia="Times New Roman" w:cs="Times New Roman"/>
        </w:rPr>
        <w:t>Tam sim no tau los rau lawv ua piv txwv; thiab tej no raug sau cia ua lus ceeb toom rau peb, cov uas hnub kawg ntawm lub ntiajteb twb los txog lawm. 1 Khaulee 10:11.</w:t>
      </w:r>
    </w:p>
    <w:p>
      <w:pPr>
        <w:pStyle w:val="ArticleBody"/>
        <w:jc w:val="left"/>
      </w:pPr>
      <w:r>
        <w:rPr>
          <w:rFonts w:ascii="Times New Roman" w:hAnsi="Times New Roman" w:eastAsia="Times New Roman" w:cs="Times New Roman"/>
        </w:rPr>
        <w:t>Tus tubtxib Paulus hauv nqe kaum ib tab tom sau ua ib lo lus xaus rau kaum nqe uas nyob ua ntej ntawd.</w:t>
      </w:r>
    </w:p>
    <w:p>
      <w:pPr>
        <w:pStyle w:val="ArticleScripture"/>
        <w:jc w:val="left"/>
      </w:pPr>
      <w:r>
        <w:rPr>
          <w:rFonts w:ascii="Times New Roman" w:hAnsi="Times New Roman" w:eastAsia="Times New Roman" w:cs="Times New Roman"/>
        </w:rPr>
        <w:t>Tsis tas li ntawd, cov kwvtij, kuv tsis xav kom nej tsis paub hais tias peb cov yawg koob sawvdaws tau nyob hauv huab, thiab sawvdaws tau hla hiav txwv; thiab sawvdaws tau raug muab ntxuav koom nrog Mauxes hauv huab thiab hauv hiav txwv; thiab sawvdaws tau noj tib qho zaub mov sab ntsuj plig; thiab sawvdaws tau haus tib qho dej haus sab ntsuj plig; rau qhov lawv tau haus ntawm lub Pob Zeb sab ntsuj plig uas raws lawv qab los: thiab lub Pob Zeb ntawd yog Khetos. Tiamsis Vajtswv tsis txaus siab rau coob leej ntawm lawv: rau qhov lawv raug tua pov tseg hauv tebchaws moj sab qhua. Nimno tej no yog tej yam ua piv txwv rau peb, kom peb tsis txhob ntshaw tej yam phem, ib yam li lawv kuj tau ntshaw. Thiab nej tsis txhob ua neeg pe mlom, ib yam li qee leej ntawm lawv tau ua; raws li muaj sau tseg tias, Cov neeg zaum los noj thiab haus, ces sawv los ua si. Thiab peb tsis txhob ua nkauj ua nraug, ib yam li qee leej ntawm lawv tau ua, thiab ib hnub ntawd poob nees nkaum peb txhiab leej. Thiab peb tsis txhob sim Khetos, ib yam li qee leej ntawm lawv kuj tau sim, thiab raug nab rhuav tshem. Thiab nej tsis txhob yws hlo, ib yam li qee leej ntawm lawv kuj tau yws, thiab raug tus rhuav tshem muab rhuav pov tseg. 1 Khaulee 10:1–10.</w:t>
      </w:r>
    </w:p>
    <w:p>
      <w:pPr>
        <w:pStyle w:val="ArticleBody"/>
        <w:jc w:val="left"/>
      </w:pPr>
      <w:r>
        <w:rPr>
          <w:rFonts w:ascii="Times New Roman" w:hAnsi="Times New Roman" w:eastAsia="Times New Roman" w:cs="Times New Roman"/>
        </w:rPr>
        <w:t>Povlauj thiab Muam White tsis siv cov Yixayee thaum ub ua ib qho piv txwv txog ib haiv neeg uas yeej thiab ncaj ncees. Tiamsis, yog qhov rov qab kiag li. Povlauj muab kaum nqes ntawd xub thawj los xaus rau hauv nqes kaum ib, thiab tom qab ntawd hauv nqes tom ntej nws hais txog zaj lus qhia uas keeb kwm ntawm cov Yixayee thaum ub yuav tsum qhia rau cov uas yuav pom.</w:t>
      </w:r>
    </w:p>
    <w:p>
      <w:pPr>
        <w:pStyle w:val="ArticleScripture"/>
        <w:jc w:val="left"/>
      </w:pPr>
      <w:r>
        <w:rPr>
          <w:rFonts w:ascii="Times New Roman" w:hAnsi="Times New Roman" w:eastAsia="Times New Roman" w:cs="Times New Roman"/>
        </w:rPr>
        <w:t>Yog li no cia nws tus kheej tias nws sawv ruaj lawm, nws yuav tsum ceev faj tsam nws poob. 1 Kaulinthaus 10:12.</w:t>
      </w:r>
    </w:p>
    <w:p>
      <w:pPr>
        <w:pStyle w:val="ArticleBody"/>
        <w:jc w:val="left"/>
      </w:pPr>
      <w:r>
        <w:rPr>
          <w:rFonts w:ascii="Times New Roman" w:hAnsi="Times New Roman" w:eastAsia="Times New Roman" w:cs="Times New Roman"/>
        </w:rPr>
        <w:t>Ixayees thaum ub muab ib qho piv txwv ntawm ib haiv neeg uas Vajtswv tau hu, Vajtswv tau coj, tau ua kom tiav tej lus faj lem ntawm Vajtswv, thiab tau fav xeeb tawm tsam Vajtswv nyob txhua kauj ruam ntawm txoj kev, thiab thaum kawg txawm muab tus Tswv Tsim ntuj tsim teb ntsia saum ntoo khaub lig! Cov Adventist tsis muaj teeb meem lees paub tej no hais txog Ixayees thaum ub, tiam sis tsis tshua cia qhov kev ceeb toom uas tau npaj tseg ntawd txeem dhau lawv txoj kev dig muag Laodicea. Tej zaum lawv yuav hais cov nqe lus uas Muam White qhia tias pawg ntseeg yog Vajtswv lub noob muag, thiab yeej yog li ntawd tiag, tab sis Vajtswv txoj kev hlub rau Nws haiv neeg tsis muab ib daim tsho los npog lawv qhov xwm txheej tiag. Cov uas Nws hlub Nws cem thiab qhuab ntuas. Txawm hais tias Vajtswv pawg ntseeg yog Vajtswv lub noob muag npaum li cas los xij, Yexus tau hais meej heev los sau tseg Nws txoj kev sib raug zoo nrog lub noob ntawd, Nws lub noob.</w:t>
      </w:r>
    </w:p>
    <w:p>
      <w:pPr>
        <w:pStyle w:val="ArticleScripture"/>
        <w:jc w:val="left"/>
      </w:pPr>
      <w:r>
        <w:rPr>
          <w:rFonts w:ascii="Times New Roman" w:hAnsi="Times New Roman" w:eastAsia="Times New Roman" w:cs="Times New Roman"/>
        </w:rPr>
        <w:t>Au Yeluxalees, Yeluxalees, uas tua cov yaj saub, thiab txawb pob zeb rau cov uas raug xa los cuag koj; kuv twb xav sau koj cov me nyuam los ua ke ntau zaus npaum li cas, ib yam li tus poj qaib sau nws cov qaib nyuag los rau hauv qab nws ob txhais tis, los nej tsis kam! Saib seb, nej lub tsev raug tso tseg rau nej nyob twjywm qhuav qhawv; thiab tseeb tiag kuv hais rau nej, nej yuav tsis pom kuv lawm mus txog lub sijhawm uas nej yuav hais tias, Foom koob hmoov rau tus uas los nyob hauv lub npe ntawm tus Tswv. Luka 13:34, 35.</w:t>
      </w:r>
    </w:p>
    <w:p>
      <w:pPr>
        <w:pStyle w:val="ArticleBody"/>
        <w:jc w:val="left"/>
      </w:pPr>
      <w:r>
        <w:rPr>
          <w:rFonts w:ascii="Times New Roman" w:hAnsi="Times New Roman" w:eastAsia="Times New Roman" w:cs="Times New Roman"/>
        </w:rPr>
        <w:t>Cov lus nug uas tsim nyog yuav tsum raug nug tias, “Puas yog Yexus tseeb tiag siv qhov kawg los ua piv txwv raws li qhov pib? Puas yog Ixayees thaum ub tseeb tiag ua piv txwv rau Ixayees niaj hnub no?” Qhov teeb meem ntawm Ixayees thaum ub thoob plaws hauv lawv keeb kwm yog tias lawv ntseeg tias lawv caj ces thiab qub txeeg qub teg yog pov thawj tias lawv yog Vajtswv haiv neeg, thiab yog li ntawd lawv thiaj tsis muaj peev xwm yuav yog lwm yam li tsuas yog Vajtswv haiv neeg xwb. Vim li ntawd, nyob rau tiam Yelemis, lawv thiaj hais tawm tias lawv yog lub tuam tsev ntawm tus Tswv.</w:t>
      </w:r>
    </w:p>
    <w:p>
      <w:pPr>
        <w:pStyle w:val="ArticleScripture"/>
        <w:jc w:val="left"/>
      </w:pPr>
      <w:r>
        <w:rPr>
          <w:rFonts w:ascii="Times New Roman" w:hAnsi="Times New Roman" w:eastAsia="Times New Roman" w:cs="Times New Roman"/>
        </w:rPr>
        <w:t>Lo lus uas los ntawm tus Tswv tuaj rau Yelemis, hais tias, Cia li sawv ntawm lub rooj vag ntawm tus Tswv lub tuam tsev, thiab tshaj tawm lo lus no rau ntawd, thiab hais tias, Nej txhua tus ntawm Yudas uas nkag los ntawm cov rooj vag no los pe hawm tus Tswv, nej cia li mloog tus Tswv lo lus. Tus Tswv uas muaj pab tub rog coob, uas yog Ixayees tus Vajtswv, hais li no tias, Nej cia li kho nej tej kev thiab nej tej haujlwm kom zoo, ces kuv yuav cia nej nyob hauv qhov chaw no. Nej txhob cia siab rau tej lus dag, hais tias, Nov yog tus Tswv lub tuam tsev, tus Tswv lub tuam tsev, tus Tswv lub tuam tsev. Yelemis 7:1–4.</w:t>
      </w:r>
    </w:p>
    <w:p>
      <w:pPr>
        <w:pStyle w:val="ArticleBody"/>
        <w:jc w:val="left"/>
      </w:pPr>
      <w:r>
        <w:rPr>
          <w:rFonts w:ascii="Times New Roman" w:hAnsi="Times New Roman" w:eastAsia="Times New Roman" w:cs="Times New Roman"/>
        </w:rPr>
        <w:t>Qhov kev dag ntxias tib yam no kuj raug Yauhas tus Muab Neeg Ua Kev Cai Raus Dej hais kom tseem ceeb thiab.</w:t>
      </w:r>
    </w:p>
    <w:p>
      <w:pPr>
        <w:pStyle w:val="ArticleScripture"/>
        <w:jc w:val="left"/>
      </w:pPr>
      <w:r>
        <w:rPr>
          <w:rFonts w:ascii="Times New Roman" w:hAnsi="Times New Roman" w:eastAsia="Times New Roman" w:cs="Times New Roman"/>
        </w:rPr>
        <w:t>Thiab lawv tau txais kev cai raus dej ntawm nws hauv tus dej Yaladees, lees lawv tej kev txhaum. Tiamsis thaum nws pom coob tus Falixais thiab Xadukais tuaj rau nws txoj kev cai raus dej, nws hais rau lawv tias, Nej caj ces nab phem, leejtwg tau ceeb toom nej kom khiav dim ntawm txoj kev chim uas yuav los? Yog li ntawd nej yuav tsum txi tej txiv uas tsim nyog rau txoj kev hloov siab lees txim. Thiab nej tsis txhob xav hais hauv nej lub siab tias, Peb muaj Anplahas ua peb txiv; rau qhov kuv hais rau nej tias, Vajtswv muaj peevxwm tsa cov pob zeb no ua neeg xeeb leej xeeb ntxwv rau Anplahas. Thiab nim no rab taus twb muab tso rau ntawm cag ntoo lawm; yog li ntawd txhua tsob ntoo uas tsis txi txiv zoo yuav raug ntov pov rau hauv hluav taws. Mathais 3:6–10.</w:t>
      </w:r>
    </w:p>
    <w:p>
      <w:pPr>
        <w:pStyle w:val="ArticleBody"/>
        <w:jc w:val="left"/>
      </w:pPr>
      <w:r>
        <w:rPr>
          <w:rFonts w:ascii="Times New Roman" w:hAnsi="Times New Roman" w:eastAsia="Times New Roman" w:cs="Times New Roman"/>
        </w:rPr>
        <w:t>Tib txoj kev to taub yuam kev tib yam ntawd nyob hauv Adventism uas raug ua cim los ntawm lo lus hais tias “Lub tuam tsev ntawm tus Tswv, yog peb,” thiab hais tias peb yog Aplahas cov “xeeb leej xeeb ntxwv” ntawm sab ntsuj plig, yog qhov kev tshwm sim tseem ceeb tshaj plaws ntawm Laodicea txoj kev dig muag.</w:t>
      </w:r>
    </w:p>
    <w:p>
      <w:pPr>
        <w:pStyle w:val="ArticleScripture"/>
        <w:jc w:val="left"/>
      </w:pPr>
      <w:r>
        <w:rPr>
          <w:rFonts w:ascii="Times New Roman" w:hAnsi="Times New Roman" w:eastAsia="Times New Roman" w:cs="Times New Roman"/>
        </w:rPr>
        <w:t>“Vajtswv xa tub txib los qhia rau Nws haiv neeg tias lawv yuav tsum zoo li cas thiab ua dab tsi thiaj mloog tau Nws tej kevcai ntawm txojkev ncaj ncees, tej uas yog ib tug neeg ua raws, nws kuj yuav muaj sia nyob hauv tej ntawd thiab. Lawv yuav tsum hlub Vajtswv tshaj plaws, tsis txhob muaj lwm tus vajtswv nyob ua ntej Nws; thiab lawv yuav tsum hlub lawv tus kwvtij neeg ib yam li lawv tus kheej, ua rau nws yam uas lawv xav kom nws ua rau lawv.</w:t>
      </w:r>
    </w:p>
    <w:p>
      <w:pPr>
        <w:pStyle w:val="ArticleScripture"/>
        <w:jc w:val="left"/>
      </w:pPr>
      <w:r>
        <w:rPr>
          <w:rFonts w:ascii="Times New Roman" w:hAnsi="Times New Roman" w:eastAsia="Times New Roman" w:cs="Times New Roman"/>
        </w:rPr>
        <w:t>“Tsis muaj ib lub ntsis me tshaj plaws ntawm Vajtswv txoj kevcai dawb huv uas yuav raug saib yau lossis raug saib tsis taus. Cov uas ua txhaum ib lo lus hais tias, ‘Tus Tswv hais li no,’ sawv nyob hauv qab tus chij ntawm tus thawj ntawm txoj kev tsaus ntuj, nyob hauv kev ntxeev siab tawm tsam lawv tus Tsim thiab lawv tus Cawmseej. Lawv lees hais tias tej lus cog tseg uas raug muab rau cov uas mloog lus yog rau lawv, hais tias, Lub tuam tsev ntawm tus Tswv, lub tuam tsev ntawm tus Tswv yog peb, thaum lawv saib tsis taus Vajtswv los ntawm kev nthuav tawm Nws tus yam ntxwv tsis raug, los ntawm kev ua tib yam uas Nws twb hais kom lawv tsis txhob ua. Lawv tsa ib tug qauv uas Vajtswv tsis tau muab. Lawv tus yam ntxwv ua piv txwv coj neeg yuam kev, lawv txoj kev cuam tshuam ua rau qias tsis huv. Lawv tsis yog tej teeb nyob hauv lub ntiajteb no, rau qhov lawv tsis ua raws li tej hauv paus ntsiab lus ntawm kev ncaj ncees.”</w:t>
      </w:r>
    </w:p>
    <w:p>
      <w:pPr>
        <w:pStyle w:val="ArticleScripture"/>
        <w:jc w:val="left"/>
      </w:pPr>
      <w:r>
        <w:rPr>
          <w:rFonts w:ascii="Times New Roman" w:hAnsi="Times New Roman" w:eastAsia="Times New Roman" w:cs="Times New Roman"/>
        </w:rPr>
        <w:t>“Neeg tsis tuaj yeem qhia kev ntxeev siab loj dua rau Vajtswv tshaj li los ntawm kev tsis quav ntsej qhov kaj uas Nws xa tuaj rau lawv. Cov uas ua li no dag ntxias cov uas tsis paub, rau qhov lawv tsa tej cim taw qhia cuav. Lawv pheej niaj hnub hloov ntxeev tej hauv paus ntsiab lus dawb huv....”</w:t>
      </w:r>
    </w:p>
    <w:p>
      <w:pPr>
        <w:pStyle w:val="ArticleScripture"/>
        <w:jc w:val="left"/>
      </w:pPr>
      <w:r>
        <w:rPr>
          <w:rFonts w:ascii="Times New Roman" w:hAnsi="Times New Roman" w:eastAsia="Times New Roman" w:cs="Times New Roman"/>
        </w:rPr>
        <w:t>“Hauv cov lus ntawm Vajluskub Dawb Huv, peb raug qhia meej tseeb tias vim li cas kev puam tsuaj thiaj los raug haiv neeg Yudais. Lawv tau txais qhov kaj loj, tej koob hmoov nplua nuj, thiab txoj kev vam meej uas zoo kawg nkaus. Tiam sis lawv tau pom tias tsis ncaj ncees rau yam uas raug muab tso siab rau lawv. Lawv tsis tau saib xyuas tus Tswv lub vaj txiv hmab kom ncaj ncees, los sis muab cov txiv ntawm lub vaj ntawd rau Nws. Lawv tau ua neej li yog tsis muaj Vajtswv, thiab vim li ntawd kev txom nyem thiaj los raug lawv.” Manuscript Releases, volume 14, 343–345.</w:t>
      </w:r>
    </w:p>
    <w:p>
      <w:pPr>
        <w:pStyle w:val="ArticleBody"/>
        <w:jc w:val="left"/>
      </w:pPr>
      <w:r>
        <w:rPr>
          <w:rFonts w:ascii="Times New Roman" w:hAnsi="Times New Roman" w:eastAsia="Times New Roman" w:cs="Times New Roman"/>
        </w:rPr>
        <w:t>Cov neeg Ixayees ntseeg tias vim lawv tau raug Vajtswv xaiv txij thaum chiv keeb ntawm lawv keeb kwm, lawv yuav nyob mus ib txhis ua Nws haiv neeg uas raug xaiv. Qhov phem tshaj ntawd, lawv kuj ntseeg tias vim lawv yog Nws haiv neeg uas raug xaiv, Nws yuav hwm lawv, txawm yog qhov tseeb tias lawv tsis kam hwm Nws. Hauv kev yaj saub, lawv yog Nws haiv neeg uas raug xaiv, mus txog thaum raug nrauj, tiam sis lawv yeej tsis tau yog haiv neeg uas Vajtswv tau xav kom lawv ua. Kev ncaj ncees ntawm haiv neeg uas raug xaiv tsis yog txiav txim raws li lawv tej zaum yuav xav tias lawv yog leej twg. Cov Ixayees thaum ub yog tus qauv tseem ceeb ntawm pawg ntseeg Xya-hnub Adven, tiam sis thaum txais yuav lub hauv paus kev ntseeg cuav tias lawv sawv cev rau ib puas plaub caug plaub txhiab tus thaum kawg ntiajteb, ces qhov muag tsis pom kev ntawm Laodike-as thiaj raug nthuav tawm, ib yam li cov Ixayees thaum ub. Kev ntseeg Adven ntseeg thiab qhia tias lawv yog Vajtswv haiv neeg seem nyob rau thaum kawg ntiajteb, txawm hais tias muaj pov thawj meej tseeb tawm tsam qhov ntawd.</w:t>
      </w:r>
    </w:p>
    <w:p>
      <w:pPr>
        <w:pStyle w:val="ArticleBody"/>
        <w:jc w:val="left"/>
      </w:pPr>
      <w:r>
        <w:rPr>
          <w:rFonts w:ascii="Times New Roman" w:hAnsi="Times New Roman" w:eastAsia="Times New Roman" w:cs="Times New Roman"/>
        </w:rPr>
        <w:t>Thaum peb los ze rau lub sijhawm kawg ntawm txoj kev sim siab, txoj xov rau haiv neeg Laodicea yuav tsum hajyam hnyav thiab ncaj tshaj qub. Yog tias lub hauv paus kev ntseeg cuav ntawd tsis raug muab tso tseg rau qhov tseeb, ces tej qauv ntawm Aloos, Yeraujavam thiab 1863 raug zais rau hauv qab daim ntaub npog ntawm kab ke thiab kev coj ib txwm. Tam sim no twb ze dhau lawm rau lub sijhawm kawg ntawm txoj kev sim siab, tsis txhob tseem zais hauv qab daim ntaub npog ntawd ntxiv lawm.</w:t>
      </w:r>
    </w:p>
    <w:p>
      <w:pPr>
        <w:pStyle w:val="ArticleScripture"/>
        <w:jc w:val="left"/>
      </w:pPr>
      <w:r>
        <w:rPr>
          <w:rFonts w:ascii="Times New Roman" w:hAnsi="Times New Roman" w:eastAsia="Times New Roman" w:cs="Times New Roman"/>
        </w:rPr>
        <w:t>Qhov no yog txoj kev txiav txim, tias qhov kaj twb los rau hauv lub ntiajteb lawm, tiamsis neeg nyiam qhov tsaus ntuj tshaj qhov kaj, vim lawv tej haujlwm yog phem. Rau qhov txhua tus uas ua phem ntxub qhov kaj, thiab tsis los cuag qhov kaj, tsam nws tej haujlwm yuav raug qhuab ntuas. Yauhas 3:19, 20.</w:t>
      </w:r>
    </w:p>
    <w:p>
      <w:pPr>
        <w:pStyle w:val="ArticleBody"/>
        <w:jc w:val="left"/>
      </w:pPr>
      <w:r>
        <w:rPr>
          <w:rFonts w:ascii="Times New Roman" w:hAnsi="Times New Roman" w:eastAsia="Times New Roman" w:cs="Times New Roman"/>
        </w:rPr>
        <w:t>Keeb kwm ntawm cov kev thim txojkev ntseeg tseeb hauv Adventism twb raug taug raws hauv Vajtswv Txojlus cev faj lem lawm. Qhov no yog ib qho tseeb cev faj lem. Thawj qhov pov thawj ntawm no yog cov Yixayee thaum ub. Cov Yixayee thaum ub yog ib zaj keeb kwm ntawm kev thim txojkev ntseeg uas txuas ntxiv mus thiab nce zuj zus, txawm li cas los xij phau Vajlugkub thiab Ntsuj Plig ntawm Kev Cev Faj Lem qhia tias cov Yixayee thaum ub yog tus qauv piv txwv rau cov Yixayee niaj hnub no. Txawm qhov no yuav tu siab npaum li cas los, yeej tsis tau muaj ib lub sijhawm twg uas tseem ceeb dua li tam sim no rau kev to taub qhov tseeb no. Qhov uas tab tom raug qhib tawm los ntawm Kev Qhia Tshwm ntawm Yexus Khetos yog qhov tseeb tias keeb kwm ntawm Adventism raws li tus kub Protestant khiav mus sib luag nrog keeb kwm ntawm tus kub Republican. Ob tug kub no ib leeg yog ib tug tim khawv thib ob rau ib leeg, thiab kev tsis kam pom ib tug tim khawv no kom raug, tib lub sijhawm kuj txwv tsis pub lwm tug tim khawv raug lees paub thiab pom raws li nws yog.</w:t>
      </w:r>
    </w:p>
    <w:p>
      <w:pPr>
        <w:pStyle w:val="ArticleBody"/>
        <w:jc w:val="left"/>
      </w:pPr>
      <w:r>
        <w:rPr>
          <w:rFonts w:ascii="Times New Roman" w:hAnsi="Times New Roman" w:eastAsia="Times New Roman" w:cs="Times New Roman"/>
        </w:rPr>
        <w:t>Cov caj ces ntawm Aaron, Jeroboam thiab 1863 qhia txog qhov pib ntawm cov Yixayee sab ntsuj plig niaj hnub no, thiab hauv kev ua li ntawd lawv kuj qhia txog qhov pib ntawm lub kub ntawm Republican. Xov ntawm tus timtswv thib peb yog ib lo lus ceeb toom tawm tsam kev txais lub cim ntawm tus tsiaj qus. Tebchaws Meskas yog tus uas xub tshaj tawm ib txoj cai Hnub Sunday thiab tom qab ntawd yuam kom tag nrho lub ntiaj teb ua tib yam.</w:t>
      </w:r>
    </w:p>
    <w:p>
      <w:pPr>
        <w:pStyle w:val="ArticleScripture"/>
        <w:jc w:val="left"/>
      </w:pPr>
      <w:r>
        <w:rPr>
          <w:rFonts w:ascii="Times New Roman" w:hAnsi="Times New Roman" w:eastAsia="Times New Roman" w:cs="Times New Roman"/>
        </w:rPr>
        <w:t>“Cov teb chaws txawv txawv yuav ua raws li tus yam ntxwv ntawm Tebchaws Meskas. Txawm yog nws yog tus coj tawm mus ua ntej, los tib txoj kev kub ntxhov ntawd yuav los raug peb haiv neeg nyob txhua qhov chaw hauv ntiajteb no.” Testimonies, volume 6, 395.</w:t>
      </w:r>
    </w:p>
    <w:p>
      <w:pPr>
        <w:pStyle w:val="ArticleBody"/>
        <w:jc w:val="left"/>
      </w:pPr>
      <w:r>
        <w:rPr>
          <w:rFonts w:ascii="Times New Roman" w:hAnsi="Times New Roman" w:eastAsia="Times New Roman" w:cs="Times New Roman"/>
        </w:rPr>
        <w:t>Cov lus tseeb ntawm kev cev Vajtswv lus uas txuas nrog kev kub ntxhov ntawm txoj cai Hnub Caiv tsis tuaj yeem muab cais tawm ntawm txoj hauj lwm ntawm Tebchaws Meskas. Tus tsiaj nyaum hauv ntiajteb ntawm Tshwm Sim tshooj kaum peb yog lub nceeg vaj thib rau hauv kev cev Vajtswv lus hauv Phau Vajlugkub, uas kav tau xya caum xyoo cev Vajtswv lus raws li Yaxayas nees nkaum peb. Tus tsiaj nyaum hauv ntiajteb ntawd yog tus uas muaj ob tug kub. Cov lus tseeb uas cuam tshuam nrog txoj kev sib raug zoo ntawm ob tug kub ntawd tam sim no tab tom raug qhib lub foob, tiamsis tsuas yog rau cov uas xaiv los nkag siab tias Yexus ua tiav txoj kev qhib lub foob ntawm Tshwm Sim ntawm Yexus Khetos los ntawm kev siv qhov pib ntawm ib yam los ua piv txwv qhia qhov kawg ntawm ib yam.</w:t>
      </w:r>
    </w:p>
    <w:p>
      <w:pPr>
        <w:pStyle w:val="ArticleBody"/>
        <w:jc w:val="left"/>
      </w:pPr>
      <w:r>
        <w:rPr>
          <w:rFonts w:ascii="Times New Roman" w:hAnsi="Times New Roman" w:eastAsia="Times New Roman" w:cs="Times New Roman"/>
        </w:rPr>
        <w:t>Tebchaws Asmeskas tau pib ua lub tebchaws thib rau hauv Vajlugkub tej lus faj lem xyoo 1798, thiab nyob rau rau caum tsib xyoos tom qab ntawd, ob tug kub uas yuav mus dhau keeb kwm ua ke tau raug muab tso rau hauv ib qho chaw xwm txheej uas yuav raug paub tau, tiam sis tsuas yog los ntawm cov uas kam pom xwb. Rau caum tsib xyoos uas tau muab nthuav tawm hauv Yaxayas tshooj xya, tau pib xyoo 742 BC thiab xaus xyoo 677 BC. Txij xyoo 1798 mus txog 1863, cov xyoo ntawd tau rov ua dua. Cov rau caum tsib xyoos ntawd qhia txog ib txoj txheej txheem ntawm kev kub ntxhov hauv ob tug kub.</w:t>
      </w:r>
    </w:p>
    <w:p>
      <w:pPr>
        <w:pStyle w:val="ArticleBody"/>
        <w:jc w:val="left"/>
      </w:pPr>
      <w:r>
        <w:rPr>
          <w:rFonts w:ascii="Times New Roman" w:hAnsi="Times New Roman" w:eastAsia="Times New Roman" w:cs="Times New Roman"/>
        </w:rPr>
        <w:t>Txog xyoo 1863, lub caij pib ntawm cov “hnub ntawm ib tug vajntxwv” raws li lus faj lem hauv Yaxayas nees nkaum peb twb xaus lawm, thiab los ntawm qhov ntawd nws tau tsim tsa cov cim ciam ntawv yaj saub ntawm lub caij kawg ntawm “cov hnub ntawm ib tug vajntxwv.” Qhov xaus ntawm xya caum uas yog lub cim hauv Yaxayas nees nkaum peb raug piav qhia los ntawm thawj rau caum tsib xyoo. Txij xyoo 1863 mus txog lub sij hawm kawg hauv xyoo 1989, yog lub caij nyoog ntawm pawg ntseeg Adventist Laodicea, uas tau pib los ntawm kev txav Millerite thiab xaus rau ntawm kev txav ntawm ib puas plaub caug plaub txhiab leej. Yuav kom to taub lub caij nyoog ntawm qhov kawg, peb yuav tsum to taub lub caij nyoog ntawm qhov pib. Adventism tsis muaj peev xwm ua li no, vim nws qhov pib raug cim tseg los ntawm nws txoj kev tsis lees txais Mauxes tej lus cog tseg, uas qhia meej txog rau caum tsib xyoo ntawd ntag, uas sawv cev rau Adventism thiab Tebchaws Meskas ob qho tib si qhov pib thiab qhov kawg.</w:t>
      </w:r>
    </w:p>
    <w:p>
      <w:pPr>
        <w:pStyle w:val="ArticleBody"/>
        <w:jc w:val="left"/>
      </w:pPr>
      <w:r>
        <w:rPr>
          <w:rFonts w:ascii="Times New Roman" w:hAnsi="Times New Roman" w:eastAsia="Times New Roman" w:cs="Times New Roman"/>
        </w:rPr>
        <w:t>Vim li no, thiab qhov no yog ib qho laj thawj uas muaj qhov tseem ceeb heev, tsab xov xwm no tau sim los tsim kom ruaj ib qhov tseeb yaj saub uas nim no tab tom raug tus Tsov Ntxhuav ntawm xeem Yudas qhib nws lub foob. Qhov tseeb ntawd yog tias yog koj tsis kam lees paub tias pawg ntseeg Xya-hnub Adventist yeej ib txwm nyob hauv tus yam ntxwv Laodicea, ces raws li txoj kev txiav txim muaj laj thawj koj yuav tsis muaj peev xwm faib kom raug keeb kwm ntawm Adventism, thiab yog tsis faib kom raug keeb kwm ntawm Adventism ces koj kuj tsis muaj peev xwm txheeb kom raug lub kub ntawm Republicanism.</w:t>
      </w:r>
    </w:p>
    <w:p>
      <w:pPr>
        <w:pStyle w:val="ArticleScripture"/>
        <w:jc w:val="left"/>
      </w:pPr>
      <w:r>
        <w:rPr>
          <w:rFonts w:ascii="Times New Roman" w:hAnsi="Times New Roman" w:eastAsia="Times New Roman" w:cs="Times New Roman"/>
        </w:rPr>
        <w:t>Vim yog tias tom qab lawv twb dim lawm ntawm tej kev qias vuab tsuab hauv lub ntiajteb no los ntawm txoj kev paub tus Tswv thiab tus Cawmseej Yexus Khetos, lawv rov qab raug cuab rau hauv tej ntawd dua thiab raug kov yeej, ces lawv lub xaus tom qab haj yam phem dua lub hauv paus chiv keeb. Rau qhov yuav zoo dua rau lawv yog lawv tsis tau paub txojkev ncaj ncees, dua li tom qab lawv twb paub lawm, mam tig nraub qaum ntawm txoj lus txib dawb huv uas tau muab cob rau lawv. Tiamsis qhov uas tau tshwm sim rau lawv yog raws li lo lus paj lug tseeb hais tias, Tus dev rov qab mus noj nws tus ntuav dua; thiab tus maum npua uas twb ntxuav lawm rov qab mus dawm hauv av nkos. 2 Petus 2:20–22.</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Eliyas – Zauv Kaum Ib</dc:title>
  <dc:subject>Qhov Kev Yuam Kev Thawj Zaug</dc:subject>
  <dc:creator>Jeff Pippenger</dc:creator>
  <cp:keywords/>
  <dc:description>Generated by ArticleDigger from elijah\11_elijah.json</dc:description>
  <cp:lastModifiedBy>ArticleDigger</cp:lastModifiedBy>
  <cp:revision>1</cp:revision>
  <dcterms:created xsi:type="dcterms:W3CDTF">2000-01-01T00:00:00Z</dcterms:created>
  <dcterms:modified xsi:type="dcterms:W3CDTF">2000-01-01T00:00:00Z</dcterms:modified>
  <cp:category>elijah</cp:category>
  <cp:lastPrinted>2000-01-01T00:00:00Z</cp:lastPrinted>
</cp:coreProperties>
</file>