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Yav Tom Ntej Rau Asmeskas thiab Lub Xya hli ntuj 18, 2020 - Tsib Zaug</w:t>
      </w:r>
    </w:p>
    <w:p>
      <w:pPr>
        <w:pStyle w:val="ArticleSubtitle"/>
        <w:jc w:val="left"/>
      </w:pPr>
      <w:r>
        <w:rPr>
          <w:rFonts w:ascii="Arial" w:hAnsi="Arial" w:eastAsia="Arial" w:cs="Arial"/>
        </w:rPr>
        <w:t>Tus Chij Nceeg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Nej txhua tus uas nyob hauv ntiajteb no, thiab cov uas nyob saum lub ntiajteb, nej cia li saib thaum nws tsa ib daim chij rau saum cov roob; thiab thaum nws tshuab raj, nej cia li mloog. Yaxayas 18:3.</w:t>
      </w:r>
    </w:p>
    <w:p>
      <w:pPr>
        <w:pStyle w:val="ArticleBody"/>
        <w:jc w:val="left"/>
      </w:pPr>
      <w:r>
        <w:rPr>
          <w:rFonts w:ascii="Times New Roman" w:hAnsi="Times New Roman" w:eastAsia="Times New Roman" w:cs="Times New Roman"/>
        </w:rPr>
        <w:t>Tus tubtxib uas raug sawv cev ua Eliyas tshaj tawm txoj xov uas raug sawv cev los ntawm Mauxes raug tua nyob hauv tej kev ntawm ib tug tsiaj qus uas nce tawm hauv lub qhov tob uas tsis muaj qab. Tom qab raug tsuj nqis rau ib ntus uas raug sawv cev los ntawm “txoj kev foom” ntawm Mauxes, uas yog “kev tawg khiav ri niab” hauv Levis Kevcai nees nkaum rau, tus Vaj Ntsuj Plig Dawb Huv nkag los rau hauv lawv tej cev tuag los ntawm Vajtswv Txojlus. Ces lawv sawv ntsug, thiab tom qab ntawd nce mus saum ntuj. Ib txoj xov uas raug sawv cev tias nyob saum ntuj yog txoj moo zoo nyob mus ib txhis ntawm peb tug tim tswv.</w:t>
      </w:r>
    </w:p>
    <w:p>
      <w:pPr>
        <w:pStyle w:val="ArticleScripture"/>
        <w:jc w:val="left"/>
      </w:pPr>
      <w:r>
        <w:rPr>
          <w:rFonts w:ascii="Times New Roman" w:hAnsi="Times New Roman" w:eastAsia="Times New Roman" w:cs="Times New Roman"/>
        </w:rPr>
        <w:t>Thiab kuv pom dua ib tug timtswv saum ntuj ya nyob nruab nrab ntuj, tuav txoj moo zoo uas nyob mus ib txhis kom tshaj tawm rau cov uas nyob hauv ntiajteb, thiab rau txhua haiv neeg, txhua xeem, txhua yam lus, thiab txhua pawg neeg. Tshwm Sim 14:6.</w:t>
      </w:r>
    </w:p>
    <w:p>
      <w:pPr>
        <w:pStyle w:val="ArticleBody"/>
        <w:jc w:val="left"/>
      </w:pPr>
      <w:r>
        <w:rPr>
          <w:rFonts w:ascii="Times New Roman" w:hAnsi="Times New Roman" w:eastAsia="Times New Roman" w:cs="Times New Roman"/>
        </w:rPr>
        <w:t>Ua ntej Eliyas thiab Mauxes yuav nce mus rau saum ntuj ceeb tsheej, nkawd xub yuav sawv ntsug ruaj rau ntawm nkawd ob txhais ko taw.</w:t>
      </w:r>
    </w:p>
    <w:p>
      <w:pPr>
        <w:pStyle w:val="ArticleScripture"/>
        <w:jc w:val="left"/>
      </w:pPr>
      <w:r>
        <w:rPr>
          <w:rFonts w:ascii="Times New Roman" w:hAnsi="Times New Roman" w:eastAsia="Times New Roman" w:cs="Times New Roman"/>
        </w:rPr>
        <w:t>Thiab tom qab peb hnub thiab ib nrab, Vajtswv tus Ntsuj Plig uas pub txojsia tau los rau hauv nkawd, thiab nkawd sawv ntsug rau saum nkawd ob txhais taw; ces txoj kev ntshai loj heev poob rau saum cov uas pom nkawd. Thiab nkawd hnov ib lub suab nrov loj los saum ntuj ceeb tsheej hais rau nkawd tias, Nej cia li nce los saum no. Thiab nkawd tau nce mus rau saum ntuj ceeb tsheej hauv ib tauv huab; thiab nkawd cov yeeb ncuab ntsia nkawd. Qhia Tshwm 11:11, 12.</w:t>
      </w:r>
    </w:p>
    <w:p>
      <w:pPr>
        <w:pStyle w:val="ArticleBody"/>
        <w:jc w:val="left"/>
      </w:pPr>
      <w:r>
        <w:rPr>
          <w:rFonts w:ascii="Times New Roman" w:hAnsi="Times New Roman" w:eastAsia="Times New Roman" w:cs="Times New Roman"/>
        </w:rPr>
        <w:t>Txhua tus yaj saub puav leej puav tus pom zoo ib yam nrog lwm tus yaj saub, thiab lawv sawv daws tuaj sib sau ua ke rau hauv phau Ntawv Qhia Tshwm Sim. Phau Ntawv Exekees qhia tias thaum tus Ntsuj Plig nkag los rau hauv tib neeg, lawv txawm sawv ntsug rau saum lawv txhais taw.</w:t>
      </w:r>
    </w:p>
    <w:p>
      <w:pPr>
        <w:pStyle w:val="ArticleScripture"/>
        <w:jc w:val="left"/>
      </w:pPr>
      <w:r>
        <w:rPr>
          <w:rFonts w:ascii="Times New Roman" w:hAnsi="Times New Roman" w:eastAsia="Times New Roman" w:cs="Times New Roman"/>
        </w:rPr>
        <w:t>Thiab nws hais rau kuv tias, Leej Tub ntawm neeg, sawv ntsug saum koj ob txhais taw, ces Kuv yuav hais rau koj. Thiab tus Ntsuj Plig nkag los rau hauv kuv thaum Nws hais rau kuv, thiab tsa kuv sawv ntsug saum kuv ob txhais taw, kom kuv thiaj hnov tus uas hais rau kuv. Ezekiel 2:1, 2.</w:t>
      </w:r>
    </w:p>
    <w:p>
      <w:pPr>
        <w:pStyle w:val="ArticleBody"/>
        <w:jc w:val="left"/>
      </w:pPr>
      <w:r>
        <w:rPr>
          <w:rFonts w:ascii="Times New Roman" w:hAnsi="Times New Roman" w:eastAsia="Times New Roman" w:cs="Times New Roman"/>
        </w:rPr>
        <w:t>Exekees sawv cev rau Vajtswv haiv neeg nyob rau hauv “hnub kawg” uas twb tuag lawm, los lawv hnov Vajtswv hais lus, thiab kev txais yuav Vajtswv Txojlus coj los nrog Vaj Ntsuj Plig Dawb Huv lub xub ntiag, ces lawv thiaj sawv ntsug rau saum lawv ob txhais taw. Cov uas nyob hauv Tshwmsim uas raug tua lawm thiab raug tso rau saum txoj kev kom luag tsuj nqes tau ib txhiab ob puas rau caum hnub piv txwv kuj hnov Vajtswv Txojlus thiab, uas xa Vaj Ntsuj Plig Dawb Huv nkag mus rau hauv lawv lub siab thiab lub tswv yim, ces lawv sawv ntsug rau saum lawv ob txhais taw. Exekees qhia peb tias Vajtswv Txojlus uas lawv hnov yog dab tsi, uas thiaj ua rau tag nrho txoj kev txav uas Mauxes thiab Eliyas sawv cev, uas twb tuag nyob hauv tej kev lawm, rov qab los ciaj sia, thiab ua rau lawv sawv ntsug.</w:t>
      </w:r>
    </w:p>
    <w:p>
      <w:pPr>
        <w:pStyle w:val="ArticleScripture"/>
        <w:jc w:val="left"/>
      </w:pPr>
      <w:r>
        <w:rPr>
          <w:rFonts w:ascii="Times New Roman" w:hAnsi="Times New Roman" w:eastAsia="Times New Roman" w:cs="Times New Roman"/>
        </w:rPr>
        <w:t>Tus Tswv txhais tes nyob saum kuv, thiab Nws coj kuv tawm mus hauv Tus Tswv tus Ntsuj Plig, thiab muab kuv tso rau hauv nruab nrab hav uas puv nkaus pob txha. Thiab Nws ua kom kuv hla ncig lawv txhua qhov; thiab saib seb, nyob hauv lub hav qhib ntawd muaj pob txha coob heev; thiab saib seb, lawv qhuav heev lawm. Thiab Nws hais rau kuv tias, Tub neeg, cov pob txha no puas yuav ciaj tau? Thiab kuv teb tias, Au tus Tswv Vajtswv, Koj paub. Nws rov hais rau kuv tias, Cev Vajtswv lus rau saum cov pob txha no, thiab hais rau lawv tias, Nej cov pob txha qhuav, mloog Tus Tswv lo lus. Tus Tswv Vajtswv hais li no rau cov pob txha no tias; Saib seb, Kuv yuav ua kom pa nkag los rau hauv nej, thiab nej yuav ciaj sia: Thiab Kuv yuav tso hlab ntsha rau saum nej, thiab yuav ua kom nqaij hlob tuaj saum nej, thiab npog nej nrog tawv nqaij, thiab tso pa rau hauv nej, thiab nej yuav ciaj sia; thiab nej yuav paub tias Kuv yog Tus Tswv. Yog li ntawd kuv thiaj cev Vajtswv lus raws li kuv tau raug txib: thiab thaum kuv tab tom cev Vajtswv lus, muaj ib lub suab nrov, thiab saib seb muaj kev tshee hnyo, thiab cov pob txha los sib sau ua ke, ib pob txha rau nws pob txha. Thiab thaum kuv ntsia, saib seb, cov hlab ntsha thiab nqaij txawm hlob tuaj saum lawv, thiab tawv nqaij npog lawv sab saud: los tsis tau muaj pa nyob hauv lawv. Ces Nws hais rau kuv tias, Cev Vajtswv lus rau cua, cev Vajtswv lus, tub neeg, thiab hais rau cua tias, Tus Tswv Vajtswv hais li no; Au pa, cia li los ntawm plaub ceg cua, thiab tshuab rau saum cov uas raug tua no, kom lawv thiaj ciaj sia. Yog li ntawd kuv thiaj cev Vajtswv lus raws li Nws tau txib kuv, thiab pa txawm nkag los rau hauv lawv, thiab lawv txawm ciaj sia, thiab sawv ntsug rau saum lawv ob txhais taw, yog ib pab tub rog loj tshaj plaws. Ces Nws hais rau kuv tias, Tub neeg, cov pob txha no yog tas nrho tsev neeg Ixayees: saib seb, lawv hais tias, Peb cov pob txha qhuav lawm, thiab peb txoj kev cia siab puastsuaj lawm: peb raug txiav tawm lawm rau peb feem. Vim li ntawd cia li cev Vajtswv lus thiab hais rau lawv tias, Tus Tswv Vajtswv hais li no; Saib seb, Au kuv haiv neeg, Kuv yuav qhib nej tej ntxa, thiab ua kom nej tawm hauv nej tej ntxa los, thiab coj nej mus rau hauv tebchaws Ixayees. Thiab nej yuav paub tias Kuv yog Tus Tswv, thaum Kuv tau qhib nej tej ntxa, Au kuv haiv neeg, thiab coj nej tawm hauv nej tej ntxa los, Thiab yuav tso Kuv tus Ntsuj Plig rau hauv nej, thiab nej yuav ciaj sia, thiab Kuv yuav muab nej tso rau hauv nej lub tebchaws: ces nej yuav paub tias Kuv uas yog Tus Tswv tau hais li ntawd, thiab tau ua tiav lawm, Tus Tswv hais li ntawd. Exekhee 37:1–14.</w:t>
      </w:r>
    </w:p>
    <w:p>
      <w:pPr>
        <w:pStyle w:val="ArticleBody"/>
        <w:jc w:val="left"/>
      </w:pPr>
      <w:r>
        <w:rPr>
          <w:rFonts w:ascii="Times New Roman" w:hAnsi="Times New Roman" w:eastAsia="Times New Roman" w:cs="Times New Roman"/>
        </w:rPr>
        <w:t>Daniyee thiab Yauhas sawv cev rau Vajtswv ib puas plaub caug plaub txhiab tus nyob rau hauv “hnub kawg” uas tau raug tua raws li cim yaj saub thiab raug tsa sawv rov los. Yauhas nyob hauv cov roj kub npau, Daniyee nyob hauv qhov tsua tsov ntxhuav. Txoj kev txav uas yog ib tug xeeb ntxwv tawm ntawm nws niam Laodikea raug tua raws li cim, thiab tom qab ntawd raug tsa sawv rov los, yog li thiaj dhau los ua tus yim uas yog ntawm xya. Qhov no yog kev sawv rov los ntawm pawg ntseeg thib rau, uas yog Filadefia, uas dhau los ua tus yim, txawm yog nws tsis yog ib pawg ntseeg los yog ib txoj kev txav. Thaum kawg ntawm ib ntus uas lawv tseem nyob tsis tau faus, kom lawv thiaj raug luag tsuj nqes los ntawm cov uas tab tom ua kev zoo siab rau lawv txoj kev tuag, lawv sawv tsees rau saum lawv ob txhais taw ua ib pab tub rog muaj hwjchim loj. Lawv sawv tsees vim lawv hnov ib txoj xov ntawm Vajtswv Txojlus. Ib lub cev tuag twg uas tau pw hauv txoj kev ntev tshaj peb xyoos twb lwj tag mus txog qib uas txhua yam uas tseem tshuav tsuas yog pob txha xwb.</w:t>
      </w:r>
    </w:p>
    <w:p>
      <w:pPr>
        <w:pStyle w:val="ArticleScripture"/>
        <w:jc w:val="left"/>
      </w:pPr>
      <w:r>
        <w:rPr>
          <w:rFonts w:ascii="Times New Roman" w:hAnsi="Times New Roman" w:eastAsia="Times New Roman" w:cs="Times New Roman"/>
        </w:rPr>
        <w:t>“Cov pob txha qhuav yuav tsum tau txais Vajtswv tus Vaj Ntsuj Plig Dawb Huv txoj pa tshuab los rau saum lawv, xwv kom lawv thiaj li sawv los ua haujlwm, ib yam li yog sawv hauv qhov tuag rov los.” Bible Training School, December 1, 1903.</w:t>
      </w:r>
    </w:p>
    <w:p>
      <w:pPr>
        <w:pStyle w:val="ArticleBody"/>
        <w:jc w:val="left"/>
      </w:pPr>
      <w:r>
        <w:rPr>
          <w:rFonts w:ascii="Times New Roman" w:hAnsi="Times New Roman" w:eastAsia="Times New Roman" w:cs="Times New Roman"/>
        </w:rPr>
        <w:t>Peb raug hu kom koom tes hauv txoj hauj lwm tsa peb tus kheej sawv hauv qhov tuag rov qab los. Peb ua li no los ntawm kev nyeem, mloog, thiab ceev faj ua raws tej yam uas tau sau tseg.</w:t>
      </w:r>
    </w:p>
    <w:p>
      <w:pPr>
        <w:pStyle w:val="ArticleScripture"/>
        <w:jc w:val="left"/>
      </w:pPr>
      <w:r>
        <w:rPr>
          <w:rFonts w:ascii="Times New Roman" w:hAnsi="Times New Roman" w:eastAsia="Times New Roman" w:cs="Times New Roman"/>
        </w:rPr>
        <w:t>“Ib txoj kev txhawb siab kom muaj txoj kev hwm Vajtswv tseeb rov los nyob hauv peb yog qhov loj tshaj plaws thiab qhov ceev tshaj plaws tshaj txhua yam peb xav tau. Kev nrhiav qhov no yuav tsum yog peb txoj hauj lwm xub thawj.” Selected Messages, phau 1, 121.</w:t>
      </w:r>
    </w:p>
    <w:p>
      <w:pPr>
        <w:pStyle w:val="ArticleBody"/>
        <w:jc w:val="left"/>
      </w:pPr>
      <w:r>
        <w:rPr>
          <w:rFonts w:ascii="Times New Roman" w:hAnsi="Times New Roman" w:eastAsia="Times New Roman" w:cs="Times New Roman"/>
        </w:rPr>
        <w:t>“Lo Lus Qhia Yaj Saub” uas tsim txoj kev sawv rov los no tawm ntawm txoj kev paub ntawm Laodicea mus rau txoj kev paub ntawm Philadelphia, los ntawm ib zaj lus uas muaj nyob hauv phau Daniel thiab Qhia Tshwm.</w:t>
      </w:r>
    </w:p>
    <w:p>
      <w:pPr>
        <w:pStyle w:val="ArticleScripture"/>
        <w:jc w:val="left"/>
      </w:pPr>
      <w:r>
        <w:rPr>
          <w:rFonts w:ascii="Times New Roman" w:hAnsi="Times New Roman" w:eastAsia="Times New Roman" w:cs="Times New Roman"/>
        </w:rPr>
        <w:t>“Thaum cov phau ntawv Daniel thiab Qhia Tshwm tau raug to taub zoo dua, cov ntseeg yuav muaj ib qho kev paub kev cai dab qhuas uas txawv kiag li.” Testimonies to Ministers, 112–114.</w:t>
      </w:r>
    </w:p>
    <w:p>
      <w:pPr>
        <w:pStyle w:val="ArticleBody"/>
        <w:jc w:val="left"/>
      </w:pPr>
      <w:r>
        <w:rPr>
          <w:rFonts w:ascii="Times New Roman" w:hAnsi="Times New Roman" w:eastAsia="Times New Roman" w:cs="Times New Roman"/>
        </w:rPr>
        <w:t>Qhov kev paub ntawm txojkev ntseeg raws li txoj kevcai ntawm Laodicea raug hloov los ntawm ib zaj lus uas muab txojsia. Zaj lus ntawm Phau Tshwm Sim txog Yexus Khetos yog zaj lus ntawm Nws lub hwjchim tsim txhua yam, uas yeej muaj tseeb tiag yog Vajtswv lub hwjchim coj mus rau txojkev cawm seej rau txhua tus uas ntseeg.</w:t>
      </w:r>
    </w:p>
    <w:p>
      <w:pPr>
        <w:pStyle w:val="ArticleScripture"/>
        <w:jc w:val="left"/>
      </w:pPr>
      <w:r>
        <w:rPr>
          <w:rFonts w:ascii="Times New Roman" w:hAnsi="Times New Roman" w:eastAsia="Times New Roman" w:cs="Times New Roman"/>
        </w:rPr>
        <w:t>“Peb yuav tsum tau muaj hwjchim dabtsi los ntawm Vajtswv, kom tej siab txias khov, uas tsuas muaj kev ntseeg raws txoj cai xwb, thiaj yuav pom tau tej yam zoo dua uas tau npaj tseg rau lawv—Khetos thiab Nws txoj kev ncaj ncees! Ib txoj xov uas pub txoj sia yog qhov yuav tsum muaj kom pub txoj sia rau tej pob txha qhuav.” Manuscript Releases, volume 12, 205.</w:t>
      </w:r>
    </w:p>
    <w:p>
      <w:pPr>
        <w:pStyle w:val="ArticleBody"/>
        <w:jc w:val="left"/>
      </w:pPr>
      <w:r>
        <w:rPr>
          <w:rFonts w:ascii="Times New Roman" w:hAnsi="Times New Roman" w:eastAsia="Times New Roman" w:cs="Times New Roman"/>
        </w:rPr>
        <w:t>Kev cai dab qhuas txoj cai yog ib txoj kev ntseeg uas twb poob qab rov qab lawm, raws li tau sawv cev los ntawm Adventism txoj kev ncaim ntawm tej hauv paus ntsiab lus txij xyoo 1863 mus ntxiv.</w:t>
      </w:r>
    </w:p>
    <w:p>
      <w:pPr>
        <w:pStyle w:val="ArticleScripture"/>
        <w:jc w:val="left"/>
      </w:pPr>
      <w:r>
        <w:rPr>
          <w:rFonts w:ascii="Times New Roman" w:hAnsi="Times New Roman" w:eastAsia="Times New Roman" w:cs="Times New Roman"/>
        </w:rPr>
        <w:t>“Kuv tso kuv rab cwj mem tseg thiab tsa kuv tus ntsuj plig rau hauv kev thov Vajtswv, kom tus Tswv yuav tshuab pa rau saum Nws haiv neeg uas tau rov qab mus rau txojkev poob cev qhev, uas zoo li cov pob txha qhuav, xwv kom lawv thiaj yuav muaj sia.” General Conference Bulletin, February 4, 1893.</w:t>
      </w:r>
    </w:p>
    <w:p>
      <w:pPr>
        <w:pStyle w:val="ArticleBody"/>
        <w:jc w:val="left"/>
      </w:pPr>
      <w:r>
        <w:rPr>
          <w:rFonts w:ascii="Times New Roman" w:hAnsi="Times New Roman" w:eastAsia="Times New Roman" w:cs="Times New Roman"/>
        </w:rPr>
        <w:t>Yexus yog “tus tim khawv ncaj ncees” hauv Phau Tshwmsim.</w:t>
      </w:r>
    </w:p>
    <w:p>
      <w:pPr>
        <w:pStyle w:val="ArticleScripture"/>
        <w:jc w:val="left"/>
      </w:pPr>
      <w:r>
        <w:rPr>
          <w:rFonts w:ascii="Times New Roman" w:hAnsi="Times New Roman" w:eastAsia="Times New Roman" w:cs="Times New Roman"/>
        </w:rPr>
        <w:t>Thiab rau tus tim tswv ntawm pawg ntseeg hauv Laodicea sau hais tias; Tej no yog yam uas tus Amen hais, tus tim khawv ncaj ncees thiab muaj tseeb, yog lub hauv paus pib ntawm Vajtswv txoj kev tsim. Qhia Tshwm 3:14.</w:t>
      </w:r>
    </w:p>
    <w:p>
      <w:pPr>
        <w:pStyle w:val="ArticleBody"/>
        <w:jc w:val="left"/>
      </w:pPr>
      <w:r>
        <w:rPr>
          <w:rFonts w:ascii="Times New Roman" w:hAnsi="Times New Roman" w:eastAsia="Times New Roman" w:cs="Times New Roman"/>
        </w:rPr>
        <w:t>Niam Tsev Dawb qhia rau peb tias yog Yexus tus uas yog “tus tim khawv ncaj ncees” uas nthuav ib “zaj tim khawv ncaj” rau cov Laodicea uas tuag rau hauv kev ua txhaum thiab kev txhaum, thiab tias ib yam li nrog zaj lus rau lub hav uas muaj tej pob txha qhuav tuag, zaj lus ntawd ua rau muaj kev co tshee.</w:t>
      </w:r>
    </w:p>
    <w:p>
      <w:pPr>
        <w:pStyle w:val="ArticleScripture"/>
        <w:jc w:val="left"/>
      </w:pPr>
      <w:r>
        <w:rPr>
          <w:rFonts w:ascii="Times New Roman" w:hAnsi="Times New Roman" w:eastAsia="Times New Roman" w:cs="Times New Roman"/>
        </w:rPr>
        <w:t>“Kuv tau nug txog lub ntsiab ntawm qhov tshee hnyo uas kuv tau pom, thiab kuv tau raug qhia tias nws yuav raug tsim los ntawm zaj lus tim khawv ncaj nraim uas raug hu tawm los ntawm txoj kev ntuas ntawm Tus Timkhawv Tseeb rau cov Laodicea. Qhov no yuav muaj nws txoj kev cuam tshuam rau hauv lub siab ntawm tus uas txais nws, thiab yuav coj nws kom tsa tus qauv siab thiab nchuav tawm qhov tseeb ncaj nraim. Muaj ib txhia yuav tsis ris tau zaj lus tim khawv ncaj nraim no. Lawv yuav sawv tawm tsam nws, thiab qhov no yog yam uas yuav ua rau muaj qhov tshee hnyo nyob hauv Vajtswv haiv neeg.”</w:t>
      </w:r>
    </w:p>
    <w:p>
      <w:pPr>
        <w:pStyle w:val="ArticleScripture"/>
        <w:jc w:val="left"/>
      </w:pPr>
      <w:r>
        <w:rPr>
          <w:rFonts w:ascii="Times New Roman" w:hAnsi="Times New Roman" w:eastAsia="Times New Roman" w:cs="Times New Roman"/>
        </w:rPr>
        <w:t>“Kuv tau pom tias zaj lus tim khawv ntawm Tus Timkhawv Tseeb tsis tau raug mloog lus txawm tsis txog ib nrab. Zaj lus tim khawv uas hnyav thiab loj kawg, uas txoj hmoo ntawm pawg ntseeg dai nyob saum no, tau raug saib tsis muaj nqis, yog tsis yog raug tsis quav ntsej kiag li. Zaj lus tim khawv no yuav tsum ua kom muaj kev hloov siab lees txim tob kawg; txhua tus uas txais nws tiag tiag yuav mloog lus rau nws thiab yuav raug ntxuav kom dawb huv.”</w:t>
      </w:r>
    </w:p>
    <w:p>
      <w:pPr>
        <w:pStyle w:val="ArticleScripture"/>
        <w:jc w:val="left"/>
      </w:pPr>
      <w:r>
        <w:rPr>
          <w:rFonts w:ascii="Times New Roman" w:hAnsi="Times New Roman" w:eastAsia="Times New Roman" w:cs="Times New Roman"/>
        </w:rPr>
        <w:t>“Tus tim tswv hais tias, ‘Cia li mloog!’ Tsis ntev tom qab ntawd kuv hnov ib lub suab zoo li ntau yam twj paj nruag txhua yam tab tom nrov nrog suab sib haum zoo kawg nkaus, qab ntxiag thiab muaj kev sib dhos zoo. Nws tshaj txhua yam suab paj nruag uas kuv tau hnov dua los, zoo li puv npo nrog kev khuv leej, kev hlub tshua, thiab txoj kev xyiv fab dawb huv uas tsa siab. Nws nkag los co thoob plaws kuv lub cev thiab tus ntsuj plig. Tus tim tswv hais tias, ‘Cia li saib!’ Ces kuv txoj kev mloog raug tig mus rau pab neeg uas kuv tau pom, cov uas raug co hnyav kawg nkaus. Kuv raug qhia txog cov uas kuv twb pom dua lawm quaj thiab thov Vajtswv hauv kev mob nyhiab ntawm tus ntsuj plig. Pab tim tswv zov lawv uas nyob puag ncig lawv tau raug muab ntxiv ob npaug, thiab lawv raug hnav tej cuab yeej tiv thaiv txij saum taub hau mus txog rau ntawm ko taw. Lawv txav mus raws li txoj kab ke meej kawg nkaus, ib yam li ib pab tub rog. Lawv lub ntsej muag qhia txog txoj kev sib ntaus hnyav uas lawv tau ris dhau, txoj kev kub ntxhov mob nyhiab uas lawv tau hla dhau lawm. Txawm li ntawd los, lawv tej yam ntxwv, uas raug cim tseg nrog kev txom nyem sab hauv uas hnyav kawg, tam sim no ci ntsa iab nrog qhov kaj thiab lub hwjchim ci ntsa iab ntawm ntuj ceeb tsheej. Lawv tau txais txoj kev yeej, thiab qhov ntawd ua rau lawv muaj kev ua tsaug tob kawg nkaus thiab txoj kev xyiv fab dawb huv, dawb ceev.”</w:t>
      </w:r>
    </w:p>
    <w:p>
      <w:pPr>
        <w:pStyle w:val="ArticleScripture"/>
        <w:jc w:val="left"/>
      </w:pPr>
      <w:r>
        <w:rPr>
          <w:rFonts w:ascii="Times New Roman" w:hAnsi="Times New Roman" w:eastAsia="Times New Roman" w:cs="Times New Roman"/>
        </w:rPr>
        <w:t>“Cov neeg ntawm pab no tau tsawg zuj zus lawm. Qee leej tau raug tshee tawm thiab raug tso tseg ntawm txoj kev. Cov uas tsis ceev faj thiab tsis quav ntsej, uas tsis koom nrog cov uas saib yeej thiab txoj kev cawm seej muaj nqis txaus kom rau siab ntso thov thiab ntsim siab rau qhov ntawd tsis tseg, tsis tau txais nws li, thiab lawv raug tso tseg nyob hauv qhov tsaus ntuj, hos lawv qhov chaw ces lwm tus tau los tuav rawv qhov tseeb thiab nkag los rau hauv cov qib tam sid. Cov tim tswv phem tseem nias nyob ib ncig ntawm lawv, tiamsis tsis muaj hwjchim dabtsi li rau lawv.”</w:t>
      </w:r>
    </w:p>
    <w:p>
      <w:pPr>
        <w:pStyle w:val="ArticleScripture"/>
        <w:jc w:val="left"/>
      </w:pPr>
      <w:r>
        <w:rPr>
          <w:rFonts w:ascii="Times New Roman" w:hAnsi="Times New Roman" w:eastAsia="Times New Roman" w:cs="Times New Roman"/>
        </w:rPr>
        <w:t>“Kuv hnov cov uas hnav ris tsho tiv thaiv hais tawm qhov tseeb nrog hwj chim loj kawg nkaus. Qhov ntawd muaj txiaj ntsig. Coob leej tau raug khi; qee tus pojniam raug lawv cov txiv khi, thiab qee tus menyuam raug lawv niam lawv txiv khi. Cov uas ncaj ncees, uas yav tas los raug txwv tsis pub hnov qhov tseeb, nim no txaus siab heev los tuav rawv qhov ntawd. Tag nrho txoj kev ntshai lawv cov txheeb ze twb ploj mus lawm, thiab rau lawv mas tsuas yog qhov tseeb xwb thiaj raug tsa siab. Lawv tau tshaib plab thiab nqhis dej rau qhov tseeb; nws muaj nqis thiab tseem ceeb tshaj txoj sia. Kuv nug tias dabtsi tau ua rau muaj qhov kev hloov loj no. Ib tug tim tswv teb tias, ‘Qhov no yog nag lig, txoj kev rov ua kom tshiab uas los ntawm Vajtswv tus Tswv xub ntiag, lub suab qw nrov ntawm tus tim tswv thib peb.’” Early Writings, 270, 271.</w:t>
      </w:r>
    </w:p>
    <w:p>
      <w:pPr>
        <w:pStyle w:val="ArticleBody"/>
        <w:jc w:val="left"/>
      </w:pPr>
      <w:r>
        <w:rPr>
          <w:rFonts w:ascii="Times New Roman" w:hAnsi="Times New Roman" w:eastAsia="Times New Roman" w:cs="Times New Roman"/>
        </w:rPr>
        <w:t>Zaj lus timkhawv ncaj nraim rau Laodicea uas tsa ib pab tub rog sawv los tom qab ib qho kev co hnyav yog tib lo lus rau lub hav uas puv npo cov pob txha qhuav tuag, thiab cov pob txha ntawd sawv cev rau zaj lus ntawm Mauxes thiab tus tubtxib Eliyas uas raug tua nyob hauv txoj kev rau hnub July 18, 2020 los ntawm ib tug tsiaj qus uas tawm hauv lub qhov tob tsis muaj chaw txhawv los.</w:t>
      </w:r>
    </w:p>
    <w:p>
      <w:pPr>
        <w:pStyle w:val="ArticleScripture"/>
        <w:jc w:val="left"/>
      </w:pPr>
      <w:r>
        <w:rPr>
          <w:rFonts w:ascii="Times New Roman" w:hAnsi="Times New Roman" w:eastAsia="Times New Roman" w:cs="Times New Roman"/>
        </w:rPr>
        <w:t>“Yuav tsum muaj ib lo lus tim khawv ncaj ncees raug coj mus hais rau peb cov pawg ntseeg thiab tej koomhaum, kom tsa cov uas tseem tsaug zog sawv los.”</w:t>
      </w:r>
    </w:p>
    <w:p>
      <w:pPr>
        <w:pStyle w:val="ArticleScripture"/>
        <w:jc w:val="left"/>
      </w:pPr>
      <w:r>
        <w:rPr>
          <w:rFonts w:ascii="Times New Roman" w:hAnsi="Times New Roman" w:eastAsia="Times New Roman" w:cs="Times New Roman"/>
        </w:rPr>
        <w:t>“Thaum lo lus ntawm tus Tswv raug ntseeg thiab mloog lus, yuav muaj kev vam meej mus tom ntej ruaj khov. Cia peb tam sim no pom peb qhov kev xav tau loj heev. Tus Tswv siv tsis tau peb txog thaum Nws tshuab txoj sia rau hauv cov pob txha qhuav. Kuv tau hnov tej lus hais tias: ‘Yog tsis muaj Vajtswv tus Ntsuj Plig txoj kev txav tob heev rau saum lub siab, yog tsis muaj Nws txoj kev kub ntxhov pub txoj sia, qhov tseeb yuav dhau los ua ib tsab ntawv tuag.’” Review and Herald, November 18, 1902.</w:t>
      </w:r>
    </w:p>
    <w:p>
      <w:pPr>
        <w:pStyle w:val="ArticleBody"/>
        <w:jc w:val="left"/>
      </w:pPr>
      <w:r>
        <w:rPr>
          <w:rFonts w:ascii="Times New Roman" w:hAnsi="Times New Roman" w:eastAsia="Times New Roman" w:cs="Times New Roman"/>
        </w:rPr>
        <w:t>Peb twb tau qhia lawm tias plaub lub cim-keeb kwm uas sawv cev rau zaj keeb kwm ntawm xya xob quaj raug sawv cev nyob hauv txhua txoj kab kev kho dua tshiab. Uas txuas nrog qhov ntawd yog qhov tseeb tias hauv txhua txoj kab kev kho dua tshiab, txhua lub cim-keeb kwm ntawm plaub ntawd sawv cev rau tib lub ntsiab lus yaj saub. Rau Mauxes, lub ntsiab lus ntawm txhua lub cim-keeb kwm plaub uas ua piv txwv txog xya xob quaj yog txoj kev cog lus nrog ib haiv neeg uas raug xaiv. Rau Daviv, nws yog lub phij xab ntawm Vajtswv. Rau Khetos, nws yog kev tuag thiab kev sawv rov los. Rau cov Millerites, nws yog txoj cai ib hnub rau ib xyoos.</w:t>
      </w:r>
    </w:p>
    <w:p>
      <w:pPr>
        <w:pStyle w:val="ArticleBody"/>
        <w:jc w:val="left"/>
      </w:pPr>
      <w:r>
        <w:rPr>
          <w:rFonts w:ascii="Times New Roman" w:hAnsi="Times New Roman" w:eastAsia="Times New Roman" w:cs="Times New Roman"/>
        </w:rPr>
        <w:t>Rau Future for America, nws yog Islam. Islam rau hnub tim 11 lub Cuaj Hlis, 2001. Nws rov yog Islam dua rau hnub tim 18 lub Xya Hli, 2020 nrog rau qhov kev twv ua ntej uas tsis tiav, thawj qhov kev poob siab, thiab qhov pib ntawm ib lub sij hawm ncua. Tus cim qhia kev uas peb, uas tsim ib pab tub rog muaj hwj chim uas sawv tsees, yog txoj xov ntawm plaub cua, uas sawv cev rau Islam, tus “nees npau taws” hauv zaj lus faj lem ntawm Phau Vajlugkub.</w:t>
      </w:r>
    </w:p>
    <w:p>
      <w:pPr>
        <w:pStyle w:val="ArticleScripture"/>
        <w:jc w:val="left"/>
      </w:pPr>
      <w:r>
        <w:rPr>
          <w:rFonts w:ascii="Times New Roman" w:hAnsi="Times New Roman" w:eastAsia="Times New Roman" w:cs="Times New Roman"/>
        </w:rPr>
        <w:t>“Cov tim tswv tab tom tuav plaub sab cua, uas raug sawv cev ua ib tug nees npau taws nrhiav kev plam dim thiab dhia hla saum npoo tag nrho lub ntiajteb, nqa kev puas tsuaj thiab kev tuag raws nws txoj kev mus.</w:t>
      </w:r>
    </w:p>
    <w:p>
      <w:pPr>
        <w:pStyle w:val="ArticleScripture"/>
        <w:jc w:val="left"/>
      </w:pPr>
      <w:r>
        <w:rPr>
          <w:rFonts w:ascii="Times New Roman" w:hAnsi="Times New Roman" w:eastAsia="Times New Roman" w:cs="Times New Roman"/>
        </w:rPr>
        <w:t>“Peb puas yuav tsaug zog rau ntug heev ntawm lub ntiajteb uas nyob mus ib txhis? Peb puas yuav qeeb nrees thiab txias thiab tuag lawm? Au, thov kom peb muaj tus Ntsuj Plig thiab pa ua pa ntawm Vajtswv hauv peb cov koom txoos, uas raug tshuab rau hauv Nws haiv neeg, xwv kom lawv sawv tau ntawm lawv ob txhais taw thiab muaj sia nyob. Peb yuav tsum pom tias txojkev yog nqaim, thiab lub rooj vag kuj nruj. Tiamsis thaum peb hla dhau lub rooj vag nqaim ntawd lawm, nws qhov dav yog tsis muaj ciam txwv li.” Manuscript Releases, volume 20, 216, 217.</w:t>
      </w:r>
    </w:p>
    <w:p>
      <w:pPr>
        <w:pStyle w:val="ArticleBody"/>
        <w:jc w:val="left"/>
      </w:pPr>
      <w:r>
        <w:rPr>
          <w:rFonts w:ascii="Times New Roman" w:hAnsi="Times New Roman" w:eastAsia="Times New Roman" w:cs="Times New Roman"/>
        </w:rPr>
        <w:t>Tam sim ntawd tom qab Eliyas thiab Mauxes sawv los, nkawd raug tsa nce mus saum ntuj ceeb tsheej ua ib lub cim chij.</w:t>
      </w:r>
    </w:p>
    <w:p>
      <w:pPr>
        <w:pStyle w:val="ArticleScripture"/>
        <w:jc w:val="left"/>
      </w:pPr>
      <w:r>
        <w:rPr>
          <w:rFonts w:ascii="Times New Roman" w:hAnsi="Times New Roman" w:eastAsia="Times New Roman" w:cs="Times New Roman"/>
        </w:rPr>
        <w:t>Thiab lawv thiaj hnov ib lub suab nrov loj los saum ntuj ceeb tsheej hais rau lawv tias, Cia li nce los saum no. Thiab lawv tau nce mus rau saum ntuj ceeb tsheej hauv ib tauv huab; thiab lawv cov yeeb ncuab tau ntsia pom lawv. Revelation 11:12.</w:t>
      </w:r>
    </w:p>
    <w:p>
      <w:pPr>
        <w:pStyle w:val="ArticleBody"/>
        <w:jc w:val="left"/>
      </w:pPr>
      <w:r>
        <w:rPr>
          <w:rFonts w:ascii="Times New Roman" w:hAnsi="Times New Roman" w:eastAsia="Times New Roman" w:cs="Times New Roman"/>
        </w:rPr>
        <w:t>Peb yuav piav txog tus chij uas Mauxe thiab Eliyas sawv cev rau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Yav Tom Ntej Rau Asmeskas thiab Lub Xya hli ntuj 18, 2020 - Tsib Zaug</dc:title>
  <dc:subject>Tus Chij Nceeg</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