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Keeb Kwm Zais Nkaus ntawm Nqe Plaub Caug — Tus Zauv Ob</w:t>
      </w:r>
    </w:p>
    <w:p>
      <w:pPr>
        <w:pStyle w:val="ArticleSubtitle"/>
        <w:jc w:val="left"/>
      </w:pPr>
      <w:r>
        <w:rPr>
          <w:rFonts w:ascii="Arial" w:hAnsi="Arial" w:eastAsia="Arial" w:cs="Arial"/>
        </w:rPr>
        <w:t>Tebchaws Meskas, Txoj Cai Patriot, thiab Txoj Kev Mus Rau Kev Ua Tiav ntawm Tej Lus Qhia Yaj Saub</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2024-09-19</w:t>
      </w:r>
    </w:p>
    <w:p>
      <w:pPr>
        <w:pStyle w:val="ArticleBody"/>
        <w:jc w:val="left"/>
      </w:pPr>
      <w:r>
        <w:rPr>
          <w:rFonts w:ascii="Times New Roman" w:hAnsi="Times New Roman" w:eastAsia="Times New Roman" w:cs="Times New Roman"/>
        </w:rPr>
        <w:t>Peb xaus tsab xov xwm dhau los nrog kab lus uas hais tias, “Xyoo 2001 tsoom fwv Meskas tau tshaj tawm kom Txoj Cai Patriot Act los ua txoj cai.”</w:t>
      </w:r>
    </w:p>
    <w:p>
      <w:pPr>
        <w:pStyle w:val="ArticleScripture"/>
        <w:jc w:val="left"/>
      </w:pPr>
      <w:r>
        <w:rPr>
          <w:rFonts w:ascii="Times New Roman" w:hAnsi="Times New Roman" w:eastAsia="Times New Roman" w:cs="Times New Roman"/>
        </w:rPr>
        <w:t>“Muaj coob leej, txawm yog ntawm cov uas koom tes hauv txoj kev txav no los txhawb kom yuam kom hwm hnub Sunday, uas raug dig muag tsis pom tej txiaj ntsig uas yuav raws los tom qab ntawm qhov kev ua no. Lawv tsis pom tias lawv tab tom ntaus ncaj qha tawm tsam txoj kev ywj pheej ntawm kev ntseeg. Muaj coob leej uas yeej tsis tau to taub txog qhov Vajlugkub hais kom hwm Hnub Xanpataus thiab lub hauv paus cuav uas txoj kev tsa hnub Sunday ua ib lub koom haum raug hu ua Christian ntawd tsa los saum. Txhua txoj kev txav uas txhawb txoj cai lij choj hais txog kev ntseeg yeej yog ib qho kev pub nyog rau lub hwj chim papacy tiag tiag, uas tau ua rog tsis tseg tawm tsam txoj kev ywj pheej ntawm lub siab xav thiab kev ntseeg tau ntev ntau tiam neeg los lawm. Kev hwm hnub Sunday muaj nws txoj kev muaj nyob raws li ib lub koom haum uas luag hu ua Christian vim ‘qhov tsis ncaj uas zais tob tob;’ thiab kev yuam kom hwm nws yuav yog ib qho kev lees paub tseeb tseeb rau tej ntsiab cai uas yog lub pob zeb ceg kaum tseem ceeb heev ntawm Romanism. Thaum peb lub teb chaws yuav tsis lees thiab tso tseg tej ntsiab cai ntawm nws txoj kev kav xeem mus txog qib uas nws tsim ib txoj cai hnub Sunday, Protestantism hauv qhov kev ua no yuav tuav tes nrog popery; qhov ntawd yuav tsis yog lwm yam li tsuas yog muab txoj sia rau txoj kev tsim txom uas tau ntev los lawm saib ntsoov tos hlo nws lub sijhawm kom dhia rov qab los rau hauv txoj kev kav hwm nruj tsiv xwmfab dua.” Testimonies, volume 5, 711.</w:t>
      </w:r>
    </w:p>
    <w:p>
      <w:pPr>
        <w:pStyle w:val="ArticleBody"/>
        <w:jc w:val="left"/>
      </w:pPr>
      <w:r>
        <w:rPr>
          <w:rFonts w:ascii="Times New Roman" w:hAnsi="Times New Roman" w:eastAsia="Times New Roman" w:cs="Times New Roman"/>
        </w:rPr>
        <w:t>Xyoo 1888 yog tus qauv qhia txog xyoo 2001, thiab yog thaum ntawd uas Blair Bill raug muab tawm los, txawm li cas los xij, vim nws tsis tau raug pom zoo kom dhau, qhov ntawd thiaj txwv tsis pub nws hais lus raws li yaj saub. Nws thiaj los ua lub cim ntawm xyoo 66 AD, ib txoj kev vov nroog uas tau pib lawm ces rov raug thim mus yam txaus ntshai kawg. Thaum to taub tias muaj ob ntu sijhawm ntawm kev sim siab txog daim duab ntawm tsiaj qus, thiab tias ntu sijhawm thib ob pib nrog txoj cai hnub Sunday hauv Tebchaws Meskas, uas raug qhia ua qauv los ntawm xyoo 321, thiab tias ntu sijhawm ntawd xaus thaum txoj cai hnub Sunday thoob ntiajteb, uas raug qhia ua qauv los ntawm xyoo 538, raug siv kom tiav hlo; ces raws li yaj saub nws yuav tsum yog li no tias qhov pib ntawm thawj ntu sijhawm ntawm kev sim siab txog daim duab ntawm tsiaj qus kuj pib nrog ib yam kev qhia ua qauv ntawm txoj cai hnub Sunday uas raug hais tawm. Xyoo 1888, Blair Bill yog ib qho kev sim los yuam kom siv ib txoj cai hnub Sunday ntawm lub tebchaws, thiab xyoo 1888 qhia meej txog thaum tus timtswv saum ntuj ceeb tsheej ntawm Tshwmsim kaum yim nqes los thiab ua rau lub ntiajteb ci kaj nrog nws lub yeeb koob.</w:t>
      </w:r>
    </w:p>
    <w:p>
      <w:pPr>
        <w:pStyle w:val="ArticleBody"/>
        <w:jc w:val="left"/>
      </w:pPr>
      <w:r>
        <w:rPr>
          <w:rFonts w:ascii="Times New Roman" w:hAnsi="Times New Roman" w:eastAsia="Times New Roman" w:cs="Times New Roman"/>
        </w:rPr>
        <w:t>Txoj Cai Patriot yog qhov qauv piv txwv ntawm ib txoj cai Hnub Caiv uas pib lub sijhawm xeem ntawm daim duab ntawm tsiaj qus hauv Tebchaws Meskas. Tebchaws Meskas hais lus zoo li ib tug zaj raws li kev ua tiav ntawm Tshwmsim tshooj kaum peb, nqe kaum ib thaum nws yuam kom coj raws txoj cai Hnub Caiv. Thaum nws yuam kom coj raws txoj cai ntawd nws yuav hais lus zoo li ib tug zaj, thiab txoj cai Hnub Caiv ntawd qhia meej tias daim duab ntawm tsiaj qus twb raug tsim kom tiav hauv Tebchaws Meskas lawm. Thaum ntawd Tebchaws Meskas twb puv npo nws lub khob ntawm lub sijhawm sim siab lawm, thiab kev tso kev ntseeg tseg ntawm lub tebchaws yuav raug raws los ntawm kev puas tsuaj ntawm lub tebchaws. Thaum ntawd Tebchaws Meskas yuav tsis ua ntxiv lawm tus nceeg vaj thib rau ntawm tej lus faj lem hauv Vajlugkub thaum kev sib koom ua peb txheej raug tsim tsa.</w:t>
      </w:r>
    </w:p>
    <w:p>
      <w:pPr>
        <w:pStyle w:val="ArticleBody"/>
        <w:jc w:val="left"/>
      </w:pPr>
      <w:r>
        <w:rPr>
          <w:rFonts w:ascii="Times New Roman" w:hAnsi="Times New Roman" w:eastAsia="Times New Roman" w:cs="Times New Roman"/>
        </w:rPr>
        <w:t>Alpha thiab Omega ib txwm nthuav tawm qhov kawg nrog qhov pib, thiab thaum pib ntawm Tebchaws Meskas muaj peb zaug uas Tebchaws Meskas tau hais raws li lus faj lem uas cim qhov pib ntawm Tebchaws Meskas ua lub nceeg vaj thib rau hauv lus faj lem hauv Phau Vajlugkub. Daim Ntawv Tshaj Tawm Kev Ywj Pheej xyoo 1776, tom qab ntawd yog Txoj Cai Lij Choj xyoo 1789, thiab ces yog Alien and Sedition Acts xyoo 1798, qhia txog peb thawj zaug uas Tebchaws Meskas tau hais raws li lus faj lem. Txhua yam ntawm peb daim ntaub ntawv tshaj tawm ntawd sawv cev rau kev hais tawm ntawm Tebchaws Meskas. Peb theem ntawd coj mus rau xyoo 1798, yog qhov pib ntawm Tebchaws Meskas kav ua lub nceeg vaj thib rau hauv lus faj lem hauv Phau Vajlugkub. Peb lub cim ciam teb tib yam ntawd nyob rau thaum pib ntawm Tebchaws Meskas, sawv cev rau peb lub cim ciam teb uas coj mus rau qhov xaus ntawm Tebchaws Meskas kav ua lub nceeg vaj thib rau hauv lus faj lem hauv Phau Vajlugkub.</w:t>
      </w:r>
    </w:p>
    <w:p>
      <w:pPr>
        <w:pStyle w:val="ArticleBody"/>
        <w:jc w:val="left"/>
      </w:pPr>
      <w:r>
        <w:rPr>
          <w:rFonts w:ascii="Times New Roman" w:hAnsi="Times New Roman" w:eastAsia="Times New Roman" w:cs="Times New Roman"/>
        </w:rPr>
        <w:t>Txoj Cai Patriot yog thawj zaug ntawm peb zaug uas Tebchaws Meskas hais lus thaum nws los txog rau nws qhov xaus raws li lub nceeg vaj thib rau. Qhov kev hais lus thib peb, uas qhia txog qhov kawg ntawm lub nceeg vaj thib rau, yog txoj cai Hnub Caiv. Hauv nruab nrab ntawm zaj keeb kwm ntawd, Pelosi Trials ntawm Lub Ib Hlis 6, uas tau pib xyoo 2022, raug pib tsa. Cov kev txiav txim ntawd yog ib qho kev tsis lees txais ncaj qha rau cov cai uas raug sau tseg ruaj khov hauv Txoj Cai Lij Choj vim cov kev txiav txim ntawd muaj yam ntxwv nom tswv, thiab kev siv cai lij choj ua riam phom ntawd tsis yog tsuas yog kev tsim ntaub ntawv dag xwb, tab sis qhov tseeb yog ib qho kev tawm tsam ncaj qha rau txoj cai “txheej txheem” thiab txoj cai “yam tseem ceeb” raws li tau raug txheeb qhia nyob hauv Txoj Cai Lij Choj.</w:t>
      </w:r>
    </w:p>
    <w:p>
      <w:pPr>
        <w:pStyle w:val="ArticleBody"/>
        <w:jc w:val="left"/>
      </w:pPr>
      <w:r>
        <w:rPr>
          <w:rFonts w:ascii="Times New Roman" w:hAnsi="Times New Roman" w:eastAsia="Times New Roman" w:cs="Times New Roman"/>
        </w:rPr>
        <w:t>Txoj Cai Patriot xyoo 2001 yog ib qho kev tawm tsam ncaj qha rau “Due Process Clause” uas muaj nyob hauv ob qho tib si ntawm Kev Hloov Kho Tsib thiab Kev Hloov Kho Kaum Plaub rau Txoj Cai Lij Choj ntawm Tebchaws Meskas. Cov no hais tseg tias tsis pub muaj leejtwg raug muab tshem ntawm txoj sia, kev ywj pheej, los yog cuab tam, yog tsis muaj txoj txheej txheem raws cai ntawm txoj cai lij choj. Qhov ntawd yog xyoo 2001, thiab xyoo 2022 qhov kev tawm tsam tawm tsam Txoj Cai Lij Choj tau tsom rau ob qho tib si “procedural due process” thiab “substantive due process.” Lo lus “repudiate” txhais tias tsis lees txais, thiab Muam White qhia meej tias thaum txoj cai hnub Sunday raug tsim tsa hauv Tebchaws Meskas, txhua lub hauv paus ntsiab lus ntawm Txoj Cai Lij Choj yuav raug tsis lees txais.</w:t>
      </w:r>
    </w:p>
    <w:p>
      <w:pPr>
        <w:pStyle w:val="ArticleScripture"/>
        <w:jc w:val="left"/>
      </w:pPr>
      <w:r>
        <w:rPr>
          <w:rFonts w:ascii="Times New Roman" w:hAnsi="Times New Roman" w:eastAsia="Times New Roman" w:cs="Times New Roman"/>
        </w:rPr>
        <w:t>“Los ntawm txoj cai txiav txim uas yuam kom tsa lub koom haum papacy, ua txhaum rau Vajtswv txoj kevcai, peb lub tebchaws yuav txiav nws tus kheej tawm tag nrho ntawm txojkev ncaj ncees. Thaum Protestantism yuav ncab nws txhais tes hla lub hav tob mus tuav tes nrog Roman lub hwjchim, thaum nws yuav hla dhau lub qhov tsua tob mus sib tuav tes nrog kev ntseeg dab qhuas, thaum, nyob hauv txoj kev cuam tshuam ntawm no peb seem kev koom ua ke, peb lub tebchaws yuav tsis lees paub txhua txoj hauv paus ntsiab lus ntawm nws Txoj Cai Lij Choj raws li ib lub tseemfwv Protestant thiab republican, thiab yuav npaj kev txhawb nqa rau kev nthuav tawm tej lus cuav thiab tej kev dag ntxias ntawm papacy, ces peb thiaj yuav paub tias lub sijhawm twb los txog rau Xatas txoj haujlwm ua txuj ci tseemceeb kawg nkaus, thiab tias qhov kawg twb nyob ze lawm.”</w:t>
      </w:r>
    </w:p>
    <w:p>
      <w:pPr>
        <w:pStyle w:val="ArticleScripture"/>
        <w:jc w:val="left"/>
      </w:pPr>
      <w:r>
        <w:rPr>
          <w:rFonts w:ascii="Times New Roman" w:hAnsi="Times New Roman" w:eastAsia="Times New Roman" w:cs="Times New Roman"/>
        </w:rPr>
        <w:t>“Raws li txoj kev los ze ntawm cov tub rog Loos yog ib lub cim rau cov thwjtim txog kev puas tsuaj uas yuav los raug rau Yeluxalees, ib yam li ntawd txoj kev thim txoj kev ntseeg no kuj yuav yog ib lub cim rau peb tias qhov kawg ntawm Vajtswv txoj kev ua siab ntev twb txog lawm, tias qhov ntsuas ntawm kev txhaum ntawm peb haiv neeg twb puv nkaus lawm, thiab tias tus tim tswv ntawm txoj kev hlub tshua tab tom yuav ya ncaim mus, tsis rov qab los ib txhis. Ces Vajtswv haiv neeg yuav raug poob rau hauv tej xwm txheej ntawm kev txom nyem thiab kev nyuaj siab uas cov yaj saub tau piav tseg tias yog lub sijhawm ntawm Yakhauj txoj kev ntxhov siab. Cov suab quaj ntawm cov ncaj ncees, cov uas raug tsim txom, nce mus txog saum ntuj ceeb tsheej. Thiab ib yam li Abel cov ntshav tau quaj tawm hauv av tuaj, kuj muaj tej suab quaj hu mus cuag Vajtswv los ntawm cov ntxa ntawm cov tim khawv tuag, los ntawm tej qhov ntxa hauv hiav txwv, los ntawm qhov tsua hauv roob, los ntawm cov qhov ntxa hauv tsev teev ntuj niam nkauj xwb: ‘Au tus Tswv, tus Dawb Huv thiab tus Tseeb, koj tsis txiav txim thiab tsis pauj peb cov ntshav rau cov neeg uas nyob saum lub ntiajteb no yuav ntev npaum li cas?’”</w:t>
      </w:r>
    </w:p>
    <w:p>
      <w:pPr>
        <w:pStyle w:val="ArticleScripture"/>
        <w:jc w:val="left"/>
      </w:pPr>
      <w:r>
        <w:rPr>
          <w:rFonts w:ascii="Times New Roman" w:hAnsi="Times New Roman" w:eastAsia="Times New Roman" w:cs="Times New Roman"/>
        </w:rPr>
        <w:t>“Tus Tswv tab tom ua Nws tes hauj lwm. Tag nrho saum ntuj ceeb tsheej tab tom kub ntxhov. Tus Kws Txiav Txim ntawm tag nrho lub ntiaj teb yuav sawv tsees los sai no thiab yuav tsa Nws txoj cai uas raug thuam kom rov tau meej mom. Lub cim ntawm txoj kev cawm dim yuav raug teeb rau saum cov txiv neej uas ceev Vajtswv tej lus txib, uas hwm Nws txoj kev cai, thiab uas tsis kam txais lub cim ntawm tus tsiaj qus los yog ntawm nws daim duab.</w:t>
      </w:r>
    </w:p>
    <w:p>
      <w:pPr>
        <w:pStyle w:val="ArticleScripture"/>
        <w:jc w:val="left"/>
      </w:pPr>
      <w:r>
        <w:rPr>
          <w:rFonts w:ascii="Times New Roman" w:hAnsi="Times New Roman" w:eastAsia="Times New Roman" w:cs="Times New Roman"/>
        </w:rPr>
        <w:t>“Vajtswv tau qhia yam uas yuav tshwm sim nyob rau hnub kawg, kom Nws haiv neeg thiaj npaj tau sawv tiv tej cua daj cua dub ntawm kev tawm tsam thiab kev chim siab. Cov uas twb raug ceeb toom txog tej xwm txheej uas nyob tom lawv hauv ntej lawm, tsis tsim nyog zaum tos yam tus yees rau cua daj cua dub uas yuav los, nplij lawv tus kheej tias tus Tswv yuav tiv thaiv Nws cov neeg ncaj ncees rau hnub muaj kev txom nyem. Peb yuav tsum zoo li cov neeg uas tos lawv tus Tswv, tsis yog tos qaug zog tsis ua dab tsi, tiam sis ua hauj lwm tiag tiag, nrog txoj kev ntseeg uas ruaj khov tsis txawj tsiv. Nim no tsis yog lub sijhawm uas yuav cia peb lub siab thiab peb lub tswv yim raug tej yam tsis tseem ceeb ntxias tuav cia. Thaum neeg tab tom tsaug zog, Xatas tab tom ua hauj lwm npaj txhua yam kom tus Tswv haiv neeg tsis txhob tau kev khuv leej los sis kev ncaj ncees. Tam sim no txoj kev txav ntawm hnub Xya Hli tab tom qheb nws txoj hauv kev mus hauv qhov tsaus ntuj. Cov thawj coj tab tom zais qhov teeb meem tiag tiag, thiab coob leej uas koom nrog txoj kev txav ntawd, lawv tus kheej los yeej tsis pom tias tus dej ntws zais hauv qab tab tom coj mus qhov twg. Nws tej lus tshaj tawm saib mos muag thiab zoo li neeg Khixatia, tiam sis thaum nws pib hais lus, nws yuav nthuav tawm tus ntsuj plig ntawm zaj. Nws yog peb tes dej num kom ua txhua yam uas nyob hauv peb lub hwj chim los thaiv qhov kev phom sij uas raug hem tseg ntawd. Peb yuav tsum rau siab ntso nrhiav kev tshem kev ntxub ntxaug tawm mus los ntawm kev muab peb tus kheej tso rau hauv qhov pom zoo thiab tsim nyog nyob ntawm cov neeg xub ntiag. Peb yuav tsum coj lo lus nug tiag tiag uas tab tom muaj kev sib cav ntawd los tso rau ntawm lawv xub ntiag, ua li ntawd thiaj sawv tau los tawm tsam uas muaj hwj chim tshaj plaws tawm tsam tej kev cai uas txwv kev ywj pheej ntawm lub siab dawb paug. Peb yuav tsum tshawb nrhiav Vajluskub thiab muaj peev xwm qhia tau qhov laj thawj rau peb txoj kev ntseeg. Tus cev Vajtswv lus hais tias: ‘Cov neeg phem yuav ua phem mus ntxiv; thiab tsis muaj ib tug ntawm cov neeg phem yuav to taub; tiam sis cov neeg muaj tswvyim yuav to taub.’” Testimonies, volume 5, 451, 452.</w:t>
      </w:r>
    </w:p>
    <w:p>
      <w:pPr>
        <w:pStyle w:val="ArticleBody"/>
        <w:jc w:val="left"/>
      </w:pPr>
      <w:r>
        <w:rPr>
          <w:rFonts w:ascii="Times New Roman" w:hAnsi="Times New Roman" w:eastAsia="Times New Roman" w:cs="Times New Roman"/>
        </w:rPr>
        <w:t>Muam White txuas txoj cai Hnub Caiv rau ntau lub cim taw qhia ntawm hnub kawg, thiab thaum ua li ntawd nws cov lus nthuav tawm “yam uas yuav tshwm sim nyob rau hnub kawg, xwv kom Nws haiv neeg yuav npaj tau sawv tiv thaiv cua daj cua dub ntawm kev tawm tsam thiab txoj kev chim.” Yog li ntawd, cov cim taw qhia uas nws txuas ua ke hauv nqe no yuav tsum raug tshuaj xyuas kom zoo zoo. Kuv tab tom hais tias lub ntsiab chaw siv ua kev taw qhia yog txoj kab lus faj lem uas tsom rau Txoj Cai Lij Choj ntawm Tebchaws Meskas, nrog rau qhov “hais lus” ntawm lub tebchaws ntawd ua ib lub cim uas sib raug zoo nrog lwm yam.</w:t>
      </w:r>
    </w:p>
    <w:p>
      <w:pPr>
        <w:pStyle w:val="ArticleBody"/>
        <w:jc w:val="left"/>
      </w:pPr>
      <w:r>
        <w:rPr>
          <w:rFonts w:ascii="Times New Roman" w:hAnsi="Times New Roman" w:eastAsia="Times New Roman" w:cs="Times New Roman"/>
        </w:rPr>
        <w:t>Qhov ntawd, kuv txhais hais tias, Txoj Cai Blair xyoo 1888, Txoj Cai Patriot xyoo 2001, thiab kev foob raws nom tswv uas cov Democrats thiab cov Republicans ntiaj teb no tau ua pib xyoo 2022, txhua qhov ntawd puav leej yog kev tsis lees ncaj qha rau ob qho tseem ceeb uas yog lub hauv paus ntawm Txoj Cai Lij Choj. Xyoo 1888 sawv cev rau kev yuam kom pe hawm hnub Sunday, thiab tom qab ntawd, xyoo 2001, yog kev hloov ntawm txoj cai Askiv mus rau txoj cai Loos. Xyoo 2022 “substantive” thiab “procedural” law raug tawm tsam.</w:t>
      </w:r>
    </w:p>
    <w:p>
      <w:pPr>
        <w:pStyle w:val="ArticleBody"/>
        <w:jc w:val="left"/>
      </w:pPr>
      <w:r>
        <w:rPr>
          <w:rFonts w:ascii="Times New Roman" w:hAnsi="Times New Roman" w:eastAsia="Times New Roman" w:cs="Times New Roman"/>
        </w:rPr>
        <w:t>Txoj cai raws li cov ntsiab lus tseeb txhais kom meej txog cov cai thiab cov luag hauj lwm ntawm tib neeg thiab cov koom haum, hos txoj cai raws txheej txheem qhia txog txoj kev daws cov kev tsis sib haum thiab kev yuam kom cov cai thiab cov luag hauj lwm ntawm tib neeg thiab cov koom haum raug coj los siv. Txoj cai txhais tias yam kev coj cwj pwm twg yog raws cai lossis txhaum cai thiab teev tseg cov txim rau yam ntawd. Txoj cai raws li cov ntsiab lus tseeb muaj feem xyuam rau ntau yam kev cai lij choj, suav nrog kev cai lij choj txhaum cai, pej xeem, thiab ntawv cog lus.</w:t>
      </w:r>
    </w:p>
    <w:p>
      <w:pPr>
        <w:pStyle w:val="ArticleBody"/>
        <w:jc w:val="left"/>
      </w:pPr>
      <w:r>
        <w:rPr>
          <w:rFonts w:ascii="Times New Roman" w:hAnsi="Times New Roman" w:eastAsia="Times New Roman" w:cs="Times New Roman"/>
        </w:rPr>
        <w:t>Txoj cai lij choj hais txog kev ua txhaum yog ib qho piv txwv zoo heev ntawm txoj cai lij choj uas hais txog cov ntsiab lus tseem ceeb. Txoj cai lij choj hais txog kev ua txhaum txhais tias yam kev coj ua twg raug suav tias yog kev ua txhaum cai thiab cov kev rau txim rau cov kev ua txhaum ntawd. Txoj cai lij choj pej xeem, txawm li cas los xij, tswj hwm cov kev tsis sib haum xeeb ntawm cov tib neeg thiab cov koom haum, xws li kev ua txhaum daim ntawv cog lus, kev raug mob rau tus kheej, los sis kev tsis sib haum xeeb txog cuab yeej cuab tam.</w:t>
      </w:r>
    </w:p>
    <w:p>
      <w:pPr>
        <w:pStyle w:val="ArticleBody"/>
        <w:jc w:val="left"/>
      </w:pPr>
      <w:r>
        <w:rPr>
          <w:rFonts w:ascii="Times New Roman" w:hAnsi="Times New Roman" w:eastAsia="Times New Roman" w:cs="Times New Roman"/>
        </w:rPr>
        <w:t>Txoj cai tseem ceeb feem ntau raug sau cia rau hauv cov cai lij choj, cov kev tswj hwm, thiab cov cai tsim los ntawm kev txiav txim plaub ntug. Cov cai lij choj yog cov kev cai uas cov koomhaum tsim cai lij choj tau pom zoo tawm los, xws li lub teb chaws parliament lossis lub xeev legislature, hos cov kev tswj hwm yog cov kev cai thiab cov txheej txheem uas cov koomhaum thawj tswj hwm tsim tawm. Cov cai tsim los ntawm kev txiav txim plaub ntug yog txoj cai uas cov kws txiav txim plaub ntug tsim los ntawm lawv txoj kev txhais cov cai lij choj, cov kev tswj hwm, thiab Txoj Cai Loj.</w:t>
      </w:r>
    </w:p>
    <w:p>
      <w:pPr>
        <w:pStyle w:val="ArticleBody"/>
        <w:jc w:val="left"/>
      </w:pPr>
      <w:r>
        <w:rPr>
          <w:rFonts w:ascii="Times New Roman" w:hAnsi="Times New Roman" w:eastAsia="Times New Roman" w:cs="Times New Roman"/>
        </w:rPr>
        <w:t>Txoj cai hais txog txheej txheem yog hais txog cov cai uas tswj hwm txoj kev ua raws cai hauv tsev hais plaub. Nws piav qhia tias cov rooj plaub txav mus li cas hauv txoj kev cai lij choj, txij thaum xub thawj foob ib daim ntawv tsis txaus siab mus txog rau qhov kev txiav txim kawg. Txoj cai hais txog txheej txheem suav nrog ntau yam thaj tsam ntawm txoj cai lij choj, nrog rau txheej txheem hais plaub pej xeem, kev ua txhaum cai, thiab kev tswj hwm. Lub hom phiaj ntawm txoj cai hais txog txheej txheem yog kom paub tseeb tias txoj kev cai lij choj ncaj ncees thiab muaj txiaj ntsig zoo. Nws muab ib lub hauv paus txheej txheem rau kev daws teeb meem thiab ua kom paub tseeb tias txhua tus uas koom nrog hauv txoj kev cai lij choj, nrog rau cov kws txiav txim, cov kws lij choj, thiab cov neeg foob lossis raug foob, paub tias yam twg raug cia siab ntawm lawv.</w:t>
      </w:r>
    </w:p>
    <w:p>
      <w:pPr>
        <w:pStyle w:val="ArticleBody"/>
        <w:jc w:val="left"/>
      </w:pPr>
      <w:r>
        <w:rPr>
          <w:rFonts w:ascii="Times New Roman" w:hAnsi="Times New Roman" w:eastAsia="Times New Roman" w:cs="Times New Roman"/>
        </w:rPr>
        <w:t>Txoj cai hais txog cov ntsiab lus tseem ceeb thiab txoj cai hais txog txheej txheem raug tsim los kom ua haujlwm koom tes ua ke kom ntseeg tau tias kev ncaj ncees raug ua kom tiav. Txoj cai hais txog cov ntsiab lus tseem ceeb txhais tseg txog cov cai thiab cov luag hauj lwm ntawm tib neeg thiab cov koom haum, hos txoj cai hais txog txheej txheem qhia tseg txog txoj kev daws teeb meem kev tsis sib haum thiab kev yuam kom cov cai thiab cov luag hauj lwm ntawd raug coj los siv. Hais dua lwm yam, txoj cai hais txog cov ntsiab lus tseem ceeb txhais tseg txog tus cwj pwm uas raug cai lossis tsis raug cai thiab cov kev raug txim ntawm tus cwj pwm tsis raug cai, hos txoj cai hais txog txheej txheem qhia tseg txog yuav daws cov teeb meem raws cai ntawd li cas.</w:t>
      </w:r>
    </w:p>
    <w:p>
      <w:pPr>
        <w:pStyle w:val="ArticleBody"/>
        <w:jc w:val="left"/>
      </w:pPr>
      <w:r>
        <w:rPr>
          <w:rFonts w:ascii="Times New Roman" w:hAnsi="Times New Roman" w:eastAsia="Times New Roman" w:cs="Times New Roman"/>
        </w:rPr>
        <w:t>Xyoo 2001, txoj cai Patriot Act tau tshem tawm txoj cai habeas corpus. “Habeas corpus” yog ib lo lus Latin uas txhais tias “koj yuav tsum muaj lub cev.” Lo lus no hais txog ib txoj cai lij choj hauv paus ntsiab lus uas tiv thaiv tibneeg ntawm kev raug kaw yam tsis raws cai, los ntawm kev yuav tsum kom lub tsev hais plaub tshuaj xyuas seb ib tug neeg txoj kev raug kaw puas raws cai. Habeas corpus yog ib txoj cai tseem ceeb hauv ntau lub txheej txheem kev cai lij choj, tshwj xeeb yog cov uas tau txais kev cuam tshuam los ntawm English common law. Nws ua kom paub tseeb tias ib tug neeg tsis raug tuav cia hauv kev saib xyuas yam tsis muaj laj thawj ncaj ncees, thiab pub rau lawv tawm tsam qhov raug cai ntawm lawv txoj kev raug kaw nyob rau ntawm ib tug kws txiav txim plaub.</w:t>
      </w:r>
    </w:p>
    <w:p>
      <w:pPr>
        <w:pStyle w:val="ArticleBody"/>
        <w:jc w:val="left"/>
      </w:pPr>
      <w:r>
        <w:rPr>
          <w:rFonts w:ascii="Times New Roman" w:hAnsi="Times New Roman" w:eastAsia="Times New Roman" w:cs="Times New Roman"/>
        </w:rPr>
        <w:t>Ib kab lus hais txog “Due Process” muaj nyob hauv ob qho tib si Kev Hloov Kho Thib Tsib thiab Kev Hloov Kho Thib Kaum Plaub ntawm Txoj Cai Lij Choj Tebchaws Meskas. Cov no teev tseg tias tsis muaj leejtwg raug muab txeeb txoj sia, kev ywj pheej, lossis cuab yeej cuab tam yam tsis muaj txoj txheej txheem raws cai uas tsim nyog. Cov tsev hais plaub tau tsim ob ceg ntawm txoj kev qhuab qhia hais txog due process: procedural due process thiab substantive due process. Xyoo 2001, los ntawm Patriot Act, habeas corpus raug tshem tawm tsis pub ua ib txoj cai lawm, thiab txoj cai lij choj Askiv raug hloov los ntawm txoj cai lij choj Loos. Txoj cai lij choj Askiv txhais tias ib tug neeg raug suav tias tsis muaj txim kom txog thaum muaj pov thawj tias nws muaj txim, hos txoj cai lij choj Loos qhia tias ib tug neeg raug suav tias muaj txim kom txog thaum muaj pov thawj tias nws tsis muaj txim. Hauv Pelosi Trials xyoo 2022, ob qho tib si procedural due process thiab substantive due process raug tsuj hnyo kiag. Ob qho tib si substantive law thiab procedural law raug siv hauv Pelosi Trials nyob rau hauv txoj kev uas tawm tsam ncaj qha rau lub hom phiaj raws cai lij choj uas Txoj Cai Lij Choj tau npaj tseg rau lawv.</w:t>
      </w:r>
    </w:p>
    <w:p>
      <w:pPr>
        <w:pStyle w:val="ArticleBody"/>
        <w:jc w:val="left"/>
      </w:pPr>
      <w:r>
        <w:rPr>
          <w:rFonts w:ascii="Times New Roman" w:hAnsi="Times New Roman" w:eastAsia="Times New Roman" w:cs="Times New Roman"/>
        </w:rPr>
        <w:t>Qhov kev sib txawv ntawm substantive due process thiab procedural due process nyob rau hauv cov yam ntxwv sib txawv ntawm txoj cai thiab cov cai lij choj uas txhua lub tswv yim no tiv thaiv hauv qab tus qauv txheej txheem ntawm Txoj Cai Lij Choj Meskas, tshwj xeeb tshaj yog hauv Due Process Clauses ntawm Fifth thiab Fourteenth Amendments.</w:t>
      </w:r>
    </w:p>
    <w:p>
      <w:pPr>
        <w:pStyle w:val="ArticleBody"/>
        <w:jc w:val="left"/>
      </w:pPr>
      <w:r>
        <w:rPr>
          <w:rFonts w:ascii="Times New Roman" w:hAnsi="Times New Roman" w:eastAsia="Times New Roman" w:cs="Times New Roman"/>
        </w:rPr>
        <w:t>Substantive due process hais txog tej cai thiab kev ywj pheej tseem ceeb hauv paus uas tsoom fwv tsis muaj cai rhuav tshem lossis cuam tshuam, tsis hais tias siv txoj txheej txheem twg los xij. Nws tiv thaiv qee yam cai kom tsis txhob raug tsoom fwv cuam tshuam txawm yog twb ua raws li cov txheej txheem kom raug lawm los xij. Substantive due process muaj feem nrog cov cai uas raug suav tias yog cai tseem ceeb hauv paus, xws li txoj cai rau kev ntiag tug, txoj cai sib yuav, thiab txoj cai los tu thiab cob qhia yus cov me nyuam. Cov cai no raug tiv thaiv kom tsis txhob muaj tsoom fwv kev nkag los cuam tshuam tshwj tsis yog thaum muaj ib qho txiaj ntsig tseem ceeb heev ntawm lub xeev uas yuam kom ua li ntawd. Nws ua haujlwm raws li ib qho kev txwv thiab kev tshuaj xyuas rau lub hwj chim ntawm tsoom fwv, kom paub tseeb tias tej kev cai lij choj thiab kev tswj hwm tsis ua txhaum rau cov kev ywj pheej tseem ceeb hauv paus.</w:t>
      </w:r>
    </w:p>
    <w:p>
      <w:pPr>
        <w:pStyle w:val="ArticleBody"/>
        <w:jc w:val="left"/>
      </w:pPr>
      <w:r>
        <w:rPr>
          <w:rFonts w:ascii="Times New Roman" w:hAnsi="Times New Roman" w:eastAsia="Times New Roman" w:cs="Times New Roman"/>
        </w:rPr>
        <w:t>Kev txheej txheem raws cai ntawm kev ncaj ncees tsom rau cov txheej txheem uas tsoom fwv yuav tsum ua raws ua ntej nws txeeb ntawm ib tug neeg nws txoj sia, kev ywj pheej, lossis cuab tam. Nws xyuas kom meej tias tib neeg tau txais kev saib xyuas ncaj ncees thiab tsis xaiv ntsej muag raws li cov txheej txheem cai lij choj uas tsim nyog. Kev ncaj ncees raws txheej txheem yuav kom tsoom fwv ua raws qee kauj ruam lossis txheej txheem, xws li kev ceeb toom ua ntej, kev mloog rooj plaub uas ncaj ncees, thiab lub sijhawm rau tus neeg ntawd raug mloog nws tej lus, ua ntej txeeb ntawm ib tug neeg nws cov cai. Nws hais txog cov hau kev uas cov kev cai lij choj raug coj los siv, kom paub tseeb tias tsoom fwv ua raws li kev ncaj thiab kev haum xeeb.</w:t>
      </w:r>
    </w:p>
    <w:p>
      <w:pPr>
        <w:pStyle w:val="ArticleBody"/>
        <w:jc w:val="left"/>
      </w:pPr>
      <w:r>
        <w:rPr>
          <w:rFonts w:ascii="Times New Roman" w:hAnsi="Times New Roman" w:eastAsia="Times New Roman" w:cs="Times New Roman"/>
        </w:rPr>
        <w:t>Kev siv cai lij choj ua riam phom uas tau tshwm sim txij thaum cov Pelosi Trials pib los, sawv cev rau kev tsis lees paub ob qho tib si txog txoj cai raws ntsiab lus thiab txoj cai raws txheej txheem hauv kev txiav txim ncaj ncees. Cov cai tseem ceeb hauv paus ntawm cov pej xeem Meskas raug tsis lees paub tawm plaws thiab ua tiav lawm. Cov haujlwm false flag thiab txoj kev qias neeg qhib lug ntawm cov koom haum “alphabet agencies” ntawm Tebchaws Meskas tau raug nthuav tawm tsis tu ncua txij ua ntej txawm tias cov Pelosi Trials pib lawm los, tiam sis cov txheej txheem cai lij choj uas cov globalists ntawm ob tog tau siv txij thaum cov Pelosi Trials pib los, sawv cev rau ib qho piv txwv meej tseeb ntawm kev rhuav tshem txoj cai raws txheej txheem hauv kev txiav txim ncaj ncees.</w:t>
      </w:r>
    </w:p>
    <w:p>
      <w:pPr>
        <w:pStyle w:val="ArticleBody"/>
        <w:jc w:val="left"/>
      </w:pPr>
      <w:r>
        <w:rPr>
          <w:rFonts w:ascii="Times New Roman" w:hAnsi="Times New Roman" w:eastAsia="Times New Roman" w:cs="Times New Roman"/>
        </w:rPr>
        <w:t>Yav dhau los hauv tsab xov xwm no peb tau nyeem hais tias, “Txhua txoj kev txav uas txhawb nqa txoj cai lij choj kev ntseeg yeej yog ib qho kev lees tseg rau lub hwjchim papacy, uas tau ua rog tsis tu ncua tawm tsam txoj kev ywj pheej ntawm lub siab kaj siab lug los lawm ntau tiam neeg. Kev coj hnub Sunday dawb huv tshuav nws qhov kev muaj nyob ua ib lub koom haum uas hu ua Khixatia rau ‘txoj kev tsis ncaj ncees uas zais tob;’ thiab kev yuam kom coj raws li ntawd yuav yog ib qho kev lees paub ncaj qha rau tej ntsiab cai uas yog lub hauv paus pob zeb tiag tiag ntawm Romanism. Thaum peb lub teb chaws tsis lees yuav tej ntsiab cai ntawm nws txoj kev tswj hwm kom mus txog qhov tsim ib txoj cai Sunday, Protestantism yuav, hauv txoj kev ua no, tuav tes nrog popery; nws yuav tsis yog dabtsi li tsuas yog muab txoj sia rau txoj kev lim hiam uas tau ntev los lawm tab tom tos ntsoov nrhiav lub sijhawm kom sawv rov los dua rau hauv txoj kev tswj hwm nruj ua phem.”</w:t>
      </w:r>
    </w:p>
    <w:p>
      <w:pPr>
        <w:pStyle w:val="ArticleBody"/>
        <w:jc w:val="left"/>
      </w:pPr>
      <w:r>
        <w:rPr>
          <w:rFonts w:ascii="Times New Roman" w:hAnsi="Times New Roman" w:eastAsia="Times New Roman" w:cs="Times New Roman"/>
        </w:rPr>
        <w:t>Nyob rau hauv kab keeb kwm uas sawv cev tau los ntawm Txoj Cai Lij Choj ntawm Tebchaws Meskas, muaj peb lub cim tseem ceeb tshwjxeeb uas sawv cev rau qee yam hauv Txoj Cai Lij Choj ntawd, ob leeg nyob rau thaum chiv keeb thiab thaum kawg ntawm Tebchaws Meskas. Txhua lub cim tseem ceeb peb ntawd yog tej kev ua nom tswv, thiab vim li ntawd thiaj ua lub cim ntawm Tebchaws Meskas txoj kev hais lus. Lub cim tseem ceeb thib peb ntawm peb lub ntawd nyob rau thaum chiv keeb, uas cim xyoo 1798, yog Txoj Cai Alien and Sedition Acts; hos lub cim tseem ceeb thib peb ntawm cov cim ntawd nyob rau thaum kawg yog thaum Tebchaws Meskas yuam kom coj txoj cai Sunday law, thiab hais lus zoo li ib tug zaj, raws li kev ua tiav ntawm Tshwmsim tshooj kaum peb, nqe kaum ib.</w:t>
      </w:r>
    </w:p>
    <w:p>
      <w:pPr>
        <w:pStyle w:val="ArticleBody"/>
        <w:jc w:val="left"/>
      </w:pPr>
      <w:r>
        <w:rPr>
          <w:rFonts w:ascii="Times New Roman" w:hAnsi="Times New Roman" w:eastAsia="Times New Roman" w:cs="Times New Roman"/>
        </w:rPr>
        <w:t>Keeb kwm yaj saub hais txog Tebchaws Meskas pib thaum nws, raws li lub ntiajteb sawv cev rau nws, qhib nws lub qhov ncauj thiab nqos dej nyab ntawm tus zaj kev tsim txom.</w:t>
      </w:r>
    </w:p>
    <w:p>
      <w:pPr>
        <w:pStyle w:val="ArticleScripture"/>
        <w:jc w:val="left"/>
      </w:pPr>
      <w:r>
        <w:rPr>
          <w:rFonts w:ascii="Times New Roman" w:hAnsi="Times New Roman" w:eastAsia="Times New Roman" w:cs="Times New Roman"/>
        </w:rPr>
        <w:t>Tus nab tawm hauv nws lub qhov ncauj dej zoo li ib tug dej nyab caum raws tus poj niam qab, kom nws thiaj ua rau tus poj niam raug dej nyab ntawd kwj mus. Thiab lub ntiajteb tau pab tus poj niam; lub ntiajteb qhib nws lub qhov ncauj, thiab nqos tus dej nyab uas tus zaj tau ntuav tawm hauv nws lub qhov ncauj. Tshwmsim 12:15, 16.</w:t>
      </w:r>
    </w:p>
    <w:p>
      <w:pPr>
        <w:pStyle w:val="ArticleBody"/>
        <w:jc w:val="left"/>
      </w:pPr>
      <w:r>
        <w:rPr>
          <w:rFonts w:ascii="Times New Roman" w:hAnsi="Times New Roman" w:eastAsia="Times New Roman" w:cs="Times New Roman"/>
        </w:rPr>
        <w:t>Xyoo 1776, tus tsiaj qus uas yuav sawv los ntawm lub ntiajteb, thiab thaum kawg los ua lub nceeg vaj thib rau hauv tej lus faj lem hauv Phau Vajlugkub xyoo 1798, tau nqos dej nyab ntawm kev tsim txom tawm tsam Vajtswv haiv neeg tseg los ntawm kev tsim tsa ib lub tebchaws uas muaj ib tsab Cai Lij Choj tawm tsam cov nom huab tais lim hiam ntawm tebchaws Europe thiab cov thawj coj lim hiam ntawm pawg ntseeg papacy.</w:t>
      </w:r>
    </w:p>
    <w:p>
      <w:pPr>
        <w:pStyle w:val="ArticleBody"/>
        <w:jc w:val="left"/>
      </w:pPr>
      <w:r>
        <w:rPr>
          <w:rFonts w:ascii="Times New Roman" w:hAnsi="Times New Roman" w:eastAsia="Times New Roman" w:cs="Times New Roman"/>
        </w:rPr>
        <w:t>Tsab Ntawv Tshaj Tawm Kev Ywj Pheej xyoo 1776 yog ib qho piv txwv txog txoj kev yaj saub ntawm Patriot Act xyoo 2001. Txoj Cai Lij Choj xyoo 1789 yog ib qho piv txwv txog txoj kev yaj saub ntawm Pelosi Trials pib xyoo 2022. Cov Cai Alien thiab Sedition xyoo 1798 yog ib qho piv txwv txog txoj cai Sunday nyob hauv Tebchaws Meskas.</w:t>
      </w:r>
    </w:p>
    <w:p>
      <w:pPr>
        <w:pStyle w:val="ArticleBody"/>
        <w:jc w:val="left"/>
      </w:pPr>
      <w:r>
        <w:rPr>
          <w:rFonts w:ascii="Times New Roman" w:hAnsi="Times New Roman" w:eastAsia="Times New Roman" w:cs="Times New Roman"/>
        </w:rPr>
        <w:t>Kev tshaj tawm txog kev ywj pheej los ntawm cov neeg hlub teb chaws Asmeskas xyoo 1776 sawv cev rau kev tshaj tawm txog kev plam kev ywj pheej nrog Patriot Act xyoo 2001. Txoj Cai Lij Choj xyoo 1789 sawv cev rau Pelosi Trials uas pib xyoo 2022. Alien and Sedition Acts sawv cev rau txoj cai Hnub Caiv. Keeb kwm ntawm kev tsis lees paub txhua lub hauv paus ntsiab cai ntawm Txoj Cai Lij Choj sawv cev rau kev rhuav tshem Txoj Cai Lij Choj zuj zus mus, uas xaus rau ntawm txoj cai Hnub Caiv.</w:t>
      </w:r>
    </w:p>
    <w:p>
      <w:pPr>
        <w:pStyle w:val="ArticleBody"/>
        <w:jc w:val="left"/>
      </w:pPr>
      <w:r>
        <w:rPr>
          <w:rFonts w:ascii="Times New Roman" w:hAnsi="Times New Roman" w:eastAsia="Times New Roman" w:cs="Times New Roman"/>
        </w:rPr>
        <w:t>Cov kab no txhua kab no sib haum ua ke nyob rau hauv keeb kwm zais cia ntawm nqe plaub caug hauv Daniyees tshooj kaum ib. Hauv tsab xov xwm no peb tau hais plaub nqe lus tawm hauv Testimonies, phau 5, 451, 452.</w:t>
      </w:r>
    </w:p>
    <w:p>
      <w:pPr>
        <w:pStyle w:val="ArticleBody"/>
        <w:jc w:val="left"/>
      </w:pPr>
      <w:r>
        <w:rPr>
          <w:rFonts w:ascii="Times New Roman" w:hAnsi="Times New Roman" w:eastAsia="Times New Roman" w:cs="Times New Roman"/>
        </w:rPr>
        <w:t>Peb yuav tshuaj xyuas cov nqe lus ntawd kom ze dua hauv zaj ntawv tom ntej.</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Keeb Kwm Zais Nkaus ntawm Nqe Plaub Caug — Tus Zauv Ob</dc:title>
  <dc:subject>Tebchaws Meskas, Txoj Cai Patriot, thiab Txoj Kev Mus Rau Kev Ua Tiav ntawm Tej Lus Qhia Yaj Saub</dc:subject>
  <dc:creator>Jeff Pippenger</dc:creator>
  <cp:keywords/>
  <dc:description>Generated by ArticleDigger from hidden_history\02_hidden_history.json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