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Caug—Tus Zauv Plaub</w:t>
      </w:r>
    </w:p>
    <w:p>
      <w:pPr>
        <w:pStyle w:val="ArticleSubtitle"/>
        <w:jc w:val="left"/>
      </w:pPr>
      <w:r>
        <w:rPr>
          <w:rFonts w:ascii="Arial" w:hAnsi="Arial" w:eastAsia="Arial" w:cs="Arial"/>
        </w:rPr>
        <w:t>Kev Sim Siab thiab Kev Yeej: Kev Tsim Tawm ntawm Daim Duab ntawm Tsiaj Qus thiab Kev Muab Lub Foob Rau Cov Muaj Tswv Yim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Kab lus faj lem uas piav qhia txog txoj kev sim siab uas raug sawv cev los ntawm kev tsim tsa daim duab ntawm tus tsiaj qus hauv Tebchaws Meskas, khiav ua ke sib npaug nrog peb lub cim ciam teb uas sawv cev rau kab txoj ntawm Txoj Cai Lij Choj. Ob kab no khiav sib npaug rau ib leeg thiab lawv muab tej ntaub ntawv tshwj xeeb uas hais ncaj qha rau lwm kab. Ua li cas cov uas dhau qhov kev sim siab ntawm daim duab ntawm tus tsiaj qus ntawd mam li raug npaj kom taug kev hauv qhov kaj uas tawm los ntawm chav zwm txwv ntawm Vajtswv, thaum lub sijhawm kev tsim txom uas pib ntawm txoj cai Hnub Caiv hauv Tebchaws Meskas? Dab tsi nyob hauv qhov kev sim siab ntawm kev tsim tsa daim duab ntawm tus tsiaj qus uas muab cov nkauj xwb ntse kaw ruaj rau hauv ib txoj kev paub uas cia lawv hla dhau tau lub caij nyoog kev tsim txom uas pib ntawm txoj cai Hnub Caiv, thaum kev thim txoj kev ntseeg ntawm lub tebchaws raug raws los ntawm kev puas tsuaj ntawm lub tebchaws, thiab Xatas pib nws tej hauj lwm uas txaus qhuas kawg?</w:t>
      </w:r>
    </w:p>
    <w:p>
      <w:pPr>
        <w:pStyle w:val="ArticleScripture"/>
        <w:jc w:val="left"/>
      </w:pPr>
      <w:r>
        <w:rPr>
          <w:rFonts w:ascii="Times New Roman" w:hAnsi="Times New Roman" w:eastAsia="Times New Roman" w:cs="Times New Roman"/>
        </w:rPr>
        <w:t>“Tsis muaj peev xwm piav tau ib yam dab tsi kom qhia tau txog tej kev paub uas haiv neeg ntawm Vajtswv—cov uas tseem yuav ciaj sia nyob saum lub ntiajteb—yuav ntsib thaum lub hwjchim ci ntsa iab saum ntuj ceeb tsheej thiab kev rov muaj dua ntawm tej kev tsim txom yav tag los raug sib xyaw ua ke. Lawv yuav taug kev hauv qhov kaj uas tawm tuaj ntawm lub zwm txwv ntawm Vajtswv. Los ntawm cov timtswv yuav muaj kev sib txuas lus tsis tu ncua ntawm ntuj ceeb tsheej thiab lub ntiajteb. Thiab Xatas, raug cov timtswv phem nyob ib ncig, thiab lees tias nws yog Vajtswv, yuav ua tej txujci tseem ceeb txhua yam, kom dag tau, yog ua tau, txawm yog cov xaiv tseg ntawd los.” Testimonies, volume 9, 16.</w:t>
      </w:r>
    </w:p>
    <w:p>
      <w:pPr>
        <w:pStyle w:val="ArticleBody"/>
        <w:jc w:val="left"/>
      </w:pPr>
      <w:r>
        <w:rPr>
          <w:rFonts w:ascii="Times New Roman" w:hAnsi="Times New Roman" w:eastAsia="Times New Roman" w:cs="Times New Roman"/>
        </w:rPr>
        <w:t>Muam White hais lus txog zaj lus uas Khetos tau nthuav tawm hauv lub tsev sab laj hauv Kapena-us raws li tau sau tseg hauv Yauhas tshooj rau. Nws tej lus hais ntawd nyob hauv The Desire of Ages, hauv tshooj uas muaj npe tias The Crisis in Galilee. Nyob ntawd nws qhia kom pom tseeb tias Khetos tsis tau siv ib qho kev rau siab li los txwv txoj kev ntxeev siab uas tau tshwm sim hauv Yauhas tshooj rau, txawm yog Nws twb paub meej kawg nkaus lawm tias Nws yuav poob cov thwjtim coob dua thaum ntawd dua li lwm lub sijhawm twg los hauv Nws txoj hauj lwm qhuab qhia nyob nrog tibneeg.</w:t>
      </w:r>
    </w:p>
    <w:p>
      <w:pPr>
        <w:pStyle w:val="ArticleScripture"/>
        <w:jc w:val="left"/>
      </w:pPr>
      <w:r>
        <w:rPr>
          <w:rFonts w:ascii="Times New Roman" w:hAnsi="Times New Roman" w:eastAsia="Times New Roman" w:cs="Times New Roman"/>
        </w:rPr>
        <w:t>“Thaum Yexus nthuav tawm qhov tseeb uas yog ib txoj kev sim siab, uas ua rau coob leej ntawm Nws cov thwjtim thim rov qab, Nws twb paub lawm tias lo lus uas Nws hais yuav ua rau muaj txiaj ntsig li cas; tiamsis Nws muaj ib lub hom phiaj ntawm txoj kev hlub tshua uas yuav tsum ua kom tiav. Nws pom ua ntej tias nyob rau lub sijhawm ntawm kev sim siab, txhua tus ntawm Nws cov thwjtim uas Nws hlub yuav raug kuaj hnyav kawg nkaus. Nws txoj kev txom nyem ntsuav hauv Kexemanes, Nws txoj kev raug ntxeev siab thiab raug ntsia saum ntoo khaub lig, yuav yog ib qho kev kuaj nyuaj tshaj plaws rau lawv. Yog tsis tau muaj ib txoj kev sim ua ntej, coob leej uas raug txhawb los ntawm tej lub siab xav qia dub xwb yuav tau koom nrog lawv. Thaum lawv tus Tswv raug txiav txim hauv lub tsev hais plaub; thaum cov neeg coob coob uas tau hu Nws ua lawv tus vajntxwv tig los cem Nws thiab thuam Nws; thaum pawg neeg qw thuam ntawd hu tias, ‘Muab Nws ntsia saum ntoo khaub lig!’—thaum lawv tej kev cia siab hauv ntiajteb poob nthav, cov neeg uas nrhiav lawv tus kheej tej no yuav, los ntawm kev tsis lees lawv txoj kev ncaj ncees rau Yexus, coj kev tu siab iab thiab kev quaj ntsuag hnyav rau hauv siab los rau saum cov thwjtim, ntxiv rau lawv txoj kev tu siab thiab kev chim siab vim lawv tej kev cia siab uas lawv hlub tshaj raug puas tsuaj tas. Nyob rau hauv lub sijhawm tsaus ntuj ntawd, tus yam ntxwv ntawm cov uas tig ncaim ntawm Nws tej zaum yuav rub tau lwm tus mus nrog lawv thiab. Tiamsis Yexus ua kom muaj qhov teebmeem no tshwm sim thaum Nws tseem nyob nrog lawv ntawm Nws tus kheej xub ntiag, xwv kom Nws tseem yuav txhawb tau txoj kev ntseeg ntawm Nws cov thwjtim tseeb.”</w:t>
      </w:r>
    </w:p>
    <w:p>
      <w:pPr>
        <w:pStyle w:val="ArticleScripture"/>
        <w:jc w:val="left"/>
      </w:pPr>
      <w:r>
        <w:rPr>
          <w:rFonts w:ascii="Times New Roman" w:hAnsi="Times New Roman" w:eastAsia="Times New Roman" w:cs="Times New Roman"/>
        </w:rPr>
        <w:t>“Tus Cawm Seej uas muaj kev khuv leej, tus uas nyob rau hauv kev paub puv ntoob txog txoj kev puastsuaj uas tos Nws, los tseem maj mam tsa kom txoj kev rau cov thwjtim du, npaj lawv rau lawv txoj kev sim siab loj tshaj plaws, thiab txhawb lawv kom muaj zog rau txoj kev xeem zaum kawg!” The Desire of Ages, 394.</w:t>
      </w:r>
    </w:p>
    <w:p>
      <w:pPr>
        <w:pStyle w:val="ArticleBody"/>
        <w:jc w:val="left"/>
      </w:pPr>
      <w:r>
        <w:rPr>
          <w:rFonts w:ascii="Times New Roman" w:hAnsi="Times New Roman" w:eastAsia="Times New Roman" w:cs="Times New Roman"/>
        </w:rPr>
        <w:t>Txoj cai Hnub Caiv yog txoj kev sim siab zaum kawg uas tus cwj pwm raug qhia tawm. Ua ntej txoj kev sim siab zaum kawg, Khetos, tus uas tsis txawj hloov li, tso cai rau ib txoj kev sim siab uas yuav txiav txim rau Nws haiv neeg txoj hmoo nyob mus ib txhis. Qhov no yog ib txoj kev sim siab uas lawv yuav tsum dhau ua ntej lawv raug muab cim, thiab ua ntej lawv lub sijhawm sim haum xeeb xaus rau ntawm txoj cai Hnub Caiv. Nws yog ib txoj kev sim siab raws li kev yaj saub uas npaj cov nkauj xwb txawj ntse “rau lawv txoj kev sim siab loj tshaj plaws, thiab ua kom lawv muaj zog rau txoj kev sim siab zaum kawg!” Txoj kev sim siab zaum kawg yog lawv txoj kev sim siab loj tshaj plaws, thiab nyob rau lub sijhawm raug sim ntawd, cov nkauj xwb txawj ntse “yuav taug kev hauv qhov pom kev uas tawm hauv Vajtswv lub zwm txwv los”. Dab tsi nyob hauv txoj txheej txheem raug sim uas raug sawv cev ua “kev tsim tsa tus duab ntawm tus tsiaj nyaum” uas npaj cov nkauj xwb txawj ntse rau txoj kev sim siab loj tshaj plaws thiab cia lawv taug kev hauv qhov pom kev uas tawm hauv Vajtswv lub zwm txwv los? Qhov pom kev uas tawm hauv Vajtswv lub zwm txwv los yog dab tsi?</w:t>
      </w:r>
    </w:p>
    <w:p>
      <w:pPr>
        <w:pStyle w:val="ArticleScripture"/>
        <w:jc w:val="left"/>
      </w:pPr>
      <w:r>
        <w:rPr>
          <w:rFonts w:ascii="Times New Roman" w:hAnsi="Times New Roman" w:eastAsia="Times New Roman" w:cs="Times New Roman"/>
        </w:rPr>
        <w:t>Thiab thaum Nws qhib lub xya lub foob lawm, muaj kev ntsiag to nyob saum ntuj kwv yees li ib nrab teev. Thiab kuv pom xya tus timtswv uas sawv ntawm Vajtswv xub ntiag; thiab tau muab xya lub raj rau lawv. Thiab muaj dua ib tug timtswv tuaj sawv ntawm lub thaj, tuav ib lub tais xyab kub; thiab tau muab xyab ntau heev rau nws, xwv kom nws yuav muab xyab ntawd nrog tej lus thov ntawm txhua tus neeg dawb huv fij rau saum lub thaj kub uas nyob ntawm lub zwm txwv xub ntiag. Thiab pa taws ntawm tej xyab ntawd, uas tuaj nrog tej lus thov ntawm cov neeg dawb huv, tau nce mus rau Vajtswv xub ntiag tawm ntawm tus timtswv txhais tes. Thiab tus timtswv muab lub tais xyab los, puv nws nrog hluav taws ntawm lub thaj, thiab muab pov rau hauv lub ntiajteb: ces muaj suab nrov, thiab xob quaj, thiab xob laim, thiab av qeeg. Tshwmsim 8:1–5.</w:t>
      </w:r>
    </w:p>
    <w:p>
      <w:pPr>
        <w:pStyle w:val="ArticleBody"/>
        <w:jc w:val="left"/>
      </w:pPr>
      <w:r>
        <w:rPr>
          <w:rFonts w:ascii="Times New Roman" w:hAnsi="Times New Roman" w:eastAsia="Times New Roman" w:cs="Times New Roman"/>
        </w:rPr>
        <w:t>Hnub kawg nkaus no, nyob rau lub caij nyoog uas zaj lus piv txwv txog kaum tus ntxhais nkauj xwb tab tom raug ua tiav thiab ib puas plaub caug plaub txhiab tus tab tom raug muab cim, lub xya foob raug qhib, thiab nws qhia txog hluav taws raug pov los rau hauv ntiajteb los ua lus teb rau cov neeg dawb huv tej lus thov. Hluav taws uas raug pov nqes los hauv qhov kev ua tiav kawg thiab zoo meej ntawm zaj lus piv txwv txog kaum tus ntxhais nkauj xwb yog txoj xov ntawm kev quaj thaum ib tag hmo, raws li tau ua qauv qhia los ntawm kev ntws los ntawm tus Vaj Ntsuj Plig Dawb Huv rau ntawm Exeter camp meeting, thiab kev ntws los ntawm tus Vaj Ntsuj Plig Dawb Huv rau hnub Peetekos, uas nyob ntawd tau sawv cev ua hluav taws. Cia li saib Muam White cov lus piav qhia txog txoj xov ntawm kev quaj thaum ib tag hmo.</w:t>
      </w:r>
    </w:p>
    <w:p>
      <w:pPr>
        <w:pStyle w:val="ArticleScripture"/>
        <w:jc w:val="left"/>
      </w:pPr>
      <w:r>
        <w:rPr>
          <w:rFonts w:ascii="Times New Roman" w:hAnsi="Times New Roman" w:eastAsia="Times New Roman" w:cs="Times New Roman"/>
        </w:rPr>
        <w:t>“Cov uas tau tsis lees txais thawj zaj lus twb tsis muaj peev xwm tau txiaj ntsim los ntawm zaj lus thib ob li; thiab lawv kuj tsis tau txais txiaj ntsim los ntawm txoj kev qw thaum ib tag hmo, uas yog los npaj lawv kom nkag tau nrog Yexus los ntawm txoj kev ntseeg mus rau hauv qhov chaw Dawb Huv Tshaj Plaws ntawm lub tuam tsev dawb huv saum ntuj ceeb tsheej. Thiab vim lawv tsis lees txais ob zaj lus ua ntej ntawd, lawv thiaj ua rau lawv txoj kev to taub tsaus ntuj nti heev mus txog qib uas lawv tsis pom ib qho kaj nyob hauv zaj lus ntawm tus tim tswv thib peb li, uas qhia txoj kev mus rau hauv qhov chaw Dawb Huv Tshaj Plaws. Kuv tau pom tias ib yam li cov Yudais tau muab Yexus ntsia saum ntoo khaub lig, cov koom txoos uas tsuas muaj npe xwb kuj tau muab cov zaj lus no ntsia saum ntoo khaub lig thiab, yog li ntawd lawv thiaj tsis muaj kev paub txog txoj kev mus rau hauv qhov chaw Dawb Huv Tshaj Plaws, thiab lawv tsis muaj peev xwm tau txiaj ntsim los ntawm Yexus txoj kev thov sawv cev rau lawv nyob ntawd. Zoo ib yam li cov Yudais, uas tau nqa lawv tej kev txi uas tsis muaj nqis los fij, lawv kuj nce lawv tej lus thov uas tsis muaj nqis mus rau chav uas Yexus twb tawm ntawm lawm; thiab Xatas, zoo siab rau txoj kev dag ntxias ntawd, txais ib lub yam ntxwv kev cai dab qhuas, thiab coj cov neeg no lub siab uas lees tias yog cov Khixatia no mus cuag nws tus kheej, ua haujlwm nrog nws lub hwj chim, nws tej cim, thiab tej yam txuj ci dag, kom khi lawv ruaj khov rau hauv nws lub ntxiab.” Early Writings, 259.</w:t>
      </w:r>
    </w:p>
    <w:p>
      <w:pPr>
        <w:pStyle w:val="ArticleBody"/>
        <w:jc w:val="left"/>
      </w:pPr>
      <w:r>
        <w:rPr>
          <w:rFonts w:ascii="Times New Roman" w:hAnsi="Times New Roman" w:eastAsia="Times New Roman" w:cs="Times New Roman"/>
        </w:rPr>
        <w:t>Nyob rau hauv keeb kwm ntawm cov Millerite, txoj kev sim siab ntawm zaj lus ntawm lub suab quaj thaum ib tag hmo “yog los npaj lawv kom lawv nrog Yexus nkag tau los ntawm txoj kev ntseeg mus rau hauv qhov chaw dawb huv tshaj plaws ntawm lub tuam tsev dawb huv saum ntuj ceeb tsheej.” Zaj lus ntawm lub suab quaj thaum ib tag hmo uas tam sim no tab tom raug nthuav tawm no kuj raug sawv cev ua qhov kev sim siab ntawm kev tsim tsa tus duab ntawm tus tsiaj qus. Ob leeg puav leej yog qhov kev sim siab uas coj mus txog rau lub sijhawm kaw ntawm lub caij sim siab uas qhov cwj pwm raug qhia tawm. Thaum cov Millerite tau los ntawm txoj kev ntseeg nkag mus rau hauv Qhov Chaw Dawb Huv Tshaj Plaws, lawv txoj kev ntseeg tau rov raug sim dua ib zaug ntxiv. Txoj kev ntseeg ntawm ib puas plaub caug plaub txhiab leej yuav raug sim nyob rau ntawm txoj cai Hnub Caiv, tiam sis lawv raug cog lus tseg tias lawv yuav nyob nyab xeeb, vim lawv yuav taug kev “hauv qhov kaj uas tawm los ntawm” lub foob xya, uas tau qhib thaum zaj lus ntawm lub suab quaj thaum ib tag hmo pib raug qhib tawm thaum Lub Xya Hli xyoo 2023.</w:t>
      </w:r>
    </w:p>
    <w:p>
      <w:pPr>
        <w:pStyle w:val="ArticleBody"/>
        <w:jc w:val="left"/>
      </w:pPr>
      <w:r>
        <w:rPr>
          <w:rFonts w:ascii="Times New Roman" w:hAnsi="Times New Roman" w:eastAsia="Times New Roman" w:cs="Times New Roman"/>
        </w:rPr>
        <w:t>Txoj lus uas raug qhib tawm thaum lub sij hawm ntawd raug tsim tsa los ntawm txoj kev kawm “kab dhau kab,” uas yog txoj kev ua hauj lwm ntawm nag kawg. Nag kawg pib txau me me rau xyoo 2001, thiab kev sim xyuas zaum kawg ntawm Adventism pib lawm. Thaum Lub Xya Hli xyoo 2023 lub caij kawg hauv txoj kev sim xyuas uas xaus rau ntawm txoj cai hnub Sunday tau pib thaum txoj lus ntawm lub suab qw ib tag hmo los txog, uas kuj yog nag kawg thiab, uas kuj yog kev paub nce ntxiv uas raug tsim tawm thaum lub foob xya raug muab tshem tawm, thiab kuj yog kev qhib tawm ntawm xya nroo ib yam nkaus li Tshwm Sim ntawm Yexus Khetos. Txhua txoj kab uas sawv cev rau kev qhib tawm ntawm lub teeb yaj saub raug txheeb qhia tias raug qhib tawm hauv keeb kwm zais ntawm nqe plaub caug ntawm Daniel tshooj kaum ib.</w:t>
      </w:r>
    </w:p>
    <w:p>
      <w:pPr>
        <w:pStyle w:val="ArticleBody"/>
        <w:jc w:val="left"/>
      </w:pPr>
      <w:r>
        <w:rPr>
          <w:rFonts w:ascii="Times New Roman" w:hAnsi="Times New Roman" w:eastAsia="Times New Roman" w:cs="Times New Roman"/>
        </w:rPr>
        <w:t>Hauv txoj kab keeb kwm uas zais ntawd, txoj kab ntawm peb lub cim tseem ceeb thawj zaug ntawm Tsab Cai Lij Choj raug sawv cev. Nws yog txoj kab thaum pawg ntseeg thiab xeev los koom ua ke tsim tus duab ntawm tus tsiaj qus. Nws muaj ib txoj kab yaj saub uas hais txog cov thawj tswj hwm ntawm Tebchaws Meskas, uas ua qauv qhia txog cov txheej txheem ntawm cov kev tawm tsam hauv nom tswv uas tshwm sim hauv keeb kwm ntawm lub kub Republican ntawm tus tsiaj qus hauv ntiajteb. Txoj kab ntawd suav nrog cov keeb kwm sib txig ntawm ob tog nom tswv loj ntawm Tebchaws Meskas. Txoj kab ntawd muaj kev txheeb ze ze heev rau lub kub ntawm Protestantism uas tau thim txoj kev ntseeg tseeb, txij thaum nws pib xyoo 1844 mus txog thaum nws txeeb tau txoj kev tswj hwm ntawm tsoom fwv pej xeem thaum txoj cai Hnub Caiv.</w:t>
      </w:r>
    </w:p>
    <w:p>
      <w:pPr>
        <w:pStyle w:val="ArticleBody"/>
        <w:jc w:val="left"/>
      </w:pPr>
      <w:r>
        <w:rPr>
          <w:rFonts w:ascii="Times New Roman" w:hAnsi="Times New Roman" w:eastAsia="Times New Roman" w:cs="Times New Roman"/>
        </w:rPr>
        <w:t>Txoj hauj lwm yaj saub ntawm Protestantism tus uas tau thim txojkev ntseeg muaj xws li zaj lus tim khawv ntawm Hasmonaean Dynasty ua ib lub cim sawv cev rau Protestantism uas tau thim txojkev ntseeg. Hauv keeb kwm yav tom qab ntawm txoj kab ntawm lub hwj chim kub ntawm Protestantism uas tau thim txojkev ntseeg, koj kuj pom txoj kab ntawm pawg ntseeg Seventh-day Adventist uas yog Laodicea. Ntawm txoj kab ntawm Laodicean Adventism, koj pom txoj kab ntawm ib puas plaub caug plaub txhiab leej. Keeb kwm uas raug zais ntawd kuj muaj txoj kab ntawm Islam ntawm txoj kev txom nyem thib peb. Russia muaj ib txoj kab, United Nations muaj ib txoj kab thiab tseeb tiag, lub hwj chim papal kuj muaj ib txoj kab.</w:t>
      </w:r>
    </w:p>
    <w:p>
      <w:pPr>
        <w:pStyle w:val="ArticleBody"/>
        <w:jc w:val="left"/>
      </w:pPr>
      <w:r>
        <w:rPr>
          <w:rFonts w:ascii="Times New Roman" w:hAnsi="Times New Roman" w:eastAsia="Times New Roman" w:cs="Times New Roman"/>
        </w:rPr>
        <w:t>Yog ib tug tub kawm txog tej lus faj lem mob siab rau nws tus kheej ib yam li ib tug Berean uas nyob rau hnub kawg, nws yuav noj raws cov kab uas raug txheeb pom nyob hauv keeb kwm zais ntawm nqe plaub caug. Tus tub kawm txog tej lus faj lem yuav muab phau ntawv ntawd tawm hauv tus tim tswv txhais tes los noj. Ces thaum txoj kev sim siab kawg ntawm txoj cai Sunday los txog, nws yuav tsis yog tsuas yog los nkag siab txog txoj xov ntawm lub suab quaj thaum ib tag hmo uas raug qhib foob lawm xwb, tiam sis nws yuav nkag siab tag nrho tias daim duab ntawm tus tsiaj qus tau raug tsim nyob rau hauv Tebchaws Meskas li cas.</w:t>
      </w:r>
    </w:p>
    <w:p>
      <w:pPr>
        <w:pStyle w:val="ArticleBody"/>
        <w:jc w:val="left"/>
      </w:pPr>
      <w:r>
        <w:rPr>
          <w:rFonts w:ascii="Times New Roman" w:hAnsi="Times New Roman" w:eastAsia="Times New Roman" w:cs="Times New Roman"/>
        </w:rPr>
        <w:t>Qhov kaj ntawm lub cim xya tawm los ntawm lub zwm txwv, thiab hauv lub ntsiab lus ntawm zaj lus piv txwv txog kaum tus nkauj xwb, nws yog zaj xov ntawm lub suab quaj thaum ib tag hmo. Zaj xov ntawm lub suab quaj thaum ib tag hmo yog yam uas npaj cov nkauj xwb uas muaj tswvyim rau lub caij nyoog thaum tej kev tsim txom yav dhau los rov muaj dua.</w:t>
      </w:r>
    </w:p>
    <w:p>
      <w:pPr>
        <w:pStyle w:val="ArticleScripture"/>
        <w:jc w:val="left"/>
      </w:pPr>
      <w:r>
        <w:rPr>
          <w:rFonts w:ascii="Times New Roman" w:hAnsi="Times New Roman" w:eastAsia="Times New Roman" w:cs="Times New Roman"/>
        </w:rPr>
        <w:t>“Hauv kev tshuaj xyuas peb tej keeb kwm yav dhau los, thaum tau hla los ntawm txhua theem ntawm txoj kev nce qib mus txog peb txoj hauj lwm tam sim no, kuv hais tau tias, Qhuas Vajtswv! Thaum kuv pom yam uas Vajtswv tau ua, kuv puv npo kev xav tsis thoob, thiab muaj kev ntseeg siab rau hauv Khetos uas yog tus Thawj Coj. Peb tsis muaj ib yam dab tsi yuav ntshai txog yav tom ntej tsuas yog thaum peb tsis nco qab txoj kev uas tus Tswv tau coj peb los, thiab Nws tej lus qhia hauv peb tej keeb kwm yav dhau los.” Testimonies to Ministers, 31.</w:t>
      </w:r>
    </w:p>
    <w:p>
      <w:pPr>
        <w:pStyle w:val="ArticleBody"/>
        <w:jc w:val="left"/>
      </w:pPr>
      <w:r>
        <w:rPr>
          <w:rFonts w:ascii="Times New Roman" w:hAnsi="Times New Roman" w:eastAsia="Times New Roman" w:cs="Times New Roman"/>
        </w:rPr>
        <w:t>Tus Tswv tab tom coj Nws haiv neeg hauv txoj kev sim siab uas tau pib thaum Lub Xya hli ntuj, 2023. Nws txoj kev coj suav nrog kev qhib tawm txoj Lus yaj saub uas muaj feem xyuam rau keeb kwm zais cia ntawm nqe plaub caug. Keeb kwm ntawd qhia meej txog qhov uas tus duab ntawm tus tsiaj qus raug tsim tsa li cas hauv Tebchaws Meskas, thiab yeej tsis yog tsuas yog hais txog qhov ntawd xwb, tiam sis tseem hais txog ntau yam dua ntxiv ntawm tej xwm txheej thaum lub sijhawm kawg. Thaum peb pom peb tus kheej nyob hauv txoj kev sim siab kawg nkaus thaum txoj cai Hnub Sunday los txog, thaum tej kev tsim txom yav tag los tab tom pib rov muaj dua, peb “tsis muaj dab tsi yuav ntshai txog yav tom ntej tsuas yog thaum peb tsis nco qab txoj kev uas Tus Tswv tau coj peb, thiab Nws tej lus qhia hauv peb zaj keeb kwm yav dhau los.”</w:t>
      </w:r>
    </w:p>
    <w:p>
      <w:pPr>
        <w:pStyle w:val="ArticleBody"/>
        <w:jc w:val="left"/>
      </w:pPr>
      <w:r>
        <w:rPr>
          <w:rFonts w:ascii="Times New Roman" w:hAnsi="Times New Roman" w:eastAsia="Times New Roman" w:cs="Times New Roman"/>
        </w:rPr>
        <w:t>Thaum txog txoj cai Hnub Caiv, “keeb kwm yav dhau los” yuav rov muaj dua nyob rau lub sijhawm uas daim duab ntawm tus tsiaj qus raug tsim nyob rau hauv Tebchaws Meskas. Tus Tsov Ntxhuav ntawm xeem Yudas tau qhib lub cim kawg ntawd thiab coj Nws haiv neeg los txog rau keeb kwm uas muab zais cia hauv nqe plaub caug. Nyob ntawd Nws tau qhia Nws haiv neeg kom tsis yog tsuas yog to taub Nws Txojlus Yaj Saub xwb, tiamsis kuj kom pom tias yog ib txoj cai tshwjxeeb thiab ib lub luag haujlwm uas yuav tsum tau mus cuag ib qho kev paub dhau los uas tsim nyog, kom thiaj nyob tau nrog cov neeg ntawm Nws haiv neeg uas yuav tsum ua Nws cov sawv cev nyob rau hauv txoj kev kub ntxhov kawg nkaus.</w:t>
      </w:r>
    </w:p>
    <w:p>
      <w:pPr>
        <w:pStyle w:val="ArticleBody"/>
        <w:jc w:val="left"/>
      </w:pPr>
      <w:r>
        <w:rPr>
          <w:rFonts w:ascii="Times New Roman" w:hAnsi="Times New Roman" w:eastAsia="Times New Roman" w:cs="Times New Roman"/>
        </w:rPr>
        <w:t>Ib yam ntxwv ntawm kev cev lus faj lem ntawm cov neeg ntawd yog tias lawv paub yuav taug kev li cas raws li qhov kaj uas tawm los ntawm lub zwm txwv. Qhov kaj ntawd yog qhov kaj ntawm keeb kwm uas tau zais tseg hauv nqe plaub caug, uas piav qhia meej ntxaws txog cov txheej txheem kev ntseeg, kev nom kev tswv, kev sib raug zoo hauv zej zog, thiab kev khwv nyiaj txiag uas koom tes hauv kev tsa tus tsiaj qus daim duab hauv Tebchaws Meskas. Qhov kaj uas raug lees paub txog zaj keeb kwm dawb huv no raug tsim tawm los ntawm kev siv kab raws kab, ntawm no me ntsis thiab qhov ntawd me ntsis, thiab nws yog qhov kaj uas piav txog keeb kwm thaum tej kev tsim txom ntawm yav tag los rov raug pib dua ib zaug ntxiv.</w:t>
      </w:r>
    </w:p>
    <w:p>
      <w:pPr>
        <w:pStyle w:val="ArticleBody"/>
        <w:jc w:val="left"/>
      </w:pPr>
      <w:r>
        <w:rPr>
          <w:rFonts w:ascii="Times New Roman" w:hAnsi="Times New Roman" w:eastAsia="Times New Roman" w:cs="Times New Roman"/>
        </w:rPr>
        <w:t>Cov uas to taub txog txoj kev nce ntxiv ntawm kev paub yog cov neeg muaj tswvyim, thiab txoj kev nce ntxiv ntawm kev paub ntawd yog nyob saum txoj kev tsim tsa daim duab ntawm tus tsiaj qus, thiab cov neeg muaj tswvyim yuav to taub keeb kwm ntawm txoj kev tsim tsa daim duab ntawm tus tsiaj qus hauv ntiajteb ua ntej qhov keeb kwm ntawd los txog. Yexus, raws li Alpha thiab Omega, ib txwm qhia txog qhov kawg ntawm ib yam los ntawm qhov pib ntawm ib yam.</w:t>
      </w:r>
    </w:p>
    <w:p>
      <w:pPr>
        <w:pStyle w:val="ArticleBody"/>
        <w:jc w:val="left"/>
      </w:pPr>
      <w:r>
        <w:rPr>
          <w:rFonts w:ascii="Times New Roman" w:hAnsi="Times New Roman" w:eastAsia="Times New Roman" w:cs="Times New Roman"/>
        </w:rPr>
        <w:t>Nws tsim nyog yuav tsum nco ntsoov tias nqe lus uas Sister White qhia tias Vajtswv haiv neeg yuav taug kev hauv qhov kaj uas tawm ntawm lub zwm txwv los ntawd yog qhov xaus ntawm tshooj ib hauv Testimonies, volume cuaj. Tshooj ntawd pib ntawm nplooj kaum ib, yog li ntawd tshooj ntawd pib ntawm cuaj-kaum ib thiab xaus nrog kev piav txog txoj cai Hnub Caiv. Nws piav txog lub sijhawm uas tus mlom ntawm tus tsiaj qus raug tsim tsa thiab ib puas plaub caug plaub txhiab leej raug muab nthuav tawm, tabsis tsuas yog yog nej muaj txoj kev ntseeg txaus pom tshooj ntawd raws li yam ntawd xwb.</w:t>
      </w:r>
    </w:p>
    <w:p>
      <w:pPr>
        <w:pStyle w:val="ArticleBody"/>
        <w:jc w:val="left"/>
      </w:pPr>
      <w:r>
        <w:rPr>
          <w:rFonts w:ascii="Times New Roman" w:hAnsi="Times New Roman" w:eastAsia="Times New Roman" w:cs="Times New Roman"/>
        </w:rPr>
        <w:t>Ua yog thawj feem ntawm phau cuaj, nws qhib nrog qhov kev txheeb xyuas ntawd, thiab siv lub npe, Rau Kev Los Ntawm Vajntxwv. Qhov no qhia meej tias nws tsis yog tsuas yog hais txog Kev Rov Los Zaum Ob ntawm Khetos xwb, tiamsis kuj hais txog zaj lus piv txwv ntawm kaum tus nkauj xwb thiab, rau qhov lub npe ntawm feem ntawd mam li hais nqe lus ntawm Povlauj.</w:t>
      </w:r>
    </w:p>
    <w:p>
      <w:pPr>
        <w:pStyle w:val="ArticleScripture"/>
        <w:jc w:val="left"/>
      </w:pPr>
      <w:r>
        <w:rPr>
          <w:rFonts w:ascii="Times New Roman" w:hAnsi="Times New Roman" w:eastAsia="Times New Roman" w:cs="Times New Roman"/>
        </w:rPr>
        <w:t>“Ntu 1—Rau Kev Los Txog ntawm Vajntxwv</w:t>
      </w:r>
    </w:p>
    <w:p>
      <w:pPr>
        <w:pStyle w:val="ArticleScripture"/>
        <w:jc w:val="left"/>
      </w:pPr>
      <w:r>
        <w:rPr>
          <w:rFonts w:ascii="Times New Roman" w:hAnsi="Times New Roman" w:eastAsia="Times New Roman" w:cs="Times New Roman"/>
        </w:rPr>
        <w:t>“‘Tsuas tshuav ib nyuag pliag me ntsis xwb, ces Tus uas yuav los ntawd yuav los tiag, thiab yuav tsis ncua sijhawm.’ Henplais 10:37.”</w:t>
      </w:r>
    </w:p>
    <w:p>
      <w:pPr>
        <w:pStyle w:val="ArticleBody"/>
        <w:jc w:val="left"/>
      </w:pPr>
      <w:r>
        <w:rPr>
          <w:rFonts w:ascii="Times New Roman" w:hAnsi="Times New Roman" w:eastAsia="Times New Roman" w:cs="Times New Roman"/>
        </w:rPr>
        <w:t>Ob nqe lus tom ntej no raug tseg tsis muab sau nrog, tiam sis lawv pab ntxiv rau qhov kaj nyob hauv nqe no.</w:t>
      </w:r>
    </w:p>
    <w:p>
      <w:pPr>
        <w:pStyle w:val="ArticleScripture"/>
        <w:jc w:val="left"/>
      </w:pPr>
      <w:r>
        <w:rPr>
          <w:rFonts w:ascii="Times New Roman" w:hAnsi="Times New Roman" w:eastAsia="Times New Roman" w:cs="Times New Roman"/>
        </w:rPr>
        <w:t>Vim tshuav ib nyuag sij hawm ntxiv xwb, tus uas yuav los ntawd yeej yuav los, thiab yuav tsis ncua. Nim no tus neeg ncaj ncees yuav muaj sia nyob vim txoj kev ntseeg; tiam sis yog leej twg thim rov qab, kuv tus ntsuj plig yuav tsis txaus siab rau nws. Tiamsis peb tsis yog cov uas thim rov qab mus rau txoj kev puam tsuaj; peb yog cov uas ntseeg mus txog qhov cawm tau tus ntsuj plig. Henplais 10:37–39.</w:t>
      </w:r>
    </w:p>
    <w:p>
      <w:pPr>
        <w:pStyle w:val="ArticleBody"/>
        <w:jc w:val="left"/>
      </w:pPr>
      <w:r>
        <w:rPr>
          <w:rFonts w:ascii="Times New Roman" w:hAnsi="Times New Roman" w:eastAsia="Times New Roman" w:cs="Times New Roman"/>
        </w:rPr>
        <w:t>Pajlug tab tom hais txog Habakkuk qhov chaw uas cov nkauj xwb txawj ntse uas ncaj ncees raug muab sib piv nrog cov uas Pajlug hais tias “thim rov qab mus rau kev puas tsuaj.” Habakkuk hais li no:</w:t>
      </w:r>
    </w:p>
    <w:p>
      <w:pPr>
        <w:pStyle w:val="ArticleScripture"/>
        <w:jc w:val="left"/>
      </w:pPr>
      <w:r>
        <w:rPr>
          <w:rFonts w:ascii="Times New Roman" w:hAnsi="Times New Roman" w:eastAsia="Times New Roman" w:cs="Times New Roman"/>
        </w:rPr>
        <w:t>Saib seb, tus uas nws tus ntsuj plig khav theeb tsis ncaj ncees nyob hauv nws; tiam sis tus ncaj ncees yuav muaj sia nyob los ntawm nws txoj kev ntseeg. Habakkuk 2:4.</w:t>
      </w:r>
    </w:p>
    <w:p>
      <w:pPr>
        <w:pStyle w:val="ArticleBody"/>
        <w:jc w:val="left"/>
      </w:pPr>
      <w:r>
        <w:rPr>
          <w:rFonts w:ascii="Times New Roman" w:hAnsi="Times New Roman" w:eastAsia="Times New Roman" w:cs="Times New Roman"/>
        </w:rPr>
        <w:t>Lub sij hawm ncua ntawm Habakkuk yog lub sij hawm ncua ntawm kaum tus nkauj xwb, thiab tshooj hais txog Vajntxwv uas tab tom los, txuas nrog Povlauj cov lus hauv Henplais, qhia meej txog kev ua tiav tag nrho thiab kev siv tshooj no kom raug nyob rau hauv lub caij nyoog ntawm kev muab khi rau ib puas plaub caug plaub txhiab leej. Lub caij nyoog ntawd tau pib thaum lub Cuaj Hlis 11, 2001 thiab xaus rau ntawm txoj cai Hnub Caiv, uas yog Laodicea Kev Ntseeg Adventist txoj kev kub ntxhov kawg, uas nyob hauv zaj lus piv txwv txog kaum tus nkauj xwb yog kev tshwm sim ntawm tus cwj pwm ntawm txoj cai Hnub Caiv. Cov nqe kawg ntawm tshooj ntawd hais txog txoj cai Hnub Caiv, thiab tshooj ntawd pib los ntawm kev hais txog lub Cuaj Hlis 11, 2001.</w:t>
      </w:r>
    </w:p>
    <w:p>
      <w:pPr>
        <w:pStyle w:val="ArticleScripture"/>
        <w:jc w:val="left"/>
      </w:pPr>
      <w:r>
        <w:rPr>
          <w:rFonts w:ascii="Times New Roman" w:hAnsi="Times New Roman" w:eastAsia="Times New Roman" w:cs="Times New Roman"/>
        </w:rPr>
        <w:t>“Qhov Kev Kub Ntxhov Kawg”</w:t>
      </w:r>
    </w:p>
    <w:p>
      <w:pPr>
        <w:pStyle w:val="ArticleScripture"/>
        <w:jc w:val="left"/>
      </w:pPr>
      <w:r>
        <w:rPr>
          <w:rFonts w:ascii="Times New Roman" w:hAnsi="Times New Roman" w:eastAsia="Times New Roman" w:cs="Times New Roman"/>
        </w:rPr>
        <w:t>“Peb tabtom nyob rau lub caij nyoog kawg. Tej cim qhia txog lub caij nyoog uas tab tom muaj tiav sai no tshaj tawm tias Khetos txoj kev los twb ze heev lawm. Cov hnub uas peb tabtom nyob no yog hnub hnyav thiab tseem ceeb. Vajtswv tus Ntsuj Plig tabtom maj mam, tiam sis yeej muaj tseeb, raug rho tawm ntawm lub ntiajteb. Tej kab mob kis loj thiab tej kev txiav txim twb tabtom poob los rau saum cov uas saib tsis taus Vajtswv txoj kev tshav ntuj lawm. Tej kev puastsuaj saum av thiab saum hiav txwv, lub xeev tsis ruaj tsis khov ntawm tibneeg zejzog, thiab tej suab ceeb toom txog kev ua rog, yog tej cim ceeb heev. Lawv yog tej uas twb xub qhia ua ntej txog tej xwm txheej tabtom los txog uas muaj qhov loj kawg nkaus.”</w:t>
      </w:r>
    </w:p>
    <w:p>
      <w:pPr>
        <w:pStyle w:val="ArticleScripture"/>
        <w:jc w:val="left"/>
      </w:pPr>
      <w:r>
        <w:rPr>
          <w:rFonts w:ascii="Times New Roman" w:hAnsi="Times New Roman" w:eastAsia="Times New Roman" w:cs="Times New Roman"/>
        </w:rPr>
        <w:t>“Cov tub txib ntawm txoj kev phem tab tom sib sau ua ke lawv tej peev xwm thiab tab tom sib koom ua ib pab khov kho. Lawv tab tom muab zog rau lub sijhawm txom nyem loj kawg nkaus uas nyob tom ntej. Tej kev hloov loj yuav tsis ntev no tshwm sim hauv peb lub ntiajteb no, thiab cov xwm txheej kawg yuav txav mus sai heev.</w:t>
      </w:r>
    </w:p>
    <w:p>
      <w:pPr>
        <w:pStyle w:val="ArticleScripture"/>
        <w:jc w:val="left"/>
      </w:pPr>
      <w:r>
        <w:rPr>
          <w:rFonts w:ascii="Times New Roman" w:hAnsi="Times New Roman" w:eastAsia="Times New Roman" w:cs="Times New Roman"/>
        </w:rPr>
        <w:t>“Qhov xwm txheej ntawm tej yam nyob hauv ntiajteb qhia tias lub sijhawm kev ntxhov siab twb nyob kiag ntawm peb lawm. Cov ntawv xov xwm niaj hnub puv npo ntawm tej yam qhia tias yuav muaj ib qho kev sib ntaus sib tua txaus ntshai nyob rau yav tom ntej uas ze heev. Kev nyiag quab yuam uas ua nrog kev tawv ncauj tshwm sim ntau zaus. Kev tawm tsam haujlwm yog yam muaj nquag. Kev tub sab thiab kev tua neeg raug ua nyob txhua txhia qhov chaw. Cov neeg uas dab phem muaj hwjchim kav tab tom rho txoj sia ntawm txiv neej, poj niam, thiab cov me nyuam yau. Tibneeg twb raug kev txawj ntxias ntawm kev phem kev qias, thiab txhua yam kev phem txhua hom yeej muaj hwjchim kav.”</w:t>
      </w:r>
    </w:p>
    <w:p>
      <w:pPr>
        <w:pStyle w:val="ArticleScripture"/>
        <w:jc w:val="left"/>
      </w:pPr>
      <w:r>
        <w:rPr>
          <w:rFonts w:ascii="Times New Roman" w:hAnsi="Times New Roman" w:eastAsia="Times New Roman" w:cs="Times New Roman"/>
        </w:rPr>
        <w:t>Tus yeeb ncuab twb tau vam meej rau hauv kev ua kom kev ncaj ncees qias tuaj thiab ua kom tibneeg lub siab puv npo nrog txoj kev ntshaw nrhiav txiaj ntsig rau tus kheej. “Kev ncaj ncees sawv deb: rau qhov qhov tseeb poob rau hauv txoj kev, thiab txoj kev ncaj nraim tsis muaj cuab kav nkag los.” Isaiah 59:14. Nyob hauv cov nroog loj muaj neeg coob coob uas ua neej nyob hauv kev pluag thiab kev txom nyem, yuav luag tsis muaj mov noj, chaw nyob, thiab ris tsho hnav; thaum nyob hauv tib cov nroog ntawd kuj muaj cov uas muaj ntau tshaj li lub siab xav tau, uas ua neej nyob nplua nuj nplhw, siv lawv tej nyiaj rau tej tsev uas txua kom zoo nkauj nplua mias, rau kev dai kom zoo rau tus kheej, los sis tseem phem tshaj ntawd, rau kev txaus siab rau lub cev nqaij daim tawv tej kev ntshaw, rau dej cawv, luam yeeb, thiab lwm yam uas rhuav tshem lub peev xwm ntawm lub hlwb, ua kom lub siab xav tsis sib npaug, thiab ua rau tus ntsuj plig poob qis qias neeg. Cov suab quaj ntawm tibneeg uas tshaib plab tab tom nce mus cuag Vajtswv, thaum los ntawm txhua yam kev tsim txom thiab kev nyiag txeeb, tibneeg tab tom sau khaws tej nyiaj txiag loj kawg nkaus.</w:t>
      </w:r>
    </w:p>
    <w:p>
      <w:pPr>
        <w:pStyle w:val="ArticleScripture"/>
        <w:jc w:val="left"/>
      </w:pPr>
      <w:r>
        <w:rPr>
          <w:rFonts w:ascii="Times New Roman" w:hAnsi="Times New Roman" w:eastAsia="Times New Roman" w:cs="Times New Roman"/>
        </w:rPr>
        <w:t>“Muaj ib zaug, thaum kuv nyob hauv New York City, thaum hmo ntuj kuv raug hu kom pom tej tsev uas tab tom tsa nce ib plag saum ib plag mus txog rau saum ntuj. Tej tsev no raug lees tias tiv taus hluav taws, thiab lawv raug txhim tsa los qhuas lawv cov tswv thiab cov uas ua lawv. Tej tsev no sawv siab dua qub thiab siab dua qub ntxiv mus, thiab hauv lawv tau siv cov ntaub ntawv uas kim tshaj plaws. Cov uas tej tsev no yog lawv tug tsis tau nug lawv tus kheej tias: ‘Peb yuav ua tau li cas kom qhuas Vajtswv zoo tshaj plaws?’ Tus Tswv tsis nyob hauv lawv tej kev xav.”</w:t>
      </w:r>
    </w:p>
    <w:p>
      <w:pPr>
        <w:pStyle w:val="ArticleScripture"/>
        <w:jc w:val="left"/>
      </w:pPr>
      <w:r>
        <w:rPr>
          <w:rFonts w:ascii="Times New Roman" w:hAnsi="Times New Roman" w:eastAsia="Times New Roman" w:cs="Times New Roman"/>
        </w:rPr>
        <w:t>“Kuv xav hais tias: ‘Au, thov kom cov uas tab tom nqis peev lawv tej cuab tam zoo li no pom tau lawv txoj kev raws li Vajtswv pom! Lawv tab tom txhim tsa tej vaj tse loj kawg nkaus, tiamsis lawv txoj kev npaj thiab kev txawj xav tsim ua ntawd ruam npaum li cas nyob rau hauv qhov muag ntawm Tus Kav lub qab ntuj khwb. Lawv tsis tab tom kawm siv tag nrho lub hwj chim ntawm siab thiab ntsws thiab lub tswv yim kom paub tias lawv yuav ua kom Vajtswv tau koob meej li cas. Lawv twb plam qhov no lawm, uas yog tibneeg txoj hauj lwm thawj tshaj plaws.’”</w:t>
      </w:r>
    </w:p>
    <w:p>
      <w:pPr>
        <w:pStyle w:val="ArticleScripture"/>
        <w:jc w:val="left"/>
      </w:pPr>
      <w:r>
        <w:rPr>
          <w:rFonts w:ascii="Times New Roman" w:hAnsi="Times New Roman" w:eastAsia="Times New Roman" w:cs="Times New Roman"/>
        </w:rPr>
        <w:t>“Thaum cov tsev siab loj no raug tsa nce siab, cov tswv zoo siab nrog txoj kev khav theeb uas muaj siab ntshaw, vim lawv muaj nyiaj siv los txaus siab rau tus kheej thiab ua kom lawv cov neeg nyob ze khib. Ib feem ntau ntawm cov nyiaj uas lawv tau nqis peev li no tau los ntawm kev quab yuam, los ntawm kev nias thiab zom cov neeg pluag kom txom nyem. Lawv tsis nco qab tias saum ntuj ceeb tsheej muaj ib phau ntawv suav khaws tseg txog txhua yam kev lag luam thiab kev ua haujlwm; txhua txoj kev sib cog lus tsis ncaj ncees, txhua txoj kev dag ntxias, txhua yam raug sau cia rau ntawd. Lub sijhawm tab tom los txog uas hauv lawv txoj kev dag ntxias thiab txoj kev khav theeb saib tsis taus, tibneeg yuav mus txog ib theem uas tus Tswv yuav tsis tso cai rau lawv hla mus ntxiv, thiab lawv yuav kawm paub tias kev ua siab ntev ntev ntawm Yehauvas kuj muaj ib ciam kawg.”</w:t>
      </w:r>
    </w:p>
    <w:p>
      <w:pPr>
        <w:pStyle w:val="ArticleScripture"/>
        <w:jc w:val="left"/>
      </w:pPr>
      <w:r>
        <w:rPr>
          <w:rFonts w:ascii="Times New Roman" w:hAnsi="Times New Roman" w:eastAsia="Times New Roman" w:cs="Times New Roman"/>
        </w:rPr>
        <w:t>“Qhov xwm txheej uas dhau los tom ntej ntawm kuv yog ib qho ceeb toom txog hluav taws kub. Cov neeg ntsia cov tsev siab loj uas xav tias tiv taus hluav taws thiab hais tias: ‘Lawv muaj kev ruaj ntseg tag nrho.’ Tiamsis cov tsev no raug hluav taws hlawv tas ib yam li yog ua los ntawm roj nplaum. Cov tsheb tua hluav taws ua tsis tau ib yam dab tsi los txwv txoj kev puas tsuaj ntawd. Cov neeg tua hluav taws tsis muaj peev xwm siv tau cov tshuab ntawd.”</w:t>
      </w:r>
    </w:p>
    <w:p>
      <w:pPr>
        <w:pStyle w:val="ArticleScripture"/>
        <w:jc w:val="left"/>
      </w:pPr>
      <w:r>
        <w:rPr>
          <w:rFonts w:ascii="Times New Roman" w:hAnsi="Times New Roman" w:eastAsia="Times New Roman" w:cs="Times New Roman"/>
        </w:rPr>
        <w:t>“Kuv tau txais lus qhuab qhia tias thaum tus Tswv lub sijhawm los txog, yog tias tsis tau muaj ib qho kev hloov pauv li hauv lub siab ntawm cov tibneeg khav theeb thiab muaj lub siab ntshaw meej mom, ces tibneeg yuav pom tias txhais tes uas muaj hwjchim cawm tau ntawd kuj yuav muaj hwjchim rhuav tshem thiab. Tsis muaj ib lub hwjchim hauv ntiajteb no yuav txwv tau Vajtswv txhais tes. Tsis muaj ib yam ntaub ntawv siv tau rau kev tsa vaj tse uas yuav khaws tau kom tej ntawd dim ntawm kev puastsuaj thaum lub sijhawm uas Vajtswv tau teem tseg los txog xa kev pauj txim rau tibneeg vim lawv tsis quav ntsej Nws txoj kevcai thiab vim lawv txoj kev ntshaw tus kheej.”</w:t>
      </w:r>
    </w:p>
    <w:p>
      <w:pPr>
        <w:pStyle w:val="ArticleScripture"/>
        <w:jc w:val="left"/>
      </w:pPr>
      <w:r>
        <w:rPr>
          <w:rFonts w:ascii="Times New Roman" w:hAnsi="Times New Roman" w:eastAsia="Times New Roman" w:cs="Times New Roman"/>
        </w:rPr>
        <w:t>“Tsis muaj coob leej, txawm yog nyob hauv cov xibfwb qhia ntawv thiab cov thawj coj hauv xeev, uas to taub txog cov laj thawj uas nyob hauv qab lub xeev tam sim no ntawm zej zog. Cov uas tuav txoj hlua kav teb chaws tsis muaj peev xwm daws tau qhov teeb meem ntawm kev qias vuab tsuab ntawm kev ncaj ncees, kev txom nyem, kev pluag tuag pluag thiab kev ua txhaum cai uas nce ntxiv mus. Lawv tab tom tawm tsam yam tsis muaj nqis kom tsa tau kev ua lag luam thiab kev ua haujlwm rau saum ib lub hauv paus uas ruaj khov dua. Yog tibneeg yuav mloog lus rau Vajtswv Txojlus ntau dua, lawv yuav nrhiav tau ib qho kev daws rau cov teeb meem uas ua rau lawv ntxhov siab.”</w:t>
      </w:r>
    </w:p>
    <w:p>
      <w:pPr>
        <w:pStyle w:val="ArticleScripture"/>
        <w:jc w:val="left"/>
      </w:pPr>
      <w:r>
        <w:rPr>
          <w:rFonts w:ascii="Times New Roman" w:hAnsi="Times New Roman" w:eastAsia="Times New Roman" w:cs="Times New Roman"/>
        </w:rPr>
        <w:t>“Cov Vajlugkub piav txog lub xeev ntawm lub ntiajteb ib nyuag ua ntej Khetos rov qab los zaum ob. Hais txog cov neeg uas los ntawm kev nyiag thiab kev txeeb txawb tab tom khaws nyiaj txiag loj kawg, muaj lus sau tseg tias: ‘Nej tau khaws tej cuab tam cia rau hnub kawg. Saib maj, tus nqi zog ntawm cov neeg ua haujlwm uas tau sau nej tej teb, uas nej tau khaws cia rov qab los ntawm kev dag ntxias, tab tom quaj; thiab tej suab quaj ntawm cov uas tau sau qoob loo twb nkag mus rau hauv pob ntseg ntawm tus Tswv ntawm Sabaoth lawm. Nej tau ua neej nyob hauv kev lom zem saum ntiajteb, thiab tau ua neej qaug rau kev ntshaw; nej tau pub nej lub siab rog, ib yam li nyob rau hnub tua tsiaj. Nej tau txiav txim thiab tua tus ncaj ncees; thiab nws tsis tawm tsam nej.’ Yakaunpaus 5:3–6.”</w:t>
      </w:r>
    </w:p>
    <w:p>
      <w:pPr>
        <w:pStyle w:val="ArticleScripture"/>
        <w:jc w:val="left"/>
      </w:pPr>
      <w:r>
        <w:rPr>
          <w:rFonts w:ascii="Times New Roman" w:hAnsi="Times New Roman" w:eastAsia="Times New Roman" w:cs="Times New Roman"/>
        </w:rPr>
        <w:t>“Tiamsis leejtwg thiaj nyeem cov lus ceeb toom uas cov cim ntawm lub sijhawm, uas tab tom muaj tiav sai, muab los? Cov neeg ntiajteb raug qhov no li cas? Muaj dabtsi hloov pom nyob hauv lawv tus yam ntxwv? Tsis muaj ntau dua li qhov tau pom nyob hauv tus yam ntxwv ntawm cov neeg uas nyob hauv lub ntiajteb thaum Npau-ee. Nqus tag rau hauv kev ua lag luam thiab kev lomzem hauv ntiajteb, cov neeg ua ntej dej nyab ntawd ‘tsis paub li mus txog thaum dej nyab los thiab rhuav tshem lawv sawvdaws mus.’ Mathais 24:39. Lawv tau txais cov lus ceeb toom uas xa tuaj saum ntuj los, tiam sis lawv tsis kam mloog. Thiab niaj hnub no lub ntiajteb, uas tsis quav ntsej kiag li rau Vajtswv lub suab ceeb toom, tab tom maj nroos mus rau kev puastsuaj nyob mus ib txhis.”</w:t>
      </w:r>
    </w:p>
    <w:p>
      <w:pPr>
        <w:pStyle w:val="ArticleScripture"/>
        <w:jc w:val="left"/>
      </w:pPr>
      <w:r>
        <w:rPr>
          <w:rFonts w:ascii="Times New Roman" w:hAnsi="Times New Roman" w:eastAsia="Times New Roman" w:cs="Times New Roman"/>
        </w:rPr>
        <w:t>“Lub ntiaj teb raug yuj siab los ntawm tus ntsuj plig ntawm kev ua rog. Zaj lus faj lem hauv Daniyees tshooj kaum ib twb yuav txog qhov ua tiav tag nrho lawm. Tsis ntev no cov xwm txheej ntawm kev txom nyem uas tau hais tseg hauv tej lus faj lem yuav tshwm sim.”</w:t>
      </w:r>
    </w:p>
    <w:p>
      <w:pPr>
        <w:pStyle w:val="ArticleScripture"/>
        <w:jc w:val="left"/>
      </w:pPr>
      <w:r>
        <w:rPr>
          <w:rFonts w:ascii="Times New Roman" w:hAnsi="Times New Roman" w:eastAsia="Times New Roman" w:cs="Times New Roman"/>
        </w:rPr>
        <w:t>“‘“Saib seb, tus Tswv ua kom lub ntiajteb nyob qhuav lug, thiab ua kom nws puam tsuaj, thiab tig nws ntxeev tiaj tus, thiab faib nws cov neeg nyob tawm mus thoob plaws…. Vim lawv tau ua txhaum tej kevcai, hloov tej kab ke, rhuav txoj kev cog lus uas nyob mus ib txhis. Yog li no txoj kev foom tsis zoo thiaj tau nqos lub ntiajteb, thiab cov uas nyob hauv ntawd raug kev puam tsuaj…. Lub suab lom zem ntawm tej raj ncas tu lawm, lub suab ntawm cov uas xyiv fab xaus lawm, txoj kev zoo siab ntawm lub suab nkauj ntaus hlua tu lawm.’ Yaxayas 24:1–8.</w:t>
      </w:r>
    </w:p>
    <w:p>
      <w:pPr>
        <w:pStyle w:val="ArticleScripture"/>
        <w:jc w:val="left"/>
      </w:pPr>
      <w:r>
        <w:rPr>
          <w:rFonts w:ascii="Times New Roman" w:hAnsi="Times New Roman" w:eastAsia="Times New Roman" w:cs="Times New Roman"/>
        </w:rPr>
        <w:t>“‘Au rau hnub ntawd! vim hnub ntawm tus Tswv twb nyob ze lawm, thiab nws yuav los zoo li kev puastsuaj uas los ntawm tus Muaj Hwjchim Loj Kawg Nkaus…. Noob tau xeb lwj hauv qab lawv tej pawg av, tej chaw khaws qoob loo raug tso tseg cia puam tsuaj, tej txhab nplej raug rhuav tshem, vim tej qoob loo qhuav tag lawm. Tsiaj txhu quaj nroo npaum li cas! tej pab nyuj ntxhov siab, vim lawv tsis muaj tshav noj; muaj tseeb tiag, tej pab yaj kuj raug ua kom puam tsuaj ib yam nkaus.’ ‘Hmab txiv ntoo qhuav lawm, thiab tsob txiv cev qaug zog; tsob txiv pomegranate, tsob xibtes ib yam nkaus, thiab tsob kua, txawm yog txhua tsob ntoo hauv teb kuj qhuav tag lawm: vim kev xyiv fab tau qhuav ploj mus ntawm noob neej cov tub lawm.” Joel 1:15–18, 12.</w:t>
      </w:r>
    </w:p>
    <w:p>
      <w:pPr>
        <w:pStyle w:val="ArticleScripture"/>
        <w:jc w:val="left"/>
      </w:pPr>
      <w:r>
        <w:rPr>
          <w:rFonts w:ascii="Times New Roman" w:hAnsi="Times New Roman" w:eastAsia="Times New Roman" w:cs="Times New Roman"/>
        </w:rPr>
        <w:t>“‘Kuv raug mob nyem kawg hauv nruab siab; … kuv nyob twj ywm tsis taus li, vim koj tau hnov lawm, auj kuv tus ntsuj plig, lub suab raj nrov, lub suab ceeb toom ua rog. Kev puam tsuaj ntxiv rau kev puam tsuaj raug hu nrov; rau qhov tag nrho lub tebchaws twb raug muab rhuav tshem lawm.’ Jeremiah 4:19, 20.</w:t>
      </w:r>
    </w:p>
    <w:p>
      <w:pPr>
        <w:pStyle w:val="ArticleScripture"/>
        <w:jc w:val="left"/>
      </w:pPr>
      <w:r>
        <w:rPr>
          <w:rFonts w:ascii="Times New Roman" w:hAnsi="Times New Roman" w:eastAsia="Times New Roman" w:cs="Times New Roman"/>
        </w:rPr>
        <w:t>“‘Kuv ntsia lub ntiajteb, thiab saib seb, nws twb tsis muaj yam ntxwv thiab khoob lug; thiab cov ntuj, thiab lawv tsis muaj qhov kaj. Kuv ntsia cov roob, thiab saib seb, lawv tshee hnyo, thiab txhua lub pov roob txav mus los me me. Kuv ntsia, thiab saib seb, tsis muaj neeg li, thiab txhua tus noog saum cov ntuj twb ya khiav lawm. Kuv ntsia, thiab saib seb, thaj chaw txi txiv tau dhau los ua roob moj sab qhua, thiab tag nrho nws tej nroog twb raug rhuav pov tseg lawm.’ Nqe 23–26.</w:t>
      </w:r>
    </w:p>
    <w:p>
      <w:pPr>
        <w:pStyle w:val="ArticleScripture"/>
        <w:jc w:val="left"/>
      </w:pPr>
      <w:r>
        <w:rPr>
          <w:rFonts w:ascii="Times New Roman" w:hAnsi="Times New Roman" w:eastAsia="Times New Roman" w:cs="Times New Roman"/>
        </w:rPr>
        <w:t>“‘“Au! hnub ntawd loj kawg li, tsis muaj ib hnub twg zoo ib yam li nws li: nws yog lub sijhawm ntawm Yakhauj txoj kev txom nyem; tiam sis nws yuav raug cawm dim tawm hauv nws.” Yelemi 30:7.</w:t>
      </w:r>
    </w:p>
    <w:p>
      <w:pPr>
        <w:pStyle w:val="ArticleScripture"/>
        <w:jc w:val="left"/>
      </w:pPr>
      <w:r>
        <w:rPr>
          <w:rFonts w:ascii="Times New Roman" w:hAnsi="Times New Roman" w:eastAsia="Times New Roman" w:cs="Times New Roman"/>
        </w:rPr>
        <w:t>“Tsis yog txhua tus hauv lub ntiajteb no tau xaiv sawv nrog tus yeeb ncuab tawm tsam Vajtswv. Tsis yog txhua tus tau dhau los ua neeg tsis ncaj ncees. Muaj ib pab tsawg tus uas ncaj ncees ruaj khov thiab muaj kev tseeb rau Vajtswv; rau qhov Yauhas sau hais tias: ‘Cov no yog cov uas ceev Vajtswv tej lus txib, thiab txojkev ntseeg ntawm Yexus.’ Tshwmsim 14:12. Tsis ntev tom ntej no, kev sib ntaus yuav raug ua nrog kev kub ntxhov thiab hnyav nruab nrab ntawm cov uas ua haujlwm rau Vajtswv thiab cov uas tsis ua haujlwm rau Nws. Tsis ntev tom ntej no, txhua yam uas yuav raug co tau yuav raug co, xwv kom tej yam uas co tsis tau thiaj nyob ruaj khov.”</w:t>
      </w:r>
    </w:p>
    <w:p>
      <w:pPr>
        <w:pStyle w:val="ArticleScripture"/>
        <w:jc w:val="left"/>
      </w:pPr>
      <w:r>
        <w:rPr>
          <w:rFonts w:ascii="Times New Roman" w:hAnsi="Times New Roman" w:eastAsia="Times New Roman" w:cs="Times New Roman"/>
        </w:rPr>
        <w:t>“Xatas yog ib tug kawm Vajlugkub uas rau siab kawg. Nws paub tias nws lub sij hawm tshuav luv lawm, thiab nws nrhiav txhua txoj hauv kev los tawm tsam tus Tswv txoj hauj lwm saum lub ntiaj teb no. Tsis muaj peev xwm piav tau ib lub tswv yim twg txog tej kev paub uas Vajtswv haiv neeg, cov uas yuav tseem ciaj sia saum lub ntiaj teb, yuav ntsib thaum lub yeeb koob saum ntuj thiab kev rov muaj dua ntawm tej kev tsim txom yav tag los raug muab sib xyaw ua ke. Lawv yuav taug kev hauv txoj kev kaj uas tawm los ntawm Vajtswv lub zwm txwv. Los ntawm cov tim tswv, yuav muaj kev sib txuas lus tas li nruab nrab ntawm ntuj ceeb tsheej thiab lub ntiaj teb. Thiab Xatas, uas raug cov tim tswv phem vov ncig, thiab lees tias nws yog Vajtswv, yuav ua txuj ci tseem ceeb ntau yam kom dag tau, yog tau mas, txawm yog cov uas raug xaiv lawm los xij. Vajtswv haiv neeg yuav tsis nrhiav lawv txoj kev ruaj ntseg hauv kev ua txuj ci tseem ceeb, rau qhov Xatas yuav qog tej txuj ci tseem ceeb uas yuav raug ua tawm los. Vajtswv cov neeg uas raug sim thiab raug kuaj lawm yuav nrhiav lawv lub hwj chim nyob hauv lub cim uas tau hais txog hauv Khiav Dim 31:12–18. Lawv yuav tsum sawv khov kho rau ntawm txoj sia lo lus no: ‘Nws muaj ntawv sau tseg.’ Nov yog tib lub hauv paus nkaus xwb uas lawv yuav sawv ruaj ntseg tau. Cov uas tau rhuav lawv txoj kev cog lus nrog Vajtswv lawm, nyob rau hnub ntawd yuav tsis muaj Vajtswv thiab yuav tsis muaj kev cia siab.”</w:t>
      </w:r>
    </w:p>
    <w:p>
      <w:pPr>
        <w:pStyle w:val="ArticleScripture"/>
        <w:jc w:val="left"/>
      </w:pPr>
      <w:r>
        <w:rPr>
          <w:rFonts w:ascii="Times New Roman" w:hAnsi="Times New Roman" w:eastAsia="Times New Roman" w:cs="Times New Roman"/>
        </w:rPr>
        <w:t>Cov uas pe hawm Vajtswv yuav raug cais tshwj xeeb los ntawm lawv txoj kev hwm rau lo lus txib plaub, vim qhov no yog lub cim ntawm Vajtswv lub hwj chim tsim ntuj tsim teb thiab yog tim khawv rau Nws txoj cai uas xav kom neeg hwm thiab pe mloog Nws. Cov neeg phem yuav raug cais los ntawm lawv txoj kev siv zog rhuav tshem tus Cim Nco txog tus Tsim thiab tsa kom lub koom haum ntawm Loos tau txais kev qhuas siab. Hauv qhov teeb meem ntawm txoj kev sib ntaus no tag nrho lub ntiaj teb Khixatia yuav raug faib ua ob pawg loj, yog cov uas ceev Vajtswv tej lus txib thiab txoj kev ntseeg ntawm Yexus, thiab cov uas pe hawm tus tsiaj nyaum thiab nws tus duab, thiab txais nws lub cim. Txawm yog pawg ntseeg thiab lub xeev yuav koom lawv lub hwj chim ua ke kom yuam txhua tus, “cov me thiab cov loj, cov nplua nuj thiab cov pluag, cov dawb thiab cov qhev,” kom txais tus tsiaj nyaum lub cim, los Vajtswv haiv neeg yuav tsis txais nws li. Qhia Tshwm 13:16. Tus yaj saub ntawm Patmos pom “cov uas tau yeej tus tsiaj nyaum, thiab nws tus duab, thiab nws lub cim, thiab tus lej ntawm nws lub npe, sawv saum hiav txwv iav, tuav Vajtswv tej raj nqeej,” thiab hu zaj nkauj ntawm Mauxes thiab tus Menyuam Yaj. Qhia Tshwm 15:2.</w:t>
      </w:r>
    </w:p>
    <w:p>
      <w:pPr>
        <w:pStyle w:val="ArticleScripture"/>
        <w:jc w:val="left"/>
      </w:pPr>
      <w:r>
        <w:rPr>
          <w:rFonts w:ascii="Times New Roman" w:hAnsi="Times New Roman" w:eastAsia="Times New Roman" w:cs="Times New Roman"/>
        </w:rPr>
        <w:t>“Kev sim siab thiab kev txom nyem uas ua rau ntshai heev tab tom tos cov neeg ntawm Vajtswv. Tus ntsuj plig ntawm kev tsov rog tab tom ua rau txhua haiv neeg sawv ntxhov txij ib kawg ntiajteb mus txog rau ib kawg. Tiamsis nyob hauv nruab nrab lub sijhawm ntawm kev txom nyem uas tab tom los—ib lub sijhawm ntawm kev txom nyem uas tsis tau muaj dua txij li thaum muaj ib haiv neeg los lawm—cov neeg uas Vajtswv xaiv yuav nyob ruaj nreb tsis txav. Xatas thiab nws cov pab tub rog yuav rhuav tshem lawv tsis tau, rau qhov cov timtswv saum ntuj uas muaj hwjchim loj kawg yuav tiv thaiv lawv.” Testimonies, volume 9, 11–17.</w:t>
      </w:r>
    </w:p>
    <w:p>
      <w:pPr>
        <w:pStyle w:val="ArticleBody"/>
        <w:jc w:val="left"/>
      </w:pPr>
      <w:r>
        <w:rPr>
          <w:rFonts w:ascii="Times New Roman" w:hAnsi="Times New Roman" w:eastAsia="Times New Roman" w:cs="Times New Roman"/>
        </w:rPr>
        <w:t>Ib puas plaub caug plaub txhiab leej, uas yog “Vajtswv haiv neeg uas tau raug sim thiab raug tshuaj ntsuam xyuas lawm,” Nws “haiv neeg uas raug xaiv,” “yuav sawv ruaj khov tsis txav” thaum “kev tsim txom yav dhau los” raug rov ua dua. Lub teeb uas lawv yuav “taug kev hauv” yog lub teeb ntawm zaj xov ntawm lub foob xya, uas yog lub suab quaj thaum ib tag hmo, uas yog lub teeb qhia kom paub txog kev tsim tsa tus yam ntxwv ntawm tus tsiaj qus.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Caug—Tus Zauv Plaub</dc:title>
  <dc:subject>Kev Sim Siab thiab Kev Yeej: Kev Tsim Tawm ntawm Daim Duab ntawm Tsiaj Qus thiab Kev Muab Lub Foob Rau Cov Muaj Tswv Yim</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