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Ntawm Nqe Plaub Caug — Tus Zauv Tsib</w:t>
      </w:r>
    </w:p>
    <w:p>
      <w:pPr>
        <w:pStyle w:val="ArticleSubtitle"/>
        <w:jc w:val="left"/>
      </w:pPr>
      <w:r>
        <w:rPr>
          <w:rFonts w:ascii="Arial" w:hAnsi="Arial" w:eastAsia="Arial" w:cs="Arial"/>
        </w:rPr>
        <w:t>Rov Tshiab Plaub Nqe Lus Thawj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Thaum peb rov qab los txheeb xyuas zaj keeb kwm zais ntawm nqe plaub caug, zoo li tsim nyog uas ua ntej tshaj plaws yuav tsum rov tshuaj xyuas cov hauv paus ntsiab lus ntawm plaub tsab xov xwm thawj zaug hauv kab ntawv no. Tsab xov xwm thawj ntawm plaub tsab hauv kab ntawv no tau nthuav tawm ib qho kev txhais lus yaj saub, qhia txog Tswv Yexus Khetos ua Tsov Ntxhuav ntawm xeem Yudas (thiab Alpha thiab Omega), tus uas qhib cov feem ntawm Daniyee tshooj kaum ib thaum cov sij hawm tseem ceeb los coj txoj kev txav hloov kho zaum kawg ntawm 144,000. Nws qhia meej tias keeb kwm ntawm tus tim tswv thawj thiab tus tim tswv thib ob sib phim nrog keeb kwm ntawm tus tim tswv thib peb txoj xov, yog li ntawd thiaj qhia tau tias xyoo 1989, (126 xyoo tom qab Adventist kev tawm tsam xyoo 1863), Tsov Ntxhuav tau qhib Daniyee 11:40–45. Cov nqe uas raug qhib ntawd taug qab papacy txoj kev raug mob tuag taus xyoo 1798, nws txoj kev raug kho kom zoo los ntawm ib qho kev sib koom ua peb npaug ntawm zaj, tsiaj nyaum, thiab yaj saub cuav, uas coj mus txog Armageddon ntawm “lub roob dawb huv uas muaj hwjchim ci ntsa iab” hauv nqe plaub caug tsib. Thaum txoj kev txav ntawm ib puas plaub caug plaub txhiab tab tom los ze rau txoj cai Hnub Caiv uas yuav los sai sai hauv Tebchaws Meskas, zaj keeb kwm zais ntawm nqe 40 (ncav ntawm 1989 mus txog rau txoj cai Hnub Caiv ntawd) tau pib raug qhib tawm thaum Lub Xya hli, 2023.</w:t>
      </w:r>
    </w:p>
    <w:p>
      <w:pPr>
        <w:pStyle w:val="ArticleBody"/>
        <w:jc w:val="left"/>
      </w:pPr>
      <w:r>
        <w:rPr>
          <w:rFonts w:ascii="Times New Roman" w:hAnsi="Times New Roman" w:eastAsia="Times New Roman" w:cs="Times New Roman"/>
        </w:rPr>
        <w:t>Raws li Ellen White cov lus piav qhia, feem ntawm phau Daniel uas raug qhib tawm uas muaj feem rau hnub kawg no ua rau muaj “kev paub ntau zuj zus” uas npaj ib haiv neeg kom sawv tau ruaj khov. “Roj” raug txheeb tias yog Vaj Ntsuj Plig Dawb Huv, tej lus ceeb toom saum ntuj los thiab tus cwj pwm hauv zaj lus piv txwv txog kaum tus nkauj xwb. Kev qhib lub foob ntawd tau tsim kom muaj txoj kev sim peb npaug hauv Daniel 12:10, qhov chaw uas coob leej raug “huv, ua kom dawb, thiab raug sim.” Zaj keeb kwm no sawv cev rau ntau lub ntsiab lus yaj saub thaum uas cov lus faj lem raug qhib tawm, pib nrog xyoo 1989, Cuaj Hlis 11, 2001, thiab Lub Xya hli ntuj, 2023. Cov kev qhib tawm sib txawv ntawd sawv cev rau ib ntu sijhawm txij xyoo 1989 mus txog 9/11, ntu sijhawm txij 9/11 mus txog txoj cai Hnub Caiv uas yuav los sai, thiab ntu sijhawm ntawm lub caij ncua txij Lub Xya hli ntuj 18, 2020 mus txog Kaum Ob Hlis 31, 2023, thaum uas zaj lus ntawm Midnight Cry raug qhib tawm zuj zus mus txog rau txoj cai Hnub Caiv.</w:t>
      </w:r>
    </w:p>
    <w:p>
      <w:pPr>
        <w:pStyle w:val="ArticleBody"/>
        <w:jc w:val="left"/>
      </w:pPr>
      <w:r>
        <w:rPr>
          <w:rFonts w:ascii="Times New Roman" w:hAnsi="Times New Roman" w:eastAsia="Times New Roman" w:cs="Times New Roman"/>
        </w:rPr>
        <w:t>Kev tsa kom cov uas yog cov neeg sib tw yuav nrog rau ib puas plaub caug plaub txhiab leej, uas raug sawv cev los ntawm Exekees 37 cov pob txha qhuav thiab Tshwm Sim tshooj kaum ib ob tug tim khawv uas sawv thaum raug puv nkaus los ntawm tus Ntsuj Plig, raug ua tiav los ntawm kev qhib cov foob. Yog Vajtswv haiv neeg tsis tsa los rau qhov “kaj ci muaj nqes” no uas qhia txog tej kev phom sij xws li hwj chim papacy thiab txoj cai Sunday, ces tej kev ntseeg cuav yuav lim lawv (cais plua tshauv tawm ntawm cov nplej). Tej cim taw qhia yav dhau los hauv keeb kwm yaj saub xws li 1888 Blair Bill thiab Patriot Act raug txheeb xyuas tias yog lus ceeb toom yaj saub. Zaj ntawv thawj qhia tias txhua txoj kab keeb kwm yaj saub ua ntej uas raug sawv cev nyob hauv Daniyees tshooj kaum ib rov ua dua nyob hauv nqe 40-45. Zaj ntawv ntawd qhia tias daim duab ntawm tsiaj nyaum raug tsim ua ntej hauv Tebchaws Meskas thiab tom qab ntawd hauv ntiaj teb raws li tus qauv qhia los ntawm 321 thiab thawj txoj cai Sunday, ces tom qab ntawd yog daim duab ntawm tsiaj nyaum thoob ntiaj teb raws li tus qauv qhia los ntawm 538 thaum Mikhaees sawv tsees thiab lub sijhawm sim siab kaw.</w:t>
      </w:r>
    </w:p>
    <w:p>
      <w:pPr>
        <w:pStyle w:val="ArticleBody"/>
        <w:jc w:val="left"/>
      </w:pPr>
      <w:r>
        <w:rPr>
          <w:rFonts w:ascii="Times New Roman" w:hAnsi="Times New Roman" w:eastAsia="Times New Roman" w:cs="Times New Roman"/>
        </w:rPr>
        <w:t>Nqe thib ob ntawm plaub tsab no txuas ntxiv lub moj khaum cev Vajtswv lus faj lem los ntawm kev txheeb xyuas tias txoj cai Patriot Act xyoo 2001 yog Tebchaws Meskas “hais lus” raws li kev ua tiav ntawm Tshwm Sim 13:11. Patriot Act yog thawj zaug ntawm peb txoj kev tsis lees txais txoj cai lij choj siab tshaj plaws uas sib thooj nrog peb lub cim ciam ntawm qhov pib ntawm lub nceeg vaj thib rau hauv Vajlugkub cov lus faj lem; 1776 Daim Ntawv Tshaj Tawm Kev Ywj Pheej, 1789 Txoj Cai Lij Choj, thiab 1798 Alien and Sedition Acts. Xyoo 1888 qhov Blair Bill uas poob, yog ib qho kev sim tsim txoj cai Sunday thoob tebchaws, tau raug thim rov qab zoo ib yam li Cestius qhov kev vij tsom lub nroog xyoo 66; ob qho no puav leej ua qauv qhia txog xyoo 2001, thaum Patriot Act pib lub sijhawm xeem ntawm tus yam ntxwv ntawm tus tsiaj nyaum hauv Tebchaws Meskas. Patriot Act sib haum nrog xyoo 1776, thiab tau hloov txoj cai lij choj dav dav Askiv uas hais tias “tsis muaj txim kom txog thaum muaj pov thawj tias muaj txim,” los ntawm txoj cai pej xeem Loos uas hais tias “muaj txim kom txog thaum muaj pov thawj tias tsis muaj txim.” Lub cim ciam nruab nrab, uas sawv cev los ntawm 1789—Pelosi Trials uas pib rau Lub Ib Hlis xyoo 2022—tau tsuj nqes txoj kev ncaj ncees raws txheej txheem thiab raws ntsiab lus los ntawm kev siv txoj cai ua riam phom rau kev nom kev tswv, kev ua haujlwm chij dag, thiab kev noj tsis ncaj hauv cov koomhaum, qhib siab lug tsis lees paub tej cai hauv paus. Peb lub cim ciam no ntawm kev hais lus nyob hauv Patriot Act xyoo 2001, Pelosi Trials xyoo 2022, thiab txoj cai Sunday uas tab tom yuav los, maj mam tsis lees txais txhua lub hauv paus ntsiab lus ntawm Txoj Cai Lij Choj ntawm Tebchaws Meskas.</w:t>
      </w:r>
    </w:p>
    <w:p>
      <w:pPr>
        <w:pStyle w:val="ArticleBody"/>
        <w:jc w:val="left"/>
      </w:pPr>
      <w:r>
        <w:rPr>
          <w:rFonts w:ascii="Times New Roman" w:hAnsi="Times New Roman" w:eastAsia="Times New Roman" w:cs="Times New Roman"/>
        </w:rPr>
        <w:t>Ces Protestantism yuav koom tes nrog popery thiab spiritualism nyob rau hauv txoj kev sib koom ua peb ceg; thaum ntawd Tebchaws Meskas yuav hais lus zoo li ib tug zaj, yuav tsim kom tiav daim duab ntawm tus tsiaj qus, yuav ua kom nws lub khob kev sim siab puv npo, thiab yuav xaus kev ua lub nceeg vaj thib rau. Ces kev thim txoj kev ntseeg ntawm haiv neeg yuav raug raws los ntawm kev puam tsuaj ntawm haiv neeg. Kev hais lus ntawd ntawm txoj cai Sunday raug ua qauv qhia los ntawm qhov pib thiab thawj txoj cai Sunday ntawm Constantine hauv xyoo 321, thiab tom qab ntawd qhov xaus thiab txoj cai Sunday kawg raug sawv cev los ntawm xyoo 538.</w:t>
      </w:r>
    </w:p>
    <w:p>
      <w:pPr>
        <w:pStyle w:val="ArticleBody"/>
        <w:jc w:val="left"/>
      </w:pPr>
      <w:r>
        <w:rPr>
          <w:rFonts w:ascii="Times New Roman" w:hAnsi="Times New Roman" w:eastAsia="Times New Roman" w:cs="Times New Roman"/>
        </w:rPr>
        <w:t>Txhua tej xwm txheej no txhua yam raug zais cia nyob hauv keeb kwm yaj saub ntawm Daniyees 11:40, uas khiav sib txuam nrog kab Millerite thiab kuj nrog kab txij Khetos mus rau saum tus ntoo khaub lig. Tshwm Sim 12:15–16 qhia txog Txoj Cai Lij Choj raws li “lub ntiajteb” uas ib zaug tau nqos tus zaj dej nyab ntawm kev tsim txom, tiam sis thaum kawg ho hais lus zoo li tus zaj nyob rau hauv txoj cai Hnub Caiv uas yuav los sai no. Ellen White txoj kev ceeb toom hauv Testimonies, volume 5 (nplooj 711 thiab 451, 452) hais tias txhua yam kev cai lij choj kev ntseeg uas pub qiv rau lub hwj chim papacy, thiab tias txoj cai Hnub Caiv yuav nthuav qhia tus zaj tus ntsuj plig; lees paub tias peb theem ntawm 1776, 1789, thiab 1798 yog tej cim-kev uas ua piv txwv txog qhov txheej txheem xeem peb-theem kawg uas xaus rau ntawm qhov kev xeem kawg, thiab txheej txheem xeem ntawd yog yam uas npaj Vajtswv haiv neeg kom sawv taus.</w:t>
      </w:r>
    </w:p>
    <w:p>
      <w:pPr>
        <w:pStyle w:val="ArticleBody"/>
        <w:jc w:val="left"/>
      </w:pPr>
      <w:r>
        <w:rPr>
          <w:rFonts w:ascii="Times New Roman" w:hAnsi="Times New Roman" w:eastAsia="Times New Roman" w:cs="Times New Roman"/>
        </w:rPr>
        <w:t>Nqe lus thib peb nthuav dav ntxiv txog Ellen White cov lus ceeb toom hauv Testimonies, volume 5, pages 451, 452, uas hais meej tias txoj cai Hnub Caiv uas yuav los sai sai no hauv Tebchaws Meskas yog lub sijhawm txiav txim uas lub tebchaws ntawd txiav tawm kiag ntawm txojkev ncaj ncees, ua kom tiav kev koom peb npaug (Kev Ntseeg Protestant ncav tes tuav Romanism thiab kev ntseeg dab qhuas). Ces Tebchaws Meskas tsis lees txais txhua lub hauv paus ntsiab cai raws li cai lij choj ntawm ib tsoom fwv Protestant thiab republican, thiab tshaj tawm cov kev dag ntxias ntawm papacy. Qhov no yog lub cim qhia tias Vajtswv txoj kev ua siab ntev twb mus txog ciam lawm, yog li ntawd ua kom puv nkaus lub tebchaws lub khob ntawm kev txhaum, ua rau tus timtswv ntawm txoj kev hlub tshua ncaim mus thiab pib kev puas tsuaj rau lub tebchaws. Tom qab ntawd lo lus teb rau cov neeg raug tua tuag vim txojkev ntseeg lub suab quaj hauv lub foob thib tsib uas hais tias, “Yuav ntev npaum li cas?” los txog thaum ib pab thib ob ntawm cov neeg raug tua tuag los ntawm papacy raug ua kom puv. Tus zaj tus ntsuj plig raug muab tshwm tawm thaum “Sunday movement” hais lus—ua haujlwm raws li “abomination of desolation” niaj hnub no (uas Daniel tau hais txog thiab Khetos tau siv los hais tseg) ua ib lub cim kom khiav tawm hauv cov nroog ua ntej kev puas tsuaj los txog. Txoj cai Hnub Caiv yog qhov xaus ntawm kev tsis lees txais Cai Lij Choj maj mam zuj zus uas tau pib xyoo 2001 nrog Patriot Act (uas raug piv txwv los ntawm 1888 Blair Bills, Cestius txoj kev kaw nroog xyoo 66 AD, Khetos txoj kev cai raus dej, August 11, 1840 thiab The Declaration of Independence).</w:t>
      </w:r>
    </w:p>
    <w:p>
      <w:pPr>
        <w:pStyle w:val="ArticleBody"/>
        <w:jc w:val="left"/>
      </w:pPr>
      <w:r>
        <w:rPr>
          <w:rFonts w:ascii="Times New Roman" w:hAnsi="Times New Roman" w:eastAsia="Times New Roman" w:cs="Times New Roman"/>
        </w:rPr>
        <w:t>Lub sijhawm ntawm kev tsim tsa tus duab ntawm tus tsiaj qus nyob hauv Tebchaws Meskas muaj ob txoj kab uas nyuab thiab sib txuam, koom nrog ob “horns” uas khiav ua ke, yog Republican (sab nom tswv) thiab Protestant (sab kev ntseeg), uas thaum kawg yuav koom ua ib leeg hauv kev yuam kom coj raws li txoj cai Hnub Xya Hnub Sunday ntawm pawg ntseeg thiab lub xeev. Txoj kev sib raug zoo ntawd zoo ib yam li txoj kev uas tus pojniam kav saum tus tsiaj qus ntawm tus tsiaj qus papal, thiab nws yuav tshwm sim puv npo thaum lub hauv paus ntsiab cai tseem ceeb ntawm Txoj Cai Lij Choj, uas yog kev cais pawg ntseeg ntawm lub xeev, raug muab rhuav tshem.</w:t>
      </w:r>
    </w:p>
    <w:p>
      <w:pPr>
        <w:pStyle w:val="ArticleBody"/>
        <w:jc w:val="left"/>
      </w:pPr>
      <w:r>
        <w:rPr>
          <w:rFonts w:ascii="Times New Roman" w:hAnsi="Times New Roman" w:eastAsia="Times New Roman" w:cs="Times New Roman"/>
        </w:rPr>
        <w:t>Sab hauv, daim duab ntawm tus tsiaj qus hauv lub sijhawm xeem xyuas tus cwj pwm tab tom sim kev tsim kho tus cwj pwm (daim duab ntawm Khetos tawm tsam Xatas daim duab ntawm tus tsiaj qus) nyob hauv txhua haiv neeg, cais cov nkauj xwb muaj tswv yim tawm ntawm cov nkauj xwb ruam, thaum sab nraud nws txheeb qhia txog tej kev tawm tsam nom tswv, kev koom tes sib raug zoo, thiab tej daim ntawv cog lus uas raug rhuav nyob rau hnub kawg. Lub sijhawm txij xyoo 2001 mus txog rau txoj cai Hnub Caiv pib txoj kev txau tawm ntawm nag tom qab (pib thaum tus tim tswv hauv Qhia Tshwm 18 nqes los rau hnub tim 11 lub Cuaj Hli, 2001, ua rau lub ntiaj teb kaj lug los ntawm kev poob ntawm New York tej tuam tsev loj). 9/11 pib txoj kev lim ntawm Laodicea xya-hnub Adventism los ntawm kev lees txais lossis kev tsis lees txais txoj xov “phau ntawv me” uas yuav tsum tau noj raws li nyob hauv Qhia Tshwm 10. Cov nplej thiab cov txhauj tseem nyob ua ke mus txog rau lawv txoj kev sib cais ntawm txoj cai Hnub Caiv, thaum ib puas plaub caug plaub txhiab leej raug tsa siab ua lub chij, thiab kev los txog ntawm txoj kev nchuav tawm puv npo ntawm nag tom qab thaum lub sijhawm thoob ntiaj teb tab tom tsim daim duab ntawm tus tsiaj qus, uas 321 mus rau 538 ua tus qauv qhia ua ntej. Ces txoj kev sau los sib txoos ntawm pab neeg coob coob tawm hauv Npanpiloo pib mus txog thaum Mikha-eev sawv tsees thiab lub sijhawm sim neej kaw. Qhov no sib haum nrog txoj kev txiav txim pib ua ntej ntawm Vajtswv lub tsev txij 9/11 los, ces mam mus rau cov neeg ua haujlwm thaum teev kaum ib tom qab txoj cai Hnub Caiv.</w:t>
      </w:r>
    </w:p>
    <w:p>
      <w:pPr>
        <w:pStyle w:val="ArticleBody"/>
        <w:jc w:val="left"/>
      </w:pPr>
      <w:r>
        <w:rPr>
          <w:rFonts w:ascii="Times New Roman" w:hAnsi="Times New Roman" w:eastAsia="Times New Roman" w:cs="Times New Roman"/>
        </w:rPr>
        <w:t>Nqe lus peb hais no hais kom meej tias kev ciaj dim dhau lub sijhawm thaum lub yeeb koob saum ntuj ceeb tsheej thiab tej kev tsim txom yav tag los raug muab sib xyaw ua ke thiab rov tshwm sim dua ntawd, yuav tsum muaj kev txawj kav yav tom ntej ua ntej lawm, raws li txoj kev “kab ntxiv rau kab” hauv Yaxayas 28. Txoj kev ntawd raug ua piv txwv pom tseeb hauv Daniyee cov neeg tsim txiaj, Khetos cov thwj tim ua ntej Hnub Peetekos, thiab Shadrach, Meshach, thiab Abednego ntawm lub cub hluav taws, cov uas ua qauv rau cov uas tau npaj txhij sawv ruaj khov rau saum lo lus “Muaj ntawv sau tseg lawm,” nyob nruab nrab Xatas tej haujlwm xav tsis thoob thiab tej yam cuav uas nws ua raws qog.</w:t>
      </w:r>
    </w:p>
    <w:p>
      <w:pPr>
        <w:pStyle w:val="ArticleBody"/>
        <w:jc w:val="left"/>
      </w:pPr>
      <w:r>
        <w:rPr>
          <w:rFonts w:ascii="Times New Roman" w:hAnsi="Times New Roman" w:eastAsia="Times New Roman" w:cs="Times New Roman"/>
        </w:rPr>
        <w:t>Nqe plaub piav qhia tias txoj kev kuaj xyuas yav tom ntej hais txog kev tsim tus duab ntawm tsiaj nyaum hauv Tebchaws Meskas khiav mus ib txhij thiab raug xaws koom nrog peb lub cim taw qhia hauv txoj cai lij choj tebchaws (Patriot Act xyoo 2001 ua qhov “hais lus” thawj zaug, Pelosi Trials xyoo 2022 ua qhov nruab nrab, thiab txoj cai Hnub Caiv ua qhov kawg). Txoj kev kuaj xyuas no npaj cov nkauj xwb txawj ntse (144,000 leej) kom tiv taus txoj kev sim siab kawg nkaus ntawm kev tsim txom uas pib thaum txoj cai Hnub Caiv los txog, thaum kev thim Vajtswv ntawm tebchaws coj mus rau kev puam tsuaj. Ces Xatas tso tawm tej yam cuav uas txaus qhuas kawg nkaus (lees tias yog Vajtswv nrog tej txuj ci tseem ceeb), thiab lub yeeb koob saum ntuj los sib xyaw nrog tej kev tsim txom yav dhau los uas rov muaj dua, pub rau Vajtswv haiv neeg taug kev ruaj nreb yam tsis txav hauv qhov kaj uas tawm los ntawm Vajtswv lub zwm txwv. Qhov kev npaj no phim Khetos txoj kev ua haujlwm hauv Yauhas tshooj rau (raws li tau hais tseg hauv The Desire of Ages, 394), uas Nws tso cai rau ib txoj kev sim siab hnyav heev los lim cov thwjtim uas nrhiav lawv tus kheej kom tawm mus ntxov, thiaj txhawb cov thwjtim tseeb kom ruaj rau lawv txoj kev sim siab kawg nkaus (Khexemanes, kev ntxeev siab, kev raug ntsia saum ntoo khaublig) los ntawm Nws lub xub ntiag. Ib yam li ntawd, txoj kev sim ntawm tus duab tsiaj nyaum—uas suav nrog kev tsim tus cwj pwm sab hauv (Khetos tus duab piv rau Xatas tus duab tsiaj nyaum) thiab kev koom tes ntawm pawg ntseeg thiab lub xeev sab nraud uas rhuav tshem kev cais pawg ntseeg thiab lub xeev—lim Laodicean Adventism. Txoj kev sim no ntxuav cov neeg txawj ntse kom dawb huv dhau los ntawm kev lees txais txoj xov uas tseem tsis tau muab qhib kiag raws txoj kev line-upon-line methodology ntawm, Yaxayas 28.</w:t>
      </w:r>
    </w:p>
    <w:p>
      <w:pPr>
        <w:pStyle w:val="ArticleBody"/>
        <w:jc w:val="left"/>
      </w:pPr>
      <w:r>
        <w:rPr>
          <w:rFonts w:ascii="Times New Roman" w:hAnsi="Times New Roman" w:eastAsia="Times New Roman" w:cs="Times New Roman"/>
        </w:rPr>
        <w:t>Qhov kaj uas raug qhib tawm yog qhov kaj ntawm lub xya lub foob (Revelation 8:1–5), uas raug tshwm los ua hluav taws pov los rau hauv ntiajteb raws li lus teb rau cov neeg dawb huv tej kev thov Vajtswv, ib yam li tau raug ua qauv qhia los ntawm tej nplaig hluav taws thaum hnub Pentecost raug nchuav tawm. Qhov kaj uas raug qhib tawm kuj tau raug sawv cev los ntawm Millerite lub suab quaj thaum ib tag hmo (uas npaj kev nkag los ntawm txoj kev ntseeg rau hauv Chaw Dawb Huv Tshaj Plaws), thiab uas yuav raug ua kom tiav nyob rau hauv lub suab quaj niaj hnub no thaum ib tag hmo uas raug qhib tawm thaum Lub Xya hli ntuj, 2023, nyob hauv Daniel kaum ib plaub caug tej keeb kwm zais cia.</w:t>
      </w:r>
    </w:p>
    <w:p>
      <w:pPr>
        <w:pStyle w:val="ArticleBody"/>
        <w:jc w:val="left"/>
      </w:pPr>
      <w:r>
        <w:rPr>
          <w:rFonts w:ascii="Times New Roman" w:hAnsi="Times New Roman" w:eastAsia="Times New Roman" w:cs="Times New Roman"/>
        </w:rPr>
        <w:t>Txoj lus ntawm kev txau nag kawg txij li 9/11 los, nrog rau kev nce ntxiv ntawm kev paub txog papacy thiab txoj cai hnub Sunday, uas nrog rau kev qhib xauv ntawm xya lub suab nrov nroo, thiab keeb kwm zais cia ntawm nqe plaub caug, txhua yam no puav leej raug suav nrog hauv kev qhib xauv ntawm Kev Qhia Tshwm ntawm Yexus Khetos. Qhov kev ci ntsa iab yaj saub uas piav meej txog kev tsim tsa ntawm tus duab ntawm tus tsiaj nyaum; nrog rau ob lub kub Republican thiab Protestant tej kev tawm tsam, cov tog nom tswv, Laodicean Adventism, kev sawv los ntawm 144,000, kev ceeb thib peb ntawm Islam, Russia, UN, hwj chim papal, thiab tej kev sib piv Hasmonaean, yog yam uas npaj cov neeg txawj ntse kom paub thiab txais yuav Vajtswv txoj kev coj yam tsis hnov qab txoj kev coj yav dhau los (Testimonies to Ministers, 31).</w:t>
      </w:r>
    </w:p>
    <w:p>
      <w:pPr>
        <w:pStyle w:val="ArticleBody"/>
        <w:jc w:val="left"/>
      </w:pPr>
      <w:r>
        <w:rPr>
          <w:rFonts w:ascii="Times New Roman" w:hAnsi="Times New Roman" w:eastAsia="Times New Roman" w:cs="Times New Roman"/>
        </w:rPr>
        <w:t>Los ntawm kev noj “phau ntawv me” (Tshwmsim 10), thiab muab keeb kwm ntawd khaws cia rau hauv lawv lub siab ua ntej los ntawm kev kawm raws li cov Bere-a, ib puas plaub caug plaub txhiab tus tau txais kev to taub kom sawv ruaj khov rau saum lo lus tias, “Muaj lus sau tseg lawm,” nyob nruab nrab ntawm Xatas tej kev dag ntxias. Lawv txoj kev npaj cia ua rau lawv thiaj tsis thim rov qab mus rau kev puas tsuaj (Henplais 10:37–39; Habakuk 2:4), thiab tom qab ntawd lawv raug qhia tawm tias yog cov yeej uas twb raug sim thiab raug kuaj lawm, yog cov uas ceev Vajtswv tej lus txib tseg (tshwj xeeb yog lo lus txib plaub) thiab txoj kev ntseeg ntawm Yexus. Lawv yog cov uas hla dhau qhov teeb meem kawg uas cov ncaj ncees yuav ciaj sia los ntawm txoj kev ntseeg, raug cov tim tswv tiv thaiv, hos cov ruam (uas tsis lees txais txoj kev kawm thiab txoj xov) ntsib txoj kev dag ntxias loj heev thiab tsis muaj kev cia siab. Qhov no sib haum nrog Testimonies, ntim 9 zaj lus For the Coming of the King, (pib ntawm nplooj 11) nrog nws lub cim piv txwv 9/11, yog li ntawd thiaj qhia tias lub sijhawm txij 9/11 mus txog rau txoj cai Sunday yog lub sijhawm raug muab cim, thaum cov neeg txawj ntse nkag siab txog Daniel kaum ib qhov kev ua tiav thiab tsis ntshai dab tsi li tsuas yog ntshai tsam lawv tsis nco qab Vajtswv txoj kev coj hauv tej keeb kwm dawb huv yav tag los xwb.</w:t>
      </w:r>
    </w:p>
    <w:p>
      <w:pPr>
        <w:pStyle w:val="ArticleBody"/>
        <w:jc w:val="left"/>
      </w:pPr>
      <w:r>
        <w:rPr>
          <w:rFonts w:ascii="Times New Roman" w:hAnsi="Times New Roman" w:eastAsia="Times New Roman" w:cs="Times New Roman"/>
        </w:rPr>
        <w:t>Plaub tsab ntawv no ua ke nthuav tawm ib qho kev txhais lus yaj saub hais txog Khetos, uas yog Tsov Ntxhuav ntawm xeem Yudas, thiab yog Alpha thiab Omega, tus uas qhib tej feem ntawm Daniyees tshooj kaum ib thaum tej lub sijhawm tseem ceeb los coj txoj kev txav kho dua tshiab zaum kawg ntawm ib puas plaub caug plaub txhiab leej. Xyoo 1989, ib puas nees nkaum rau xyoo tom qab xyoo 1863 uas Adventist “tau tawm tsam,” Tsov Ntxhuav tau qhib Daniyees 11:40–45, qhia tawm tias txoj kev raug mob tuag taus ntawm papacy xyoo 1798 tau zoo hlo rov qab los ntawm kev sib koom ua peb npaug (zaj, tsiaj nyaum, thiab yaj saub cuav) ntawm nqe plaub caug ib, thiab coj mus rau Armageddon, “lub roob dawb huv uas muaj hwjchim ci ntsa iab,” qhov chaw uas papacy txais nws txoj kev txiav txim zaum kawg hauv nqe plaub caug tsib. Qhov kev qhib no pib txoj kev txav ntawd thaum chiv thawj, ua rau muaj “kev paub nce ntxiv” (Selected Messages, phau ntawv 2) txog “papacy thiab txoj cai Sunday,” thiab ua rau muaj qhov kev sim peb npaug ntawm kev “ua kom dawb huv, ua kom dawb, thiab raug sim,” raws li tau sawv cev hauv Daniyees 12:10.</w:t>
      </w:r>
    </w:p>
    <w:p>
      <w:pPr>
        <w:pStyle w:val="ArticleBody"/>
        <w:jc w:val="left"/>
      </w:pPr>
      <w:r>
        <w:rPr>
          <w:rFonts w:ascii="Times New Roman" w:hAnsi="Times New Roman" w:eastAsia="Times New Roman" w:cs="Times New Roman"/>
        </w:rPr>
        <w:t>Peb yuav txuas ntxiv cov kev xav no hauv tsab ntawv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Ntawm Nqe Plaub Caug — Tus Zauv Tsib</dc:title>
  <dc:subject>Rov Tshiab Plaub Nqe Lus Thawj</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