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Nkaum Ntawm Nqe Plaub Caug — Zauv Kaum Ob</w:t>
      </w:r>
    </w:p>
    <w:p>
      <w:pPr>
        <w:pStyle w:val="ArticleSubtitle"/>
        <w:jc w:val="left"/>
      </w:pPr>
      <w:r>
        <w:rPr>
          <w:rFonts w:ascii="Arial" w:hAnsi="Arial" w:eastAsia="Arial" w:cs="Arial"/>
        </w:rPr>
        <w:t>Zauv Kaum Ob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Times New Roman" w:hAnsi="Times New Roman" w:eastAsia="Times New Roman" w:cs="Times New Roman"/>
        </w:rPr>
        <w:t>Feem ntau neeg hais tias yog tsib leeg pom tib qho xwm txheej tsheb sib tsoo, ces tsib tug timkhawv ntawd yuav piav tau tsib yam sib txawv txog tib qho kev sib tsoo ntawd; txawm li cas los xij, niaj hnub no, hauv lub sijhawm uas Vaj Ntsuj Plig Dawb Huv tab tom raug rho tawm ntawm noob neej, cov timkhawv ntawd yeej tsis muaj qhov ua xyem xyav tias yuav muaj cov uas tsim dab neeg thiab dag txog yam lawv tau pom, kom txhawb tau lawv tus kheej txoj kev pom lub ntiajteb, thaum lawv tseem ntseeg tias lawv ua li ntawd yog kev tsim txiaj. Hauv keeb kwm zais ntawd muaj ntau txoj kab sib txawv ntawm qhov tseeb uas yog lus faj lem, uas sawv cev rau cov timkhawv sib txawv txog tib cov xwm txheej ntawd. Nrog Vajtswv Txojlus tsis muaj ib qho cuav hlo li, txawm hais tias feem ntau yeej muaj tib neeg txoj kev txhais cov xwm txheej ntawd uas tsis txhij tsis txhua; los cov timkhawv hauv phau Vajlugkub txog zaj keeb kwm no, thaum muab faib kom raug, txhua tus puav leej pom zoo sib xws nrog ib leeg.</w:t>
      </w:r>
    </w:p>
    <w:p>
      <w:pPr>
        <w:pStyle w:val="ArticleBody"/>
        <w:jc w:val="left"/>
      </w:pPr>
      <w:r>
        <w:rPr>
          <w:rFonts w:ascii="Times New Roman" w:hAnsi="Times New Roman" w:eastAsia="Times New Roman" w:cs="Times New Roman"/>
        </w:rPr>
        <w:t>Petus yog ib lub cim sawv cev rau ib puas plaub caug plaub txhiab leej hauv zaj keeb kwm no, thiab nws zaj lus tim khawv sawv cev rau ib zaj keeb kwm uas nce mus raws qib txij hnub poob siab ntawm Lub Xya hli ntuj 18, 2020, mus txog rau kev tsim dheev ntawm Lub Kaum Ob Hlis 31, 2023, ces raws li ib tug uas koom nrog hauv thawj qhov kev sim siab ntawm yog toog sab nraud, tom qab ntawd yog qhov kev sim siab thib ob ntawm yog toog sab hauv, uas yuav raug ua raws los ntawm qhov kev sim litmus ntawm cov pob hluav taws ntawm Nashville, mus txog rau qhov tsa chij rau cov Lwm Haiv Neeg.</w:t>
      </w:r>
    </w:p>
    <w:p>
      <w:pPr>
        <w:pStyle w:val="ArticleBody"/>
        <w:jc w:val="left"/>
      </w:pPr>
      <w:r>
        <w:rPr>
          <w:rFonts w:ascii="Times New Roman" w:hAnsi="Times New Roman" w:eastAsia="Times New Roman" w:cs="Times New Roman"/>
        </w:rPr>
        <w:t>Donald Trump nyob rau hauv zaj keeb kwm zais ntawd ua tus uas tsa sawv tawm tsam txhua tus neeg ntiaj teb-ib-yam, muaj xws li cov neeg ntiaj teb-ib-yam ntawm lub ntiaj teb no, tog Democratic, thiab cov RINO hauv tog Republican. Nws ua kom tiav cov yam ntxwv cev Vajlugkub uas txuas nrog tus yam ntxwv ntawm daim duab ntawm tus tsiaj qus, vim nws raug tsa sawv rov qab los ntawm txoj kev tuag nom tswv ua tus yim uas yog ntawm tus xya. Nws raug muab tso tseg thoob plaws hauv zaj keeb kwm zais ntawd, raug teem tseg kom kav thaum “active despotism” raug yuam siv thawj zaug rau saum Tebchaws Meskas thiab tom qab ntawd rau lub ntiaj teb. Protestantism uas tau thim kev ntseeg lawm, uas yog Trump tus khub sib txuam hauv ob tug kub ntawm tus tsiaj qus hauv ntiaj teb, kuj nyob ntawd hauv keeb kwm ntawm cov Maccabees. Ntau yam kev tshwm sim ntawm hwjchim zaj hauv United Nations thiab Russia ua timkhawv hauv zaj keeb kwm ntawd. Papacy, raws li cov tub sab ntawm koj haiv neeg, kuj nyob ntawd los xauv txhua yam ua ke thiab tsa kom ruaj khov lub zeem muag.</w:t>
      </w:r>
    </w:p>
    <w:p>
      <w:pPr>
        <w:pStyle w:val="ArticleBody"/>
        <w:jc w:val="left"/>
      </w:pPr>
      <w:r>
        <w:rPr>
          <w:rFonts w:ascii="Times New Roman" w:hAnsi="Times New Roman" w:eastAsia="Times New Roman" w:cs="Times New Roman"/>
        </w:rPr>
        <w:t>Petus yog koj, tus neeg nyeem uas hlub. Petus yog ib tug neeg raug xaiv los nyob hauv daim chij ntawm ib puas plaub caug plaub txhiab leej. Petus tab tom sawv hauv nruab nrab, yog qhov chaw nruab nrab ntawm ntau txoj kab lus faj lem, los ntawm txoj kev ntseeg nkag mus rau hauv Chaw Dawb Huv Tshaj Plaws thiab tau txais txoj kev hloov uas raug ua kom tiav los ntawm lub zeem muag txog Khetos. Petus nyob saum Roob Kev Hloov Hwjchim, qhov chaw uas nws yuav raug hloov kom zoo li tus yam ntxwv ntawm Khetos, thaum Tebchaws Meskas tab tom tsim tus duab ntawm tus tsiaj nyaum.</w:t>
      </w:r>
    </w:p>
    <w:p>
      <w:pPr>
        <w:pStyle w:val="ArticleScripture"/>
        <w:jc w:val="left"/>
      </w:pPr>
      <w:r>
        <w:rPr>
          <w:rFonts w:ascii="Times New Roman" w:hAnsi="Times New Roman" w:eastAsia="Times New Roman" w:cs="Times New Roman"/>
        </w:rPr>
        <w:t>“Cov kwvtij, peb yuav tsum muaj tus kheej tsawg dua thiab muaj Vajtswv ntau dua. Nws hu kom lub Koom Txoos muab nws tej zog tseg rau Nws; tiam sis, rau ib feem loj, peev xwm ntawm peb haiv neeg raug nqos mus rau hauv tej yam tsis tsim nyog. Sij hawm ntau dhau raug siv rau tej tswv yim me me thiab tej lus thov me me. Vajtswv xav kom peb nce mus rau saum roob, kom ncaj qha dua rau hauv Nws lub xub ntiag. Peb tab tom los txog rau ib lub sij hawm txiav txim siab, uas, tshaj txhua lub sij hawm dhau los txij thaum lub ntiaj teb pib los, yuav yuav tsum kom txhua tus uas tau hu txog Khetos lub npe muab nws tus kheej fij tseg tag nrho. Vajtswv tes dej num thov kom peb muab txhua yam uas nyob hauv peb. Tiam sis peb haiv neeg yuav tsis ua tau qhov kev fij siab no txog thaum lawv lub siab raug hloov. Lawv xav tau kev hloov siab los ntseeg ib yam li Petus tau xav tau. Thaum lawv tau raug tsa ciaj li no lawm, Khetos thiaj hais tau rau lawv tias, ‘Txhawb koj cov kwvtij,’ ‘Pub mov rau kuv cov yaj,’ ‘Pub mov rau kuv cov menyuam yaj.’”</w:t>
      </w:r>
    </w:p>
    <w:p>
      <w:pPr>
        <w:pStyle w:val="ArticleScripture"/>
        <w:jc w:val="left"/>
      </w:pPr>
      <w:r>
        <w:rPr>
          <w:rFonts w:ascii="Times New Roman" w:hAnsi="Times New Roman" w:eastAsia="Times New Roman" w:cs="Times New Roman"/>
        </w:rPr>
        <w:t>“Thaum lub hwj chim saum ntuj raug muab koom ua ke nrog tib neeg txoj kev siv zog, txoj hauj lwm yuav nthuav mus yam li hluav taws kub hnyiab hauv quav nyab qhuav. Vajtswv yuav siv tej cuab yeej uas neeg yuav tsis muaj peev xwm txheeb tau lawv qhov chaw keeb los; cov tim tswv yuav ua ib txoj hauj lwm uas tib neeg yeej yuav tau txais txoj koob hmoov ntawm kev ua tiav, yog tias lawv tsis tau tsis quav ntsej tsis teb rau tej yam uas Vajtswv thov ntawm lawv. Tam sim no txoj hauj lwm no raug muab nthuav rau tib neeg lawm. Nws puas yuav txais nws? Nyob rau lub sijhawm no muaj ntau lub qhov rooj uas twb qheb xauv thiab qhib dav rau cov neeg ua hauj lwm lawm. Lawv puas yuav nkag los ntawm cov qhov rooj no? Leej twg npaj txhij thaum tus Tswv txib hu kom hais tias, ‘Kuv nyob ntawm no, tus Tswv, xa kuv mus’? Lub suab quaj ntawm Makedoni tab tom los txog rau peb hauv tej lus thov uas txaus tu siab ntawm txhua qhov chaw hauv ntiaj teb no, ‘Hla tuaj pab peb.’” Review and Herald, December 15, 1885.</w:t>
      </w:r>
    </w:p>
    <w:p>
      <w:pPr>
        <w:pStyle w:val="ArticleBody"/>
        <w:jc w:val="left"/>
      </w:pPr>
      <w:r>
        <w:rPr>
          <w:rFonts w:ascii="Times New Roman" w:hAnsi="Times New Roman" w:eastAsia="Times New Roman" w:cs="Times New Roman"/>
        </w:rPr>
        <w:t>Peb yuav tsum los cuag lub roob thiab raug hloov siab los ntseeg ib yam li Petus, thiab thaum peb ua li ntawd, peb yuav raug ntxuav kom dawb huv ib yam li Yaxayas. Kev ntxuav kom dawb huv ntawd raug sawv cev tias yuav ua tiav thaum hwj chim los saum ntuj los koom nrog tib neeg txoj kev siv zog. Txoj kev hu ntawm Malisadoos tshwm sim nyob rau hauv zaj keeb kwm zais ntawm nqe plaub caug.</w:t>
      </w:r>
    </w:p>
    <w:p>
      <w:pPr>
        <w:pStyle w:val="ArticleScripture"/>
        <w:jc w:val="left"/>
      </w:pPr>
      <w:r>
        <w:rPr>
          <w:rFonts w:ascii="Times New Roman" w:hAnsi="Times New Roman" w:eastAsia="Times New Roman" w:cs="Times New Roman"/>
        </w:rPr>
        <w:t>“Lub sij hawm twb txog lawm uas yuav tsum tau muaj tej kev rau siab khov kho ua nyob hauv peb tej nroog. Nyeem Luka 21. Qhov no yog zaj lus rau lub sijhawm no, thiab nws raug sau tseg rau tiam kawg no. Peb yuav tsum tsis pub ib yam dabtsi los cuam tshuam nruab nrab ntawm peb thiab tes haujlwm uas Vajtswv tau muab rau peb ua. Yuav tsum muaj tej kev rau siab tshwjxeeb kom coj qhov tseeb mus rau ntawm cov nyob hauv tej nroog.</w:t>
      </w:r>
    </w:p>
    <w:p>
      <w:pPr>
        <w:pStyle w:val="ArticleScripture"/>
        <w:jc w:val="left"/>
      </w:pPr>
      <w:r>
        <w:rPr>
          <w:rFonts w:ascii="Times New Roman" w:hAnsi="Times New Roman" w:eastAsia="Times New Roman" w:cs="Times New Roman"/>
        </w:rPr>
        <w:t>“Tsis txhob nkim ib lub sij hawm mus nrhiav de tej uas lwm tus ua txhaum. Cia txhua yam kev sib cav sib ceg tsum. Peb yuav tsum sib hlub ib yam li kwv tij. Cia peb nce mus rau saum roob nrog Vajtswv, kom peb thiaj rov qab los nrog kev ci ntsa iab ntawm Vajtswv lub hwjchim tshwm saum peb. Tsuas yog qhov chaw uas peb yuav txais tau qhov no xwb yog saum roob nrog Vajtswv. Muaj ib txoj hauj lwm yuav tsum ua hauv kev kawm txog tus Tswv Txojlus raws li tau tshwm tawm hauv Nws txoj kevcai. Twb muaj kev nyeem dhau mus lawm ntau heev, tab sis muaj pes tsawg uas yog kev kawm tiag? Khetos tau nyob hauv cov neeg ntiajteb thiab qhuab qhia tej ntsiab lus tseeb ntawm txoj kevcai ntawd hauv lub ntiajteb.”</w:t>
      </w:r>
    </w:p>
    <w:p>
      <w:pPr>
        <w:pStyle w:val="ArticleScripture"/>
        <w:jc w:val="left"/>
      </w:pPr>
      <w:r>
        <w:rPr>
          <w:rFonts w:ascii="Times New Roman" w:hAnsi="Times New Roman" w:eastAsia="Times New Roman" w:cs="Times New Roman"/>
        </w:rPr>
        <w:t>“Txoj hauj lwm no yuav tsis ntev ces raug xaus kom tiav hauv txoj kev ncaj ncees. Peb yuav tsum haj yam rau siab kawg thiab haj yam hwm Vajtswv tshaj hauv peb tej kev sib zog ua kom coj txoj hauj lwm no mus txog qhov ua tiav. Lub sij hawm twb los txog lawm uas peb tsis yog yuav tsum tsuas ua dej num xwb, tiam sis peb yuav tsum tsom peb txoj kev ua dej num ntawd kom thiaj ua tau txiaj ntsig tiag. Yog peb siv sij hawm ntau dua saum lub roob nrog Vajtswv, ces peb tes dej num yuav haj yam muaj hwj chim thiab muaj txiaj ntsig dua.”</w:t>
      </w:r>
    </w:p>
    <w:p>
      <w:pPr>
        <w:pStyle w:val="ArticleScripture"/>
        <w:jc w:val="left"/>
      </w:pPr>
      <w:r>
        <w:rPr>
          <w:rFonts w:ascii="Times New Roman" w:hAnsi="Times New Roman" w:eastAsia="Times New Roman" w:cs="Times New Roman"/>
        </w:rPr>
        <w:t>“Yuav tsum muaj hwjchim uas yaum tau ntau dua tuaj rau hauv peb txoj kev tshaj tawm. Rab ntaj ntawm tus Ntsuj Plig yuav tsum raug ntse dua tshiab thiab raug xa tawm mus nrog hwjchim. Peb puas yuav rau siab ntso ua li tej neeg uas muaj tag nrho tej kev muaj tseeb ntawm txoj sia nyob mus ib txhis nyob ntawm lawv xub ntiag? Peb xav kom lub hwjchim ntawm Vaj Ntsuj Plig Dawb Huv mus tom ntej thiab ua kom tiav Vajtswv txoj hauj lwm hauv lub ntiajteb.” Australian Union Conference Recorder, October 1, 1906.</w:t>
      </w:r>
    </w:p>
    <w:p>
      <w:pPr>
        <w:pStyle w:val="ArticleBody"/>
        <w:jc w:val="left"/>
      </w:pPr>
      <w:r>
        <w:rPr>
          <w:rFonts w:ascii="Times New Roman" w:hAnsi="Times New Roman" w:eastAsia="Times New Roman" w:cs="Times New Roman"/>
        </w:rPr>
        <w:t>Nws yog saum roob, uas kuj yog Qhov Chaw Dawb Huv Tshaj Plaws, qhov uas Kev Ua Vajtswv raug koom ua ke nrog peb tib neeg, thiab Lukas 21 yog txoj xov rau tiam neeg kawg, cov uas yuav tsum muab txoj kev ceeb toom kawg rau tej nroog. Txoj kev ceeb toom rau tej nroog yog ib txoj hauj lwm uas cov tim tswv yuav ua kom tiav yog peb tsis kam los saum roob thiab raug hloov kom zoo li Nws tus yam ntxwv. Txoj hauj lwm ntawd yog rau tej nroog, rau qhov tiam neeg kawg nyob hauv ib lub caij nyoog thaum “txhiab txhiab lub nroog” yuav raug rhuav tshem. Lub caij nyoog yaj saub ntawm kev rhuav tshem tej nroog pib nrog cov pob hluav taws ntawm Nashville, thiab txoj hauj lwm ceeb toom pib rau ntawd, thiab txoj hauj lwm ntawd raug txheeb qhia nyob hauv Lukas 21. Dhau ntau xyoos los no peb tau rov qab qhia ntau zaus tias Lukas 21 yog ib txoj kev ceeb toom txog Islam ntawm txoj kev txom nyem thib peb.</w:t>
      </w:r>
    </w:p>
    <w:p>
      <w:pPr>
        <w:pStyle w:val="ArticleBody"/>
        <w:jc w:val="left"/>
      </w:pPr>
      <w:r>
        <w:rPr>
          <w:rFonts w:ascii="Times New Roman" w:hAnsi="Times New Roman" w:eastAsia="Times New Roman" w:cs="Times New Roman"/>
        </w:rPr>
        <w:t>Hauv Lukas 21 Yexus tau piav raws keeb kwm pib ntawm qhov uas cov Yixayee thaum ub raug tsis lees txais ua Vajtswv haiv neeg uas raug xaiv, mus txog rau thaum kawg ntawm Tiam Tsaus Ntuj ntawm kev tsim txom los ntawm hwjchim papacy, thiab tom qab ntawd nkag mus rau hauv tej cim qhia uas qhib txoj keeb kwm Millerite. Keeb kwm Millerite yog tus qauv qhia txog keeb kwm ntawm ib puas plaub caug plaub txhiab leej.</w:t>
      </w:r>
    </w:p>
    <w:p>
      <w:pPr>
        <w:pStyle w:val="ArticleScripture"/>
        <w:jc w:val="left"/>
      </w:pPr>
      <w:r>
        <w:rPr>
          <w:rFonts w:ascii="Times New Roman" w:hAnsi="Times New Roman" w:eastAsia="Times New Roman" w:cs="Times New Roman"/>
        </w:rPr>
        <w:t>Thiab lawv yuav ntog rau ntug ntaj, thiab yuav raug coj mus ua neeg raug txhom nyob rau hauv txhua haiv neeg; thiab Yeluxalees yuav raug lwm haiv neeg tsuj nphau, mus txog thaum lub sijhawm ntawm lwm haiv neeg tiav lawm. Thiab yuav muaj tej cim tshwm nyob hauv lub hnub, thiab hauv lub hli, thiab hauv cov hnub qub; thiab saum npoo ntiajteb yuav muaj kev txom nyem ntawm ntau haiv neeg, nrog kev ntxhov siab tsis paub yuav ua li cas; dej hiavtxwv thiab cov nthwv dej yuav nrov nroo; neeg lub siab yuav qaug zog vim kev ntshai, thiab vim lawv ntsia ntsoov tej yam uas tabtom los raug ntiajteb no: rau qhov tej hwjchim saum ntuj yuav raug ua kom co co. Thiab thaum ntawd lawv yuav pom Neeg Leej Tub los hauv ib tau huab nrog hwjchim thiab yeeb koob loj kawg nkaus. Luka 21:24–27.</w:t>
      </w:r>
    </w:p>
    <w:p>
      <w:pPr>
        <w:pStyle w:val="ArticleBody"/>
        <w:jc w:val="left"/>
      </w:pPr>
      <w:r>
        <w:rPr>
          <w:rFonts w:ascii="Times New Roman" w:hAnsi="Times New Roman" w:eastAsia="Times New Roman" w:cs="Times New Roman"/>
        </w:rPr>
        <w:t>Yauhas, hauv tshooj kaum ib ntawm Phau Ntawv Qhia Tshwm, qhia meej tias 1,260 xyoo ntawm txoj kev kav ntawm lub papacy tau raug muab raws li lus faj lem “rau cov Lwm Haiv Neeg,” thiab Lukas qhia tias hauv xyoo 1798, lub sijhawm ntawm cov Lwm Haiv Neeg tau tiav lawm. Tom qab ntawd Khetos hais txog cov cim nyob rau hauv lub hnub, lub hli, thiab cov hnub qub uas cim txog txoj kev txav Millerite, xaus lus nrog “kev ntxhov siab ntawm cov tebchaws, nrog kev tsis meej pem; hiav txwv thiab nthwv dej nrov nroo; Tibneeg lub siab qaug zog vim kev ntshai, thiab vim saib ntsoov tej yam uas tab tom los rau saum lub ntiajteb.” “Kev ntxhov siab ntawm cov tebchaws” hauv Lukas yog “kev chim siab ntawm cov tebchaws” hauv Phau Ntawv Qhia Tshwm.</w:t>
      </w:r>
    </w:p>
    <w:p>
      <w:pPr>
        <w:pStyle w:val="ArticleScripture"/>
        <w:jc w:val="left"/>
      </w:pPr>
      <w:r>
        <w:rPr>
          <w:rFonts w:ascii="Times New Roman" w:hAnsi="Times New Roman" w:eastAsia="Times New Roman" w:cs="Times New Roman"/>
        </w:rPr>
        <w:t>Cov tebchaws kuj chim heev, thiab koj txoj kev npau taws twb los txog lawm, thiab txog lub sijhawm rau cov neeg tuag kom raug txiav txim, thiab kom koj pub nqi zog rau koj cov tub qhe uas yog cov yaj saub, thiab rau cov neeg dawb huv, thiab rau cov uas hwm koj lub npe, tsis hais cov me los cov loj; thiab kom koj rhuav tshem cov uas rhuav tshem lub ntiajteb. Qhia Tshwm 11:18.</w:t>
      </w:r>
    </w:p>
    <w:p>
      <w:pPr>
        <w:pStyle w:val="ArticleBody"/>
        <w:jc w:val="left"/>
      </w:pPr>
      <w:r>
        <w:rPr>
          <w:rFonts w:ascii="Times New Roman" w:hAnsi="Times New Roman" w:eastAsia="Times New Roman" w:cs="Times New Roman"/>
        </w:rPr>
        <w:t>Vajtswv txoj “kev npau taws” tshwm sim hauv xya lub xwm txheej phem kawg, thiab pib thaum Mikha-ee sawv tsees thiab kev sim siab rau tibneeg kaw lawm. Kev ua rau cov haiv neeg npau taws yog ib lub sijhawm uas coj mus txog rau kev kaw ntawm kev sim siab. Kev ua rau cov haiv neeg npau taws tau pib rau 9/11, thaum Islam ntawm txoj kev txom nyem thib peb tuaj txog, yog li ntawd cim txog kev tuaj txog ntawm nag lig.</w:t>
      </w:r>
    </w:p>
    <w:p>
      <w:pPr>
        <w:pStyle w:val="ArticleScripture"/>
        <w:jc w:val="left"/>
      </w:pPr>
      <w:r>
        <w:rPr>
          <w:rFonts w:ascii="Times New Roman" w:hAnsi="Times New Roman" w:eastAsia="Times New Roman" w:cs="Times New Roman"/>
        </w:rPr>
        <w:t>“Kuv tau pom tias txoj kev chim ntawm cov haiv neeg, txoj kev npau taws ntawm Vajtswv, thiab lub sijhawm txiav txim rau cov neeg tuag yog nyias sib cais thiab txawv tseeb, ib qho los tom qab ib qho; thiab kuj pom tias Mikha-ee tseem tsis tau sawv tsees, thiab lub sijhawm kev txom nyem loj, yam uas tsis tau muaj dua li, tseem tsis tau pib los. Tam sim no cov haiv neeg tab tom chim, tab sis thaum peb tus Pov Thawj Hlob ua tiav Nws tes haujlwm hauv lub chaw dawb huv lawm, Nws yuav sawv tsees, hnav tej tsoos tsho ntawm kev pauj txiaj, thiab ces xya qhov mob loj kawg yuav raug nchuav los.”</w:t>
      </w:r>
    </w:p>
    <w:p>
      <w:pPr>
        <w:pStyle w:val="ArticleScripture"/>
        <w:jc w:val="left"/>
      </w:pPr>
      <w:r>
        <w:rPr>
          <w:rFonts w:ascii="Times New Roman" w:hAnsi="Times New Roman" w:eastAsia="Times New Roman" w:cs="Times New Roman"/>
        </w:rPr>
        <w:t>“Kuv pom tias plaub tug timtswv yuav tuav plaub ceg cua tseg mus txog thaum Yexus txoj haujlwm tiav hauv lub chaw dawb huv, ces mam los txog xya yam xwm txheej kawg.” Early Writings, 36.</w:t>
      </w:r>
    </w:p>
    <w:p>
      <w:pPr>
        <w:pStyle w:val="ArticleBody"/>
        <w:jc w:val="left"/>
      </w:pPr>
      <w:r>
        <w:rPr>
          <w:rFonts w:ascii="Times New Roman" w:hAnsi="Times New Roman" w:eastAsia="Times New Roman" w:cs="Times New Roman"/>
        </w:rPr>
        <w:t>Hauv keeb kwm Millerite, kev ua rau tej haiv neeg chim, los yog raws li Lukas tau sau tseg tias, “kev ntxhov siab ntawm tej haiv neeg,” tau raug ua tiav los ntawm Islam.</w:t>
      </w:r>
    </w:p>
    <w:p>
      <w:pPr>
        <w:pStyle w:val="ArticleScripture"/>
        <w:jc w:val="left"/>
      </w:pPr>
      <w:r>
        <w:rPr>
          <w:rFonts w:ascii="Times New Roman" w:hAnsi="Times New Roman" w:eastAsia="Times New Roman" w:cs="Times New Roman"/>
        </w:rPr>
        <w:t>“Xyoo 1838, Qaib Cov Txwv tau nkag mus rau hauv kev ua rog nrog Iyiv. Cov neeg Iyiv zoo li yuav rhuav tshem tau lub hwj chim ntawm Qaib Cov Txwv. Kom thiaj tiv thaiv tau qhov no, plaub lub hwj chim loj ntawm Tebchaws Europe, yog Askiv, Lavxias, Austria, thiab Prussia, tau cuam tshuam los txhawb nqa tsoomfwv Qaib Cov Txwv.” Uriah Smith, Synopsis of Present Truth, 218.</w:t>
      </w:r>
    </w:p>
    <w:p>
      <w:pPr>
        <w:pStyle w:val="ArticleBody"/>
        <w:jc w:val="left"/>
      </w:pPr>
      <w:r>
        <w:rPr>
          <w:rFonts w:ascii="Times New Roman" w:hAnsi="Times New Roman" w:eastAsia="Times New Roman" w:cs="Times New Roman"/>
        </w:rPr>
        <w:t>Xyoo 1838, yam uas hu ua “nqe lus nug sab hnub tuaj” tab tom ua rau tej haiv neeg poob siab tshee hnyo, thiab “nqe lus nug sab hnub tuaj” ntawd yog Islam, yog cua sab hnub tuaj hauv phau Vajlugkub. Keeb kwm Millerite pom tej haiv neeg raug tshee hnyo los ntawm Islam, ces tus Tswv los hauv tej huab mus rau Qhov Chaw Dawb Huv Tshaj Plaws, yog li ua ib daim qauv qhia txog thaum tus Tswv los hauv tej huab thaum Nws Rov Los Zaum Ob. Ua ntej Nws los hauv tej huab, Islam ua rau tej haiv neeg muaj kev ntxhov siab nyuaj siab, thiab qhov no yog zaj lus uas Petus raug muab kom tshaj tawm rau tej nroog ua ntej ntawm kev rhuav tshem “txhiab txhiab lub nroog.” Lub sijhawm ntawm kev rhuav tshem tej nroog pib nrog cov pob hluav taws ntawm Nashville.</w:t>
      </w:r>
    </w:p>
    <w:p>
      <w:pPr>
        <w:pStyle w:val="ArticleScripture"/>
        <w:jc w:val="left"/>
      </w:pPr>
      <w:r>
        <w:rPr>
          <w:rFonts w:ascii="Times New Roman" w:hAnsi="Times New Roman" w:eastAsia="Times New Roman" w:cs="Times New Roman"/>
        </w:rPr>
        <w:t>“Au, yog tias Vajtswv haiv neeg muaj ib txoj kev xav txog txoj kev puas tsuaj uas tab tom los rau ntau txhiab lub nroog, uas nim no twb yuav luag raug muab rau kev pe dab mlom lawm! Tiamsis coob tus ntawm cov uas tsim nyog yuav tsum tshaj tawm txoj kev tseeb tab tom liam thiab txiav txim rau lawv cov kwvtij. Thaum Vajtswv lub hwjchim uas hloov siab los rau saum tibneeg lub siab ntsws, yuav muaj ib qho kev hloov uas pom tseeb heev. Tibneeg yuav tsis muaj lub siab xav thuam thiab rhuav tshem lawm. Lawv yuav tsis sawv hauv ib qho chaw uas txwv tsis pub qhov kaj ci tuaj rau lub ntiajteb. Lawv tej kev thuam, lawv tej kev liam, yuav tu tseg. Cov hwjchim ntawm tus yeeb ncuab tab tom sib sau los rau kev ua rog. Tej kev tawm tsam hnyav tab tom nyob ntawm peb xub ntiag. Cia li los sib txeeb ze ua ke, kuv cov kwvtij thiab cov muam, los sib txeeb ze ua ke. Khi rau nrog Khetos. ‘Tsis txhob hais tias, Ib pab koom tes,... thiab tsis txhob ntshai yam uas lawv ntshai, txhob txhawj ntshai li. Cais tus Tswv ntawm tej pab tub rog tseg ua tus dawb huv nws tus kheej; thiab cia nws ua nej tus uas nej ntshai, thiab cia nws ua nej tus uas nej txhawj ntshai. Thiab nws yuav ua ib qho chaw dawb huv; tiamsis rau ob lub tsev ntawm cov Ixayees nws yuav ua ib lub pob zeb uas ua rau dawm, thiab ua ib lub pob tsuas uas ua rau poob siab, ua ib lub cuab thiab ua ib lub vas rau cov neeg uas nyob hauv Yeluxalees. Thiab coob tus hauv lawv yuav dawm, thiab poob, thiab tawg, thiab raug cuab, thiab raug ntes.’</w:t>
      </w:r>
    </w:p>
    <w:p>
      <w:pPr>
        <w:pStyle w:val="ArticleScripture"/>
        <w:jc w:val="left"/>
      </w:pPr>
      <w:r>
        <w:rPr>
          <w:rFonts w:ascii="Times New Roman" w:hAnsi="Times New Roman" w:eastAsia="Times New Roman" w:cs="Times New Roman"/>
        </w:rPr>
        <w:t>“Lub ntiajteb no yog ib lub tshav ua yeeb yam. Cov neeg ua yeeb yam, uas yog nws cov neeg nyob, tab tom npaj los ua lawv txoj hauj lwm hauv zaj yeeb yam loj kawg ntawm txhua lub caij nyoog. Vajtswv twb raug tsis pom lawm. Hauv cov neeg coob ntawm noob neej tsis muaj kev sib haum xeeb li, tsuas yog thaum tibneeg koom tes ua ib pab kom ua tiav lawv tej hom phiaj qia dub xwb. Vajtswv tab tom ntsia saib. Nws tej hom phiaj hais txog nws cov neeg uas ntxeev siab tawm tsam nws yuav raug ua kom tiav. Lub ntiajteb no tsis tau raug muab tso rau hauv tibneeg txhais tes, txawm Vajtswv tab tom tso cai rau tej yam ua rau muaj kev ntxhov siab thiab kev tsis muaj kev cai kom kav tau ib ntus los xij. Ib lub hwj chim hauv qab no tab tom ua hauj lwm kom coj tau cov xwm txheej loj kawg hauv zaj yeeb yam no los txog,—Xatas los raws li Khetos, thiab ua hauj lwm nrog txhua yam kev dag ntxias ntawm kev tsis ncaj ncees nyob hauv cov uas tab tom muab lawv tus kheej khi koom ua ke hauv tej koom haum zais cia. Cov uas tab tom swm rau txoj kev ntshaw ntawm kev koom ua pab koom siab ntawd yog tab tom ua kom tiav tus yeeb ncuab tej phiaj xwm. Qhov ua yuav muaj nws qhov tshwm sim raws qab.”</w:t>
      </w:r>
    </w:p>
    <w:p>
      <w:pPr>
        <w:pStyle w:val="ArticleScripture"/>
        <w:jc w:val="left"/>
      </w:pPr>
      <w:r>
        <w:rPr>
          <w:rFonts w:ascii="Times New Roman" w:hAnsi="Times New Roman" w:eastAsia="Times New Roman" w:cs="Times New Roman"/>
        </w:rPr>
        <w:t>“Kev txhaum twb yuav mus txog nws qhov txwv kawg lawm. Kev ntxhov thiab kev kub ntxhov puv npo lub ntiajteb, thiab ib qho kev ntshai loj kawg yuav los txog rau saum tibneeg tsis ntev no. Qhov kawg twb nyob ze heev lawm. Peb cov uas paub qhov tseeb yuav tsum npaj rau yam uas yuav los poob nthav rau saum lub ntiajteb no zoo li ib qho kev ceeb ntshai loj tshaj plaws.” Review and Herald, September 10, 1903.</w:t>
      </w:r>
    </w:p>
    <w:p>
      <w:pPr>
        <w:pStyle w:val="ArticleBody"/>
        <w:jc w:val="left"/>
      </w:pPr>
      <w:r>
        <w:rPr>
          <w:rFonts w:ascii="Times New Roman" w:hAnsi="Times New Roman" w:eastAsia="Times New Roman" w:cs="Times New Roman"/>
        </w:rPr>
        <w:t>“Cov ntsiab ntawm kev ntxhov siab thiab kev tsis muaj kev txiav txim” tab tom raug tsim tawm los ua txiv ntawm lub txheej txheem uas Muam White txheeb qhia tias yog “kev kawm siab dua,” uas nws kuj txheeb qhia tias yog “qhov tsis meej ntawm kev tsis ncaj.” Nashville lub tuam tsev Parthenon yog lub cim ntawm kev kawm cuav uas tam sim no tab tom tsim tawm “kev ntxhov siab thiab kev tsis muaj kev txiav txim” uas “kav hwj chim ib ntus.” Cov pob hluav taws poob saum Nashville raug coj los ntawm Islam, thiab lawv sawv cev rau Vajtswv txoj kev txiav txim rau saum “tsob ntoo ntawm kev paub qhov zoo thiab qhov phem.” Thaum Nashville raug ntaus, lub sijhawm luv luv ntawm kev tshaj tawm lub suab quaj thaum ib tag hmo pib lawm thiab coj mus rau txoj cai Hnub Caiv, qhov chaw uas Yaxayas txoj “koom tes phem” ua nws txoj kev txav zaum kawg thaum lub ntiaj teb raug yuam kom lees txais ib lub tseem fwv ib ntiaj teb uas raug txheeb qhia tias yog tus tsiaj qus tus duab nyob hauv Tshwm Sim tshooj kaum peb. Yaxayas qhov kev txheeb qhia txog txoj kev koom tes phem ntawd sib haum nrog kev muab cim rau ib puas plaub caug plaub txhiab leej.</w:t>
      </w:r>
    </w:p>
    <w:p>
      <w:pPr>
        <w:pStyle w:val="ArticleScripture"/>
        <w:jc w:val="left"/>
      </w:pPr>
      <w:r>
        <w:rPr>
          <w:rFonts w:ascii="Times New Roman" w:hAnsi="Times New Roman" w:eastAsia="Times New Roman" w:cs="Times New Roman"/>
        </w:rPr>
        <w:t>Tsis txhob hais tias, “Kev koom tes zais,” rau txhua tus uas haiv neeg no yuav hais tias, “Kev koom tes zais”; thiab tsis txhob ntshai yam uas lawv ntshai, los tsis txhob poob siab ntshai. Nej yuav tsum hwm tus Tswv uas yog tus Tswv ntawm tej pab tub rog ua neeg dawb huv; cia nws ua nej txoj kev ntshai, thiab cia nws ua nej txoj kev tshee hawm. Ces nws yuav yog ib qho chaw dawb huv; tiam sis rau ob tsev neeg Ixayees nws yuav yog ib lub pob zeb uas ua rau dawm, thiab yog ib lub pob zeb loj uas ua rau poob, thiab rau cov neeg uas nyob hauv Yeluxalees nws yuav yog ib lub cuab thiab yog ib lub vas. Coob leej hauv lawv yuav dawm, thiab poob, thiab tawg tas, thiab raug ntes rau hauv cuab, thiab raug ntes mus.</w:t>
      </w:r>
    </w:p>
    <w:p>
      <w:pPr>
        <w:pStyle w:val="ArticleScripture"/>
        <w:jc w:val="left"/>
      </w:pPr>
      <w:r>
        <w:rPr>
          <w:rFonts w:ascii="Times New Roman" w:hAnsi="Times New Roman" w:eastAsia="Times New Roman" w:cs="Times New Roman"/>
        </w:rPr>
        <w:t>Muab txoj lus tim khawv qhwv cia, kaw txoj cai no rau hauv kuv cov thwjtim. Thiab kuv yuav tos ntsoov rau tus Tswv, tus uas zais nws lub ntsej muag ntawm tsev neeg Yakhauj, thiab kuv yuav cia siab rau nws. Saib seb, kuv thiab cov me nyuam uas tus Tswv tau pub rau kuv yog ua tej cim thiab tej txuj ci tseem ceeb hauv Ixayees los ntawm tus Tswv uas muaj hwjchim loj kawg nkaus, tus uas nyob saum roob Xi-oos. Thiab thaum lawv yuav hais rau nej tias, Nej cia li mus nrhiav cov uas muaj dab qub, thiab cov khawv koob uas nthe nyuag thiab yws yws; puas yog ib haiv neeg yuav tsum tsis nrhiav lawv tus Vajtswv lov? Puas yog yuav mus nrhiav cov tuag rau cov ciaj? Mus rau txoj cai thiab mus rau txoj lus tim khawv; yog lawv hais tsis raws li lo lus no, ces yog vim tsis muaj qhov kaj nyob hauv lawv. Yaxayas 8:12–20.</w:t>
      </w:r>
    </w:p>
    <w:p>
      <w:pPr>
        <w:pStyle w:val="ArticleBody"/>
        <w:jc w:val="left"/>
      </w:pPr>
      <w:r>
        <w:rPr>
          <w:rFonts w:ascii="Times New Roman" w:hAnsi="Times New Roman" w:eastAsia="Times New Roman" w:cs="Times New Roman"/>
        </w:rPr>
        <w:t>Nqe lus uas los ntawm Muam White qhia meej tias ib lub caij nyoog ntawm “kev ntxhov siab thiab kev tsis muaj txheej txheem” coj mus rau “Xatas los zoo li Khetos.” Xatas tshwm sim los dag cev ua Khetos thaum txoj cai Hnub Caiv thawj hnub.</w:t>
      </w:r>
    </w:p>
    <w:p>
      <w:pPr>
        <w:pStyle w:val="ArticleScripture"/>
        <w:jc w:val="left"/>
      </w:pPr>
      <w:r>
        <w:rPr>
          <w:rFonts w:ascii="Times New Roman" w:hAnsi="Times New Roman" w:eastAsia="Times New Roman" w:cs="Times New Roman"/>
        </w:rPr>
        <w:t>“Los ntawm txoj cai txib uas yuam kom tsa thiab txhawb lub hwj chim Papacy, uas yog kev ua txhaum tawm tsam Vajtswv txoj kevcai, peb haiv tebchaws yuav txiav nws tus kheej tawm ntawm kev ncaj ncees tag nrho. Thaum Protestantism yuav ncab nws txhais tes hla lub kwj deg sib cais mus tuav tes nrog lub hwj chim Loos, thaum nws yuav ncav tes hla lub hav tob mus sib tuav tes nrog Kev Ntseeg Ntsujplig Cuav, thaum, nyob hauv qab txoj kev cuam tshuam ntawm qhov kev koom siab peb txheej no, peb lub tebchaws yuav tsis lees txais txhua lub hauv paus ntsiab lus ntawm nws Txoj Cai Lij Choj uas yog ib lub tseem fwv Protestant thiab republican, thiab yuav npaj kev txhawb rau kev nthuav tawm tej lus cuav thiab kev dag ntxias ntawm papacy, ces peb thiaj paub tau tias lub sijhawm rau Xatas txoj haujlwm txaus ntshai uas ua yam txawv kawg twb los txog lawm thiab tias qhov kawg twb nyob ze.” Testimonies, volume 5, 451.</w:t>
      </w:r>
    </w:p>
    <w:p>
      <w:pPr>
        <w:pStyle w:val="ArticleBody"/>
        <w:jc w:val="left"/>
      </w:pPr>
      <w:r>
        <w:rPr>
          <w:rFonts w:ascii="Times New Roman" w:hAnsi="Times New Roman" w:eastAsia="Times New Roman" w:cs="Times New Roman"/>
        </w:rPr>
        <w:t>Lub caij nyoog ntawm “kev ntxhov siab thiab kev tsis muaj kev txiav txim” tshwm sim ua ntej txoj cai Hnub Caiv. Cia li ua ntej txoj cai Hnub Caiv, hauv lub sijhawm uas raug ua qauv los ntawm Exeter camp meeting thiab kaum hnub nyob hauv chav saud ua ntej Pentekos, ib puas plaub caug plaub txhiab leej yuav tsum “sib nias los ua ke, kuv cov kwv tij thiab cov muam, … khi nrog Khetos.” Kev muab lub cim foob tshwm sim ua ntej txoj cai Hnub Caiv, thiab yog nyob hauv zaj keeb kwm ntawd uas txoj kev koom tes phem pib nws txoj hauj lwm kawg ntawm kev tsa ib lub tseem fwv ntiaj teb ib leeg.</w:t>
      </w:r>
    </w:p>
    <w:p>
      <w:pPr>
        <w:pStyle w:val="ArticleBody"/>
        <w:jc w:val="left"/>
      </w:pPr>
      <w:r>
        <w:rPr>
          <w:rFonts w:ascii="Times New Roman" w:hAnsi="Times New Roman" w:eastAsia="Times New Roman" w:cs="Times New Roman"/>
        </w:rPr>
        <w:t>Thaum txog lub sij hawm muab lub foob, Khetos yuav yog ib lub chaw nkaum dawb huv rau cov ncaj ncees, tiam sis yuav yog ib lub pob zeb uas ua rau cov lim hiam dawm. Nws yuav yog “ib lub vas thiab ib lub cuab rau cov neeg nyob hauv Yeluxalees,” uas yog cov “coob leej” uas poob, tiam sis rau cov tsawg leej uas tau txais lub foob lawm “Nws” yuav yog lawv “txoj kev ntshai.”</w:t>
      </w:r>
    </w:p>
    <w:p>
      <w:pPr>
        <w:pStyle w:val="ArticleBody"/>
        <w:jc w:val="left"/>
      </w:pPr>
      <w:r>
        <w:rPr>
          <w:rFonts w:ascii="Times New Roman" w:hAnsi="Times New Roman" w:eastAsia="Times New Roman" w:cs="Times New Roman"/>
        </w:rPr>
        <w:t>“Kev ntshai” Vajtswv yog yam uas Evas tsis muaj, thiab cov uas ntshai Vajtswv ntawd muaj ib hom kev ntshai txawv dua li txoj kev ntshai uas raug coj los rau saum coob leej uas ntog dawm. Ob hom kev ntshai no cim tseg cov uas dhau thiab cov uas swb hauv txoj kev sim xyuas. Cov uas dhau raug muab ntim cim, cov uas tsis dhau raug sawv cev los ntawm tus lej tsib, rau qhov lawv “ntog dawm, thiab poob, thiab tawg, thiab raug daig cuab, thiab raug ntes.” Lub sijhawm ntim cim uas raug sawv cev tias tshwm sim ua ntej txoj cai Hnub Caiv, thaum muaj ib ntus ntawm kev ntxhov siab thiab kev tsis muaj kev txiav txim, yog lub sijhawm uas zaj lus piv txwv ntawm kaum tug nkauj xwb raug ua tiav.</w:t>
      </w:r>
    </w:p>
    <w:p>
      <w:pPr>
        <w:pStyle w:val="ArticleBody"/>
        <w:jc w:val="left"/>
      </w:pPr>
      <w:r>
        <w:rPr>
          <w:rFonts w:ascii="Times New Roman" w:hAnsi="Times New Roman" w:eastAsia="Times New Roman" w:cs="Times New Roman"/>
        </w:rPr>
        <w:t>Cov tsawg leej uas raug muab khi ruaj, sib piv nrog cov coob uas ntog, yog cov uas “tos” tus Tswv, yog li ntawd thiaj qhia tau tias lawv yog cov nkauj xwb txawj ntse uas “tau tos.” Tsis tas li ntawd, tseem muaj ib yam kev tos raws li kev qhia yav tom ntej uas raug ua kom dawb huv thiab ib yam uas tsis raug ua kom dawb huv nyob hauv ob pab nkauj xwb, uas sib haum nrog ob yam kev ntshai.</w:t>
      </w:r>
    </w:p>
    <w:p>
      <w:pPr>
        <w:pStyle w:val="ArticleScripture"/>
        <w:jc w:val="left"/>
      </w:pPr>
      <w:r>
        <w:rPr>
          <w:rFonts w:ascii="Times New Roman" w:hAnsi="Times New Roman" w:eastAsia="Times New Roman" w:cs="Times New Roman"/>
        </w:rPr>
        <w:t>“‘Thaum tus nraug vauv ncua sij hawm, lawv sawvdaws txawm nkees tsaug zog thiab tsaug zog lawm.’ Los ntawm tus nraug vauv qhov ncua sij hawm no, yog sawv cev txog lub sij hawm uas neeg cia siab ntsoov tus Tswv yuav los, txog txoj kev chim siab poob siab, thiab txog qhov uas zoo li muaj kev qeeb ncua. Nyob rau lub sij hawm uas tsis paub meej no, kev txaus siab ntawm cov neeg uas tsuas nyob sab nraud xwb thiab cov uas muaj siab ib nrab xwb txawm pib co co mus los, thiab lawv txoj kev siv zog txawm nqis zog zuj zus; tiam sis cov uas lawv txoj kev ntseeg tau tsa rau saum kev paub tus kheej txog Phau Vajlugkub, lawv muaj ib lub pob zeb nyob hauv qab lawv ko taw, uas nthwv dej ntawm txoj kev chim siab poob siab tsis muaj peev xwm ntxuav kom ploj mus. ‘Lawv sawvdaws txawm nkees tsaug zog thiab tsaug zog;’ ib pab yog nyob hauv txoj kev tsis quav ntsej thiab tso lawv txoj kev ntseeg tseg, hos lwm pab yog ua siab ntev tos kom txog thaum muab qhov kaj uas meej dua los. Los, nyob hauv hmo ntuj ntawm txoj kev sim siab, pab tom kawg no kuj zoo li poob me ntsis ntawm lawv txoj kev kub siab thiab txoj kev fij siab rau Vajtswv thiab. Cov uas muaj siab ib nrab thiab cov uas nyob sab nraud xwb tsis muaj peev xwm vam khom rau lawv cov kwvtij txoj kev ntseeg ntxiv lawm. Txhua tus yuav tsum sawv lossis poob rau nws tus kheej.” The Great Controversy, 395.</w:t>
      </w:r>
    </w:p>
    <w:p>
      <w:pPr>
        <w:pStyle w:val="ArticleBody"/>
        <w:jc w:val="left"/>
      </w:pPr>
      <w:r>
        <w:rPr>
          <w:rFonts w:ascii="Times New Roman" w:hAnsi="Times New Roman" w:eastAsia="Times New Roman" w:cs="Times New Roman"/>
        </w:rPr>
        <w:t>Cov neeg uas tos ntsoov hauv txoj kev raug muab dawb huv yuav tsum yog “tej cim thiab tej yam txaus xav tsis thoob” thaum lawv raug tsa siab ua ib tug chij rau lub ntiajteb thaum txog txoj cai Hnub Caiv, thaum lo lus nug hais txog tsob ntoo ntawm kev paub qhov zoo thiab qhov phem sawv cev rau txoj kev paub ntawm “cov uas muaj dab ntxwg nyoog paub zoo, thiab cov khawv koob uas nyiag ntsia, thiab uas yws yws” thiab txoj kev paub uas raug qhia tseg los ntawm “txoj cai thiab zaj lus tim khawv.” Qhov no yog tib txoj kev sim ib yam li tau muaj rau Evas thiab Adas. Peb puas yuav txais txoj kev kawm uas muaj qhov tseeb tov thiab sib xyaw nrog qhov yuam kev, lossis peb puas yuav sawv ruaj khov saum ib lo lus “Tus Tswv hais li no,” vim yog lawv hais tsis raws li Lo Lus no, ces yog vim tsis muaj qhov kaj nyob hauv lawv. Txoj kev kawm tseeb thiab txoj kev kawm cuav yog ib txoj kab tseem ceeb ntawm qhov tseeb nyob hauv txoj kev sib cav loj ntawm Khetos thiab Xatas. Nashville yog lub cim ntawm kev ntxeev siab tawm tsam Vajtswv Txojlus, ib yam tseeb npaum li Sodom yog lub cim ntawm kev qias vuab tsuab, thiab ib yam li New York yog lub cim ntawm lub hwj chim kev lag luam ntawm Tebchaws Meskas thiab Pentagon yog lub cim ntawm nws lub zog ua rog.</w:t>
      </w:r>
    </w:p>
    <w:p>
      <w:pPr>
        <w:pStyle w:val="ArticleBody"/>
        <w:jc w:val="left"/>
      </w:pPr>
      <w:r>
        <w:rPr>
          <w:rFonts w:ascii="Times New Roman" w:hAnsi="Times New Roman" w:eastAsia="Times New Roman" w:cs="Times New Roman"/>
        </w:rPr>
        <w:t>Petus tab tom sawv ntawm tus ntug ntawm cov pob hluav taws ntawm Nashville, hauv Panium thiab ntawm lub roob, uas sawv cev rau txoj kev sim ntsuam xyuas lub tuam tsev. Nws pom tseeb tias Laodicean Seventh-day Adventism tab tom yuav raug cem thiab raug ua kom txaj muag thaum cov pob hluav taws poob los, thiab tias Nashville, Tebchaws Meskas thiab lub ntiaj teb yuav tsum tau raug ceeb toom. Txoj xov ntawm Islam lees paub cov tub txib ib yam li hluav taws uas poob saum Carmel tau lees paub tias Eliyas yog tus yaj saub tseeb. Txawm li cas los xij, txoj kev ceeb toom rau Nashville tsis yog tsuas yog Islam ntawm kev txom nyem thib peb xwb, tsis hais txog yam hom riam phom twg raug siv hauv qhov kev tawm tsam uas los yam tsis xav txog. Txoj xov ceeb toom yuav tsum qhia meej tias vim li cas Islam thiaj raug tso cai los coj kev txiav txim los, ib txoj kev txiav txim uas pib ib lub sijhawm uas ntau txhiab lub nroog raug rhuav tshem. Kev qhia tseg ua ntej tias Islam yuav tsim ib qho kev tawm tsam uas los yam tsis xav txog rau Nashville, yuav lees paub cov tub txib, tiam sis ntawd yog ib txoj kev ceeb toom uas tsis tiav yog tias tsuas ua tau li ntawd xwb.</w:t>
      </w:r>
    </w:p>
    <w:p>
      <w:pPr>
        <w:pStyle w:val="ArticleBody"/>
        <w:jc w:val="left"/>
      </w:pPr>
      <w:r>
        <w:rPr>
          <w:rFonts w:ascii="Times New Roman" w:hAnsi="Times New Roman" w:eastAsia="Times New Roman" w:cs="Times New Roman"/>
        </w:rPr>
        <w:t>Cov pob hluav taws ntawm Nashville yog Vajtswv txoj kev txiav txim uas pib ib ntus luv luv uas xaus rau txoj cai hnub Sunday, uas ib yam li thaum pib ntawm lub sijhawm ntawd kuj yog Vajtswv txoj kev txiav txim thiab. Vajtswv tau hais qhia Adas thiab Evas ua ntej tias qhov kev sim ntawd yog dabtsi, thiab yog lawv swb qhov kev sim ntawd ces yuav muaj dabtsi tshwm sim raws li qhov tshwm sim ntawm nws. Muam White qhia meej txog qhov tseem ceeb ntawm kev muaj peev xwm xam pom “ntawm qhov ua rau mus rau qhov tshwm sim,” thiab phau Vajlugkub qhia tias “lus foom” uas tsis muaj “qhov ua rau” yuav tsis los.</w:t>
      </w:r>
    </w:p>
    <w:p>
      <w:pPr>
        <w:pStyle w:val="ArticleScripture"/>
        <w:jc w:val="left"/>
      </w:pPr>
      <w:r>
        <w:rPr>
          <w:rFonts w:ascii="Times New Roman" w:hAnsi="Times New Roman" w:eastAsia="Times New Roman" w:cs="Times New Roman"/>
        </w:rPr>
        <w:t>Ib yam li tus noog uas ya mus los, thiab tus nqos dej uas ya ncig, txoj kev foom tsis muaj laj thawj yuav tsis los txog. Paj Lug 26:2.</w:t>
      </w:r>
    </w:p>
    <w:p>
      <w:pPr>
        <w:pStyle w:val="ArticleBody"/>
        <w:jc w:val="left"/>
      </w:pPr>
      <w:r>
        <w:rPr>
          <w:rFonts w:ascii="Times New Roman" w:hAnsi="Times New Roman" w:eastAsia="Times New Roman" w:cs="Times New Roman"/>
        </w:rPr>
        <w:t>Cov pob hluav taws saum ntuj ntawm Nashville yog “qhov tshwm sim,” thiab yog “lus foom” uas tab tom los. Txoj lus ceeb toom yuav tsum muaj nrog “qhov ua rau” thiab. Xibhwb cev Vajtswv lus Yau-na zaj lus tsis yog tsuas yog qhia kom paub txog kev puas tsuaj hauv plaub caug hnub xwb, tiam sis nws ua rau muaj kev sawv rov los thiab kev kho kom tshiab pib ntawm vajntxwv mus thoob plaws hauv pejxeem. Yam uas raug qhia ntawd ua rau vajntxwv thiab nws haiv neeg tig tawm ntawm lawv tej kev phem. Yau-na tau hais rau lawv txog txoj kev puas tsuaj uas yuav los txog, thiab nws tau hais rau lawv tias qhov ntawd yog vim lawv txoj kev ua neej phem thiab lim hiam.</w:t>
      </w:r>
    </w:p>
    <w:p>
      <w:pPr>
        <w:pStyle w:val="ArticleScripture"/>
        <w:jc w:val="left"/>
      </w:pPr>
      <w:r>
        <w:rPr>
          <w:rFonts w:ascii="Times New Roman" w:hAnsi="Times New Roman" w:eastAsia="Times New Roman" w:cs="Times New Roman"/>
        </w:rPr>
        <w:t>Vim hais txog lo lus ntawd tau mus txog cuag vajntxwv ntawm Nineveh, ces nws sawv ntawm nws lub zwm txwv, muab nws lub tsho kav tawm ntawm nws, hnav khaub ncaws ntaub tsaj, thiab zaum hauv tshauv. Thiab nws kom tshaj tawm thiab luam tawm thoob plaws Nineveh raws li vajntxwv thiab nws cov nom tswv txoj cai hais tias, Tsis txhob cia neeg los tsiaj txhu, pab nyuj los pab yaj, saj ib yam dab tsi li: tsis txhob cia lawv noj mov, los haus dej: Tiamsis cia neeg thiab tsiaj txhu hnav khaub ncaws ntaub tsaj, thiab qw nrov nrov thov Vajtswv: muaj tseeb tiag, cia txhua tus tig ntawm nws txoj kev phem rov qab los, thiab ntawm txoj kev tsim txom uas nyob hauv lawv txhais tes. Jonah 3:6–8.</w:t>
      </w:r>
    </w:p>
    <w:p>
      <w:pPr>
        <w:pStyle w:val="ArticleBody"/>
        <w:jc w:val="left"/>
      </w:pPr>
      <w:r>
        <w:rPr>
          <w:rFonts w:ascii="Times New Roman" w:hAnsi="Times New Roman" w:eastAsia="Times New Roman" w:cs="Times New Roman"/>
        </w:rPr>
        <w:t>Kev Islam yog ib lub hwjchim raj, thiab xya lub raj ntawm Tshwm Sim tshooj yim mus txog kaum ib, thiab tseem tshooj kaum rau thiab, muaj tej yam ntxwv cev Vajtswv lus tshwjxeeb. Plaub lub raj thawj yog tej kev txiav txim rau Loos vajntxwv tebchaws vim tau tshaj tawm thawj txoj kevcai Sunday xyoo 321. Ob lub raj tom qab yog tej kev txiav txim rau Loos papacy vim tau tshaj tawm ib txoj kevcai Sunday xyoo 538. Xya lub raj ntawm Tshwm Sim tshooj yim mus txog kaum ib yog tus qauv qhia txog xya lub phaj xwm txheej kawg ntawm Tshwm Sim tshooj kaum rau, uas yog Vajtswv txoj kev txiav txim saum noob neej vim kev yuam kom coj Sunday.</w:t>
      </w:r>
    </w:p>
    <w:p>
      <w:pPr>
        <w:pStyle w:val="ArticleBody"/>
        <w:jc w:val="left"/>
      </w:pPr>
      <w:r>
        <w:rPr>
          <w:rFonts w:ascii="Times New Roman" w:hAnsi="Times New Roman" w:eastAsia="Times New Roman" w:cs="Times New Roman"/>
        </w:rPr>
        <w:t>Txoj lus ceeb toom ntawm Nashville yuav tsum qhia kom meej txog cov kauj ruam uas coj mus rau ib txoj cai hnub Sunday, thiab raws li zaj lus tim khawv ntawm kev yaj saub, txoj kev txiav txim los raws tom qab, tsis yog los ua ntej qhov laj thawj. Txoj kev txiav txim yog qhov tshwm sim los ntawm kev yuam kom coj raws hnub Sunday. Tsib tug tim khawv ntawm keeb kwm zais cia hauv nqe plaub caug uas peb tab tom xav txog no muab ntau yam lus tim khawv sib txawv, tiam sis tsis zoo li cov tim khawv tibneeg, txhua txoj kab kev yaj saub sib xyaw ua ke tag nrho. Kev txheeb kom pom cov kauj ruam ntawm txoj cai hnub Sunday kawg nkaus hauv Tebchaws Meskas, yeej raug ua tiav thaum Petus muab zaj lus tim khawv ntawm Donald Trump los ua ke los piav qhia txog qhov tshwm sim ntawm cov pob hluav taws ntawm Nashville.</w:t>
      </w:r>
    </w:p>
    <w:p>
      <w:pPr>
        <w:pStyle w:val="ArticleBody"/>
        <w:jc w:val="left"/>
      </w:pPr>
      <w:r>
        <w:rPr>
          <w:rFonts w:ascii="Times New Roman" w:hAnsi="Times New Roman" w:eastAsia="Times New Roman" w:cs="Times New Roman"/>
        </w:rPr>
        <w:t>Cov lus ceeb toom ntawm Nashville rau lub ntiajteb yog tias Vajtswv pib Nws txoj kev txiav txim kawg rau tibneeg thiab rau haiv neeg nyob rau lub sijhawm ntawd. Ces ib ntu ntawm kev rhuav tshem tej nroog pib los, thiab sai sai ntawd coj mus txog rau txoj cai Hnub Sunday uas tom qab kev thim txojkev ntseeg ntawm lub tebchaws yog kev puam tsuaj ntawm lub tebchaws. Ces Xatas los txog los ua txuj ua Khetos, thiab lub koomhaum phem raug tsa los thaum kaum tus vajntxwv pom zoo muab lawv lub nceeg vaj rau cov tub sab ntawm koj haiv neeg, cov uas tsa lub zeem muag kom ruaj. Cov lus ceeb toom ntawm Nashville raug sawv cev los ntawm keeb kwm uas ua ntej Nashville, raws li Donald Trump tsim ib daim duab rau tus tsiaj qus. Txoj xov ntawm Trump yog lub suab raj ceeb toom uas ua ntej cov pob hluav taws ntawm Nashville.</w:t>
      </w:r>
    </w:p>
    <w:p>
      <w:pPr>
        <w:pStyle w:val="ArticleBody"/>
        <w:jc w:val="left"/>
      </w:pPr>
      <w:r>
        <w:rPr>
          <w:rFonts w:ascii="Times New Roman" w:hAnsi="Times New Roman" w:eastAsia="Times New Roman" w:cs="Times New Roman"/>
        </w:rPr>
        <w:t>Peb yuav txuas ntxiv txog tej no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Nkaum Ntawm Nqe Plaub Caug — Zauv Kaum Ob</dc:title>
  <dc:subject>Zauv Kaum Ob</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