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Cia ntawm Nqe Plaub Caug—Tus Naj Npawb Kaum Peb</w:t>
      </w:r>
    </w:p>
    <w:p>
      <w:pPr>
        <w:pStyle w:val="ArticleSubtitle"/>
        <w:jc w:val="left"/>
      </w:pPr>
      <w:r>
        <w:rPr>
          <w:rFonts w:ascii="Arial" w:hAnsi="Arial" w:eastAsia="Arial" w:cs="Arial"/>
        </w:rPr>
        <w:t>Tus Lej Kaum Peb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Raws li ib lub cim tseem ceeb ntawm ib puas plaub caug plaub txhiab leej, Petus tab tom sawv ntawm Panium hauv xyoo 2026 ua haujlwm los kho txoj kev twv uas cuav ntawm Lub Xya Hli 18, 2020. Nws txoj haujlwm hauv qhov ntawd haum raws nraim nrog txoj haujlwm ntawm Josiah Litch hauv kev kho Hnub Yim Hli 11, 1840 thiab ntawm Samuel Snow hauv kev txheeb xyuas Hnub Kaum Hli 22, 1844. Litch txoj kev kho tau muab hwj chim rau thawj tus tim tswv txoj xov, thiab Snow txoj kev txheeb xyuas tau muab hwj chim rau tus tim tswv thib ob txoj xov. Kev muab hwj chim rau thawj thiab tus tim tswv thib ob tej xov yog ib daim qauv ua ntej ntawm kev muab hwj chim rau tus tim tswv thib peb txoj xov. Cov yam ntxwv ntawm thawj thiab tus thib ob raug sawv cev nyob hauv tus thib peb ua ib qho kev sib xyaw ntawm ib txoj xov hais txog kev txom nyem sab nraud thiab txoj xov sab hauv ntawm lub suab qw thaum ib tag hmo hauv zaj lus piv txwv txog kaum tus ntxhais nkauj xwb.</w:t>
      </w:r>
    </w:p>
    <w:p>
      <w:pPr>
        <w:pStyle w:val="ArticleBody"/>
        <w:jc w:val="left"/>
      </w:pPr>
      <w:r>
        <w:rPr>
          <w:rFonts w:ascii="Times New Roman" w:hAnsi="Times New Roman" w:eastAsia="Times New Roman" w:cs="Times New Roman"/>
        </w:rPr>
        <w:t>Hauv kev siv yav tom ntej peb npaug, thawj thiab peb, uas kuj yog qhov pib thiab qhov xaus, yuav muaj tej yam ntxwv sib xws. Tsis ntev no, ib tug kwv tij tau tshawb pom ntau yam tseeb uas muaj feem nrog kev txom nyem thawj zaug hauv Tshwmsim tshooj cuaj, uas, thaum muab siv raws li txoj cai ntawm Alpha thiab Omega, qhia txog ib qho kev lees paub tob dua ntxiv rau “av qeeg” hauv Tshwmsim tshooj kaum ib. Txoj cai hnub Sunday hauv Tebchaws Meskas yog “av qeeg” ntawd, uas tau xub ua tiav hauv Kev Kiv Puag Ncig Fabkis thaum Fabkis, uas yog ib feem ntawm kaum haiv neeg uas tsim lub qauv yaj saub ntawm Loos kev pe dab pe mlom hauv phau Daniyee, raug rhuav tshem pov tseg. Vim li ntawd, tshooj kaum ib thiaj hais tias ib feem kaum ntawm lub nroog poob lawm.</w:t>
      </w:r>
    </w:p>
    <w:p>
      <w:pPr>
        <w:pStyle w:val="ArticleScripture"/>
        <w:jc w:val="left"/>
      </w:pPr>
      <w:r>
        <w:rPr>
          <w:rFonts w:ascii="Times New Roman" w:hAnsi="Times New Roman" w:eastAsia="Times New Roman" w:cs="Times New Roman"/>
        </w:rPr>
        <w:t>Thiab nyob rau tib teev ntawd muaj ib qho av qeeg loj heev, thiab ib feem kaum ntawm lub nroog poob; thiab hauv qhov av qeeg ntawd muaj xya txhiab leej neeg raug tua tuag: hos cov seem uas tshuav ntshai kawg, thiab qhuas txog Vajtswv saum ntuj. Qhia Tshwm 11:13.</w:t>
      </w:r>
    </w:p>
    <w:p>
      <w:pPr>
        <w:pStyle w:val="ArticleBody"/>
        <w:jc w:val="left"/>
      </w:pPr>
      <w:r>
        <w:rPr>
          <w:rFonts w:ascii="Times New Roman" w:hAnsi="Times New Roman" w:eastAsia="Times New Roman" w:cs="Times New Roman"/>
        </w:rPr>
        <w:t>Tam sim ntawd tom qab nqe no, Islam ntawm txoj kev txom nyem thib peb los txog.</w:t>
      </w:r>
    </w:p>
    <w:p>
      <w:pPr>
        <w:pStyle w:val="ArticleScripture"/>
        <w:jc w:val="left"/>
      </w:pPr>
      <w:r>
        <w:rPr>
          <w:rFonts w:ascii="Times New Roman" w:hAnsi="Times New Roman" w:eastAsia="Times New Roman" w:cs="Times New Roman"/>
        </w:rPr>
        <w:t>Qhov kev txom nyem zaum ob twb dhau mus lawm; thiab, saib seb, qhov kev txom nyem zaum peb yuav los sai sai. Tshwm Sim 11:14.</w:t>
      </w:r>
    </w:p>
    <w:p>
      <w:pPr>
        <w:pStyle w:val="ArticleBody"/>
        <w:jc w:val="left"/>
      </w:pPr>
      <w:r>
        <w:rPr>
          <w:rFonts w:ascii="Times New Roman" w:hAnsi="Times New Roman" w:eastAsia="Times New Roman" w:cs="Times New Roman"/>
        </w:rPr>
        <w:t>Cov tho kev ntseeg xub thawj tau cia siab tias “kev txom nyem thib peb” yuav ua raws li kev txom nyem thib ob tam sim ntawd, tiam sis lo lus uas txhais tias “ceev nrooj” ntawd txhais hais tias tshwm sim ib pliag xwb thiab yam tsis xav txog, uas yog yam ntxwv ntawm cov kev tawm tsam nthav uas ua rau neeg poob siab ntawm Islam. Kev txom nyem thib peb tsis yog yuav los txog rau hnub tim 22 Lub Kaum Hli, 1844 raws li cov thawj coj ntawd tau xav tseg, tiam sis thaum nws los txog nws yuav tshwm sim “ib pliag xwb thiab yam tsis xav txog,” ib yam li tau tshwm sim rau 9/11, yog li ntawd thiaj cim qhia txog qhov pib ntawm kev muab lub cim rau ib puas plaub caug plaub txhiab leej, uas xaus tsis ntev ua ntej av qeeg ntawm txoj cai Hnub Caiv.</w:t>
      </w:r>
    </w:p>
    <w:p>
      <w:pPr>
        <w:pStyle w:val="ArticleBody"/>
        <w:jc w:val="left"/>
      </w:pPr>
      <w:r>
        <w:rPr>
          <w:rFonts w:ascii="Times New Roman" w:hAnsi="Times New Roman" w:eastAsia="Times New Roman" w:cs="Times New Roman"/>
        </w:rPr>
        <w:t>“Av qeeg” ntawm txoj cai Hnub Caiv yog kev co ntawm tus tsiaj qus “ntawm lub ntiaj teb,” thiab thaum 9/11 los txog, Muam White tau qhia tias tus Tswv sawv los kom “co lub ntiaj teb kom ntshai kawg.” Thaum pib ntawm kev muab lub cim ntim thiab thaum kawg, tus tsiaj qus ntawm lub ntiaj teb raug co, yog li ntawd thiaj yog “av qeeg loj.”</w:t>
      </w:r>
    </w:p>
    <w:p>
      <w:pPr>
        <w:pStyle w:val="ArticleScripture"/>
        <w:jc w:val="left"/>
      </w:pPr>
      <w:r>
        <w:rPr>
          <w:rFonts w:ascii="Times New Roman" w:hAnsi="Times New Roman" w:eastAsia="Times New Roman" w:cs="Times New Roman"/>
        </w:rPr>
        <w:t>“Kuv yeej tsis tau hais li ntawd. Kuv tau hais tias, thaum kuv ntsia cov vaj tse loj loj uas tab tom tsa nyob ntawd, ib txheej saum ib txheej, ‘Yuav muaj xwm txheej txaus ntshai npaum li cas tshwm sim thaum tus Tswv sawv los co lub ntiajteb no kom tshee hnyo heev! Ces tej lus hauv Tshwmsim 18:1–3 yuav raug ua kom tiav.’” Review and Herald, July 5, 1906.</w:t>
      </w:r>
    </w:p>
    <w:p>
      <w:pPr>
        <w:pStyle w:val="ArticleBody"/>
        <w:jc w:val="left"/>
      </w:pPr>
      <w:r>
        <w:rPr>
          <w:rFonts w:ascii="Times New Roman" w:hAnsi="Times New Roman" w:eastAsia="Times New Roman" w:cs="Times New Roman"/>
        </w:rPr>
        <w:t>Tus Tswv “sawv tsees” thaum muaj kev hloov hauv Nws txoj hauj lwm raws caij nyoog kev faib haujlwm, ib yam li tau muaj tshwm sim thaum Stephen raug muab pov pob zeb tua rau hnub tim Kaum Hli 22, 1844, thaum txoj kev txiav txim rau cov tuag pib. Thaum txoj kev txiav txim rau cov ciaj sia pib rau 9/11, Tus Tswv rov sawv tsees dua, thiab tom qab ntawd Nws ua kom tus tsiaj qus hauv ntiajteb tshee hnyo, ib yam li Nws yuav ua thaum kawg ntawm kev muab cim rau ib puas plaub caug plaub txhiab leej, thaum Nws hloov Nws txoj hauj lwm raws caij nyoog kev faib haujlwm tawm ntawm Nws pawg ntseeg mus rau Nws lwm pab yaj, yog cov uas tseem nyob hauv Babylon.</w:t>
      </w:r>
    </w:p>
    <w:p>
      <w:pPr>
        <w:pStyle w:val="ArticleBody"/>
        <w:jc w:val="left"/>
      </w:pPr>
      <w:r>
        <w:rPr>
          <w:rFonts w:ascii="Times New Roman" w:hAnsi="Times New Roman" w:eastAsia="Times New Roman" w:cs="Times New Roman"/>
        </w:rPr>
        <w:t>Yam uas kwv tij Daniel tau tshawb pom yog tej yam ntxwv ntawm thawj txoj kev txom nyem, uas phim raws li zaj lus tim khawv ntawm “av qeeg loj” hauv tshooj kaum ib, sib raug zoo nrog keeb kwm thiab nrog kev nkag siab ntawm cov thawj coj pionee txog keeb kwm uas tau ua kom thawj txoj kev txom nyem ntawd tiav.</w:t>
      </w:r>
    </w:p>
    <w:p>
      <w:pPr>
        <w:pStyle w:val="ArticleScripture"/>
        <w:jc w:val="left"/>
      </w:pPr>
      <w:r>
        <w:rPr>
          <w:rFonts w:ascii="Times New Roman" w:hAnsi="Times New Roman" w:eastAsia="Times New Roman" w:cs="Times New Roman"/>
        </w:rPr>
        <w:t>Thiab tus timtswv thib tsib txhawb nws lub raj, thiab kuv pom ib lub hnub qub poob saum ntuj los rau hauv ntiajteb; thiab tau muab tus yuam sij qhib lub qhov tob uas tsis muaj qab rau nws. Thiab nws qhib lub qhov tob uas tsis muaj qab; ces muaj pa taws ncho tawm hauv lub qhov ntawd, zoo li pa taws ntawm ib lub cub hluav taws loj; thiab lub hnub thiab huab cua tsaus ntuj vim yog pa taws ntawm lub qhov ntawd. Thiab ntawm cov pa taws ntawd txawm muaj kooj txhooj tawm los rau saum ntiajteb; thiab tau muab hwjchim rau lawv, ib yam li kab laug sab lom hauv ntiajteb muaj hwjchim. Thiab tau hais kom lawv tsis txhob ua phem rau tej nyom hauv ntiajteb, los yog ib yam nroj tsuag ntsuab twg, los yog ib tsob ntoo twg; tsuas yog rau cov neeg uas tsis muaj Vajtswv lub cim rau saum lawv lub hauvpliaj xwb. Qhia Tshwm 9:1–4.</w:t>
      </w:r>
    </w:p>
    <w:p>
      <w:pPr>
        <w:pStyle w:val="ArticleBody"/>
        <w:jc w:val="left"/>
      </w:pPr>
      <w:r>
        <w:rPr>
          <w:rFonts w:ascii="Times New Roman" w:hAnsi="Times New Roman" w:eastAsia="Times New Roman" w:cs="Times New Roman"/>
        </w:rPr>
        <w:t>Cov thawj cov neeg qhib kev no tau siv cov nqe no kom raug rau zaj keeb kwm uas tau coj Mohammed los tshwm sim, tus uas yug los xyoo 570, koom ua ib lub teb chaws rau cov xeem hauv xyoo 606, tau txais nws thawj txoj kev tshwm sim xyoo 610, tsiv mus rau Medina xyoo 622, pib nws txoj kev ua tsov rog xyoo 624 thiab tuag xyoo 632. Tus cev Vajtswv lus ntawm “qhov tob uas tsis muaj qab” sawv cev raws li lus faj lem rau ib qho kev tshwm sim tshiab ntawm Xatas, tiam sis Mohammed tau pib hauv Arabia, uas kuj raug hu ua qhov tob uas tsis muaj qab vim yog cov moj sab qhua dav kawg.</w:t>
      </w:r>
    </w:p>
    <w:p>
      <w:pPr>
        <w:pStyle w:val="ArticleBody"/>
        <w:jc w:val="left"/>
      </w:pPr>
      <w:r>
        <w:rPr>
          <w:rFonts w:ascii="Times New Roman" w:hAnsi="Times New Roman" w:eastAsia="Times New Roman" w:cs="Times New Roman"/>
        </w:rPr>
        <w:t>Mohammed tau los ua vajntxwv cev Vajtswv, lossis raws li lawv hu nws, “tus uas ntseeg tau,” thaum xyoo 606, thaum nws daws tau ib qho kev tsis sib haum xeeb ntawm ntau pab xeem uas raug kev ntxhov siab txog leej twg yuav tsum raug tso cai kom muab lub “pob zeb dub” uas yog pob zeb kaum tsev ntawm Kaaba rov qab mus tso. Kaaba yog ib lub tsev muaj duab plaub fab sib npaug (yog li ntawd thiaj hu ua “Kaaba,” uas hauv lus Arabic txhais tias “lub voos xwmfab”) nyob rau hauv nruab nrab ntawm Lub Tsev Teev Ntuj Loj ntawm Mecca hauv Saudi Arabia. Nws siab kwv yees li 43 taw, dav kaum ib taw thiab ntev 10 taw, ua los ntawm pob zeb granite thiab marble, nrog ib daim ntaub dub uas xaws los ntawm txhob lo lo ntxhuav thiab paj rwb npog nws. Kaaba twb muaj los ntev ua ntej Muhammad lawm, thiab raws li kab lis kev cai Islamic, chiv thawj nws raug tsim los ntawm Abraham thiab nws tus tub Ishmael ua ib lub tsev pe hawm rau Tib Tug Vajtswv (Allah). Dhau ntau pua xyoo los lawm, nws tau puv npo nrog tej mlom thiab raug siv ua ib lub thaj dab qhuas ntawm cov pab xeem Arab.</w:t>
      </w:r>
    </w:p>
    <w:p>
      <w:pPr>
        <w:pStyle w:val="ArticleBody"/>
        <w:jc w:val="left"/>
      </w:pPr>
      <w:r>
        <w:rPr>
          <w:rFonts w:ascii="Times New Roman" w:hAnsi="Times New Roman" w:eastAsia="Times New Roman" w:cs="Times New Roman"/>
        </w:rPr>
        <w:t>Kaaba yog lub chaw nruab nrab ntawm sab ntsuj plig ntawm lub ntiaj teb Islam—ib lub tsev qub yooj yim uas sawv cev rau kev ntseeg hauv ib tug Vajtswv xwb, kev sib haum xeeb, thiab txoj kev txuas ntawm txoj kev ntseeg Abrahamic nrog Islam. Cov Muslim tsis suav nws tias yog “Vajtswv lub tsev” hauv lub ntsiab lus tseeb tiag, tiam sis yog ib qho chaw uas Vajtswv tau tsa tseg los ua lub ntsiab chaw rau kev pe hawm. Mohammed tej kev ua thaum lub sijhawm uas Kaaba tau raug rhuav tshem lawm thiab tom qab ntawd rov txhim tsa dua tshiab yog qhov chaw uas nws txoj kev coj noj coj ua pib tawm tuaj.</w:t>
      </w:r>
    </w:p>
    <w:p>
      <w:pPr>
        <w:pStyle w:val="ArticleBody"/>
        <w:jc w:val="left"/>
      </w:pPr>
      <w:r>
        <w:rPr>
          <w:rFonts w:ascii="Times New Roman" w:hAnsi="Times New Roman" w:eastAsia="Times New Roman" w:cs="Times New Roman"/>
        </w:rPr>
        <w:t>Ib qho dej nyab loj sai sai tau ua rau Kaaba puas tsuaj, thiab pawg Quraysh thiaj rov txhim tsa nws dua. Thaum txog lub sijhawm yuav muab Lub Pob Zeb Dub (Hajar al-Aswad) rov tso rau hauv nws lub ces kaum, ntau xeem sib txawv tau sib cav txog leejtwg yuav tsum tau txais txoj kev hwm ntawd. Lawv pom zoo tias tus neeg tom ntej uas nkag los rau hauv thaj chaw ntawd yuav yog tus txiav txim. Muhammad thiaj taug kev los txog, thiab nws tau daws qhov kev tsis sib haum ntawd nrog txoj kev txawj ntse: Nws muab Lub Pob Zeb Dub tso rau saum ib daim ntaub, kom ib tug sawv cev ntawm txhua xeem nqa nws ua ke, ris nws ua ke, ces nws tus kheej mam li muab nws tsa rau nws qhov chaw. Qhov xwm txheej no tau ua rau nws tau txais kev hwm loj thiab lub npe Al-Amin (“Tus Tsim Nyog Rau Kev Ntseeg Siab”) ntawm cov neeg hauv Mecca. Qhov no yog ib qho ntawm cov xwm txheej tseem ceeb ua ntej lub sijhawm yaj saub uas raug hais tawm tshwj xeeb hauv ntau daim ntawv teev sijhawm. “Lub Pob Zeb Dub” yog lub pob zeb hauv paus uas Mohammed tau muab tso, tus uas yog vajntxwv yaj saub kav saum Islam. Lub pob zeb dub hauv paus ntawd yog ib qho cuav dag uas pom tseeb hloov chaw ntawm Khetos (tus pob zeb hauv paus tseeb), thiab kev qias vuab tsuab ntawm lub tsev Kaaba tom qab ntau xyoo uas tau coj mlom los ntxig rau hauv los kuj raug daws los ntawm Mohammed thiab.</w:t>
      </w:r>
    </w:p>
    <w:p>
      <w:pPr>
        <w:pStyle w:val="ArticleBody"/>
        <w:jc w:val="left"/>
      </w:pPr>
      <w:r>
        <w:rPr>
          <w:rFonts w:ascii="Times New Roman" w:hAnsi="Times New Roman" w:eastAsia="Times New Roman" w:cs="Times New Roman"/>
        </w:rPr>
        <w:t>Tom qab cov Quraysh rhuav Txoj Kev Cog Lus ntawm Hudaybiyyah, Muhammad tau coj ib pab tub rog muaj kwv yees li 10,000 leej Muslim mus tawm tsam Mecca. Lub nroog thiaj li lees swb yam tsis muaj kev sib ntaus sib tua ntau. Ces Muhammad tau nkag mus rau hauv Kaaba, rhuav tshem 360 tug mlom uas nyob hauv, thiab rov fij lub chaw dawb huv ntawd rau kev pe hawm tus Vajtswv tib leeg (Allah). Yog li ntawd, Mohammed tus vaj ntxwv ntawm Islam, tau tsa lub pob zeb kaum tsev, thiab nws tau ntxuav lub tuam tsev kom dim ntawm kev pe mlom.</w:t>
      </w:r>
    </w:p>
    <w:p>
      <w:pPr>
        <w:pStyle w:val="ArticleBody"/>
        <w:jc w:val="left"/>
      </w:pPr>
      <w:r>
        <w:rPr>
          <w:rFonts w:ascii="Times New Roman" w:hAnsi="Times New Roman" w:eastAsia="Times New Roman" w:cs="Times New Roman"/>
        </w:rPr>
        <w:t>Muaj peb lub hwjchim uas tawm hauv lub qhov tob uas tsis muaj qab nyob rau hauv phau Qhia Tshwm, thiab txhua lub ntawm peb no sawv cev rau ib tug Khetos cuav. Xatas, tus zaj, nrhiav kom zoo ib yam li Tus Siab Tshaj Plaws, zaum saum Nws lub zwm txwv thiab Nws pawg ntseeg.</w:t>
      </w:r>
    </w:p>
    <w:p>
      <w:pPr>
        <w:pStyle w:val="ArticleScripture"/>
        <w:jc w:val="left"/>
      </w:pPr>
      <w:r>
        <w:rPr>
          <w:rFonts w:ascii="Times New Roman" w:hAnsi="Times New Roman" w:eastAsia="Times New Roman" w:cs="Times New Roman"/>
        </w:rPr>
        <w:t>Au Lusifas, tus tub kaj ntug! Koj poob saum ntuj los li cas! koj raug txiav ntog mus rau hauv av li cas, koj tus uas ua rau tej tebchaws qaug zog! Rau qhov koj tau hais hauv koj lub siab tias, Kuv yuav nce mus rau saum ntuj, kuv yuav tsa kuv lub zwm txwv siab dua cov hnubqub ntawm Vajtswv: kuv yuav zaum thiab saum lub roob ntawm lub koom txoos, rau tej ceg kaum sab qaum teb: kuv yuav nce siab dua tej chaw siab ntawm cov huab; kuv yuav zoo ib yam li Tus Siab Tshaj Plaws. Los koj yuav raug coj nqes mus rau hauv ntuj txiag teb tsaus, mus rau tej ceg ntawm lub qhov tob. Yaxayas 14:12–15.</w:t>
      </w:r>
    </w:p>
    <w:p>
      <w:pPr>
        <w:pStyle w:val="ArticleBody"/>
        <w:jc w:val="left"/>
      </w:pPr>
      <w:r>
        <w:rPr>
          <w:rFonts w:ascii="Times New Roman" w:hAnsi="Times New Roman" w:eastAsia="Times New Roman" w:cs="Times New Roman"/>
        </w:rPr>
        <w:t>Zaj ntawm kev tsis lees paub Vajtswv tau tawm hauv lub qhov tob kawg hauv Tshwm Sim tshooj kaum ib, thiab tus tsiaj nyaum ntawm Kev Ntseeg Kas Tos Liv kuj nce tawm hauv lub qhov tob kawg thaum nws lub qhov txhab tuag taus raug kho zoo lawm.</w:t>
      </w:r>
    </w:p>
    <w:p>
      <w:pPr>
        <w:pStyle w:val="ArticleScripture"/>
        <w:jc w:val="left"/>
      </w:pPr>
      <w:r>
        <w:rPr>
          <w:rFonts w:ascii="Times New Roman" w:hAnsi="Times New Roman" w:eastAsia="Times New Roman" w:cs="Times New Roman"/>
        </w:rPr>
        <w:t>Tus tsiaj nyaum uas koj pom ntawd, yav tas los twb muaj lawm, nim no tsis muaj lawm; thiab nws yuav nce tawm hauv lub qhov tob uas tsis muaj qab, thiab mus rau txoj kev puas tsuaj: thiab cov uas nyob hauv ntiaj teb yuav xav tsis thoob, cov uas lawv tej npe tsis tau sau cia rau hauv phau ntawv txoj sia txij thaum lub hauv paus ntawm lub ntiaj teb, thaum lawv pom tus tsiaj nyaum uas yav tas los twb muaj lawm, nim no tsis muaj lawm, los tseem muaj. Qhia Tshwm 17:8.</w:t>
      </w:r>
    </w:p>
    <w:p>
      <w:pPr>
        <w:pStyle w:val="ArticleBody"/>
        <w:jc w:val="left"/>
      </w:pPr>
      <w:r>
        <w:rPr>
          <w:rFonts w:ascii="Times New Roman" w:hAnsi="Times New Roman" w:eastAsia="Times New Roman" w:cs="Times New Roman"/>
        </w:rPr>
        <w:t>Tus tsiaj nyaum ntawm Catholicism nce mus zaum saum lub zwm txwv ntawm lub ntiaj teb thaum txoj cai hnub Sunday raug tsim tsa, thaum kev koom ua peb txheej raug muab tso rau hauv qhov chaw. Zoo ib yam li tus zaj, Catholicism lees tias nws yog Vajtswv, raws li Povlauj tau hais meej kawg nkaus.</w:t>
      </w:r>
    </w:p>
    <w:p>
      <w:pPr>
        <w:pStyle w:val="ArticleScripture"/>
        <w:jc w:val="left"/>
      </w:pPr>
      <w:r>
        <w:rPr>
          <w:rFonts w:ascii="Times New Roman" w:hAnsi="Times New Roman" w:eastAsia="Times New Roman" w:cs="Times New Roman"/>
        </w:rPr>
        <w:t>Tsis txhob cia leejtwg ntxias nej los ntawm ib txoj kev twg li: rau qhov hnub ntawd yuav tsis los, tsuas yog thaum xub thawj muaj kev thim txoj kev ntseeg, thiab tus neeg ntawm kev txhaum raug muab nthuav tawm, tus tub ntawm kev puas tsuaj; tus uas tawm tsam thiab tsa nws tus kheej siab tshaj txhua yam uas hu ua Vajtswv, lossis yam uas raug pe hawm; kom nws ib yam li Vajtswv zaum hauv Vajtswv lub tuam tsev, qhia nws tus kheej tias nws yog Vajtswv. 2 Thexalaunikes 2:3, 4</w:t>
      </w:r>
    </w:p>
    <w:p>
      <w:pPr>
        <w:pStyle w:val="ArticleBody"/>
        <w:jc w:val="left"/>
      </w:pPr>
      <w:r>
        <w:rPr>
          <w:rFonts w:ascii="Times New Roman" w:hAnsi="Times New Roman" w:eastAsia="Times New Roman" w:cs="Times New Roman"/>
        </w:rPr>
        <w:t>Ib yam li tus zaj, tus tsiaj qus ntawm Catholicism kuj yog antichrist, nkawd ob leeg tshaj tawm tias yog Vajtswv, thiab nkawd ob leeg txoj kev puastsuaj kawg raug txuas nrog nkawd zaj lus tim khawv hauv phau Vajlugkub; rau qhov tus zaj raug muab pov nqes mus rau ntuj txiag teb tsaus, thiab tus tsiaj qus yog tus tub ntawm kev puastsuaj. “Kev puastsuaj” yog kev puastsuaj kawg nkaus.</w:t>
      </w:r>
    </w:p>
    <w:p>
      <w:pPr>
        <w:pStyle w:val="ArticleScripture"/>
        <w:jc w:val="left"/>
      </w:pPr>
      <w:r>
        <w:rPr>
          <w:rFonts w:ascii="Times New Roman" w:hAnsi="Times New Roman" w:eastAsia="Times New Roman" w:cs="Times New Roman"/>
        </w:rPr>
        <w:t>“Kev txiav txim siab ruaj khov ntawm tus timkhawv tawm tsam Khetos los ua kom tiav txoj kev ntxeev siab uas nws tau pib nyob saum ntuj ceeb tsheej yuav tseem ua hauj lwm nyob rau hauv cov menyuam ntawm txoj kev tsis mloog lus.” Testimonies, volume 9, 230.</w:t>
      </w:r>
    </w:p>
    <w:p>
      <w:pPr>
        <w:pStyle w:val="ArticleScripture"/>
        <w:jc w:val="left"/>
      </w:pPr>
      <w:r>
        <w:rPr>
          <w:rFonts w:ascii="Times New Roman" w:hAnsi="Times New Roman" w:eastAsia="Times New Roman" w:cs="Times New Roman"/>
        </w:rPr>
        <w:t>“Los ntawm tus pope hauv Loos tib txoj hauj lwm ntawd tau raug ua txuas ntxiv nyob ntawm no saum npoo ntiaj teb ib yam li tau raug ua nyob hauv tej tsev hais plaub saum ntuj ceeb tsheej ua ntej tus thawj ntawm txoj kev tsaus ntuj raug ntiab tawm. Xatas tau nrhiav kho Vajtswv txoj kevcai nyob saum ntuj ceeb tsheej, thiab muab ib qho kev hloov kho raws li nws tus kheej. Nws tsa nws tus kheej txoj kev txiav txim siab siab dua li nws tus Tsim txoj, thiab muab nws lub siab nyiam tso saum Yehauvas lub siab nyiam, thiab ua li no ces yeej yog tshaj tawm tias Vajtswv yeej yuav yuam kev tau. Tus pope kuj coj tib txoj kev ntawd thiab, thaum nws lees tias nws tus kheej tsis yuam kev, nws nrhiav kho Vajtswv txoj kevcai kom phim nws tus kheej tej tswv yim, xav tias nws muaj peev xwm kho tej kev yuam kev uas nws xav tias nws pom nyob hauv tej cai thiab tej lus txib ntawm tus Tswv saum ntuj thiab ntiaj teb. Nws yeej yog hais rau lub ntiaj teb tias, Kuv yuav muab tej kevcai zoo dua Yehauvas tej rau nej. Qhov no yog ib qho saib tsis taus loj npaum li cas rau Vajtswv saum ntuj!” Signs of the Times, November 19, 1894.</w:t>
      </w:r>
    </w:p>
    <w:p>
      <w:pPr>
        <w:pStyle w:val="ArticleBody"/>
        <w:jc w:val="left"/>
      </w:pPr>
      <w:r>
        <w:rPr>
          <w:rFonts w:ascii="Times New Roman" w:hAnsi="Times New Roman" w:eastAsia="Times New Roman" w:cs="Times New Roman"/>
        </w:rPr>
        <w:t>Islam, raws li Mohammed tau sawv cev hauv keeb kwm ntawm tiam xya, kuj tau tawm hauv lub qhov tob uas tsis muaj qab thaum tus yawm sij uas tau muab rau Mohammed raug tig. Thaum lub qhov ntawd raug qhib, “pa taws” tau tawm los uas ua rau lub hnub thiab huab cua tsaus nti. Cov thawj coj pioneer tau txheeb xyuas kom raug tias “tus yawm sij” uas qhib lub qhov ntawd yog kev sib ntaus ntawm Nineveh.</w:t>
      </w:r>
    </w:p>
    <w:p>
      <w:pPr>
        <w:pStyle w:val="ArticleBody"/>
        <w:jc w:val="left"/>
      </w:pPr>
      <w:r>
        <w:rPr>
          <w:rFonts w:ascii="Times New Roman" w:hAnsi="Times New Roman" w:eastAsia="Times New Roman" w:cs="Times New Roman"/>
        </w:rPr>
        <w:t>Thaum peb los ze rau thawj peb nqe ntawm Tshwmsim tshooj cuaj raws li kev nkag siab ntawm cov thawj coj pioneer nyob hauv lub ntsiab lus ntawm kev siv yav tom ntej peb npaug, peb pom tias cov yam ntxwv yav tom ntej hauv cov nqe ntawd, uas sawv cev rau thawj txoj kev txom nyem, ua tus qauv qhia txog cov yam ntxwv yav tom ntej ntawm txoj kev txom nyem thib peb uas los txog “sai” thaum muaj av qeeg loj. Txoj cai Hnub Caiv raug sawv cev los ntawm kev sib ntaus sib tua ntawm Ninaves.</w:t>
      </w:r>
    </w:p>
    <w:p>
      <w:pPr>
        <w:pStyle w:val="ArticleBody"/>
        <w:jc w:val="left"/>
      </w:pPr>
      <w:r>
        <w:rPr>
          <w:rFonts w:ascii="Times New Roman" w:hAnsi="Times New Roman" w:eastAsia="Times New Roman" w:cs="Times New Roman"/>
        </w:rPr>
        <w:t>Petus yog tus muaj lub luag hauj lwm los kho txoj kev twv ua cuav hais txog cov nplaim hluav taws poob saum Nashville, thiab nws lees paub tias txoj kev siv kom raug ntawm Ellen White lo lus ceeb toom txog cov nplaim hluav taws poob saum Nashville yog qhov cim qhia txog qhov pib ntawm “kev puastsuaj ntawm ntau txhiab lub nroog uas yuav luag muab lawv tus kheej rau kev pe dab pe mlom tas nrho.”</w:t>
      </w:r>
    </w:p>
    <w:p>
      <w:pPr>
        <w:pStyle w:val="ArticleBody"/>
        <w:jc w:val="left"/>
      </w:pPr>
      <w:r>
        <w:rPr>
          <w:rFonts w:ascii="Times New Roman" w:hAnsi="Times New Roman" w:eastAsia="Times New Roman" w:cs="Times New Roman"/>
        </w:rPr>
        <w:t>Cov pob hluav taws ntawm Nashville cim txog qhov pib ntawm ib lub sijhawm ntawm kev puam tsuaj rau saum cov nroog, thiab nws kuj cim txog qhov pib ntawm kev tshaj tawm txog txoj xov ntawm lub suab quaj luv thaum ib tag hmo. Txoj xov ntawd pib nrog ib qho kev tawm tsam uas tsis tau xav tseg los ntawm Islam, thiab lub sijhawm ntawd xaus nrog ib qho kev tawm tsam uas tsis tau xav tseg los ntawm Islam thaum av qeeg loj. Lub sijhawm ntawm kev tshaj tawm txog lub suab quaj thaum ib tag hmo cim txog qhov kawg ntawm lub sijhawm ntawm kev muab lub cim foob rau ib puas plaub caug plaub txhiab leej, uas tau pib nrog qhov kev tawm tsam uas tsis tau xav tseg los ntawm Islam rau hnub tim 9/11.</w:t>
      </w:r>
    </w:p>
    <w:p>
      <w:pPr>
        <w:pStyle w:val="ArticleBody"/>
        <w:jc w:val="left"/>
      </w:pPr>
      <w:r>
        <w:rPr>
          <w:rFonts w:ascii="Times New Roman" w:hAnsi="Times New Roman" w:eastAsia="Times New Roman" w:cs="Times New Roman"/>
        </w:rPr>
        <w:t>Tom qab ntawd txoj hauj lwm muab lub cim rau ib puas plaub caug plaub txhiab leej tau pib, raws li txoj kab lus ntawm Balaam thiab tus nees luav, qhov uas muaj peb zaug raug nplawm uas xaus rau ntawm txoj cai Hnub Caiv, tiam sis qhov uas kev tawm tsam zaum ob uas tsis tau xav tseg ntawd suav nrog Lub Kaum Hli 7, 2023 tawm tsam rau saum lub tebchaws qub uas muaj hwjchim ci ntsa iab, thiab tom qab ntawd ntawm cov pob hluav taws ntawm Nashville. Txhua txoj kab puav leej sib haum, thiab Petus to taub tias kev qhib cov lus tseeb no tawm, uas raug sawv cev ua tus txiv neej siv txhuam av sau cov hniav nyiaj hniav kub uas tawg tas ua ke thiab muab pov rau hauv lub thawv hniav nyiaj hniav kub, yog txoj hauj lwm ntawm Tsov Ntxhuav ntawm xeem Yudas.</w:t>
      </w:r>
    </w:p>
    <w:p>
      <w:pPr>
        <w:pStyle w:val="ArticleBody"/>
        <w:jc w:val="left"/>
      </w:pPr>
      <w:r>
        <w:rPr>
          <w:rFonts w:ascii="Times New Roman" w:hAnsi="Times New Roman" w:eastAsia="Times New Roman" w:cs="Times New Roman"/>
        </w:rPr>
        <w:t>Tus Tsov Ntxhuav ntawm Yudas qhia meej tias Petus cov lus kho ntawm Nashville tau tshwm sim nyob rau lub sijhawm kawg ntawm kev muab lub cim rau ib puas plaub caug plaub txhiab tus, uas raug sawv cev nyob hauv keeb kwm zais ntawm nqe plaub caug ntawm Daniyee kaum ib, thiab tshwj xeeb tshaj yog nyob hauv feem ntawm keeb kwm zais ntawd uas raug sawv cev hauv nqe kaum ib mus txog nqe kaum tsib ntawm tib tshooj ntawd. Nyob hauv cov nqe ntawd, tsov rog Raphia thiab tsov rog Panium coj mus rau txoj cai Hnub Caiv ntawm nqe kaum rau, uas raug sawv cev los ntawm tsov rog Actium. Thaum tsov rog Panium los koom nrog tsov rog Actium ntawm txoj cai Hnub Caiv, tsov rog Nineves kuj rov muaj dua thiab.</w:t>
      </w:r>
    </w:p>
    <w:p>
      <w:pPr>
        <w:pStyle w:val="ArticleBody"/>
        <w:jc w:val="left"/>
      </w:pPr>
      <w:r>
        <w:rPr>
          <w:rFonts w:ascii="Times New Roman" w:hAnsi="Times New Roman" w:eastAsia="Times New Roman" w:cs="Times New Roman"/>
        </w:rPr>
        <w:t>“Tswj” uas tau muab rau Mohammed, tus vajntxwv ntawm Islam, uas nws lub npe tsis yog tsuas yog tus cwj pwm ntawm Islam xwb, tiam sis kuj yog qhov chaw ntawm kev puas tsuaj uas raug cim los ntawm kev sib ntaus sib tua ntawm Nineveh. Lub npe ntawm tus vajntxwv no “hauv lus Henplais yog Abaddon,” thiab “hauv lus Kili yog nws lub npe Apollyon.” Lus Kili thiab lus Henplais hais txog Phau Qub thiab Phau Tshiab thiab qhia rau peb tias Abaddon txhais hais tias “qhov chaw ntawm kev puas tsuaj” thiab Apollyon txhais hais tias “tus rhuav tshem.” Hauv nqe kaum ib ntawm Qhia Tshwm tshooj cuaj, tus vajntxwv kav Islam yog Mohammed, tiam sis nws kuj yog “tus timtswv ntawm lub qhov tob uas tsis muaj qab,” uas yog Xatas. Ib yam li tus pope yog tus tawm tsam Khetos raws li Xatas tus neeg sab xis nyob saum ntuj no, Mohammed kuj raug Xatas, tus timtswv ntawm lub qhov tob uas tsis muaj qab, tswj kav ncaj qha thiab.</w:t>
      </w:r>
    </w:p>
    <w:p>
      <w:pPr>
        <w:pStyle w:val="ArticleBody"/>
        <w:jc w:val="left"/>
      </w:pPr>
      <w:r>
        <w:rPr>
          <w:rFonts w:ascii="Times New Roman" w:hAnsi="Times New Roman" w:eastAsia="Times New Roman" w:cs="Times New Roman"/>
        </w:rPr>
        <w:t>Thaum txog txoj cai Sunday, txoj kev koom ua peb chav raug yuam los saum lub ntiajteb, thiab lub qhov txhab tuag taus uas raug ntaus rau lub hwjchim papacy xyoo 1798, uas yog lub cim tias Hnub Nyoog Tsaus Ntuj twb xaus lawm, raug kho zoo. Thaum lub qhov txhab tuag taus raug kho zoo lawm, lub sijhawm thib ob ntawm Hnub Nyoog Tsaus Ntuj los txog, thiab ntawm qhov av qeeg loj uas yog txoj cai Sunday ntawd, Islam tig tus yuam sij, thiab pa luam yeeb zoo li tawm hauv cub tawg los npog lub hnub thiab cov hnub qub, raws li txoj kev tsaus ntuj rov qab los. Kev sib ntaus ntawm Nineveh rov muaj dua ntawm txoj cai Sunday, rau qhov ntawd yog tus yuam sij uas coj lub sijhawm thib ob ntawm txoj kev tsaus ntuj los. Nyob ntawd, kev thim Vajtswv ntawm tebchaws raug raws los ntawm kev puam tsuaj ntawm tebchaws. Nyob ntawd “active despotism” kav nrog hwjchim puv npo, rau qhov pa luam yeeb ntawm Islam uas ua kom lub hnub thiab cov hnub qub tsaus ntuj ntawm kev sib ntaus ntawm Nineveh zoo ib yam li ib lub cub tawg kub lug. “Lub cub tawg kub lug” yog ib feem ntawm Vajtswv txoj kev cog lus nrog Abraham.</w:t>
      </w:r>
    </w:p>
    <w:p>
      <w:pPr>
        <w:pStyle w:val="ArticleScripture"/>
        <w:jc w:val="left"/>
      </w:pPr>
      <w:r>
        <w:rPr>
          <w:rFonts w:ascii="Times New Roman" w:hAnsi="Times New Roman" w:eastAsia="Times New Roman" w:cs="Times New Roman"/>
        </w:rPr>
        <w:t>Thiab tau muaj li no tias, thaum lub hnub poob thiab tsaus ntuj lawm, saib seb, muaj ib lub cub tawg pa luam yeeb, thiab ib lub teeb cig nplaim uas hla nruab nrab ntawm cov txiav ntawd. Chivkeeb 15:17.</w:t>
      </w:r>
    </w:p>
    <w:p>
      <w:pPr>
        <w:pStyle w:val="ArticleBody"/>
        <w:jc w:val="left"/>
      </w:pPr>
      <w:r>
        <w:rPr>
          <w:rFonts w:ascii="Times New Roman" w:hAnsi="Times New Roman" w:eastAsia="Times New Roman" w:cs="Times New Roman"/>
        </w:rPr>
        <w:t>Lub cub tawg haus pa taws uas hla nruab nrab ntawm Anplas tej khoom fij ntawm txoj kev khi lus ntawd tau qhia meej txog txoj kev qhev nyob hauv Iyiv uas tau sawv cev rau hauv nqe kaum peb ntawm zaj lus ntawd.</w:t>
      </w:r>
    </w:p>
    <w:p>
      <w:pPr>
        <w:pStyle w:val="ArticleScripture"/>
        <w:jc w:val="left"/>
      </w:pPr>
      <w:r>
        <w:rPr>
          <w:rFonts w:ascii="Times New Roman" w:hAnsi="Times New Roman" w:eastAsia="Times New Roman" w:cs="Times New Roman"/>
        </w:rPr>
        <w:t>Thiab nws hais rau Anplahas tias, Koj yuav tsum paub tseeb tias koj tej xeeb leej xeeb ntxwv yuav ua neeg txawv tebchaws nyob hauv ib lub tebchaws uas tsis yog lawv li, thiab lawv yuav ua qhev rau cov neeg ntawd; thiab cov neeg ntawd yuav tsim txom lawv tau plaub puas xyoo. Chiv Keeb 15:13.</w:t>
      </w:r>
    </w:p>
    <w:p>
      <w:pPr>
        <w:pStyle w:val="ArticleBody"/>
        <w:jc w:val="left"/>
      </w:pPr>
      <w:r>
        <w:rPr>
          <w:rFonts w:ascii="Times New Roman" w:hAnsi="Times New Roman" w:eastAsia="Times New Roman" w:cs="Times New Roman"/>
        </w:rPr>
        <w:t>Ib “cub tawg cig kub hnyiab,” xws li Nenpukhanexa lub cub hauv Daniyee tshooj peb, sawv cev rau kev qhev thiab kev ua cev qhev, ib yam li yog Xadrakh, Meshakh, thiab Anpenekaus qhov xwm txheej.</w:t>
      </w:r>
    </w:p>
    <w:p>
      <w:pPr>
        <w:pStyle w:val="ArticleScripture"/>
        <w:jc w:val="left"/>
      </w:pPr>
      <w:r>
        <w:rPr>
          <w:rFonts w:ascii="Times New Roman" w:hAnsi="Times New Roman" w:eastAsia="Times New Roman" w:cs="Times New Roman"/>
        </w:rPr>
        <w:t>“Tiamsis zoo li cov hnub qub nyob hauv txoj kev dav uas tau teem tseg rau lawv, Vajtswv tej hom phiaj tsis paub txog kev maj nroos thiab tsis paub txog kev ncua sij hawm. Los ntawm tej cim ntawm txoj kev tsaus ntuj loj thiab lub cub hluav taws uas ncho pa taws, Vajtswv tau qhia rau Anplahas txog Ixayees txoj kev ua qhev nyob hauv Iyi tebchaws, thiab tau tshaj tawm tias lub sij hawm uas lawv yuav nyob ua neeg txawv tebchaws yuav yog plaub puas xyoo. “Tom qab ntawd,” Nws hais tias, “lawv mam li tawm los nrog tej cuab tam ntau.” Chiv Keeb 15:14.” The Desire of Ages, 33.</w:t>
      </w:r>
    </w:p>
    <w:p>
      <w:pPr>
        <w:pStyle w:val="ArticleScripture"/>
        <w:jc w:val="left"/>
      </w:pPr>
      <w:r>
        <w:rPr>
          <w:rFonts w:ascii="Times New Roman" w:hAnsi="Times New Roman" w:eastAsia="Times New Roman" w:cs="Times New Roman"/>
        </w:rPr>
        <w:t>Tiamsis tus Tswv tau coj nej los, thiab coj nej tawm hauv lub cub hlau, yog tawm hauv tebchaws Iziv los, kom nej yuav los ua haiv neeg uas yog nws feem cuab yeej cuab tam, ib yam li nej yog niaj hnub no. Deuteronomy 4:20.</w:t>
      </w:r>
    </w:p>
    <w:p>
      <w:pPr>
        <w:pStyle w:val="ArticleBody"/>
        <w:jc w:val="left"/>
      </w:pPr>
      <w:r>
        <w:rPr>
          <w:rFonts w:ascii="Times New Roman" w:hAnsi="Times New Roman" w:eastAsia="Times New Roman" w:cs="Times New Roman"/>
        </w:rPr>
        <w:t>Cov pa taws uas ua rau lub hnub thiab lub hli tsaus ntuj thaum yuam sij ntawm tsov rog Nineveh raug tig, qhia txog txoj kev tsim txom uas pib tiag tiag thaum muaj txoj cai Sunday law. Ces txoj kev tsim txom ntawm lub Sijhawm Tsaus Ntuj raug rov ua dua. Cov pioneers tau txheeb xyuas raug lawm tias tsov rog Nineveh yog “yuam sij” uas coj Islam los rau hauv keeb kwm yaj saub raws li thawj qhov kev txom nyem hauv xyoo 627. Tsov rog ntawd yog nyob nruab nrab ntawm Loos thiab Persia, thiab nws sawv cev rau ib txoj kev yeej rau Loos, tiam sis nws yog yam uas hu ua ib txoj kev yeej Pyrrhic. Ib txoj kev yeej uas qhov tseeb ua kev puas tsuaj rau tus uas yeej. Lo lus ntawd los ntawm ib txoj kev yeej ntawm vaj ntxwv Pyrrhus ntawm Epirus. Tom qab ob zaug sib tua tawm tsam cov Loos (Heraclea hauv 280 BC thiab Asculum hauv 279 BC), nws yeej cov tub rog Loos tab sis poob ib feem loj heev ntawm nws tus kheej pab tub rog. Raws li zaj dab neeg, nws thiaj hais tias, “Yog muaj ib txoj kev yeej zoo li no ntxiv ib zaug xwb ces peb yuav puam tsuaj.”</w:t>
      </w:r>
    </w:p>
    <w:p>
      <w:pPr>
        <w:pStyle w:val="ArticleBody"/>
        <w:jc w:val="left"/>
      </w:pPr>
      <w:r>
        <w:rPr>
          <w:rFonts w:ascii="Times New Roman" w:hAnsi="Times New Roman" w:eastAsia="Times New Roman" w:cs="Times New Roman"/>
        </w:rPr>
        <w:t>Tsov rog ntawm Nineveh yog ib qho kev yeej uas muaj tswv yim rau Loos, tiam sis thaum xaus lawm, tsis yog Loos los sis Persia thiaj tseem muaj hwj chim los tawm tsam tau zoo tom qab ntawd rau kev tawm tsam loj ntawm Islam. Persia yog Tebchaws Meskas, thiab Loos yog lub hwj chim papacy hauv kev ua tiav niaj hnub no ntawm tsov rog Nineveh. Medo-Persia raws li ib lub hwj chim muaj ob tug kub sawv cev rau lub hwj chim muaj ob tug kub ntawm Tebchaws Meskas. Thaum txog txoj cai Sunday, Tebchaws Meskas tsuas yog ib tug kub xwb, vim hais tias ua ntej mus txog txoj cai Sunday daim duab ntawm tus tsiaj twb raug tsim lawm, thiab txoj kev tsim ntawd muaj raws nraim li kev koom ob tug kub ntawd ua ib tug xwb. Hauv Daniyees yim, muaj ob tug kub sawv cev rau lub tebchaws Medo-Persia, thiab tus kub Persian yog tus sawv los tom qab.</w:t>
      </w:r>
    </w:p>
    <w:p>
      <w:pPr>
        <w:pStyle w:val="ArticleScripture"/>
        <w:jc w:val="left"/>
      </w:pPr>
      <w:r>
        <w:rPr>
          <w:rFonts w:ascii="Times New Roman" w:hAnsi="Times New Roman" w:eastAsia="Times New Roman" w:cs="Times New Roman"/>
        </w:rPr>
        <w:t>Tom qab ntawd kuv tsa kuv lub qhov muag ntsia, thiab kuv pom; thiab saib seb, sawv ntawm ntug dej muaj ib tug yajtxwv uas muaj ob tug kub: ob tug kub ntawd siab; tiamsis ib tug siab dua ib tug, thiab tus uas siab dua ntawd tawm tuaj tom qab. Daniel 8:3.</w:t>
      </w:r>
    </w:p>
    <w:p>
      <w:pPr>
        <w:pStyle w:val="ArticleBody"/>
        <w:jc w:val="left"/>
      </w:pPr>
      <w:r>
        <w:rPr>
          <w:rFonts w:ascii="Times New Roman" w:hAnsi="Times New Roman" w:eastAsia="Times New Roman" w:cs="Times New Roman"/>
        </w:rPr>
        <w:t>Ob tug raj kub ob ceg ntawm Tebchaws Meskas, uas yog Kev Koom Tsam Republicanism thiab Protestantism, los koom ua ib thaum pawg ntseeg thiab lub xeev los sib koom ua ke tsim tus yam ntxwv ntawm tus tsiaj qus. Txoj kev tsim ntawd raug ua kom tiav tag nrho thaum lub cim ntawm tus tsiaj qus raug yuam kom coj raws li txoj cai hnub Sunday. Qhov no qhia meej tias, ntawm txoj cai hnub Sunday, Tebchaws Meskas tsuas yog Persia xwb. Persia raug Loos kov yeej ntawm tsov rog Nineveh. Qhov uas Loos tau kov yeej Persia li cas yog ib yam muaj nqis hauv keeb kwm, vim yog tej kev txav tswv yim ntawm Heraclius, tus Huab Tais Loos.</w:t>
      </w:r>
    </w:p>
    <w:p>
      <w:pPr>
        <w:pStyle w:val="ArticleBody"/>
        <w:jc w:val="left"/>
      </w:pPr>
      <w:r>
        <w:rPr>
          <w:rFonts w:ascii="Times New Roman" w:hAnsi="Times New Roman" w:eastAsia="Times New Roman" w:cs="Times New Roman"/>
        </w:rPr>
        <w:t>Hais lus yooj yim, Heraclius tau ua tiav ib qho kev tawm tsam uas tuaj txog yam tsis tau xav txog, tsis yog ib qho kev tawm tsam ncaj qha mus tom hauv ntej. Nws tej kev siv zog kom ua tiav qhov kev xav tsis thoob ntawd muaj sau tseg nyob hauv keeb kwm. Qhov kev xav tsis thoob ntawd muaj nrog rau nws qhov kev txiav txim siab tawm tsam rau lub caij ntuj no, uas yog yam tsis tshua muaj nyob rau lub sijhawm keeb kwm ntawd, tab sis tsis yog xaus rau ntawd xwb. Heraclius tau pib nws qhov kev ntxeem tebchaws nyob rau nruab nrab lub Cuaj Hlis xyoo 627 ntawm sab qaum teb (thaj av toj siab Armenian). Tsis yog mus raws txoj kev uas luag xav tias yuav nqes ncaj qha mus rau sab qab teb rau lub peev Persian hu ua Ctesiphon, nws ho mus ua ib lub voj dav, txav mus rau sab qab teb hnub tuaj raws thaj chaw ciam teb (ze li yog ciam teb Turkey-Iran niaj hnub no). Tom qab ntawd nws tig mus rau sab qab teb thiab sab hnub poob, hla tus dej Great Zab thaum Lub Kaum Ob Hlis 1, xyoo 627. Qhov no tau muab nws pab tub rog tso rau saum tiaj Nineveh (sab ntug dej sab hnub tuaj ntawm tus dej Tigris), ze cov chaw puas tsuaj ntawm Nineveh thaum ub. Qhov kev txav no yog txav ntawm sab qab teb mus rau sab qaum teb thaum piv rau cov tub rog Persian—yog yam ntxeev ntawm qhov uas cov Persian tau kwv yees. Lawv xav tias nws yuav txuas ntxiv thawb mus rau sab qab teb rau Ctesiphon. Qhov no ua rau tus thawj tub rog Persian Rhahzadh tsis tau npaj txhij thiab yuam nws kom caum Heraclius mus rau thaj av uas tsis zoo rau nws. Nws kuj pub rau cov Loos xaiv qhov chaw sib tua nyob rau saum tiaj nrag ze Nineveh. Qhov kev txav tub rog no tiv thaiv kom cov Loos tsis raug kaw nruab nrab ntawm cov tub rog Persian thiab kuj muab ib txoj kev khiav dim rau lawv yog tias tsim nyog. Thaum muab ua ke nrog huab pos rau hnub uas sib tua thiab ib txoj kev ntxias thim rov qab thaum tab tom sib ntaus tiag tiag, muaj ntau txheej ntawm kev tuaj txog yam tsis tau xav txog. Qhov kev ntxeem tebchaws siab loj no rau lub caij ntuj no thiab txoj kev ncig flank nkag tob rau hauv thaj av Persian raug suav hais tias yog ib qho ntawm Heraclius tej kev ua tub rog loj tshaj plaws. Nws tau pab rhuav tshem kev ntseeg siab ntawm cov Persian thiab muaj feem hnyav heev rau qhov yeej kawg ntawm cov Loos hauv tsov rog ntev ntawd.</w:t>
      </w:r>
    </w:p>
    <w:p>
      <w:pPr>
        <w:pStyle w:val="ArticleScripture"/>
        <w:jc w:val="left"/>
      </w:pPr>
      <w:r>
        <w:rPr>
          <w:rFonts w:ascii="Times New Roman" w:hAnsi="Times New Roman" w:eastAsia="Times New Roman" w:cs="Times New Roman"/>
        </w:rPr>
        <w:t>“Hauv kev sib ntaus sib tua ntawm Nineveh, uas tau raug sib tua hnyav kawg txij thaum kaj ntug mus txog rau teev kaum ib, nees nkaum yim daim chij rog, dua li cov uas tej zaum twb raug muab lov lossis muab dua, raug txeeb ntawm cov Pawxia; feem coob tshaj plaws ntawm lawv pab tub rog raug muab txiav ua tej daim, thiab cov uas yeej (cov Loos), zais lawv tus kheej txoj kev poob, tau siv hmo ntuj nyob saum thaj chaw sib ntaus. Cov nroog thiab tej vaj ntxwv lub tsev ntawm Assyria raug qhib rau cov Loos thawj zaug.”</w:t>
      </w:r>
    </w:p>
    <w:p>
      <w:pPr>
        <w:pStyle w:val="ArticleScripture"/>
        <w:jc w:val="left"/>
      </w:pPr>
      <w:r>
        <w:rPr>
          <w:rFonts w:ascii="Times New Roman" w:hAnsi="Times New Roman" w:eastAsia="Times New Roman" w:cs="Times New Roman"/>
        </w:rPr>
        <w:t>“Tus huab tais Loos tsis tau txais kev muaj zog ntxiv los ntawm tej kev yeej uas nws tau ua tiav; thiab tib lub sijhawm ntawd, thiab los ntawm tib txoj kev ntawd, ib txoj kev kuj raug npaj cia rau tej pab coob coob ntawm cov Saracen tuaj ntawm Arabia, zoo li tej kooj tis tawm hauv tib thaj av ntawd, uas, thaum nthuav tawm raws lawv txoj kev taug mus tus kev ntseeg Mohammedan uas tsaus ntuj nti thiab ntxias dag, tau nrawm nroos kis thoob plaws ob lub teb chaws Persian thiab Loos.”</w:t>
      </w:r>
    </w:p>
    <w:p>
      <w:pPr>
        <w:pStyle w:val="ArticleScripture"/>
        <w:jc w:val="left"/>
      </w:pPr>
      <w:r>
        <w:rPr>
          <w:rFonts w:ascii="Times New Roman" w:hAnsi="Times New Roman" w:eastAsia="Times New Roman" w:cs="Times New Roman"/>
        </w:rPr>
        <w:t>Tsis muaj ib qho piv txwv uas ua kom tiav dua ntawm qhov tseeb no tshaj li qhov uas muaj nyob hauv cov lus xaus ntawm tshooj ntawv ntawm Gibbon, uas cov nqe lus raug rho los saum no tau muab coj los. “Txawm yog ib pab tub rog yeej tau raug tsim tsa nyob hauv qab chij ntawm Heraclius, los qhov kev siv zog uas tsis raws li ntuj tsim ntawd zoo li tau ua rau lawv lub zog qaug tag es tsis yog ua kom nws raug xyaum siv. Thaum huab tais tab tom ua kev yeej koob meej nyob Constantinople los yog Yeluxalees, ib lub nroog me uas tsis muaj npe nyob ntawm ciam teb Syria raug cov Saracens txeeb nyiag, thiab lawv tau txiav ib co tub rog ua tej thooj uas tau tuaj pab cawm nws,—ib qho xwm txheej ib txwm muaj thiab me kawg nkaus, yog hais tias nws tsis tau yog tus pib ua ntej ntawm ib qho kev hloov loj kawg. Cov tub sab no yog cov timthawj ntawm Mohammed; lawv txoj kev ua siab loj vwm ntsuav tau tawm plaws hauv tebchaws moj sab qhua tuaj; thiab nyob hauv yim xyoos kawg ntawm nws txoj kev kav, Heraclius tau poob rau cov Arabs tib cov xeev uas nws tau cawm dim ntawm cov Persians.”</w:t>
      </w:r>
    </w:p>
    <w:p>
      <w:pPr>
        <w:pStyle w:val="ArticleScripture"/>
        <w:jc w:val="left"/>
      </w:pPr>
      <w:r>
        <w:rPr>
          <w:rFonts w:ascii="Times New Roman" w:hAnsi="Times New Roman" w:eastAsia="Times New Roman" w:cs="Times New Roman"/>
        </w:rPr>
        <w:t>“‘Tus ntsuj plig ntawm kev dag ntxias thiab kev kub siab vwm, uas nws qhov chaw nyob tsis nyob saum ntuj,’ raug tso tawm los rau hauv ntiajteb. Lub qhov tob uas tsis muaj chaw kawg tsuas xav tau ib tug yuam sij los qhib nws xwb, thiab tus yuam sij ntawd yog kev poob ntawm Chosroes. Nws tau rhuav daim ntawv ntawm ib tug pej xeem tsis muaj npe nrov ntawm Mecca nrog kev saib tsis taus. Tiamsis thaum nws poob ntawm nws ‘nplaim ci ntsa iab ntawm hwjchim’ mus rau hauv ‘lub yees ntawm txojkev tsaus ntuj’ uas tsis muaj ib lub qhov muag twg nkag mus pom tau, ces lub npe ntawm Chosroes yuav tsum ploj mus tam sim ntawd rau hauv kev hnov qab nyob ua ntej lub npe ntawm Mohammed; thiab lub hli nkhaus zoo li tsuas yog tos kom nws sawv los thaum lub hnub qub poob lawm xwb. Chosroes, tom qab nws swb tas nrho thiab poob nws lub tebchaws kav, raug tua nyob rau xyoo 628; thiab xyoo 629 raug cim tseg los ntawm ‘kev kov yeej Arabia,’ thiab ‘kev ua rog thawj zaug ntawm cov Mohammedan tawm tsam lub tebchaws Loos.’ ‘Thiab tus timtswv thib tsib tshuab raj nrov, thiab kuv pom ib lub hnub qub poob saum ntuj los rau hauv ntiajteb; thiab tau muab tus yuam sij ntawm lub qhov tob uas tsis muaj chaw kawg rau nws. Thiab nws qhib lub qhov tob uas tsis muaj chaw kawg ntawd.’ Nws poob los rau hauv ntiajteb. Thaum lub zog ntawm lub tebchaws Loos qaug tas lawm, thiab tus vajntxwv loj ntawm sab Hnub Tuaj pw tuag hauv nws lub yees tsaus ntuj, ces kev nyiag txeeb ntawm ib lub nroog me tsis muaj npe nrov nyob ntawm ciam teb Syria yog ‘qhov pib ua ntej ntawm ib qho kev hloov loj kawg nkaus.’ ‘Cov tub sab ntawd yog cov tubtxib ntawm Mohammed, thiab lawv txojkev siab tawv vwm loj tau tawm los ntawm tebchaws moj sab qhua.’” Uriah Smith, Daniel and the Revelation, 495–497.</w:t>
      </w:r>
    </w:p>
    <w:p>
      <w:pPr>
        <w:pStyle w:val="ArticleBody"/>
        <w:jc w:val="left"/>
      </w:pPr>
      <w:r>
        <w:rPr>
          <w:rFonts w:ascii="Times New Roman" w:hAnsi="Times New Roman" w:eastAsia="Times New Roman" w:cs="Times New Roman"/>
        </w:rPr>
        <w:t>Tsov rog ntawm Nineves sawv cev rau Loos niaj hnub no kov yeej Tebchaws Meskas thaum txoj cai Hnub Caiv, tiam sis nws yog ib txoj kev yeej uas them nqi hnyav heev, rau qhov ib txoj kev txiav txim uas nce mus zuj zus tawm tsam Loos pib thaum txoj cai Hnub Caiv.</w:t>
      </w:r>
    </w:p>
    <w:p>
      <w:pPr>
        <w:pStyle w:val="ArticleBody"/>
        <w:jc w:val="left"/>
      </w:pPr>
      <w:r>
        <w:rPr>
          <w:rFonts w:ascii="Times New Roman" w:hAnsi="Times New Roman" w:eastAsia="Times New Roman" w:cs="Times New Roman"/>
        </w:rPr>
        <w:t>Chosroes yog tus thawj coj ntawm lub teb chaws Persian, yog li ntawd Persia uas sawv cev rau Tebchaws Meskas txoj kev poob rau thaum txoj cai Hnub Caiv yog tus yuam sij uas qhib lub qhov tob uas tsis muaj qab rau thaum lub nceeg vaj thib rau poob raws li yaj saub hauv Phau Vajlugkub. Nws sawv cev rau txoj cai Hnub Caiv hauv Daniel kaum ib nqe kaum rau, peb caug ib, thiab plaub caug ib, ib yam li, Tshwm Sim kaum peb nqe kaum ib.</w:t>
      </w:r>
    </w:p>
    <w:p>
      <w:pPr>
        <w:pStyle w:val="ArticleBody"/>
        <w:jc w:val="left"/>
      </w:pPr>
      <w:r>
        <w:rPr>
          <w:rFonts w:ascii="Times New Roman" w:hAnsi="Times New Roman" w:eastAsia="Times New Roman" w:cs="Times New Roman"/>
        </w:rPr>
        <w:t>Nco ntsoov mloog tus pioneer Stephen Haskell cov lus hais txog tib cov nqe Vajlugkub thiab keeb kwm ntawd:</w:t>
      </w:r>
    </w:p>
    <w:p>
      <w:pPr>
        <w:pStyle w:val="ArticleScripture"/>
        <w:jc w:val="left"/>
      </w:pPr>
      <w:r>
        <w:rPr>
          <w:rFonts w:ascii="Times New Roman" w:hAnsi="Times New Roman" w:eastAsia="Times New Roman" w:cs="Times New Roman"/>
        </w:rPr>
        <w:t>“Cov Arab, los yog cov Saracen, yeej tsis tau siv ib yam hwjchim twg hauv ntiajteb li. Hauv keeb kwm ntawm haiv neeg, cov neeg ywj pheej no ntawm roob moj sab qhua twb hla mus yuav luag tsis muaj leejtwg nco txog li. Kev ntseeg Mohammedan tau koom cov xeem uas tawg ua ntau pab ntawd ua ib, thiab xa lawv tawm mus ua cov kovyeej rau ntau haiv neeg. Qhov kev vam meej sai heev uas nrog cov tubrog Saracen mus ntawd, feem coob yog vim kev sib ceg ua tsov rog nruab nrab ntawm cov Loos thiab Chosroes, tus thawj ntawm lub tebchaws Persian tshiab. Qhov kev sib ceg ntawd xaus rau txoj kev poob ntawm tus tom kawg. Persian tshiab tau sawv ua ib phab ntsa thaiv, tuav kom lub hwjchim ntawm Mohammed tsis txhob loj hlob; tiam sis thaum lub hwjchim ntawd poob lawm, phab ntsa thaiv ntawd kuj ploj mus, lub ‘qhov ntuj tob uas tsis muaj qab’ qhib tawm, thiab cov Saracen txaws ntiajteb puv npo. Thaum lub ‘qhov ntuj tob uas tsis muaj qab qhib tawm lawm, muaj pa luam yeeb sawv tuaj uas npog lub ntsej muag ntawm lub hnub.’ Daim duab piv no muaj zog heev, qhia txog qhov ua kom tsaus ntuj nti ntawm kev ntseeg Mohammedan thaum nws nthuav dav thoob plaws saum npoo ntiajteb.” Stephen Haskell, The Story of the Seer of Patmos, 164, 165.</w:t>
      </w:r>
    </w:p>
    <w:p>
      <w:pPr>
        <w:pStyle w:val="ArticleBody"/>
        <w:jc w:val="left"/>
      </w:pPr>
      <w:r>
        <w:rPr>
          <w:rFonts w:ascii="Times New Roman" w:hAnsi="Times New Roman" w:eastAsia="Times New Roman" w:cs="Times New Roman"/>
        </w:rPr>
        <w:t>Phab ntsa thaiv ntawd hauv keeb kwm ntawm Loos yog phab ntsa ntawm kev cais tawm ntawm pawg ntseeg thiab lub xeev uas raug muab tshem tawm thaum muaj txoj cai Hnub Caiv. Tseem muaj ib txheej ntxiv ntawm txoj kev yeej uas yog kev poob qis ntawm Loos tshaj Persia hauv tsov rog ntawm Nineveh, rau qhov twb muaj ib zaug ua ntej dua lawm ntawm tsov rog Nineveh, uas sawv cev rau ib qho Alpha thiab tsov rog xyoo 627 sawv cev rau Omega. Tsov rog ntawd yog nyob rau xyoo 612 BC, kwv yees li ib txhiab ob puas xyoo sib nrug. Hauv tsov rog ntawd Assyria raug kov yeej los ntawm ib pawg koom tes peb npaug thiab cim txog qhov kawg ntawm lub teb chaws vaj ntxwv Assyria.</w:t>
      </w:r>
    </w:p>
    <w:p>
      <w:pPr>
        <w:pStyle w:val="ArticleBody"/>
        <w:jc w:val="left"/>
      </w:pPr>
      <w:r>
        <w:rPr>
          <w:rFonts w:ascii="Times New Roman" w:hAnsi="Times New Roman" w:eastAsia="Times New Roman" w:cs="Times New Roman"/>
        </w:rPr>
        <w:t>A. T. Jones hais lus txog kev sib ntaus alpha ntawm Nineveh:</w:t>
      </w:r>
    </w:p>
    <w:p>
      <w:pPr>
        <w:pStyle w:val="ArticleScripture"/>
        <w:jc w:val="left"/>
      </w:pPr>
      <w:r>
        <w:rPr>
          <w:rFonts w:ascii="Times New Roman" w:hAnsi="Times New Roman" w:eastAsia="Times New Roman" w:cs="Times New Roman"/>
        </w:rPr>
        <w:t>“Tej xwm hauv kev kav tebchaws Axilias txij phem zuj zus mus rau phem tshaj, txog ntais rau xyoo 612 BC thiaj muaj dua ib zaug kev ntxeev siab loj ntawm tib peb lub tebchaws ntawd, zaum no Nabopolassar nws tus kheej yog tus coj. Zaug no yeej tau tiav hlo: Nineves raug muab ua ib pawg pob zeb tawg tas; thiab lub Faj Tim Tebchaws Axilias raug faib ua peb feem loj,—Medias tuav cheeb tsam qaum teb hnub tuaj thiab qaum teb deb kawg, Npanpiloo tuav Elas thiab tag nrho tej tiaj nrag thiab tej hav ntawm Euphrates thiab Tigris, hos Iyiv tuav tag nrho thaj av sab hnub poob ntawm Euphrates. Daim ntawv foob ntawm kev sib koom tes no ntawm Npanpiloo thiab Medias yog kev sib yuav ntawm tus ntxhais ntawm vajntxwv Medias rau Nebukhanexas, tus tub ntawm Nabopolassar. Thaum Falau-Nekho vajntxwv ntawm Iyiv nce mus tawm tsam vajntxwv Axilias kom mus sib ntaus rau Khakhemis ntawm ntug dej Euphrates raws li nws feem hauv txoj kev sib koom tes tawm tsam Axilias ntawd, yog thaum Vajntxwv Yauxiyas ntawm Yudas tawm mus nrog nws sib ntaus, thiab raug tua ntawm Mexiddo. Ces vim thaj av sab hnub poob no txhua qhov yog koom rau vajntxwv Iyiv lawm, nws thiaj yog nyob hauv kev siv nws txoj cai kav raws cai, uas tau los ntawm kev yeej tsov rog, uas nws tshem Sallum, tus tub ntawm Yauxiyas, tawm ntawm kev ua vajntxwv Yudas, thiab tsa Eliakhis ua vajntxwv Yudas hloov nws chaw, hloov nws lub npe ua Yehauyakhi, thiab tsa se rau saum lub tebchaws.” 1 Vaj Keeb Kwm 3:15; 2 Vajntxwv 23:31–35.” A. T. Jones, Review and Herald, Lub Peb Hlis 15, 1898.</w:t>
      </w:r>
    </w:p>
    <w:p>
      <w:pPr>
        <w:pStyle w:val="ArticleBody"/>
        <w:jc w:val="left"/>
      </w:pPr>
      <w:r>
        <w:rPr>
          <w:rFonts w:ascii="Times New Roman" w:hAnsi="Times New Roman" w:eastAsia="Times New Roman" w:cs="Times New Roman"/>
        </w:rPr>
        <w:t>Hauv kev sib ntaus alpha ntawm Nineves xyoo 612 BC, lub tebchaws Axilias xaus rau qhov kawg, ib yam li lub nceeg vaj thib rau hauv Vajlugkub tej lus faj lem xaus rau ntawm txoj cai Hnub Caiv. Tus yeej hauv kev sib ntaus ntawd yog ib lub koom haum peb tog ntawm Npanpiloo, Ejyptas, thiab Medias. Hauv kev ua rog ntawm lub sijhawm ntawd Vajntxwv Yauxiya tuag ntawm Megiddo, yog li ntawd nws ua tus qauv qhia txog Armageddon. Hauv kev sib ntaus omega ntawm Nineves xyoo 627, Islam ntawm qhov kev txom nyem thib peb raug tso tawm thaum phab ntsa tiv thaiv hauv Txoj Cai Lij Choj raug tshem tawm, raws li tau raug ua qauv qhia, ib yam li Haskell tau hais txog Persias tias yog “phab ntsa thaiv” ntawm kev tiv thaiv raug tshem tawm nrog kev swb ntawm Persias. Vajntxwv Yauxiya txoj kev tuag ntawm Megiddo qhia meej tias thawj qhov kev sib ntaus ntawm Nineves yog qhov kev sib ntaus thib ob hauv hnub kawg. Qhov kawg ntawm ob qhov kev sib ntaus ntawm Nineves nyob rau xyoo 627, thaum tus yuam sij raug tig thiab lub qhov taub raug qhib, yog qhov thawj hauv hnub kawg, rau qhov thawj yuav yog qhov kawg. Thawj qhov kev sib ntaus ntawm Nineves ntawm Axilias thiab lub koom haum peb tog coj mus rau Armageddon. Lub sijhawm ntawm Tsaus Ntuj Nruab Nrab zaum ob pib nrog kev sib ntaus ntawm Nineves thiab xaus nrog kev sib ntaus ntawm Nineves.</w:t>
      </w:r>
    </w:p>
    <w:p>
      <w:pPr>
        <w:pStyle w:val="ArticleBody"/>
        <w:jc w:val="left"/>
      </w:pPr>
      <w:r>
        <w:rPr>
          <w:rFonts w:ascii="Times New Roman" w:hAnsi="Times New Roman" w:eastAsia="Times New Roman" w:cs="Times New Roman"/>
        </w:rPr>
        <w:t>Cov ntsiab lus tseeb ntawm lub raj nrov thib tsib, uas yog thawj qhov kev txom nyem hauv Tshwmsim tshooj cuaj, yog yam uas cov thawj coj thaum pib to taub tias yog zaj tim khawv keeb kwm uas meej tshaj plaws ntawm txhua nqe lus hauv phau Tshwmsim. Uriah Smith hais txog qhov tseeb ntawd raws li nram no:</w:t>
      </w:r>
    </w:p>
    <w:p>
      <w:pPr>
        <w:pStyle w:val="ArticleScripture"/>
        <w:jc w:val="left"/>
      </w:pPr>
      <w:r>
        <w:rPr>
          <w:rFonts w:ascii="Times New Roman" w:hAnsi="Times New Roman" w:eastAsia="Times New Roman" w:cs="Times New Roman"/>
        </w:rPr>
        <w:t>“‘NQE 1. Thiab tus timtswv thib tsib tshuab suab raj, thiab kuv pom ib lub hnubqub poob saum ntuj los rau hauv ntiajteb: thiab tau muab tus yuam sij ntawm lub qhov tob uas tsis muaj kawg rau nws.’”</w:t>
      </w:r>
    </w:p>
    <w:p>
      <w:pPr>
        <w:pStyle w:val="ArticleScripture"/>
        <w:jc w:val="left"/>
      </w:pPr>
      <w:r>
        <w:rPr>
          <w:rFonts w:ascii="Times New Roman" w:hAnsi="Times New Roman" w:eastAsia="Times New Roman" w:cs="Times New Roman"/>
        </w:rPr>
        <w:t>“Rau qhov kev piav qhia txog lub suab raj no, peb yuav rov muab los ntawm tej ntawv sau ntawm Yawg Keith. Tus kws sau no hais raws qhov tseeb tias: ‘Tsis tshua muaj ib feem twg ntxiv hauv Phau Ntawv Qhia Tshwm uas cov neeg txhais lus muaj kev pom zoo sib xws npaum li no hais txog kev siv lub suab raj thib tsib thiab thib rau, los yog txoj kev txom nyem thib ib thiab thib ob, rau cov Saracens thiab Turks. Qhov no pom tseeb heev uas luag yuav luag tsis txawj to taub yuam kev. Tsis yog tsuas yog ib lossis ob nqe xwb uas qhia txog txhua pab, tiam sis tag nrho tshooj cuaj ntawm Phau Ntawv Qhia Tshwm, faib ua ob feem sib npaug, raug siv los piav txog ob leeg ntawd.’ Uriah Smith, Daniel and the Revelation, 495.</w:t>
      </w:r>
    </w:p>
    <w:p>
      <w:pPr>
        <w:pStyle w:val="ArticleBody"/>
        <w:jc w:val="left"/>
      </w:pPr>
      <w:r>
        <w:rPr>
          <w:rFonts w:ascii="Times New Roman" w:hAnsi="Times New Roman" w:eastAsia="Times New Roman" w:cs="Times New Roman"/>
        </w:rPr>
        <w:t>Petus nyob hauv Panium nrog txoj hauj lwm los kho cov lus ntawm cov pob hluav taws ntawm Nashville, thiab thawj zaug pom tseeb tias cov ntsiab ntawm thawj txoj kev txom nyem sib haum raws nraim nrog cov ntsiab ntawm txoj cai hnub Sunday uas tab tom yuav los txog. Tsov Ntxhuav ntawm xeem Yudas tau qhib daim kev to taub no raws li kev pom zoo nrog lwm cov kab lus ntawm tej lus faj lem uas Nws twb tau teeb tsa cia lawm. Cov kws sau keeb kwm yuav ua tim khawv txog qhov tseem ceeb ntawm qhov kev tawm tsam ceeb toom uas Loos tau ua rau cov Persian xyoo 627, thiab thaum lawv ua li ntawd, lawv tau sau tseg txog Heraclius txoj kev txav mus ncig thiab hla tom qab Persia hauv lub caij ntuj no ua ib qho tswv yim kom nyob twj ywm zais cia mus txog rau lub sijhawm ntawm kev tawm tsam.</w:t>
      </w:r>
    </w:p>
    <w:p>
      <w:pPr>
        <w:pStyle w:val="ArticleBody"/>
        <w:jc w:val="left"/>
      </w:pPr>
      <w:r>
        <w:rPr>
          <w:rFonts w:ascii="Times New Roman" w:hAnsi="Times New Roman" w:eastAsia="Times New Roman" w:cs="Times New Roman"/>
        </w:rPr>
        <w:t>Muam White qhia rau peb tias Loos tsuas yog tab tom tos “chaw muaj txiaj ntsig zoo,” ces nws yuav tawm tsam.</w:t>
      </w:r>
    </w:p>
    <w:p>
      <w:pPr>
        <w:pStyle w:val="ArticleScripture"/>
        <w:jc w:val="left"/>
      </w:pPr>
      <w:r>
        <w:rPr>
          <w:rFonts w:ascii="Times New Roman" w:hAnsi="Times New Roman" w:eastAsia="Times New Roman" w:cs="Times New Roman"/>
        </w:rPr>
        <w:t>“Vajtswv lo lus twb tau ceeb toom txog txoj kev phom sij uas tab tom los ze lawm; yog cia qhov no tsis quav ntsej, lub ntiajteb Protestant yuav paub tias lub hom phiaj tseeb ntawm Loos yog dabtsi tiag, tsuas yog thaum twb lig dhau lawm uas yuav dim tau ntawm lub cuab. Nws tab tom loj hlob mus rau hauv hwjchim ntsiag to. Nws tej lus qhuab qhia tab tom siv lawv txoj kev cuam tshuam hauv tej tsev hais plaub tsim cai, hauv tej pawg ntseeg, thiab hauv tibneeg lub siab. Nws tab tom tsa nws tej vaj tse siab thiab ruaj khov ua pawg zuj zus, hauv tej qhov chaw zais tob uas nws tej kev tsim txom yav dhau los yuav raug rov ua dua. Yam ntsiag to thiab tsis muaj leejtwg xam pom li, nws tab tom txhawb kom nws cov quab yuam muaj zog dua kom pab txhawb nws tej hom phiaj thaum lub sijhawm los txog uas nws yuav tawm tes ntaus. Txhua yam uas nws xav tau tsuas yog ib qho chaw muaj txiaj ntsig zoo, thiab qhov no twb raug muab rau nws lawm. Tsis ntev peb yuav pom thiab peb yuav hnov tias lub hom phiaj ntawm lub hauv paus Roman yog dabtsi. Leejtwg los xij uas ntseeg thiab mloog lus rau Vajtswv lo lus yuav vim li ntawd raug kev thuam thiab kev tsim txom.” The Great Controversy, 581.</w:t>
      </w:r>
    </w:p>
    <w:p>
      <w:pPr>
        <w:pStyle w:val="ArticleBody"/>
        <w:jc w:val="left"/>
      </w:pPr>
      <w:r>
        <w:rPr>
          <w:rFonts w:ascii="Times New Roman" w:hAnsi="Times New Roman" w:eastAsia="Times New Roman" w:cs="Times New Roman"/>
        </w:rPr>
        <w:t>Ib yam li huab tais Heraclius, txoj kev ua vajlugkub kav ntawm tus papacy tau txav mus rau nws lub hom phiaj “zais ntshis thiab yam tsis muaj leejtwg xav txog” raws li kev ua tiav ntawm Yaxayas tshooj nees nkaum peb, qhov uas tus niam ntiav ntawm Tyre raug hnov qab nyob rau hauv keeb kwm ntawm lub nceeg vaj thib rau ntawm yaj saub qhia hauv phau Vajlugkub. Qhov kev tawm tsam zais cia thiab ua rau xav tsis thoob ntawm Heraclius yog lub ntiajteb hnov qab txog tus papacy txij xyoo 1798 mus txog rau txoj cai Hnub Sunday. Kab raws kab, thawj txoj kev txom nyem sawv cev rau txoj kev txom nyem thib peb thiab kawg. Hauv thawj txoj kev txom nyem muaj ib lo lus tshaj tawm uas kuj sib haum nrog keeb kwm ntawm Islam thiab lub sijhawm ntawm kev muab cim foob rau ib puas plaub caug plaub txhiab leej.</w:t>
      </w:r>
    </w:p>
    <w:p>
      <w:pPr>
        <w:pStyle w:val="ArticleScripture"/>
        <w:jc w:val="left"/>
      </w:pPr>
      <w:r>
        <w:rPr>
          <w:rFonts w:ascii="Times New Roman" w:hAnsi="Times New Roman" w:eastAsia="Times New Roman" w:cs="Times New Roman"/>
        </w:rPr>
        <w:t>Thiab nws tau raug txib rau lawv tias lawv tsis txhob ua phem rau tej nyom hauv ntiajteb, los yog yam ntsuab twg, los yog tsob ntoo twg li; tiamsis tsuas yog rau cov neeg uas tsis muaj lub foob ntawm Vajtswv rau ntawm lawv tej hauvpliaj xwb. Thiab tau pub rau lawv tias lawv tsis txhob tua cov neeg ntawd, tiamsis kom cov neeg ntawd raug tsim txom tsib lub hlis; thiab lawv txoj kev tsim txom zoo ib yam li kev tsim txom ntawm tus kab ntsaum dev, thaum nws nkaug neeg. Thiab nyob rau cov hnub ntawd neeg yuav nrhiav kev tuag los yuav nrhiav tsis tau; thiab lawv yuav ntshaw kom tuag, tiamsis kev tuag yuav khiav ntawm lawv mus. Tshwmsim 9:4–6.</w:t>
      </w:r>
    </w:p>
    <w:p>
      <w:pPr>
        <w:pStyle w:val="ArticleBody"/>
        <w:jc w:val="left"/>
      </w:pPr>
      <w:r>
        <w:rPr>
          <w:rFonts w:ascii="Times New Roman" w:hAnsi="Times New Roman" w:eastAsia="Times New Roman" w:cs="Times New Roman"/>
        </w:rPr>
        <w:t>Ua ntej yuav tig tus yuam sij ntawm kev sib ntaus rog ntawm Nineveh, uas yog txoj cai hnub Sunday uas yuav los sai no, ib puas plaub caug plaub txhiab twb raug muab ntim lawm. Thaum txog txoj cai hnub Sunday, kev rhuav tshem ntawm tej nroog, uas pib nrog cov pob hluav taws ntawm Nashville, raug sawv cev ua ib ntu sijhawm “tsib hlis,” thaum kev ua rog kub ntxhov thiab kev tua ntshav zaum ob ntawm papacy raug pib, ua kom tiav raws li lo lus teb uas tau muab rau cov neeg raug tua tuag vim txoj kev ntseeg hauv Tsaus Ntuj Nrab Hnub nyoog nyob rau hauv lub foob thib tsib.</w:t>
      </w:r>
    </w:p>
    <w:p>
      <w:pPr>
        <w:pStyle w:val="ArticleScripture"/>
        <w:jc w:val="left"/>
      </w:pPr>
      <w:r>
        <w:rPr>
          <w:rFonts w:ascii="Times New Roman" w:hAnsi="Times New Roman" w:eastAsia="Times New Roman" w:cs="Times New Roman"/>
        </w:rPr>
        <w:t>Thaum Nws tau qhib lub cim thib tsib lawm, kuv pom hauv qab lub thaj txi Ntuj cov ntsuj plig ntawm cov uas raug tua vim lo lus ntawm Vajtswv, thiab vim zaj lus tim khawv uas lawv tuav ruaj: Ces lawv qw nrov nrov tias, Au tus Tswv, tus dawb huv thiab tus tseeb, ntev npaum li cas ntxiv koj yuav tsis txiav txim thiab pauj peb cov ntshav rau cov uas nyob saum lub ntiajteb? Thiab tau muab tsho ntev dawb rau txhua tus ntawm lawv; thiab tau hais rau lawv tias, lawv yuav tsum tau so ib ntus ntxiv, mus txog thaum lawv cov phooj ywg qhev thiab lawv cov kwvtij, uas yuav raug tua ib yam li lawv, tau puv tus naj npawb. Qhia Tshwm 6:9–11.</w:t>
      </w:r>
    </w:p>
    <w:p>
      <w:pPr>
        <w:pStyle w:val="ArticleBody"/>
        <w:jc w:val="left"/>
      </w:pPr>
      <w:r>
        <w:rPr>
          <w:rFonts w:ascii="Times New Roman" w:hAnsi="Times New Roman" w:eastAsia="Times New Roman" w:cs="Times New Roman"/>
        </w:rPr>
        <w:t>Cov pab tuag vim txojkev ntseeg hauv Tiam Tsaus Ntuj yog thawj pab uas ua qauv sawv cev rau cov uas yuav tuag vim txojkev ntseeg ntawm Loos niaj hnub no thaum lub sij hawm kev kub ntxhov ntawm txojcai Hnub Caiv. Ua ntej qhov kev kub ntxhov ntawd los txog, ib puas plaub caug plaub txhiab leej raug muab khi tseg, thiab txojkev khi tseg ntawd tau pib thaum 9/11 nrog kev los txog ntawm Islam ntawm kev txom nyem thib peb, thiab nrog kev txau ntawm nag lig. Thaum cov tuag vim txojkev ntseeg hauv thawj Tiam Tsaus Ntuj nug tias thaum twg txojkev kav ntawm papacy yuav raug txiav txim, lawv raug hais rau tias yuav muaj ib pab tuag vim txojkev ntseeg thib ob thaum Tiam Tsaus Ntuj raug rov ua dua, uas yog thaum tus yuam sij ntawm kev sib ntaus ntawm Nineveh raug ua kom tiav nyob rau ntawm txojcai Hnub Caiv uas tab tom yuav los sai no. Ua ntej pab tuag vim txojkev ntseeg thib ob raug ua kom puv, ib puas plaub caug plaub txhiab leej raug muab khi tseg, thiab lub caij nyoog ntawm txojkev khi tseg uas pib thaum 9/11 raug qhia tseg hauv lub cim thib tsib, rau qhov kev sib tham uas raug nthuav tawm rau ntawd muaj nyob hauv Tshwmsim tshooj rau, nqe CUAJ txog KAUM IB, yog li ntawd thiaj cim tseg qhov pib thiab qhov xaus ntawm txojkev khi tseg nrog 9/11. Qhov xaus ntawd nthuav qhia txog kev puas tsuaj ntawm Islam raws li tau nthuav tawm hauv Tshwmsim CUAJ, KAUM IB, thiab cov uas raug khi tseg yuav tau ua kom tiav qhov kev paub dhau los ntawm Daniyees raws li sawv cev tseg hauv Daniyees CUAJ, KAUM IB.</w:t>
      </w:r>
    </w:p>
    <w:p>
      <w:pPr>
        <w:pStyle w:val="ArticleBody"/>
        <w:jc w:val="left"/>
      </w:pPr>
      <w:r>
        <w:rPr>
          <w:rFonts w:ascii="Times New Roman" w:hAnsi="Times New Roman" w:eastAsia="Times New Roman" w:cs="Times New Roman"/>
        </w:rPr>
        <w:t>Peb yuav txuas ntxiv hais txog tej no hauv zaj lus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Cia ntawm Nqe Plaub Caug—Tus Naj Npawb Kaum Peb</dc:title>
  <dc:subject>Tus Lej Kaum Peb</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