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Caug—Tus Lej Nees Nkaum Peb</w:t>
      </w:r>
    </w:p>
    <w:p>
      <w:pPr>
        <w:pStyle w:val="ArticleSubtitle"/>
        <w:jc w:val="left"/>
      </w:pPr>
      <w:r>
        <w:rPr>
          <w:rFonts w:ascii="Arial" w:hAnsi="Arial" w:eastAsia="Arial" w:cs="Arial"/>
        </w:rPr>
        <w:t>Exekhee Has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Exekees raug hu ua “tus yaj saub quaj ntsuag,” vim nws yog ib lub cim sawv cev rau ib puas plaub caug plaub txhiab leej, uas nyob hauv tshooj cuaj ntawm nws phau ntawv tab tom quaj ntsuag (ntsaj thiab quaj) vim tej kev qias vuab tsuab uas tau ua nyob hauv lub tebchaws thiab hauv pawg ntseeg. Hauv nqe lus ntawm Testimonies uas peb tau hais tseg hauv zaj lus kawg no, Muam White tau sau hais tias, “Tus yaj saub nws tus kheej yog ib tug neeg txawv tebchaws nyob hauv ib thaj av txawv, qhov chaw uas kev ntshaw hwjchim tsis muaj ciam teb thiab kev lim hiam phem tsiaj qus kav siab tshaj plaws. Tej uas nws pom thiab hnov txog tibneeg txoj kev ua phem lim hiam thiab kev tsis ncaj ua rau nws lub siab ntxhov nyuaj, thiab nws quaj ntsuag iab qhawv nruab hnub thiab nruab hmo.”</w:t>
      </w:r>
    </w:p>
    <w:p>
      <w:pPr>
        <w:pStyle w:val="ArticleBody"/>
        <w:jc w:val="left"/>
      </w:pPr>
      <w:r>
        <w:rPr>
          <w:rFonts w:ascii="Times New Roman" w:hAnsi="Times New Roman" w:eastAsia="Times New Roman" w:cs="Times New Roman"/>
        </w:rPr>
        <w:t>Ib puas plaub caug plaub txhiab leej yog “cov uas raug ntiab tawm ntawm Yixayee,” uas raug tawg khiav mus nyob ntau qhov chaw, raws li sawv cev los ntawm Exekees uas raug coj mus rau hauv kev poob cev qhev. Txoj haujlwm muab lub foob uas sawv cev nyob hauv Exekees cuaj yog tib yam li nyob hauv Tshwmsim xya, thiab ob tshooj ntawd tib si raug sawv cev tias yuav muaj nyob rau hnub kawg.</w:t>
      </w:r>
    </w:p>
    <w:p>
      <w:pPr>
        <w:pStyle w:val="ArticleScripture"/>
        <w:jc w:val="left"/>
      </w:pPr>
      <w:r>
        <w:rPr>
          <w:rFonts w:ascii="Times New Roman" w:hAnsi="Times New Roman" w:eastAsia="Times New Roman" w:cs="Times New Roman"/>
        </w:rPr>
        <w:t>“Qhov kev muab cim rau cov tub qhe ntawm Vajtswv no yog tib yam li qhov uas tau raug qhia rau Exekees hauv yog toog.” Testimonies to Ministers, 445.</w:t>
      </w:r>
    </w:p>
    <w:p>
      <w:pPr>
        <w:pStyle w:val="ArticleBody"/>
        <w:jc w:val="left"/>
      </w:pPr>
      <w:r>
        <w:rPr>
          <w:rFonts w:ascii="Times New Roman" w:hAnsi="Times New Roman" w:eastAsia="Times New Roman" w:cs="Times New Roman"/>
        </w:rPr>
        <w:t>Los ntawm lub zwm txwv, Vajtswv tswj cov kerubim, thiab lawv rov qab tswj cov log. Ezekiel yuav tsum to taub los ntawm zaj yog toog tias Vajtswv yog tus tswj kav, txawm nyob rau lub sijhawm uas txhua yam zoo li tab tom nyob hauv kev kub ntxhov. Sister White hais tias “ib yam nkaus” tom qab nws tau nthuav qhia txog Vajtswv txoj kev teeb tsa saum lub zwm txwv, uas tswj cov kerubim uas saib xyuas tej xwm txheej hauv ntiajteb, raws li nws piav txog Yauhas hauv lub tuam tsev dawb huv qhov chaw Khetos taug kev nyob hauv nruab nrab xya pawg ntseeg. Ezekiel thiab Yauhas yog cov cim sawv cev rau cov uas nyob hauv lub sijhawm muab lub cim ntawm ib puas plaub caug plaub txhiab leej, uas, raws li kev tshoov siab tau sau tseg, “Cov xwm txheej uas yuav tshwm sim hauv peb lub ntiajteb no tseem tsis tau muaj leejtwg txawm npau suav txog li.”</w:t>
      </w:r>
    </w:p>
    <w:p>
      <w:pPr>
        <w:pStyle w:val="ArticleBody"/>
        <w:jc w:val="left"/>
      </w:pPr>
      <w:r>
        <w:rPr>
          <w:rFonts w:ascii="Times New Roman" w:hAnsi="Times New Roman" w:eastAsia="Times New Roman" w:cs="Times New Roman"/>
        </w:rPr>
        <w:t>Muaj tseeb tiag, thaum Muam White tau sau cov lus ntawd, ces cov lus ntawd yeej muaj tseeb; tiam sis nyob rau lub sijhawm kaw, lawv thiaj li nrhiav tau lawv txoj kev ua tiav zoo kawg nkaus. Kwv yees nees nkaum xyoo dhau los, puas yog nej yuav tau xav tias yam uas nim no tab tom tshwm sim hauv lub ntiajteb no muaj kev sib raug nrog kev coob coob ya tuaj ntawm cov kooj uas sawv cev rau Islam? Cov kooj ua ib lub cim sawv cev rau Islam nyob hauv Tshwmsim tshooj cuaj kuj suav nrog txoj kev tsiv teb tsaws chaw hauv ntuj tsim teb raug ntawm cov kooj hauv qaum teb Africa. Txoj kab kev tsiv chaw ntawm cov kooj coob coob ntawd hauv Africa phim raws li thaj chaw thooj av uas Islam tau txeeb kav. Islam yog ib tug xeeb leej xeeb ntxwv ntawm Ishmael, thiab Ishmael niam yog Hagar. Hagar txhais tias “kev ya khiav” los sis “khiav dim.” Hauv lus Arabic, lub npe no feem ntau sau ua Hajar (هاجر), thiab nws txuas nrog tib lub hauv paus lus uas muab rau peb lo lus Hijra (kev tsiv teb tsaws chaw/kev ya khiav ntawm Muhammad). Cov cag keeb ntawm Islam tsis yog tsuas yog txuas nrog kev coob coob ya tuaj ntawm cov kooj xwb, tiam sis cov cag keeb ntawd kuj muaj lub ntsiab ntawm kev tsiv teb tsaws chaw thiab. Puas muaj leejtwg ib zaug twg tau npau suav tias kev nkag teb chaws tsis raws cai yog ib qho kev tshwm sim ntawm tus kooj uas sawv cev rau Islam?</w:t>
      </w:r>
    </w:p>
    <w:p>
      <w:pPr>
        <w:pStyle w:val="ArticleBody"/>
        <w:jc w:val="left"/>
      </w:pPr>
      <w:r>
        <w:rPr>
          <w:rFonts w:ascii="Times New Roman" w:hAnsi="Times New Roman" w:eastAsia="Times New Roman" w:cs="Times New Roman"/>
        </w:rPr>
        <w:t>Puas muaj leejtwg npau suav tias cov communist thoob ntiajteb yuav tsim ib txoj kev koom tes nrog cov pawg neeg coob coob Islam? Ob leeg—Islam thiab lub hwjchim zaj ntawm cov globalists—raws li tau hais nyias nyias hauv Tshwm Sim 9 thiab 11, nce tawm hauv lub qhov tob tsis muaj qab; thiab lub qhov tob tsis muaj qab ntawd sawv cev rau kev tshwm sim tawm los ntawm lub hwjchim Xatas. Ob tog phoojywg uas tam sim no koom tes no yog cuab yeej ntawm Xatas raws li Vajluskub ntawm qhov tseeb.</w:t>
      </w:r>
    </w:p>
    <w:p>
      <w:pPr>
        <w:pStyle w:val="ArticleScripture"/>
        <w:jc w:val="left"/>
      </w:pPr>
      <w:r>
        <w:rPr>
          <w:rFonts w:ascii="Times New Roman" w:hAnsi="Times New Roman" w:eastAsia="Times New Roman" w:cs="Times New Roman"/>
        </w:rPr>
        <w:t>“‘Thaum lawv yuav ua tiav [tab tom ua tiav] lawv zaj lus tim khawv.’ Lub sijhawm uas ob tug tim khawv yuav tsum cev lus faj lem hnav khaub ncaws quaj ntsuag xaus rau xyoo 1798. Thaum lawv tab tom los ze rau qhov xaus ntawm lawv tes haujlwm nyob hauv kev tsaus ntuj thiab tsis raug pom, yuav tsum muaj kev ua rog tawm tsam lawv los ntawm lub hwj chim uas sawv cev tias yog ‘tus tsiaj qus uas nce tawm hauv lub qab ntuj tob tsis muaj chaw kawg.’ Hauv ntau lub tebchaws ntawm Tebchaws Europe, cov hwj chim uas kav hauv Koom Txoos thiab hauv Xeev tau raug Xatas tswj los ntawm papacy tau ntau pua xyoo. Tiamsis ntawm no muaj ib qho kev tshwm sim tshiab ntawm Xatas lub hwj chim raug coj los rau hauv kev pom.” The Great Controversy, 268.</w:t>
      </w:r>
    </w:p>
    <w:p>
      <w:pPr>
        <w:pStyle w:val="ArticleBody"/>
        <w:jc w:val="left"/>
      </w:pPr>
      <w:r>
        <w:rPr>
          <w:rFonts w:ascii="Times New Roman" w:hAnsi="Times New Roman" w:eastAsia="Times New Roman" w:cs="Times New Roman"/>
        </w:rPr>
        <w:t>Muam White ntawm no qhia meej txog kev tuaj txog ntawm kev coj nom tswv hu ua socialism nyob rau lub caij ntawm Fabkis Kev Tawm Tsam, thaum tib lub sijhawm nws kuj hais tias Xatas tseem tswj hwm lub hwjchim ntawm papacy thiab. Lub hwjchim papal kuj tawm hauv lub qhov tob uas tsis muaj qab hauv Tshwm Sim tshooj kaum xya, thiab hauv Tshwm Sim tshooj cuaj, Islam yog cov pa taws uas tawm hauv lub qhov tob uas tsis muaj qab. Lub ntsiab lus tseem nyob li qub; puas yog kev tshoov siab tiag tiag tau txhais hais tias, “Cov xwm txheej uas yuav raug ua tawm hauv peb lub ntiajteb no tseem tsis tau txawm yog neeg npau suav txog li?” Leejtwg tau npau suav tias Islam yuav tam sim no kis thoob plaws hauv Europe thiab tam sim no nqis los rau saum cov Americas? Koj puas tau npau suav tias cov kooj yuav raug nthuav mus thoob plaws lub ntiajteb los ntawm cov globalists ntawm United Nations, European Union, thiab Democratic Party ntawm Tebchaws Meskas?</w:t>
      </w:r>
    </w:p>
    <w:p>
      <w:pPr>
        <w:pStyle w:val="ArticleBody"/>
        <w:jc w:val="left"/>
      </w:pPr>
      <w:r>
        <w:rPr>
          <w:rFonts w:ascii="Times New Roman" w:hAnsi="Times New Roman" w:eastAsia="Times New Roman" w:cs="Times New Roman"/>
        </w:rPr>
        <w:t>Leejtwg thiaj npau suav tias cov tsev kawm ntawv yuav raug kov yeej los ntawm kev sib koom tes ntawm cov neeg Communist thiab cov neeg Islamic uas nim no tab tom raug them nyiaj los ntawm cov nyiaj se ntawm cov pej xeem uas yeej tsis tau npaj siab tias lawv cov nyiaj se yuav raug siv los rhuav tshem lub tebchaws uas muab cov nyiaj se ntawd tawm los.</w:t>
      </w:r>
    </w:p>
    <w:p>
      <w:pPr>
        <w:pStyle w:val="ArticleBody"/>
        <w:jc w:val="left"/>
      </w:pPr>
      <w:r>
        <w:rPr>
          <w:rFonts w:ascii="Times New Roman" w:hAnsi="Times New Roman" w:eastAsia="Times New Roman" w:cs="Times New Roman"/>
        </w:rPr>
        <w:t>Leejtwg thiaj npau suav tias Great Britain yuav txhawb thiab txhim tsa kom cov ntxhais dawb raug pawg neeg ua phem yuam deev, raug nyiag mus kaw hauv tsev lojcuj, thiab raug tua los ntawm Islam? Coob leej taw tes qhia qhov tseeb tias txhua txoj kev tswj hwm communist uas tau muaj nyob hauv keeb kwm tib neeg yeej yog kev swb kiag li, tiam sis cov txiv ntawm socialism hauv Britain kuj yog ib qho kev rau txim rau socialism ib yam nkaus li qhov kev swb ntawm txoj kev xav txog nyiaj txiag thiab kev nom kev tswv hauv txoj kev tswj hwm ntawd.</w:t>
      </w:r>
    </w:p>
    <w:p>
      <w:pPr>
        <w:pStyle w:val="ArticleBody"/>
        <w:jc w:val="left"/>
      </w:pPr>
      <w:r>
        <w:rPr>
          <w:rFonts w:ascii="Times New Roman" w:hAnsi="Times New Roman" w:eastAsia="Times New Roman" w:cs="Times New Roman"/>
        </w:rPr>
        <w:t>Leejtwg yuav tau xav tias cov tub lag luam hauv ntiajteb yuav raug tso cai coj tej tshuaj lom los siv ua kom tiav kev tua neeg coob coob uas muaj tshaj kaum xya lab leej?</w:t>
      </w:r>
    </w:p>
    <w:p>
      <w:pPr>
        <w:pStyle w:val="ArticleBody"/>
        <w:jc w:val="left"/>
      </w:pPr>
      <w:r>
        <w:rPr>
          <w:rFonts w:ascii="Times New Roman" w:hAnsi="Times New Roman" w:eastAsia="Times New Roman" w:cs="Times New Roman"/>
        </w:rPr>
        <w:t>Leejtwg yuav xav txog tias cov neeg xws li George Soros, Bill Gates, thiab Anthony Fauci yuav raug tso cai ua tiav lawv tej kev phem uas muaj dab phem txhawb nqa yam tsis ntsib ib qho kev rau txim li?</w:t>
      </w:r>
    </w:p>
    <w:p>
      <w:pPr>
        <w:pStyle w:val="ArticleBody"/>
        <w:jc w:val="left"/>
      </w:pPr>
      <w:r>
        <w:rPr>
          <w:rFonts w:ascii="Times New Roman" w:hAnsi="Times New Roman" w:eastAsia="Times New Roman" w:cs="Times New Roman"/>
        </w:rPr>
        <w:t>Thaum Muam White tau hais tias tej xwm txheej uas yuav tshwm sim ntawd yuav tsis yog tej uas npau suav txog, nws tau hais li ntawd nyob hauv lub ntsiab lus ntawm lub sijhawm muab lub cim rau ib puas plaub caug plaub txhiab leej. Nws tab tom txuas ntxiv nws tej lus hais txog Khetos txoj kev ceeb toom hauv Mathais nees nkaum plaub, qhov chaw uas nws tau sau tseg tias, “Cov lus qhia no yog rau peb txoj kev pab. Peb yuav tsum tsa peb txoj kev ntseeg rau saum Vajtswv, rau qhov muaj ib lub sijhawm nyob ze ntawm peb heev uas yuav sim neeg tej ntsuj plig. Khetos, saum Roob Txiv Ntoo Roj, tau rov hais qhia txog tej kev txiav txim uas txaus ntshai uas yuav los ua ntej Nws txoj kev rov los zaum ob.”</w:t>
      </w:r>
    </w:p>
    <w:p>
      <w:pPr>
        <w:pStyle w:val="ArticleBody"/>
        <w:jc w:val="left"/>
      </w:pPr>
      <w:r>
        <w:rPr>
          <w:rFonts w:ascii="Times New Roman" w:hAnsi="Times New Roman" w:eastAsia="Times New Roman" w:cs="Times New Roman"/>
        </w:rPr>
        <w:t>Cov zaj lus qhia uas nws nyuam qhuav hais txog ntawd yog cov piv txwv ntawm E-xekhee thiab Yauhas ob leeg hauv lub tuam tsev, kawm kom to taub tias Vajtswv yog tus tswj kav txhua yam. Hauv txoj kev ntxhov siab thiab kev ntxeev siab uas tam sim no twb tab tom tshwm sim, yog txoj kev ntxhov siab thiab kev ntxeev siab uas tsuas yuav nce zuj zus ntxiv raws li keeb kwm txav mus tom ntej, cov uas yog Vajtswv cov tub txib, raws li tsis yog E-xekhee thiab Yauhas hauv lub tuam tsev xwb thiaj sawv cev, tiamsis Yaxayas thiab, yuav tsuas taug tau keeb kwm raws yam uas qhuas tus Tswv xwb yog lawv to taub tias txawm yog tej yam uas peb yeej tsis tau npau suav txog los xij tseem nyob hauv Vajtswv txoj kev tswj kav.</w:t>
      </w:r>
    </w:p>
    <w:p>
      <w:pPr>
        <w:pStyle w:val="ArticleBody"/>
        <w:jc w:val="left"/>
      </w:pPr>
      <w:r>
        <w:rPr>
          <w:rFonts w:ascii="Times New Roman" w:hAnsi="Times New Roman" w:eastAsia="Times New Roman" w:cs="Times New Roman"/>
        </w:rPr>
        <w:t>Cov log uas sib tshuam nrog lwm cov log ntawd suav nrog tej xwm txheej uas tsis tau muaj leejtwg npau suav txog li, thiab lawv yog cov xwm txheej uas tshwm sim nyob rau lub sijhawm kaw cim uas tau pib rau hnub 9/11. Cov zaj lus qhia uas yuav tsum tau kawm tsuas yog raug kawm los ntawm cov uas, vim txojkev ntseeg, nkag mus rau hauv Chav Dawb Huv Tshaj Plaws thiab pom Khetos thiab Nws lub teeb ci tawm ntawm Lub Phij Xab ntawm Txoj Lus Cog Tseg. Thaum lub hwjchim ci ntsa iab ntawd raug pom raws li Daniyee sawv cev hauv tshooj kaum, pab pawg uas tau txais txiaj ntsig ntawm lub teeb raug cais tawm ntawm cov uas tau khiav ntawm lub zeem muag.</w:t>
      </w:r>
    </w:p>
    <w:p>
      <w:pPr>
        <w:pStyle w:val="ArticleScripture"/>
        <w:jc w:val="left"/>
      </w:pPr>
      <w:r>
        <w:rPr>
          <w:rFonts w:ascii="Times New Roman" w:hAnsi="Times New Roman" w:eastAsia="Times New Roman" w:cs="Times New Roman"/>
        </w:rPr>
        <w:t>Kuv, Daniyees, tib leeg thiaj pom lub zeem muag ntawd; rau qhov cov txivneej uas nrog kuv nyob tsis pom lub zeem muag ntawd li; tiamsis ib qho tshee hnyo loj heev poob rau saum lawv, ua rau lawv khiav mus zais lawv tus kheej. Daniel 10:7.</w:t>
      </w:r>
    </w:p>
    <w:p>
      <w:pPr>
        <w:pStyle w:val="ArticleBody"/>
        <w:jc w:val="left"/>
      </w:pPr>
      <w:r>
        <w:rPr>
          <w:rFonts w:ascii="Times New Roman" w:hAnsi="Times New Roman" w:eastAsia="Times New Roman" w:cs="Times New Roman"/>
        </w:rPr>
        <w:t>Muaj ntau yam ntxiv uas yuav muab rho tawm tau los ntawm nqe lus hauv tsab xov xwm dhau los, tiamsis thaum peb xaus tsab xov xwm no peb yuav hais txog ib lub log. Hauv tsab xov xwm kawg peb twb tau sau tseg txog lub cim txhais ntawm tus lej nees nkaum tsib, thiab ua ntej ntawd peb tau siv sijhawm rau tus lej peb caug. Qhov kaj los ntawm phau ntawv Exekhee tsis yog tsuas yog hais txog tej lej ua cim xwb, tiamsis nws tsim nyog kom peb xub paub zoo txog qee yam ntawm cov cim lej ntawd ua ntej peb pib coj tau ib co kev meej tawm hauv txoj kev ntxhov siab ntawd.</w:t>
      </w:r>
    </w:p>
    <w:p>
      <w:pPr>
        <w:pStyle w:val="ArticleHeading"/>
        <w:jc w:val="left"/>
      </w:pPr>
      <w:r>
        <w:rPr>
          <w:rFonts w:ascii="Arial" w:hAnsi="Arial" w:eastAsia="Arial" w:cs="Arial"/>
        </w:rPr>
        <w:t>Kaum xya</w:t>
      </w:r>
    </w:p>
    <w:p>
      <w:pPr>
        <w:pStyle w:val="ArticleBody"/>
        <w:jc w:val="left"/>
      </w:pPr>
      <w:r>
        <w:rPr>
          <w:rFonts w:ascii="Times New Roman" w:hAnsi="Times New Roman" w:eastAsia="Times New Roman" w:cs="Times New Roman"/>
        </w:rPr>
        <w:t>Peb peb txoj lus faj lem ob puas tsib caug xyoo qhia kom pom ib lub sijhawm kaum xya xyoo uas pib rau thaum kawg ntawm keeb kwm ntawm pawg ntseeg Xamivna. Txij xyoo 313 mus txog 330, kaum xya xyoo ntawd ua piv txwv txog kev tsa tus mlom ntawm tus tsiaj qus.</w:t>
      </w:r>
    </w:p>
    <w:p>
      <w:pPr>
        <w:pStyle w:val="ArticleBody"/>
        <w:jc w:val="left"/>
      </w:pPr>
      <w:r>
        <w:rPr>
          <w:rFonts w:ascii="Times New Roman" w:hAnsi="Times New Roman" w:eastAsia="Times New Roman" w:cs="Times New Roman"/>
        </w:rPr>
        <w:t>Ob puas tsib caug xyoo uas pib hauv 457 BC tau xaus rau xyoo 207 BC, kaum xyoo tom qab tsov rog ntawm Raphia thiab xya xyoo ua ntej tsov rog ntawm Panium. Txij Raphia mus rau Panium yog kaum xya xyoo, thiab qhov ntawd sawv cev rau keeb kwm zais ntawm nqe plaub caug raws li tau muab qhia tseg hauv nqe kaum ib mus txog kaum tsib ntawm Daniyees kaum ib.</w:t>
      </w:r>
    </w:p>
    <w:p>
      <w:pPr>
        <w:pStyle w:val="ArticleBody"/>
        <w:jc w:val="left"/>
      </w:pPr>
      <w:r>
        <w:rPr>
          <w:rFonts w:ascii="Times New Roman" w:hAnsi="Times New Roman" w:eastAsia="Times New Roman" w:cs="Times New Roman"/>
        </w:rPr>
        <w:t>Ptolemy IV Philopator (uas kuj hu ua Ptolemy IV) yog tus kav uas yeej Tsov Rog Raphia hauv xyoo 217 BC. Nws kav ua vajntxwv (thiab ua pharaoh) ntawm tim lyiv teb chaws Ptolemaic txij xyoo 221 BC mus txog xyoo 204 BC, yog li ntawd nws tau kav tau kaum xya xyoo. Nws pib nws txoj kev kav ua ntej Tsov Rog Raphia, tiam sis tau tuag ua ntej Tsov Rog Panium.</w:t>
      </w:r>
    </w:p>
    <w:p>
      <w:pPr>
        <w:pStyle w:val="ArticleBody"/>
        <w:jc w:val="left"/>
      </w:pPr>
      <w:r>
        <w:rPr>
          <w:rFonts w:ascii="Times New Roman" w:hAnsi="Times New Roman" w:eastAsia="Times New Roman" w:cs="Times New Roman"/>
        </w:rPr>
        <w:t>Tsov rog ntawm Raphia uas sawv cev rau Tsov Rog Ukrainian tau pib rau xyoo 2014 thaum Tebchaws Meskas ua kom muaj ib qho kev hloov tshiab xim hauv Ukraine. Ptolemy IV, tus vajntxwv sab qab teb, yog ib daim qauv qhia txog Vladimir Putin, uas tau pib nws txoj kev kav rau xyoo 2000, yog xyoo ua ntej qhov kev muab ntim ruaj ntawm ib puas plaub caug plaub txhiab pib rau xyoo 2001. Ib yam li Ptolemy, Putin tau pib kav ua ntej tsov rog Ukrainian, uas raug ua qauv los ntawm tsov rog ntawm Raphia uas pib rau xyoo 2014. Ua ntej Panium, Putin, raws li raug ua qauv los ntawm Ptolemy, raug tshem tawm. Putin tau pib kav rau xyoo 2000, yog li ntawd thiaj phim nrog qhov pib ntawm lub sij hawm muab ntim ruaj uas tau pib rau xyoo tom qab, xyoo 2001. Kaum xya lub xyoo uas muaj lub ntsiab lus sawv cev raws li raug sawv cev los ntawm Ptolemy qhia txog lub sij hawm uas Putin kav, thiab nws ua li ntawd nyob hauv lub sij hawm muab ntim ruaj.</w:t>
      </w:r>
    </w:p>
    <w:p>
      <w:pPr>
        <w:pStyle w:val="ArticleBody"/>
        <w:jc w:val="left"/>
      </w:pPr>
      <w:r>
        <w:rPr>
          <w:rFonts w:ascii="Times New Roman" w:hAnsi="Times New Roman" w:eastAsia="Times New Roman" w:cs="Times New Roman"/>
        </w:rPr>
        <w:t>Trump uas raug sawv cev los ntawm qhov xaus ntawm ob puas tsib caug xyoo uas tau pib rau xyoo 457 BC nyob hauv tib zaj keeb kwm zais ib yam li Putin, ib zaj keeb kwm uas ntev kaum xya xyoo pib ntawm kev sib ntaus sib tua ntawm Raphia. Tus zaj (Putin) thiab tus yaj saub cuav (Trump) nyob hauv zaj keeb kwm zais ntawd. Hauv zaj keeb kwm ntawd tus tsiaj qus, uas raug sawv cev ua “cov tub sab ntawm koj haiv neeg” qhia cim txog hwj chim papal, nyob rau ntawm qhov kawg ntawm kaum xya xyoo txij Raphia mus txog Panium.</w:t>
      </w:r>
    </w:p>
    <w:p>
      <w:pPr>
        <w:pStyle w:val="ArticleBody"/>
        <w:jc w:val="left"/>
      </w:pPr>
      <w:r>
        <w:rPr>
          <w:rFonts w:ascii="Times New Roman" w:hAnsi="Times New Roman" w:eastAsia="Times New Roman" w:cs="Times New Roman"/>
        </w:rPr>
        <w:t>Xyoo 321 sawv cev rau txoj cai Hnub Caiv hauv Tebchaws Meskas, thiab 321 nyob hauv ib lub sijhawm kaum xya xyoo txij ntawm Tsab Cai Milan xyoo 313 mus txog rau kev faib lub teb chaws faj tim teb chaws xyoo 330.</w:t>
      </w:r>
    </w:p>
    <w:p>
      <w:pPr>
        <w:pStyle w:val="ArticleBody"/>
        <w:jc w:val="left"/>
      </w:pPr>
      <w:r>
        <w:rPr>
          <w:rFonts w:ascii="Times New Roman" w:hAnsi="Times New Roman" w:eastAsia="Times New Roman" w:cs="Times New Roman"/>
        </w:rPr>
        <w:t>Keeb kwm uas raug sawv cev txij li Yauxiyas Txoj Kev Hla Dhau Loj, raws li nws raug hu, pib lub voj voog Yubili thib kaum xya ntawm cov Yudais. Txij Yauxiyas txoj Kev Hla Dhau, uas yog txoj kev tsim kho dua tshiab loj tshaj plaws hauv Phau Qub, mus txog lub Kaum Hli 22, sawv cev rau keeb kwm Millerite txij lub Yim Hli 11, 1840 mus txog lub Kaum Hli 22, 1844, tiam sis tseem ceeb dua nws sawv cev rau keeb kwm txij 9/11 mus txog txoj cai Hnub Caiv. Lub sijhawm muab ntim foob ntawm ib puas plaub caug plaub txhiab leej raug sawv cev los ntawm lub voj voog Yubili thib kaum xya txij Yauxiyas mus txog lub Kaum Hli 22. Kaum xya yog ib lub cim uas raug txuas nrog cov xwm txheej loj ntawm lub sijhawm muab ntim foob, thiab tus lej kaum xya yog ib qho chaw uas Exekees cov log sib txuam.</w:t>
      </w:r>
    </w:p>
    <w:p>
      <w:pPr>
        <w:pStyle w:val="ArticleBody"/>
        <w:jc w:val="left"/>
      </w:pPr>
      <w:r>
        <w:rPr>
          <w:rFonts w:ascii="Times New Roman" w:hAnsi="Times New Roman" w:eastAsia="Times New Roman" w:cs="Times New Roman"/>
        </w:rPr>
        <w:t>Hauv keeb kwm zais cia ntawm nqe plaub caug hauv Daniel, raws li tau sawv cev nyob hauv nqe kaum mus txog kaum tsib ntawm tib tshooj ntawd, tus zaj txuas nrog tus lej “17” los ntawm Ptolemy txoj kev kav. Keeb kwm ntawm nqe kaum ib txoj kev sib ntaus ntawm Raphia mus txog nqe kaum tsib txoj kev sib ntaus ntawm Raphia yog “17” xyoos. Keeb kwm ntawd tso Donald Trump rau hauv nruab nrab ntawm kaum xya xyoos uas ob txoj kev sib ntaus ntawd sawv cev. Daim duab ntawm tus tsiaj qus uas Trump tsim thiab tsa tseg hauv Tebchaws Meskas yog sawv cev los ntawm “17” xyoos txij xyoo 313 mus rau 330. Hauv nqe ib ntawm tshooj ib Ezekiel nyob hauv xyoo peb caug ntawm lub voj voog Yubili “17.” Koj puas tau npau suav tias tus lej kaum xya sawv cev rau ib lub log uas Ezekiel pom nyob hauv Qhov Chaw Dawb Huv Tshaj?</w:t>
      </w:r>
    </w:p>
    <w:p>
      <w:pPr>
        <w:pStyle w:val="ArticleBody"/>
        <w:jc w:val="left"/>
      </w:pPr>
      <w:r>
        <w:rPr>
          <w:rFonts w:ascii="Times New Roman" w:hAnsi="Times New Roman" w:eastAsia="Times New Roman" w:cs="Times New Roman"/>
        </w:rPr>
        <w:t>Exekees yog ib lub cim ntawm cov uas nyob rau lub sij hawm muab lub foob, uas los ntawm txoj kev ntseeg tau nkag mus rau hauv Chaw Dawb Huv Tshaj Plaws lawm. Lawv yog Petus cov pov thawj.</w:t>
      </w:r>
    </w:p>
    <w:p>
      <w:pPr>
        <w:pStyle w:val="ArticleScripture"/>
        <w:jc w:val="left"/>
      </w:pPr>
      <w:r>
        <w:rPr>
          <w:rFonts w:ascii="Times New Roman" w:hAnsi="Times New Roman" w:eastAsia="Times New Roman" w:cs="Times New Roman"/>
        </w:rPr>
        <w:t>Nej thiab, uas zoo li tej pob zeb ciaj sia, raug txhim tsa ua ib lub tsev sab ntsuj plig, ua ib pawg pov thawj dawb huv, kom thiaj li muab tej kev txi sab ntsuj plig fij, uas yog yam uas Vajtswv lees txais los ntawm Yexus Khetos. 1 Petus 2:5.</w:t>
      </w:r>
    </w:p>
    <w:p>
      <w:pPr>
        <w:pStyle w:val="ArticleBody"/>
        <w:jc w:val="left"/>
      </w:pPr>
      <w:r>
        <w:rPr>
          <w:rFonts w:ascii="Times New Roman" w:hAnsi="Times New Roman" w:eastAsia="Times New Roman" w:cs="Times New Roman"/>
        </w:rPr>
        <w:t>Lawv raug txib kom nthuav ib zaj lus rau Vajtswv haiv neeg qub uas tau nyob hauv nws txoj kev cog lus, cov uas thaum ntawd raug hla dhau mus; txawm hais tias twb ceeb toom ua ntej lawm los, Vajtswv haiv neeg qub yuav tsis pom thiab tsis hnov.</w:t>
      </w:r>
    </w:p>
    <w:p>
      <w:pPr>
        <w:pStyle w:val="ArticleScripture"/>
        <w:jc w:val="left"/>
      </w:pPr>
      <w:r>
        <w:rPr>
          <w:rFonts w:ascii="Times New Roman" w:hAnsi="Times New Roman" w:eastAsia="Times New Roman" w:cs="Times New Roman"/>
        </w:rPr>
        <w:t>Thiab nws hais rau kuv tias, Leej Tub Neeg, cia koj plab noj, thiab puv koj lub hauv siab nrog daim ntawv yob no uas kuv muab rau koj. Ces kuv thiaj noj nws; thiab hauv kuv lub qhov ncauj nws qab zib ib yam li zib ntab. Thiab nws hais rau kuv tias, Leej Tub Neeg, mus, cia li mus cuag tsev neeg Ixayees, thiab hais kuv cov lus rau lawv. Rau qhov koj tsis raug xa mus cuag ib haiv neeg uas hais lus txawv thiab hais lus nyuaj, tiamsis raug xa mus cuag tsev neeg Ixayees; tsis yog mus cuag ntau haiv neeg uas hais lus txawv thiab hais lus nyuaj, uas lawv tej lus koj tsis to taub. Tseeb tiag, yog kuv tau xa koj mus cuag lawv, lawv yeej yuav mloog koj. Tiamsis tsev neeg Ixayees yuav tsis mloog koj; rau qhov lawv yuav tsis mloog kuv: vim tag nrho tsev neeg Ixayees yog neeg tawv ncauj thiab siab tawv. Saib maj, kuv twb ua kom koj lub ntsej muag khov tiv lawv lub ntsej muag, thiab ua kom koj lub hauv pliaj khov tiv lawv tej hauv pliaj. Kuv twb ua kom koj lub hauv pliaj tawv dua pob zeb diamond, tawv dua pob zeb tawv: txhob ntshai lawv, thiab txhob poob siab vim lawv tej ntsej muag, txawm yog lawv yog ib tsev neeg uas ntxeev siab. Exekees 3:3–9.</w:t>
      </w:r>
    </w:p>
    <w:p>
      <w:pPr>
        <w:pStyle w:val="ArticleBody"/>
        <w:jc w:val="left"/>
      </w:pPr>
      <w:r>
        <w:rPr>
          <w:rFonts w:ascii="Times New Roman" w:hAnsi="Times New Roman" w:eastAsia="Times New Roman" w:cs="Times New Roman"/>
        </w:rPr>
        <w:t>Ezekiel raug txib kom tshaj tawm ib txoj xov rau haiv neeg ntawm daim ntawv cog lus yav tas los, raws li cov Protestant hauv keeb kwm Millerite thiab pawg ntseeg Seventh-day Adventist ntawm Laodicea hauv hnub nyoog kawg sawv cev. Yog nws tsis kam tshaj tawm txoj xov ntawd, cov ntshav ntawm cov uas raug tseg cia tsis tau ceeb toom yuav poob rau saum nws.</w:t>
      </w:r>
    </w:p>
    <w:p>
      <w:pPr>
        <w:pStyle w:val="ArticleScripture"/>
        <w:jc w:val="left"/>
      </w:pPr>
      <w:r>
        <w:rPr>
          <w:rFonts w:ascii="Times New Roman" w:hAnsi="Times New Roman" w:eastAsia="Times New Roman" w:cs="Times New Roman"/>
        </w:rPr>
        <w:t>Leej Tubneeg, kuv tau tsa koj ua tus neeg zov tsev rau haiv neeg Ixayees; yog li ntawd, koj cia li mloog lo lus ntawm kuv lub qhov ncauj, thiab ceeb toom rau lawv ntawm kuv. Thaum kuv hais rau tus neeg phem tias, Koj yuav tsum tuag tseeb tiag; thiab koj tsis ceeb toom rau nws, tsis hais ib lo lus los ceeb toom tus neeg phem kom nws tig ntawm nws txoj kev phem tseg, cawm nws txoj sia; tus neeg phem ntawd yuav tuag hauv nws txoj kev txhaum; tiam sis nws cov ntshav kuv yuav nug ntawm koj txhais tes. Los yog yog koj ceeb toom tus neeg phem lawm, thiab nws tsis tig ntawm nws txoj kev phem, tsis tig ntawm nws txoj kev phem tseg, nws yuav tuag hauv nws txoj kev txhaum; tiam sis koj twb cawm tau koj tus ntsuj plig lawm. Dua thiab, thaum tus neeg ncaj ncees tig ntawm nws txoj kev ncaj ncees mus, thiab ua kev txhaum, thiab kuv tso ib yam uas ua rau nws dawm ntog rau ntawm nws xub ntiag, nws yuav tuag: vim koj tsis tau ceeb toom rau nws, nws yuav tuag hauv nws txoj kev txhaum, thiab nws tej kev ncaj ncees uas nws tau ua yuav tsis nco txog lawm; tiam sis nws cov ntshav kuv yuav nug ntawm koj txhais tes. Txawm li ntawd los, yog koj ceeb toom tus neeg ncaj ncees kom tus neeg ncaj ncees tsis txhob ua txhaum, thiab nws tsis ua txhaum, nws yeej yuav muaj txoj sia nyob, vim nws tau raug ceeb toom lawm; thiab koj kuj twb cawm tau koj tus ntsuj plig lawm. Exekees 3:17–21.</w:t>
      </w:r>
    </w:p>
    <w:p>
      <w:pPr>
        <w:pStyle w:val="ArticleBody"/>
        <w:jc w:val="left"/>
      </w:pPr>
      <w:r>
        <w:rPr>
          <w:rFonts w:ascii="Times New Roman" w:hAnsi="Times New Roman" w:eastAsia="Times New Roman" w:cs="Times New Roman"/>
        </w:rPr>
        <w:t>Hauv thawj kaum ib tshooj ntawm Exekhee, nws raug qhia txog kev puas tsuaj ntawm Yeluxalees, raws li tau muab ua piv txwv los ntawm cov yog toog pom ntawm tus dej Khepas, thaj tiaj, thiab Yeluxalees. Nws raug tsa haujlwm kom tshaj tawm ib lo lus ceeb toom txog txoj kev txiav txim uas tab tom yuav los rau saum Yeluxalees. Lo lus ceeb toom txog txoj kev txiav txim uas tab tom yuav los rau saum Yeluxalees no yog lo lus ceeb toom uas xub muab rau pawg ntseeg Xya-Hnub Kevcai Hnub Xanpataus hauv Laodikee. Lo lus ceeb toom ntawd qhia meej txog txoj kev txiav txim thiab kev muab Vajtswv haiv neeg hauv Yeluxalees pov tseg, uas yog cov uas tsis muaj Vajtswv lub cim ntim. Lo lus ceeb toom uas Exekhee ua yam ntxwv ntawd yog lo lus ceeb toom txog txoj cai Hnub Caiv hnub Sunday uas tab tom yuav los sai.</w:t>
      </w:r>
    </w:p>
    <w:p>
      <w:pPr>
        <w:pStyle w:val="ArticleBody"/>
        <w:jc w:val="left"/>
      </w:pPr>
      <w:r>
        <w:rPr>
          <w:rFonts w:ascii="Times New Roman" w:hAnsi="Times New Roman" w:eastAsia="Times New Roman" w:cs="Times New Roman"/>
        </w:rPr>
        <w:t>Hauv rau hauv kaum ib tshooj thawj zaug ntawd uas cov lus tseeb no raug muab nthuav tawm, Exekees raug ua kom ntsiag to, thiab tom qab ntawd nws tsuas hais lus thaum Vajtswv qhib nws lub qhov ncauj tshwjxeeb xwb; thiab qhov no kav mus txog thaum Yeluxalees raug rhuav tshem, thaum ntawd nws thiaj rov hais tau lus.</w:t>
      </w:r>
    </w:p>
    <w:p>
      <w:pPr>
        <w:pStyle w:val="ArticleScripture"/>
        <w:jc w:val="left"/>
      </w:pPr>
      <w:r>
        <w:rPr>
          <w:rFonts w:ascii="Times New Roman" w:hAnsi="Times New Roman" w:eastAsia="Times New Roman" w:cs="Times New Roman"/>
        </w:rPr>
        <w:t>Ces tus ntsuj plig txawm nkag los rau hauv kuv, thiab tsa kuv sawv ntsug saum kuv ob txhais ko taw, ces Nws hais lus nrog kuv, thiab hais rau kuv tias, Mus, kaw koj tus kheej rau hauv koj lub tsev. Tiamsis koj, Au tub neeg, saib seb, lawv yuav muab hlua khi rau koj, thiab lawv yuav khi koj nrog tej ntawd, thiab koj yuav tsis tawm mus nrog lawv nyob nruab nrab: Thiab Kuv yuav ua kom koj tus nplaig lo rau saum ru tsev ntawm koj lub qhov ncauj, kom koj yuav ua neeg ntsiag to, thiab yuav tsis ua tus qhuab ntuas lawv lawm: rau qhov lawv yog ib tsev neeg ntxeev siab. Tiamsis thaum Kuv hais lus nrog koj, Kuv yuav qhib koj lub qhov ncauj, thiab koj yuav hais rau lawv tias, Tus Tswv Vajtswv hais li no; Tus uas hnov, cia nws hnov; thiab tus uas tsis kam, cia nws tsis kam: rau qhov lawv yog ib tsev neeg ntxeev siab. Exekees 3:24–27.</w:t>
      </w:r>
    </w:p>
    <w:p>
      <w:pPr>
        <w:pStyle w:val="ArticleBody"/>
        <w:jc w:val="left"/>
      </w:pPr>
      <w:r>
        <w:rPr>
          <w:rFonts w:ascii="Times New Roman" w:hAnsi="Times New Roman" w:eastAsia="Times New Roman" w:cs="Times New Roman"/>
        </w:rPr>
        <w:t>Thaum Yeluxalees poob lawm, Exekees thiaj rov qab hais tau lus dua.</w:t>
      </w:r>
    </w:p>
    <w:p>
      <w:pPr>
        <w:pStyle w:val="ArticleScripture"/>
        <w:jc w:val="left"/>
      </w:pPr>
      <w:r>
        <w:rPr>
          <w:rFonts w:ascii="Times New Roman" w:hAnsi="Times New Roman" w:eastAsia="Times New Roman" w:cs="Times New Roman"/>
        </w:rPr>
        <w:t>Thiab tau muaj tias nyob rau xyoo kaum ob ntawm peb txoj kev poob cev qhev, rau lub hli kaum, rau hnub tsib ntawm lub hli ntawd, ib tug uas tau dim tawm hauv Yeluxalees tuaj cuag kuv, hais tias, Lub nroog raug ntaus lawm. Nim no Yawmsaub txhais tes nyob saum kuv thaum yav tsaus ntuj, ua ntej tus uas tau dim ntawd tuaj txog; thiab Nws tau qhib kuv lub qhov ncauj, mus txog thaum nws tuaj cuag kuv thaum sawv ntxov; kuv lub qhov ncauj thiaj qhib lawm, thiab kuv tsis hais tsis tau lus ntxiv lawm. Exekees 33:21, 22.</w:t>
      </w:r>
    </w:p>
    <w:p>
      <w:pPr>
        <w:pStyle w:val="ArticleBody"/>
        <w:jc w:val="left"/>
      </w:pPr>
      <w:r>
        <w:rPr>
          <w:rFonts w:ascii="Times New Roman" w:hAnsi="Times New Roman" w:eastAsia="Times New Roman" w:cs="Times New Roman"/>
        </w:rPr>
        <w:t>Kev poob ntawm Yeluxalees sawv cev rau kev poob ntawm pawg ntseeg Xya-hnub Adventist Laodicea hauv hnub nyoog kawg. Kev poob ntawd tshwm sim thaum cov uas raug muab lub cim tseg hauv Yeluxalees hauv tshooj cuaj ces raug tsa siab ua pawg ntseeg yeej kov yeej. Cov Laodicean uas nyob hauv Yeluxalees raug coj tawm mus, thiab ib puas plaub caug plaub txhiab leej raug tsa siab thaum lub tebchaws ntawm hwjchim ci ntsa iab raug tsa los. Lub tebchaws ntawm hwjchim ci ntsa iab ntawd raug ua qauv qhia ua ntej los ntawm kev tsa lub tebchaws ntawm txojkev tshav ntuj saum tus ntoo khaublig. Lub tebchaws ntawm txojkev tshav ntuj saum tus ntoo khaublig sib haum nrog lub tebchaws ntawm hwjchim ci ntsa iab thaum txoj cai Hnub Caiv, thiab ob lub tebchaws ntawd raug muab tso rau hauv kab keeb kwm yaj saub uas nyob hauv phau Ezekiel. Kaum ib tshooj thawj, thaum muab Ezekiel tso rau hauv cov ntsiab lus ntawm lub tuam tsev dawb huv, yog hais txog kev ntxuav Vajtswv pawg ntseeg kom dawb huv thaum Nws haiv neeg hloov ntawm pawg ntseeg uas tab tom sib ntaus, uas txhais tias yog muaj los ntawm cov nplej thiab txhauj, mus rau pawg ntseeg yeej kov yeej, uas muaj los ntawm kev txi nplej ntawm Hnub Peetekos.</w:t>
      </w:r>
    </w:p>
    <w:p>
      <w:pPr>
        <w:pStyle w:val="ArticleScripture"/>
        <w:jc w:val="left"/>
      </w:pPr>
      <w:r>
        <w:rPr>
          <w:rFonts w:ascii="Times New Roman" w:hAnsi="Times New Roman" w:eastAsia="Times New Roman" w:cs="Times New Roman"/>
        </w:rPr>
        <w:t>Thiab koj, tus thawj kav ntawm cov neeg Ixayees uas tsis dawb huv thiab phem lim hiam, tus uas hnub twb los txog lawm, thaum kev ua phem yuav txog nws qhov kawg, tus Tswv Vajtswv hais li no tias; Tshem lub mom diadem, thiab hle lub mom vaj: yam no yuav tsis nyob zoo li qub lawm; tsa tus uas qis kom siab, thiab txo tus uas siab kom qis. Kuv yuav rhuav nws, rhuav nws, rhuav nws: thiab nws yuav ploj mus lawm, mus txog thaum tus uas muaj cai rau nws los txog; thiab kuv yuav muab nws rau nws. Exekees 21:25–27.</w:t>
      </w:r>
    </w:p>
    <w:p>
      <w:pPr>
        <w:pStyle w:val="ArticleBody"/>
        <w:jc w:val="left"/>
      </w:pPr>
      <w:r>
        <w:rPr>
          <w:rFonts w:ascii="Times New Roman" w:hAnsi="Times New Roman" w:eastAsia="Times New Roman" w:cs="Times New Roman"/>
        </w:rPr>
        <w:t>Xedekhiyas yog tus vajntxwv kawg ntawm Yudas, thiab nws yog tus “vajntxwv phem ntawm Ixayees, uas nws hnub twb los txog lawm” hauv cov nqe lus ntawd. Nenpukhanexas twb yuav tuaj txeeb Yeluxalees, thiab Xedekhiyas lub mom vajntxwv yuav raug Npaspiloo tshem tawm; Npaspiloo yuav raug cov Medes thiab cov Pawxias rhuav ntxeev, lawv los kuj yuav raug cov Kilis rhuav ntxeev, thiab cov Kilis yuav raug Loos rhuav ntxeev. Qhov kev rhuav ntxeev zaum peb los txog rau Loos, uas yog zaj keeb kwm thaum tus Vajntxwv “uas yog nws txoj cai” yuav txais lub mom ntawm lub nceeg vaj ntawm txoj kev tshav ntuj thaum lub nceeg vaj ntawd raug tsa los ntawm tus ntoo khaub lig.</w:t>
      </w:r>
    </w:p>
    <w:p>
      <w:pPr>
        <w:pStyle w:val="ArticleScripture"/>
        <w:jc w:val="left"/>
      </w:pPr>
      <w:r>
        <w:rPr>
          <w:rFonts w:ascii="Times New Roman" w:hAnsi="Times New Roman" w:eastAsia="Times New Roman" w:cs="Times New Roman"/>
        </w:rPr>
        <w:t>“Rau tus ‘vajntxwv phem lim hiam’ hnub txiav txim kawg twb los txog lawm. Tus Tswv tau txib hais tias, ‘Tshem txoj phuam vajntxwv tawm,’ ‘thiab hle lub mom vajntxwv tawm.’ Txog thaum Khetos Nws Tus Kheej tsa Nws lub nceeg vaj los, Yudas mam li rov raug tso cai kom muaj vajntxwv dua. ‘Kuv yuav rhuav, rhuav, rhuav nws,’ yog lo lus txib saum ntuj hais txog lub zwm txwv ntawm Daviv caj ces tsev neeg; ‘thiab nws yuav tsis muaj lawm ntxiv, mus txog thaum Tus uas muaj cai los txog; thiab Kuv yuav muab nws rau Nws.’ Exekhee 21:25–27.” Prophets and Kings, 451.</w:t>
      </w:r>
    </w:p>
    <w:p>
      <w:pPr>
        <w:pStyle w:val="ArticleBody"/>
        <w:jc w:val="left"/>
      </w:pPr>
      <w:r>
        <w:rPr>
          <w:rFonts w:ascii="Times New Roman" w:hAnsi="Times New Roman" w:eastAsia="Times New Roman" w:cs="Times New Roman"/>
        </w:rPr>
        <w:t>Nyob rau lub sij hawm ntawm nag tom qab, uas tau pib thaum txoj kev txiav txim rau cov uas muaj sia pib rau hnub 9/11, Khetos tsa nws lub nceeg vaj ntawm lub yeeb koob.</w:t>
      </w:r>
    </w:p>
    <w:p>
      <w:pPr>
        <w:pStyle w:val="ArticleScripture"/>
        <w:jc w:val="left"/>
      </w:pPr>
      <w:r>
        <w:rPr>
          <w:rFonts w:ascii="Times New Roman" w:hAnsi="Times New Roman" w:eastAsia="Times New Roman" w:cs="Times New Roman"/>
        </w:rPr>
        <w:t>“Thaum plaub tug timtswv tso lawv tes lawm, Khetos yuav tsa Nws lub nceeg vaj.” Spalding and Magan, 3.</w:t>
      </w:r>
    </w:p>
    <w:p>
      <w:pPr>
        <w:pStyle w:val="ArticleBody"/>
        <w:jc w:val="left"/>
      </w:pPr>
      <w:r>
        <w:rPr>
          <w:rFonts w:ascii="Times New Roman" w:hAnsi="Times New Roman" w:eastAsia="Times New Roman" w:cs="Times New Roman"/>
        </w:rPr>
        <w:t>Ib ntus kev npaj pib rau 9/11, thiab thaum txog txoj cai Hnub Caiv, lub roob dawb huv uas muaj hwjchim ci ntsa iab raug tsa kom siab dua txhua lub toj thiab txhua lub roob.</w:t>
      </w:r>
    </w:p>
    <w:p>
      <w:pPr>
        <w:pStyle w:val="ArticleScripture"/>
        <w:jc w:val="left"/>
      </w:pPr>
      <w:r>
        <w:rPr>
          <w:rFonts w:ascii="Times New Roman" w:hAnsi="Times New Roman" w:eastAsia="Times New Roman" w:cs="Times New Roman"/>
        </w:rPr>
        <w:t>Lo lus uas Yaxayas, tus tub ntawm Amas, tau pom hais txog Yudas thiab Yeluxalees. Thiab yuav muaj li no nyob rau hnub kawg, uas lub roob ntawm Yehauvas lub tuam tsev yuav raug tsa ruaj khov rau saum tej ncov roob, thiab yuav raug tsa siab tshaj tej toj; thiab txhua haiv neeg yuav ntws tuaj cuag nws. Thiab ntau haiv neeg yuav mus thiab yuav hais tias, Cia li los, thiab cia peb nce mus rau saum Yehauvas lub roob, mus rau hauv Vajtswv ntawm Yakhauj lub tuam tsev; thiab nws yuav qhia peb txog nws tej kev, thiab peb yuav taug hauv nws txojkev: rau qhov txoj kevcai yuav tawm hauv Xi-oos mus, thiab Yehauvas lo lus tawm hauv Yeluxalees los. Yaxayas 2:1–3.</w:t>
      </w:r>
    </w:p>
    <w:p>
      <w:pPr>
        <w:pStyle w:val="ArticleBody"/>
        <w:jc w:val="left"/>
      </w:pPr>
      <w:r>
        <w:rPr>
          <w:rFonts w:ascii="Times New Roman" w:hAnsi="Times New Roman" w:eastAsia="Times New Roman" w:cs="Times New Roman"/>
        </w:rPr>
        <w:t>Thaum hnub 9/11 cov cua raug tso tawm los, thiab tom qab ntawd raug txwv cia, yog li ntawd thiaj cim tau qhov pib ntawm kev tsa lub nceeg vaj ntawm Daniyees ob, uas raug sawv cev ua ib lub pob zeb txiav tawm hauv lub roob uas puv nkaus tag nrho lub ntiaj teb.</w:t>
      </w:r>
    </w:p>
    <w:p>
      <w:pPr>
        <w:pStyle w:val="ArticleScripture"/>
        <w:jc w:val="left"/>
      </w:pPr>
      <w:r>
        <w:rPr>
          <w:rFonts w:ascii="Times New Roman" w:hAnsi="Times New Roman" w:eastAsia="Times New Roman" w:cs="Times New Roman"/>
        </w:rPr>
        <w:t>“Qhov kev pom no tau raug pub rau xyoo 1847 thaum tseem muaj tsawg heev ntawm cov kwvtij Advent uas ceev Hnub Xanpataus, thiab ntawm cov no kuj muaj tsawg leej xwb uas xav tias kev ceev ntawd tseem ceeb txaus los kos ib txoj kab cais nruab nrab ntawm haiv neeg ntawm Vajtswv thiab cov tsis ntseeg. Nimno kev tiav raws li qhov kev pom ntawd tab tom pib pom tshwm. ‘Qhov pib ntawm lub sijhawm kev txom nyem’ uas tau hais txog ntawm no, tsis yog hais txog lub sijhawm thaum cov kab mob kev nplawm yuav pib raug nchuav tawm, tiam sis yog hais txog ib ntus luv luv uas nyob ua ntej kiag thaum lawv raug nchuav tawm, thaum Khetos tseem nyob hauv lub chaw dawb huv. Lub sijhawm ntawd, thaum txoj hauj lwm ntawm txoj kev cawm seej tab tom xaus, kev txom nyem yuav tab tom los saum lub ntiajteb, thiab cov tebchaws yuav npau taws, los lawv yuav raug khaws cia rau hauv kev tswj kom lawv txhob txwv txoj hauj lwm ntawm tus tim tswv thib peb. Lub sijhawm ntawd ‘nag tom qab,’ los yog kev txhawb zog tshiab uas los ntawm xubntiag ntawm tus Tswv, yuav los, kom pub hwjchim rau lub suab nrov ntawm tus tim tswv thib peb, thiab npaj cov neeg dawb huv kom sawv taus rau lub sijhawm thaum xya kab mob kev nplawm kawg yuav raug nchuav tawm.” Early Writings, 85.</w:t>
      </w:r>
    </w:p>
    <w:p>
      <w:pPr>
        <w:pStyle w:val="ArticleBody"/>
        <w:jc w:val="left"/>
      </w:pPr>
      <w:r>
        <w:rPr>
          <w:rFonts w:ascii="Times New Roman" w:hAnsi="Times New Roman" w:eastAsia="Times New Roman" w:cs="Times New Roman"/>
        </w:rPr>
        <w:t>Khetos tsa Nws lub nceeg vaj uas nyob mus ib txhis rau thaum lub caij nag kawg, thiab Nws lub nceeg vaj ntawd suav nrog lub nceeg vaj ntawm txoj kev tshav ntuj uas tau raug tsa los ntawm saum tus ntoo khaub lig thiab kuj suav nrog Nws lub nceeg vaj ntawm lub yeeb koob thaum txoj cai hnub Sunday. Txij ntawm Zedekiah mus rau Npanpiloo (1st kingdom), mus rau Medo-Persia (2nd kingdom), mus rau Greece (3rd kingdom), thiab txuas mus rau Loos kev pe dab qhuas qub (4th kingdom), qhia txog keeb kwm uas coj mus rau lub nceeg vaj ntawm txoj kev tshav ntuj. Keeb kwm ntawd qhia txog ib txoj kab keeb kwm uas sib xws, pib ntawm Loos Papal (Npanpiloo sab ntsuj plig 5th kingdom), mus txog Tebchaws Meskas (Medo-Persia sab ntsuj plig 6th kingdom), mus txog United Nations (Greece sab ntsuj plig 7th kingdom), thiab txuas mus txog kev koom ua peb tog ntawm tus zaj, tus tsiaj nyaum, thiab tus yaj saub cuav, uas ua ke ua lub Loos niaj hnub no (Loos sab ntsuj plig 8th kingdom uas yog ntawm xya lub).</w:t>
      </w:r>
    </w:p>
    <w:p>
      <w:pPr>
        <w:pStyle w:val="ArticleBody"/>
        <w:jc w:val="left"/>
      </w:pPr>
      <w:r>
        <w:rPr>
          <w:rFonts w:ascii="Times New Roman" w:hAnsi="Times New Roman" w:eastAsia="Times New Roman" w:cs="Times New Roman"/>
        </w:rPr>
        <w:t>Kev yeej ntawm lub nceeg vaj ntawd hauv Daniyee ob raug sawv cev los ntawm ib lub pob zeb, thiab Vajtswv cov neeg ncaj ncees yog tej pob zeb hauv lub tuam tsev.</w:t>
      </w:r>
    </w:p>
    <w:p>
      <w:pPr>
        <w:pStyle w:val="ArticleScripture"/>
        <w:jc w:val="left"/>
      </w:pPr>
      <w:r>
        <w:rPr>
          <w:rFonts w:ascii="Times New Roman" w:hAnsi="Times New Roman" w:eastAsia="Times New Roman" w:cs="Times New Roman"/>
        </w:rPr>
        <w:t>Nej tib yam, nej uas yog tej pob zeb ciaj sia, raug txhim ua ib lub tsev sab ntsuj plig, ib pawg thawj coj pov thawj dawb huv, kom xyeem tej kev txi sab ntsuj plig, uas Vajtswv lees txais tau los ntawm Yexus Khetos. 1 Peter 2:5.</w:t>
      </w:r>
    </w:p>
    <w:p>
      <w:pPr>
        <w:pStyle w:val="ArticleBody"/>
        <w:jc w:val="left"/>
      </w:pPr>
      <w:r>
        <w:rPr>
          <w:rFonts w:ascii="Times New Roman" w:hAnsi="Times New Roman" w:eastAsia="Times New Roman" w:cs="Times New Roman"/>
        </w:rPr>
        <w:t>Lub nceeg vaj uas nyob mus ib txhis ntawd yeej kov yeej tej nceeg vaj hauv ntiaj teb no thiab puv thoob plaws lub ntiaj teb. Hauv Exekees tshooj plaub caug mus txog rau qhov kawg ntawm nws phau ntawv, tib lub nceeg vaj ntawd raug sawv cev ua ib lub tuam tsev uas ua kom lub ntiaj teb puv npo dej ntawm txoj sia.</w:t>
      </w:r>
    </w:p>
    <w:p>
      <w:pPr>
        <w:pStyle w:val="ArticleBody"/>
        <w:jc w:val="left"/>
      </w:pPr>
      <w:r>
        <w:rPr>
          <w:rFonts w:ascii="Times New Roman" w:hAnsi="Times New Roman" w:eastAsia="Times New Roman" w:cs="Times New Roman"/>
        </w:rPr>
        <w:t>Peb yuav txuas ntxiv hais txog tej yam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Caug—Tus Lej Nees Nkaum Peb</dc:title>
  <dc:subject>Exekhee Has Plaub</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