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Caug—Tshooj Nees Nkaum Plaub</w:t>
      </w:r>
    </w:p>
    <w:p>
      <w:pPr>
        <w:pStyle w:val="ArticleSubtitle"/>
        <w:jc w:val="left"/>
      </w:pPr>
      <w:r>
        <w:rPr>
          <w:rFonts w:ascii="Arial" w:hAnsi="Arial" w:eastAsia="Arial" w:cs="Arial"/>
        </w:rPr>
        <w:t>Exekees Tsib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Hauv hauv nqe lus los ntawm Testimonies, ntim tsib, uas peb tau muab los xav txog nyob rau ob peb zaj lus tam sim no; peb raug qhia txog zaj yog toog pom ntawm lub tuam tsev uas tau muab rau Exekees, Yaxayas, thiab Yauhas:</w:t>
      </w:r>
    </w:p>
    <w:p>
      <w:pPr>
        <w:pStyle w:val="ArticleScripture"/>
        <w:jc w:val="left"/>
      </w:pPr>
      <w:r>
        <w:rPr>
          <w:rFonts w:ascii="Times New Roman" w:hAnsi="Times New Roman" w:eastAsia="Times New Roman" w:cs="Times New Roman"/>
        </w:rPr>
        <w:t>“Cov lus qhia no yog rau peb txoj kev pab. Peb yuav tsum tuav peb txoj kev ntseeg rau ntawm Vajtswv, vim nyob rau pem hauv ntej ntawm peb tam sim no muaj ib lub sij hawm uas yuav sim neeg tus ntsuj plig. Khetos, saum Roob Txiv Aulib, tau rov piav txog cov kev txiav txim uas txaus ntshai uas yuav los ua ntej Nws txoj kev rov qab los zaum ob: ‘Nej yuav hnov txog tej kev ua rog thiab tej lus xaiv txog kev ua rog.’ ‘Ib haiv neeg yuav sawv tawm tsam ib haiv neeg, thiab ib lub nceeg vaj tawm tsam ib lub nceeg vaj: thiab yuav muaj kev tshaib nqhis, thiab kab mob phem, thiab av qeeg, nyob ntau qhov chaw. Tag nrho tej no yog qhov pib ntawm kev txom nyem.’ Txawm tias tej lus faj lem no tau txais ib feem kev ua tiav thaum lub nroog Yeluxalees raug rhuav tshem lawm los, los lawv muaj ib qho kev siv ncaj qha dua rau hnub kawg.”</w:t>
      </w:r>
    </w:p>
    <w:p>
      <w:pPr>
        <w:pStyle w:val="ArticleHeading"/>
        <w:jc w:val="left"/>
      </w:pPr>
      <w:r>
        <w:rPr>
          <w:rFonts w:ascii="Arial" w:hAnsi="Arial" w:eastAsia="Arial" w:cs="Arial"/>
        </w:rPr>
        <w:t>Hnub Cuaj ntawm Av</w:t>
      </w:r>
    </w:p>
    <w:p>
      <w:pPr>
        <w:pStyle w:val="ArticleBody"/>
        <w:jc w:val="left"/>
      </w:pPr>
      <w:r>
        <w:rPr>
          <w:rFonts w:ascii="Times New Roman" w:hAnsi="Times New Roman" w:eastAsia="Times New Roman" w:cs="Times New Roman"/>
        </w:rPr>
        <w:t>Tisha B’Av, uas txhais hais tias “Hnub Cuaj ntawm Av” hauv lus Henplais, yog hnub Yudais uas nco txog kev puas tsuaj ntawm ob lub Tuamtsev—lub Tuamtsev Thawj uas cov Npanpiloo rhuav tshem xyoo 586 BC, thiab lub Tuamtsev Ob uas Titus rhuav tshem xyoo 70. Ob qho kev puas tsuaj no tau tshwm sim rau tib hnub raws li daim ntawv hnub hli—hnub tim 9 ntawm lub hli Av hauv daim ntawv hnub hli Henplais (feem ntau poob rau lub Xya Hli lossis lub Yim Hli hauv daim ntawv hnub hli Gregorian). Thaum Muam White muab kev puas tsuaj ntawm Yeluxalees txuas rau “lub sij hawm uas yuav sim neeg lub siab” hauv hnub kawg, nws tab tom qhia txog ob txoj kev puas tsuaj uas ob leeg yog duab piv txwv qhia txog txoj cai Hnub Caiv uas yuav los sai.</w:t>
      </w:r>
    </w:p>
    <w:p>
      <w:pPr>
        <w:pStyle w:val="ArticleBody"/>
        <w:jc w:val="left"/>
      </w:pPr>
      <w:r>
        <w:rPr>
          <w:rFonts w:ascii="Times New Roman" w:hAnsi="Times New Roman" w:eastAsia="Times New Roman" w:cs="Times New Roman"/>
        </w:rPr>
        <w:t>Nqe kaum ntawm Daniyees kaum ib sawv cev rau txoj cai Sunday ntawd, thiab sib haum nrog nqe plaub caug-ib. Hauv Exekees, kev rhuav tshem Yeluxalees raug siv los ua piv txwv txog kev cais cov nkauj xwb muaj tswvyim thiab cov nkauj xwb ruam tawm ntawm txoj cai Sunday. Exekees yog ib tug neeg raug ntes nyob hauv Npanpiloo thaum nws raug coj mus rau Yeluxalees yam txuj ci tseem ceeb kom pom qhov kev cais ntawd ntag hauv tshooj yim txog kaum ib.</w:t>
      </w:r>
    </w:p>
    <w:p>
      <w:pPr>
        <w:pStyle w:val="ArticleScripture"/>
        <w:jc w:val="left"/>
      </w:pPr>
      <w:r>
        <w:rPr>
          <w:rFonts w:ascii="Times New Roman" w:hAnsi="Times New Roman" w:eastAsia="Times New Roman" w:cs="Times New Roman"/>
        </w:rPr>
        <w:t>Thiab muaj tshwm sim rau xyoo thib rau, rau lub hli thib rau, rau hnub tim tsib ntawm lub hli, thaum kuv zaum hauv kuv lub tsev, thiab cov txwj laus ntawm Yudas zaum ntawm kuv xub ntiag, tias txhais tes ntawm tus Tswv Vajtswv tau los rau saum kuv nyob ntawd. Ces kuv ntsia ntsoov saib, thiab saib seb, muaj ib yam zoo li tus yam ntxwv uas zoo li hluav taws: txij ntawm qhov zoo li nws lub duav nqes mus, yog hluav taws; thiab txij ntawm nws lub duav nce mus, zoo li qhov ci ntsa iab, zoo li xim daj ci ntsa iab. Thiab nws tsa tau tus yam ntxwv ntawm ib txhais tes tawm los, thiab tuav ib qho plaub hau ntawm kuv taub hau; thiab tus Ntsuj Plig tsa kuv siab nruab nrab ntawm lub ntiaj teb thiab saum ntuj, thiab coj kuv mus hauv tej yog toog pom ntawm Vajtswv mus rau Yeluxalees, rau ntawm lub qhov rooj ntawm lub rooj vag sab hauv uas tig mus rau sab qaum teb; qhov chaw uas yog lub zwm txwv ntawm tus mlom ntawm kev xam khib, uas ua kom muaj kev xam khib. Exekees 8:1–3.</w:t>
      </w:r>
    </w:p>
    <w:p>
      <w:pPr>
        <w:pStyle w:val="ArticleBody"/>
        <w:jc w:val="left"/>
      </w:pPr>
      <w:r>
        <w:rPr>
          <w:rFonts w:ascii="Times New Roman" w:hAnsi="Times New Roman" w:eastAsia="Times New Roman" w:cs="Times New Roman"/>
        </w:rPr>
        <w:t>Plaub ntawm yim mus txog kaum ib yog ib daim lus piav txog txoj kev cais tawm, thiab Muam White, thaum nws tawm tswv yim txog Exekees cuaj, nws qhia meej tsis yog xwb tias qhov ntawd yog tib txoj haujlwm muab lub cim ntim raws li Tshwmsim tshooj xya, tabsis kuj qhia tias Yeluxalees sawv cev rau pawg ntseeg Xya-hnub Adventist hauv lub xeev Laodicea nyob rau hnub kawg.</w:t>
      </w:r>
    </w:p>
    <w:p>
      <w:pPr>
        <w:pStyle w:val="ArticleScripture"/>
        <w:jc w:val="left"/>
      </w:pPr>
      <w:r>
        <w:rPr>
          <w:rFonts w:ascii="Times New Roman" w:hAnsi="Times New Roman" w:eastAsia="Times New Roman" w:cs="Times New Roman"/>
        </w:rPr>
        <w:t>“Cov uas tsis hnov kev nyuaj siab rau lawv tus kheej txoj kev poob qis ntawm sab ntsuj plig, thiab tsis quaj ntsuag rau lwm tus tej kev txhaum, yuav raug tso tseg tsis tau txais Vajtswv lub cim ntim. Tus Tswv txib Nws cov tubtxib, cov txiv neej uas tuav tej cuab yeej tua nyob hauv lawv txhais tes: ‘Nej cia li mus raws nws hla lub nroog, thiab ntaus: txhob cia nej lub qhov muag khuvleej, thiab nej kuj txhob muaj kev khuv leej li: cia li tua pov tseg kiag li cov laus thiab cov hluas, ob leeg ntxhais nkauj xwb, thiab cov me nyuam yaus, thiab cov poj niam: tiam sis txhob txav ze rau tus neeg twg uas muaj lub cim nyob saum nws; thiab nej pib ntawm Kuv lub chaw dawb huv. Ces lawv thiaj pib ntawm cov txiv neej laus uas nyob ntawm lub tsev ntawd xub ntiag.’</w:t>
      </w:r>
    </w:p>
    <w:p>
      <w:pPr>
        <w:pStyle w:val="ArticleScripture"/>
        <w:jc w:val="left"/>
      </w:pPr>
      <w:r>
        <w:rPr>
          <w:rFonts w:ascii="Times New Roman" w:hAnsi="Times New Roman" w:eastAsia="Times New Roman" w:cs="Times New Roman"/>
        </w:rPr>
        <w:t>“Ntawm no peb pom tias pawg ntseeg—tus Tswv lub chaw dawb huv—yog thawj pab uas raug txoj kev nplawm ntawm Vajtswv txoj kev chim. Cov txwj laus, cov uas Vajtswv tau pub lub teeb loj rau thiab tau sawv ua cov neeg zov tej kev txaus siab sab ntsuj plig ntawm haiv neeg, tau ntxeev siab rau txoj kev tso siab uas tau muab rau lawv. Lawv tau tuav txoj hauj lwm hais tias peb tsis tas yuav tos ntsoov txog tej txuj ci tseem ceeb thiab qhov kev tshwm sim pom tseeb ntawm Vajtswv lub hwj chim ib yam li nyob rau hnub thaum ub. Lub sijhawm twb hloov lawm. Cov lus no txhawb lawv txoj kev tsis ntseeg, thiab lawv hais tias: Tus Tswv yuav tsis ua qhov zoo, thiab Nws kuj yuav tsis ua qhov phem. Nws muaj kev hlub tshua dhau lawm uas yuav los txiav txim rau Nws haiv neeg. Yog li ntawd ‘Kev thaj yeeb thiab kev nyab xeeb’ yog lub suab quaj tawm ntawm cov neeg uas yuav tsis rov tsa lawv lub suab zoo li raj nplaim dua kom qhia Vajtswv haiv neeg lawv tej kev txhaum, thiab qhia tsev neeg Yakhauj lawv tej kev txhaum. Cov dev ntsiag to no uas tsis kam tom yog cov uas hnov raug txoj kev pauj ncaj ncees ntawm Vajtswv uas raug ua txhaum. Cov txiv neej, cov ntxhais hluas, thiab cov me nyuam yaus txhua tus puav leej piam sij ua ke.”</w:t>
      </w:r>
    </w:p>
    <w:p>
      <w:pPr>
        <w:pStyle w:val="ArticleScripture"/>
        <w:jc w:val="left"/>
      </w:pPr>
      <w:r>
        <w:rPr>
          <w:rFonts w:ascii="Times New Roman" w:hAnsi="Times New Roman" w:eastAsia="Times New Roman" w:cs="Times New Roman"/>
        </w:rPr>
        <w:t>“Cov kev qias neeg uas cov neeg ncaj ncees tau quaj ntsuag thiab qw vim yog tej uas qhov muag txawj tag thiaj pom tau xwb, tab sis tej kev txhaum uas phem tshaj plaws, tej uas ua rau Vajtswv tus dawb huv thiab huv si txoj kev khib ntuj tshwm tuaj, yog tej uas tsis tau raug muab nthuav tawm. Tus Tshawb Nrhiav Siab loj tshaj paub txhua txoj kev txhaum uas tau ua zais ntshis los ntawm cov uas ua phem. Cov neeg no los txog rau qhov xav tias lawv ruaj ntseg hauv lawv tej kev dag ntxias thiab, vim yog Nws txoj kev ua siab ntev ntev, lawv thiaj hais tias tus Tswv tsis pom, ces lawv txawm ua li yog Nws twb tso lub ntiajteb tseg lawm. Tiamsis Nws yuav nthuav pom lawv txojkev ua neeg siab ob sab thiab yuav qhib rau lwm tus pom tej kev txhaum uas lawv tau ceev faj nkaum heev.”</w:t>
      </w:r>
    </w:p>
    <w:p>
      <w:pPr>
        <w:pStyle w:val="ArticleScripture"/>
        <w:jc w:val="left"/>
      </w:pPr>
      <w:r>
        <w:rPr>
          <w:rFonts w:ascii="Times New Roman" w:hAnsi="Times New Roman" w:eastAsia="Times New Roman" w:cs="Times New Roman"/>
        </w:rPr>
        <w:t>“Tsis muaj ib yam kev siab dua hauv qib, meej mom, lossis kev txawj ntse hauv ntiajteb no, thiab tsis muaj ib txoj haujlwm hauv chaw ua haujlwm dawb huv twg, uas yuav cawm tau neeg kom tsis txhob txi txoj ntsiab cai pov tseg thaum lawv raug tso cia rau lawv tus kheej lub siab dag ntxias. Cov uas tau raug suav tias tsim nyog thiab ncaj ncees, lawv thiaj li pom tseeb tias yog cov thawj coj hauv kev thim txoj kev ntseeg thiab yog cov qauv ntawm kev tsis quav ntsej thiab ntawm kev tsim txom Vajtswv txoj kev hlub tshua. Nws yuav tsis thev lawv txoj kev phem ntawd ntxiv lawm, thiab hauv Nws txoj kev chim Nws rau txim rau lawv yam tsis muaj kev hlub tshua.</w:t>
      </w:r>
    </w:p>
    <w:p>
      <w:pPr>
        <w:pStyle w:val="ArticleScripture"/>
        <w:jc w:val="left"/>
      </w:pPr>
      <w:r>
        <w:rPr>
          <w:rFonts w:ascii="Times New Roman" w:hAnsi="Times New Roman" w:eastAsia="Times New Roman" w:cs="Times New Roman"/>
        </w:rPr>
        <w:t>“Tus Tswv thim Nws qhov xub ntiag tawm ntawm cov uas tau txais koob hmoov nrog txoj kev kaj loj thiab tau hnov txoj hwjchim ntawm lo lus hauv kev ua haujlwm pab lwm tus, yog ib yam uas Nws ua nrog kev tsis txaus siab. Lawv ib zaug tau ua Nws cov tub qhe ncaj ncees, tau txais kev txaus siab nrog Nws qhov xub ntiag thiab Nws txoj kev coj; tiam sis lawv tau ncaim ntawm Nws mus thiab coj lwm tus mus rau hauv kev yuam kev, yog li ntawd lawv thiaj raug coj los nyob hauv Vajtswv txoj kev tsis txaus siab.” Testimonies, volume 5, 211, 212.</w:t>
      </w:r>
    </w:p>
    <w:p>
      <w:pPr>
        <w:pStyle w:val="ArticleBody"/>
        <w:jc w:val="left"/>
      </w:pPr>
      <w:r>
        <w:rPr>
          <w:rFonts w:ascii="Times New Roman" w:hAnsi="Times New Roman" w:eastAsia="Times New Roman" w:cs="Times New Roman"/>
        </w:rPr>
        <w:t>Tag nrho phau ntawv Exekees raug teeb tsa nyob hauv lub ntsiab lus ntawm kev puas tsuaj ntawm Yeluxalees. Hauv Exekees tej lus tim khawv, txoj kev Npexukhanexa tau tuaj kaw lub nroog ib xyoos thiab ib nrab raug qhia tseg meej meej, tiam sis “kev siv ncaj qha dua” ntawm Yexus txoj lus ceeb toom hauv Mathais nees nkaum plaub yog nyob rau hnub kawg. Hauv Exekees, txoj kab ntawm qhov tseeb ntawd pom muaj nyob hauv tshooj nees nkaum plaub.</w:t>
      </w:r>
    </w:p>
    <w:p>
      <w:pPr>
        <w:pStyle w:val="ArticleHeading"/>
        <w:jc w:val="left"/>
      </w:pPr>
      <w:r>
        <w:rPr>
          <w:rFonts w:ascii="Arial" w:hAnsi="Arial" w:eastAsia="Arial" w:cs="Arial"/>
        </w:rPr>
        <w:t>Lub Ib Hlis 15, 588 ua Ntej Yes Xus Yug</w:t>
      </w:r>
    </w:p>
    <w:p>
      <w:pPr>
        <w:pStyle w:val="ArticleScripture"/>
        <w:jc w:val="left"/>
      </w:pPr>
      <w:r>
        <w:rPr>
          <w:rFonts w:ascii="Times New Roman" w:hAnsi="Times New Roman" w:eastAsia="Times New Roman" w:cs="Times New Roman"/>
        </w:rPr>
        <w:t>Ib zaug ntxiv, nyob rau xyoo cuaj, lub hli kaum, hnub kaum ntawm lub hli, tus Tswv lo lus tau los txog rau kuv, hais tias, Leej Tub ntawm neeg, cia li sau tseg lub npe ntawm hnub no, yog hnub no ntag: vajntxwv Npanpiloo tau sawv tawm tsam Yeluxalees rau tib hnub no ntag. Exekees 24:1, 2.</w:t>
      </w:r>
    </w:p>
    <w:p>
      <w:pPr>
        <w:pStyle w:val="ArticleBody"/>
        <w:jc w:val="left"/>
      </w:pPr>
      <w:r>
        <w:rPr>
          <w:rFonts w:ascii="Times New Roman" w:hAnsi="Times New Roman" w:eastAsia="Times New Roman" w:cs="Times New Roman"/>
        </w:rPr>
        <w:t>Nyob rau hnub no, uas kuj raug tsa ruaj los ntawm lwm cov timkhawv hauv phau Vajlugkub thiab, muaj ib qho kev kaw vauv uas kav kaum yim lub hlis tau pib. Lo lus ntawm tus Tswv uas los txog rau Exekees rau hnub ntawd muaj zaj lus piv txwv txog lub nroog muaj ntshav uas raug piav qhia los ntawm ib lub lauj kaub kub npau npau, tom qab ntawd yog hluav taws loj heev. Zaj lus piv txwv ntawd qhia meej tias nws sawv cev rau txoj kev txiav txim rau Yeluxalees, thiab hauv tib tshooj ntawd kuj txuas ntxiv nrog Exekees tus poj niam raug muab tso rau hauv qhov chaw so vim raug ib qho mob nplawm tam sid ua ib lub cim tias txoj kev kaw vauv uas thaum kawg yuav rhuav tshem lub chaw dawb huv twb pib lawm.</w:t>
      </w:r>
    </w:p>
    <w:p>
      <w:pPr>
        <w:pStyle w:val="ArticleScripture"/>
        <w:jc w:val="left"/>
      </w:pPr>
      <w:r>
        <w:rPr>
          <w:rFonts w:ascii="Times New Roman" w:hAnsi="Times New Roman" w:eastAsia="Times New Roman" w:cs="Times New Roman"/>
        </w:rPr>
        <w:t>Thiab lo lus ntawm tus Tswv kuj los cuag kuv, hais tias, Me tub ntawm neeg, saib seb, kuv yuav muab tus uas yog qhov ntshaw ntawm koj lub qhov muag tshem ntawm koj mus ib pliag xwb: los koj yuav tsum tsis txhob quaj ntsuag lossis quaj, thiab koj cov kua muag yuav tsum tsis txhob ntws los. Cia li txwv tsis txhob quaj nrov nrov, txhob ua kev quaj ntsuag rau tus tuag, khi koj txoj phuam taub hau rau saum koj, thiab rau koj nkawm khau rau ntawm koj ob txhais taw, txhob npog koj daim di ncauj, thiab tsis txhob noj mov uas neeg coj tuaj. Yog li ntawd kuv thiaj hais rau haiv neeg thaum sawv ntxov: thiab thaum tsaus ntuj kuv tus pojniam txawm tuag lawm; thiab thaum sawv ntxov kuv tau ua raws li qhov uas tau txib rau kuv. Exekees 24:15–18.</w:t>
      </w:r>
    </w:p>
    <w:p>
      <w:pPr>
        <w:pStyle w:val="ArticleBody"/>
        <w:jc w:val="left"/>
      </w:pPr>
      <w:r>
        <w:rPr>
          <w:rFonts w:ascii="Times New Roman" w:hAnsi="Times New Roman" w:eastAsia="Times New Roman" w:cs="Times New Roman"/>
        </w:rPr>
        <w:t>Ces cov neeg nyob ib ncig Exekees thiaj nug txog lub ntsiab ntawm zaj lus piv txwv thiab nws tus pojniam txoj kev tuag.</w:t>
      </w:r>
    </w:p>
    <w:p>
      <w:pPr>
        <w:pStyle w:val="ArticleScripture"/>
        <w:jc w:val="left"/>
      </w:pPr>
      <w:r>
        <w:rPr>
          <w:rFonts w:ascii="Times New Roman" w:hAnsi="Times New Roman" w:eastAsia="Times New Roman" w:cs="Times New Roman"/>
        </w:rPr>
        <w:t>Ces cov neeg hais rau kuv tias, Koj puas yuav tsis qhia rau peb tias tej no txhais li cas rau peb, vim li cas koj thiaj ua li no? Ces kuv teb lawv tias, Lo lus ntawm tus Tswv tau los rau kuv, hais tias, Cia li hais rau tsev neeg Ixayees tias, Tus Tswv Vajtswv hais li no; Saib seb, Kuv yuav ua kom kuv lub chaw dawb huv raug qias neeg, uas yog qhov zoo tshaj plaws ntawm nej lub zog, yam nej lub qhov muag ntshaw, thiab yam nej tus ntsuj plig khuv leej; thiab nej cov tub cov ntxhais uas nej tau tso tseg lawm yuav raug ntaj tua. Ezekiel 24:19–21.</w:t>
      </w:r>
    </w:p>
    <w:p>
      <w:pPr>
        <w:pStyle w:val="ArticleBody"/>
        <w:jc w:val="left"/>
      </w:pPr>
      <w:r>
        <w:rPr>
          <w:rFonts w:ascii="Times New Roman" w:hAnsi="Times New Roman" w:eastAsia="Times New Roman" w:cs="Times New Roman"/>
        </w:rPr>
        <w:t>Tus pojniam ntawm Exekees thiab lub chaw dawb huv, ob qho tib si raug hu ua “yam uas koj lub qhov muag ntshaw” hauv nqe ntawd. Cov kws sau keeb kwm Vajlugkub qhia tias lub sijhawm raug kaw nroog ntawd kav tau kaum yim lub hlis, hos kev kaw nroog ntawm Cestius thiab Titus kav tau plaub xyoos txij xyoo 66 mus txog xyoo 70. Yog suav ze ntawm lub sijhawm txij kev kaw nroog thawj zaug ntawm Cestius mus txog rau kev puam tsuaj, ces yog peb xyoos ib nrab; tiamsis thaum siv “inclusive reckoning,” uas yog txoj kev suav uas feem ntau siv hauv Vajlugkub, ces yog plaub xyoos. Kev paub tias ob txoj kev suav no puav leej raug tso cai rau peb pom tau ob qho tib si peb xyoos ib nrab txij Cestius mus rau Titus thiab kuj pom tau plaub xyoos thiab.</w:t>
      </w:r>
    </w:p>
    <w:p>
      <w:pPr>
        <w:pStyle w:val="ArticleBody"/>
        <w:jc w:val="left"/>
      </w:pPr>
      <w:r>
        <w:rPr>
          <w:rFonts w:ascii="Times New Roman" w:hAnsi="Times New Roman" w:eastAsia="Times New Roman" w:cs="Times New Roman"/>
        </w:rPr>
        <w:t>Peb muaj ob tug timkhawv hais txog txoj cai hnub Sunday nyob hauv ob zaug kev puas tsuaj ntawm Yeluxalees, thiab cov ntsiab lus ntawm ob zaj keeb kwm ntawd yuav tsum raug siv rau txoj cai hnub Sunday uas yuav los sai sai no—thaum Laodicea raug nti tawm ntawm tus Tswv lub qhov ncauj. Qhov pib ntawm Nebukhadexas txoj kev kaw vauv raug cim tseg los ntawm kev tuag ntawm Exekees tus pojniam. Thaum nws tuag lawm, Exekees raug txib kom tsis txhob quaj ntsuag tawm sab nraud, rau qhov nws yog tus cim ntawm cov Yudais raug coj mus rau hauv kev poob cev qhev.</w:t>
      </w:r>
    </w:p>
    <w:p>
      <w:pPr>
        <w:pStyle w:val="ArticleBody"/>
        <w:jc w:val="left"/>
      </w:pPr>
      <w:r>
        <w:rPr>
          <w:rFonts w:ascii="Times New Roman" w:hAnsi="Times New Roman" w:eastAsia="Times New Roman" w:cs="Times New Roman"/>
        </w:rPr>
        <w:t>Pib ntawm lub sijhawm plaub xyoos txij xyoo 66 mus txog 70 raug cim tseg los ntawm lub cim ntawm txoj kev qias neeg uas ua rau kev puam tsuaj, uas yog lub cim rau cov Khixatia hauv Yeluxalees kom khiav tawm.</w:t>
      </w:r>
    </w:p>
    <w:p>
      <w:pPr>
        <w:pStyle w:val="ArticleScripture"/>
        <w:jc w:val="left"/>
      </w:pPr>
      <w:r>
        <w:rPr>
          <w:rFonts w:ascii="Times New Roman" w:hAnsi="Times New Roman" w:eastAsia="Times New Roman" w:cs="Times New Roman"/>
        </w:rPr>
        <w:t>Vim li no pom qhov kev qias neeg uas ua kom puam tsuaj, uas tus yaj saub Daniyees tau hais txog, sawv hauv qhov chaw dawb huv, (tus uas nyeem, cia nws to taub:) Ces cia cov uas nyob hauv Yudas teb chaws khiav mus rau saum tej roob. Mathais 24:15,16.</w:t>
      </w:r>
    </w:p>
    <w:p>
      <w:pPr>
        <w:pStyle w:val="ArticleBody"/>
        <w:jc w:val="left"/>
      </w:pPr>
      <w:r>
        <w:rPr>
          <w:rFonts w:ascii="Times New Roman" w:hAnsi="Times New Roman" w:eastAsia="Times New Roman" w:cs="Times New Roman"/>
        </w:rPr>
        <w:t>Ob lub kev vij uas sib haum meej rau ib leeg, thiab ob lub kev vij ntawd puav leej muaj ib lub “cim” nyob thaum pib ntawm txoj kev vij. Thaum Exekhees piav qhia tias nws tus poj niam txoj kev tuag thiab qhov uas nws tsis quaj ntsuag txhais li cas, nws tau piav qhia thiab tom qab ntawd tau sau cia:</w:t>
      </w:r>
    </w:p>
    <w:p>
      <w:pPr>
        <w:pStyle w:val="ArticleScripture"/>
        <w:jc w:val="left"/>
      </w:pPr>
      <w:r>
        <w:rPr>
          <w:rFonts w:ascii="Times New Roman" w:hAnsi="Times New Roman" w:eastAsia="Times New Roman" w:cs="Times New Roman"/>
        </w:rPr>
        <w:t>Yog li no Exekees yog ib lub cim rau nej: raws li txhua yam uas nws tau ua, nej kuj yuav ua ib yam nkaus; thiab thaum qhov no los txog, nej yuav paub tias Kuv yog tus Tswv Vajtswv. Exekees 24:24.</w:t>
      </w:r>
    </w:p>
    <w:p>
      <w:pPr>
        <w:pStyle w:val="ArticleBody"/>
        <w:jc w:val="left"/>
      </w:pPr>
      <w:r>
        <w:rPr>
          <w:rFonts w:ascii="Times New Roman" w:hAnsi="Times New Roman" w:eastAsia="Times New Roman" w:cs="Times New Roman"/>
        </w:rPr>
        <w:t>Lub cim ntawm kev tuag ntawm Exekees tus poj niam yog ib qho cim qhia txog kev puas tsuaj ntawm Yeluxalees thiab lub tuam tsev uas yuav los txog sai, thiab txog kev raug ntiab mus nyob rau hauv Npanpiloo tom qab ntawd. Lub cim ntawm qhov qias neeg uas ua rau kev puam tsuaj, uas Daniyees tau hais txog, yog ib lo lus ceeb toom kom khiav dim ntawm txoj kev puas tsuaj ntawd, tiam sis ob txoj kev vij ntawd tib si muaj ib lub cim nyob rau thaum pib.</w:t>
      </w:r>
    </w:p>
    <w:p>
      <w:pPr>
        <w:pStyle w:val="ArticleBody"/>
        <w:jc w:val="left"/>
      </w:pPr>
      <w:r>
        <w:rPr>
          <w:rFonts w:ascii="Times New Roman" w:hAnsi="Times New Roman" w:eastAsia="Times New Roman" w:cs="Times New Roman"/>
        </w:rPr>
        <w:t>Yuav muaj ib txoj kev kawv yaj saub ua ntej txoj cai Sunday uas yuav los sai no, thiab kev tuag ntawm Exekees tus poj niam yog lub cim qhia tias pawg ntseeg Xya-Hnub Adventist hauv Laodicea twb raug hla dhau tag lawm; hos Exekees yog lub cim ntawm ib puas plaub caug plaub txhiab leej, thiab yog lub cim ntawm tus chij uas raug tsa sawv thaum pib ntawm txoj kev kawv. Exekees yog tus chij ntawm ib puas plaub caug plaub txhiab leej thaum pib txoj kev kawv Npanpiloo, thiab lub cim ntawm qhov qias neeg uas ua kom puam tsuaj thaum pib ntawd yog “lub cim” ntawm Loos. Ib lub cim hais txog kev ceeb toom sab hauv, hos lwm lub hais txog kev ceeb toom sab nraud. Muaj tseeb tiag ib txoj kev ceeb toom rau cov Khixatia hauv xyoo 66, tab sis lub cim ceeb toom yog Loos. Lub cim hauv Yeluxalees txoj kev puas tsuaj los ntawm Npanpiloo yog Exekees tus poj niam. Loos yog pawg neeg uas txais lub cim ntawm tus tsiaj qus, thiab Exekees yog lub cim ntawm cov uas txais Vajtswv lub foob.</w:t>
      </w:r>
    </w:p>
    <w:p>
      <w:pPr>
        <w:pStyle w:val="ArticleHeading"/>
        <w:jc w:val="left"/>
      </w:pPr>
      <w:r>
        <w:rPr>
          <w:rFonts w:ascii="Arial" w:hAnsi="Arial" w:eastAsia="Arial" w:cs="Arial"/>
        </w:rPr>
        <w:t>Ob Lub Sijhawm Kawg</w:t>
      </w:r>
    </w:p>
    <w:p>
      <w:pPr>
        <w:pStyle w:val="ArticleBody"/>
        <w:jc w:val="left"/>
      </w:pPr>
      <w:r>
        <w:rPr>
          <w:rFonts w:ascii="Times New Roman" w:hAnsi="Times New Roman" w:eastAsia="Times New Roman" w:cs="Times New Roman"/>
        </w:rPr>
        <w:t>Kev thawj qhov kev vij poob kav tau kaum yim lub hli, thiab kev vij poob zaum ob kav tau plaub xyoos. Ob qho kev vij poob no puav leej nrhiav tau lawv qhov kev ua tiav “ncaj qha dua” nyob rau hnub kawg, thiab ob qho kev vij poob no puav leej txuas ncaj qha nrog txoj lus faj lem hais txog peb puas cuaj caum ib xyoos thiab kaum tsib hnub uas nyob hauv Tshwm Sim cuaj nqe kaum tsib.</w:t>
      </w:r>
    </w:p>
    <w:p>
      <w:pPr>
        <w:pStyle w:val="ArticleBody"/>
        <w:jc w:val="left"/>
      </w:pPr>
      <w:r>
        <w:rPr>
          <w:rFonts w:ascii="Times New Roman" w:hAnsi="Times New Roman" w:eastAsia="Times New Roman" w:cs="Times New Roman"/>
        </w:rPr>
        <w:t>Thaum chiv keeb ntawm tsib hlis hauv Tshwm Sim tshooj cuaj, nqe kaum, muaj ib zaj keeb kwm uas cim ib lub sijhawm peb caug yim xyoo, uas xaus rau hauv ib txoj kev vij voog plaub xyoos, uas muaj kev txuas nrog tus lej peb caug yim, thiab tau txheeb qhia txog kev sawv los ntawm Islam. Txoj kev vij voog plaub xyoos ntawd pom nws tus qauv sib phim hauv zaj keeb kwm uas pib thaum (tsib hlis) ib puas tsib caug xyoo xaus lawm thiab peb puas cuaj caum ib xyoos thiab kaum tsib hnub pib. Nws pib rau hnub tim 27 Lub Xya Hli 1449, thiab plaub xyoos tom qab ntawd, Islam tau coj ib txoj kev vij voog tsib caug tsib hnub tawm tsam Constantinople, uas xaus rau hnub tim 29 Lub Tsib Hlis 1453.</w:t>
      </w:r>
    </w:p>
    <w:p>
      <w:pPr>
        <w:pStyle w:val="ArticleBody"/>
        <w:jc w:val="left"/>
      </w:pPr>
      <w:r>
        <w:rPr>
          <w:rFonts w:ascii="Times New Roman" w:hAnsi="Times New Roman" w:eastAsia="Times New Roman" w:cs="Times New Roman"/>
        </w:rPr>
        <w:t>Thaum lo lus faj lem txog lub sijhawm uas tau pib rau Lub Xya hli ntuj 27, 1449 xaus rau Lub Yim hli ntuj 11, 1844, plaub xyoos ntawm kev txav ntawm tus tim tswv thawj thiab tus tim tswv ob txij xyoo 1840 mus txog 1844 tau sib haum nrog plaub xyoos ntawm kev v</w:t>
      </w:r>
      <w:r>
        <w:rPr>
          <w:rFonts w:ascii="Microsoft YaHei" w:hAnsi="Microsoft YaHei" w:eastAsia="Microsoft YaHei" w:cs="Microsoft YaHei"/>
        </w:rPr>
        <w:t>围</w:t>
      </w:r>
      <w:r>
        <w:rPr>
          <w:rFonts w:ascii="Times New Roman" w:hAnsi="Times New Roman" w:eastAsia="Times New Roman" w:cs="Times New Roman"/>
        </w:rPr>
        <w:t xml:space="preserve"> tua txij xyoo 1333 mus txog 1337, thiab kuj nrog lub sijhawm plaub xyoos txij xyoo 1449 mus txog 1453. Peb tus tim khawv ntawd, uas txhua tus puav leej yog ib feem ncaj qha ntawm tib txoj kab faj lem, sawv cev rau ib lub sijhawm plaub xyoos uas yog lub cim, thaum kev txav ntawm tus tim tswv thawj thiab tus tim tswv ob txij xyoo 1840 mus txog 1844 raug rov ua dua hauv keeb kwm ntawm kev txav ntawm tus tim tswv peb. Peb tus tim khawv ntawd ua ib hom piv txwv txog ib qho kev v</w:t>
      </w:r>
      <w:r>
        <w:rPr>
          <w:rFonts w:ascii="Microsoft YaHei" w:hAnsi="Microsoft YaHei" w:eastAsia="Microsoft YaHei" w:cs="Microsoft YaHei"/>
        </w:rPr>
        <w:t>围</w:t>
      </w:r>
      <w:r>
        <w:rPr>
          <w:rFonts w:ascii="Times New Roman" w:hAnsi="Times New Roman" w:eastAsia="Times New Roman" w:cs="Times New Roman"/>
        </w:rPr>
        <w:t xml:space="preserve"> tua plaub xyoos hauv keeb kwm ntawm ib puas plaub caug plaub txhiab leej. Lub sijhawm plaub xyoos ntawd kuj raug piav qhia los ntawm cov kev v</w:t>
      </w:r>
      <w:r>
        <w:rPr>
          <w:rFonts w:ascii="Microsoft YaHei" w:hAnsi="Microsoft YaHei" w:eastAsia="Microsoft YaHei" w:cs="Microsoft YaHei"/>
        </w:rPr>
        <w:t>围</w:t>
      </w:r>
      <w:r>
        <w:rPr>
          <w:rFonts w:ascii="Times New Roman" w:hAnsi="Times New Roman" w:eastAsia="Times New Roman" w:cs="Times New Roman"/>
        </w:rPr>
        <w:t xml:space="preserve"> tua Yeluxalees nyob rau xyoo 66 thiab 70.</w:t>
      </w:r>
    </w:p>
    <w:p>
      <w:pPr>
        <w:pStyle w:val="ArticleBody"/>
        <w:jc w:val="left"/>
      </w:pPr>
      <w:r>
        <w:rPr>
          <w:rFonts w:ascii="Times New Roman" w:hAnsi="Times New Roman" w:eastAsia="Times New Roman" w:cs="Times New Roman"/>
        </w:rPr>
        <w:t>Qhov pib ntawm txoj kev vij this plaub xyoos los ntawm Cestius hauv 66, thiab tom qab ntawd qhov xaus los ntawm Titus hauv 70, ua ib lub cim alpha thiab ib lub cim omega rau ib ntu plaub xyoos. Tib lub ntu ntawd kuj raug sawv cev los ntawm peb xyoos thiab ib nrab, uas rov sib haum nrog peb xyoos thiab ib nrab lub xyoo yaj saub uas Loos papal tau tsuj nqes lub chaw dawb huv.</w:t>
      </w:r>
    </w:p>
    <w:p>
      <w:pPr>
        <w:pStyle w:val="ArticleScripture"/>
        <w:jc w:val="left"/>
      </w:pPr>
      <w:r>
        <w:rPr>
          <w:rFonts w:ascii="Times New Roman" w:hAnsi="Times New Roman" w:eastAsia="Times New Roman" w:cs="Times New Roman"/>
        </w:rPr>
        <w:t>Tiamsis lub tshav puam uas nyob sab nraud lub tuam tsev cia tseg, txhob ntsuas nws; rau qhov nws twb raug muab rau lwm haiv neeg lawm: thiab lawv yuav tsuj lub nroog dawb huv rau hauv qab taw tau plaub caug ob hlis. Thiab kuv yuav pub hwjchim rau kuv ob tug timkhawv, thiab nkawd yuav cev Vajtswv lus tau ib txhiab ob puas rau caum hnub, hnav khaub ncaws seev tsaj. Tshwm Sim 11: 2, 3.</w:t>
      </w:r>
    </w:p>
    <w:p>
      <w:pPr>
        <w:pStyle w:val="ArticleScripture"/>
        <w:jc w:val="left"/>
      </w:pPr>
      <w:r>
        <w:rPr>
          <w:rFonts w:ascii="Times New Roman" w:hAnsi="Times New Roman" w:eastAsia="Times New Roman" w:cs="Times New Roman"/>
        </w:rPr>
        <w:t>Lawv yuav ntog rau ntawm rab ntaj hniav, thiab yuav raug coj mus ua neeg raug txhom rau txhua haiv neeg; thiab lub nroog Yeluxalees yuav raug cov Lwm Haiv Neeg tsuj hneev, mus txog thaum lub sijhawm ntawm cov Lwm Haiv Neeg tiav. Luka 21:24.</w:t>
      </w:r>
    </w:p>
    <w:p>
      <w:pPr>
        <w:pStyle w:val="ArticleBody"/>
        <w:jc w:val="left"/>
      </w:pPr>
      <w:r>
        <w:rPr>
          <w:rFonts w:ascii="Times New Roman" w:hAnsi="Times New Roman" w:eastAsia="Times New Roman" w:cs="Times New Roman"/>
        </w:rPr>
        <w:t>Nws yog ib yam tseem ceeb uas yuav tsum nco ntsoov tias kuv tab tom siv ob yam kev suav sijhawm, yog “inclusive” thiab “exclusive,” rau lub caij nyoog uas raug sawv cev los ntawm lub cim alpha ntawm Cestius mus txog rau lub cim omega ntawm Titus. Qhov no qhia kom paub tias muaj ob daim ntawv thov ntawm lub sijhawm raug sawv cev hauv ib zaj keeb kwm xwb. Peb twb tau hais txog txoj cai hauv phau Vajlugkub no lawm thaum peb tau xav txog (ntau zaj lus dhau los), lub sijhawm nruab nrab ntawm Yexus txoj kev mus xyuas Caesarea-Philippi (Panium) thiab Nws txoj kev mus rau saum Roob Hloov Hwjchim. Muaj ob tug kws sau phau Vajlugkub sau cia rau tias yog rau hnub, hos ib tug sau tias yog yim hnub.</w:t>
      </w:r>
    </w:p>
    <w:p>
      <w:pPr>
        <w:pStyle w:val="ArticleScripture"/>
        <w:jc w:val="left"/>
      </w:pPr>
      <w:r>
        <w:rPr>
          <w:rFonts w:ascii="Times New Roman" w:hAnsi="Times New Roman" w:eastAsia="Times New Roman" w:cs="Times New Roman"/>
        </w:rPr>
        <w:t>Thiab tom qab rau hnub, Yexus coj Petus, Yakaunpaus, thiab Yauhas uas yog nws tus kwv, thiab coj lawv nce mus rau saum ib lub roob siab nyob ib leeg. Mathais 17:1.</w:t>
      </w:r>
    </w:p>
    <w:p>
      <w:pPr>
        <w:pStyle w:val="ArticleScripture"/>
        <w:jc w:val="left"/>
      </w:pPr>
      <w:r>
        <w:rPr>
          <w:rFonts w:ascii="Times New Roman" w:hAnsi="Times New Roman" w:eastAsia="Times New Roman" w:cs="Times New Roman"/>
        </w:rPr>
        <w:t>Tom qab rau hnub, Yexus coj Petus, thiab Yakaunpaus, thiab Yauhas nrog nws, thiab coj lawv nce mus rau saum ib lub roob siab nyob ib leeg ntawm lawv tus kheej; thiab nws raug hloov cev ua ntej lawv. Malakaus 9:2.</w:t>
      </w:r>
    </w:p>
    <w:p>
      <w:pPr>
        <w:pStyle w:val="ArticleScripture"/>
        <w:jc w:val="left"/>
      </w:pPr>
      <w:r>
        <w:rPr>
          <w:rFonts w:ascii="Times New Roman" w:hAnsi="Times New Roman" w:eastAsia="Times New Roman" w:cs="Times New Roman"/>
        </w:rPr>
        <w:t>Thiab tau muaj li yim hnub tom qab tej lus ntawd, nws coj Petus thiab Yauhas thiab Yakaunpaus, thiab nce mus saum ib lub roob thov Vajtswv. Luka 9:28.</w:t>
      </w:r>
    </w:p>
    <w:p>
      <w:pPr>
        <w:pStyle w:val="ArticleBody"/>
        <w:jc w:val="left"/>
      </w:pPr>
      <w:r>
        <w:rPr>
          <w:rFonts w:ascii="Times New Roman" w:hAnsi="Times New Roman" w:eastAsia="Times New Roman" w:cs="Times New Roman"/>
        </w:rPr>
        <w:t>Kev puas tsuaj ntawm Yeluxalees muaj ib qho kev siv uas “ncaj qha dua” rau cov hnub kawg, thiab qhov kev puas tsuaj ntawd yog ob tug tim khawv uas Npanpiloo thiab Loos sawv cev. Ob tug tim khawv no sib haum nrog ib leeg, tiamsis lawv muab cov yam ntxwv cev Vajtswv lus uas txawv thiab tseem ceeb los txhawb kom qhov tseeb pom tseeb dua. Kev raug</w:t>
      </w:r>
      <w:r>
        <w:rPr>
          <w:rFonts w:ascii="Microsoft YaHei" w:hAnsi="Microsoft YaHei" w:eastAsia="Microsoft YaHei" w:cs="Microsoft YaHei"/>
        </w:rPr>
        <w:t>包围</w:t>
      </w:r>
      <w:r>
        <w:rPr>
          <w:rFonts w:ascii="Times New Roman" w:hAnsi="Times New Roman" w:eastAsia="Times New Roman" w:cs="Times New Roman"/>
        </w:rPr>
        <w:t xml:space="preserve"> los ntawm Loos (66 txog 70) yog plaub xyoos uas kuj sawv cev rau peb xyoos ib nrab. Peb xyoos ib nrab ntawd txuas nrog kev tsuj rhuav lub chaw dawb huv thiab pab tub rog, uas tau ua tiav los ntawm ob qho tib si kev pe dab qhuas thiab kev papalism. Kev tsuj rhuav los ntawm kev papalism kav mus tau peb xyoos ib nrab raws li lub cim, raws li tau raug ua piv txwv los ntawm peb xyoos ib nrab tiag tiag hauv kev raug</w:t>
      </w:r>
      <w:r>
        <w:rPr>
          <w:rFonts w:ascii="Microsoft YaHei" w:hAnsi="Microsoft YaHei" w:eastAsia="Microsoft YaHei" w:cs="Microsoft YaHei"/>
        </w:rPr>
        <w:t>包围</w:t>
      </w:r>
      <w:r>
        <w:rPr>
          <w:rFonts w:ascii="Times New Roman" w:hAnsi="Times New Roman" w:eastAsia="Times New Roman" w:cs="Times New Roman"/>
        </w:rPr>
        <w:t xml:space="preserve"> los ntawm Loos.</w:t>
      </w:r>
    </w:p>
    <w:p>
      <w:pPr>
        <w:pStyle w:val="ArticleBody"/>
        <w:jc w:val="left"/>
      </w:pPr>
      <w:r>
        <w:rPr>
          <w:rFonts w:ascii="Times New Roman" w:hAnsi="Times New Roman" w:eastAsia="Times New Roman" w:cs="Times New Roman"/>
        </w:rPr>
        <w:t>Qhov kev raug kaw plaub xyoos ntawd kuj txuas nrog cov caij nyoog plaub xyoos uas raug txuas nrog kab yaj saub uas qhia txog kev tsa Islam siab, thiab tom qab ntawd kev tsa txoj kev txav ntawm ob tug tim tswv thawj thiab tim tswv ob, thiab ces tim tswv peb. Cestius mus rau Titus sib tshuam nrog lub log ntawm Loos papacy thiab kuj nrog lub log ntawm Islam. Lub log ntawm Loos thiab peb xyoos ib nrab ntawm Cestius thiab Titus sib tshuam nrog peb xyoos ib nrab ua cim ntawm Loos papacy, yog li ntawd qhia kom paub ob lub hwj chim uas yog Loos pagan thiab Loos papacy. Lub log ntawm Islam raug txuas los ntawm tib zaj keeb kwm ntawd raws li kev to taub tias yog plaub xyoos, tiam sis ib yam li nrog lub log ntawm Loos hauv zaj keeb kwm ntawd, Islam raug txuas nrog ib lub hwj chim thib ob uas nyob hauv qab lub log ntawm Islam—uas yog Adventism. Lub sijhawm peb xyoos ib nrab sawv cev rau Loos hauv ob theem nws muaj, hos lub sijhawm plaub xyoos sawv cev rau Islam thiab Adventism. Loos pagan thiab Loos papacy tsis tuaj yeem raug cais tawm hauv kev yaj saub, thiab Islam nrog Adventism los kuj tsis tuaj yeem raug cais tawm ib yam li ntawd.</w:t>
      </w:r>
    </w:p>
    <w:p>
      <w:pPr>
        <w:pStyle w:val="ArticleBody"/>
        <w:jc w:val="left"/>
      </w:pPr>
      <w:r>
        <w:rPr>
          <w:rFonts w:ascii="Times New Roman" w:hAnsi="Times New Roman" w:eastAsia="Times New Roman" w:cs="Times New Roman"/>
        </w:rPr>
        <w:t>Qhov no thov raws li txojkev yaj saub tias thaum peb xav txog txojkev kaw thiab tawm tsam Npanpiloo, yuav tsum pom ob txojkev nkag siab txog lub sijhawm hauv daim duab piv txwv ntawm txojkev kaw thiab tawm tsam kaum yim hlis ntawd. Ob yam sawv cev txog lub sijhawm hauv txojkev kaw thiab tawm tsam uas Loos coj los, raws li txojkev yaj saub, thov kom muaj ob yam sawv cev txog lub sijhawm hauv txojkev kaw thiab tawm tsam uas Nenpukhanexas coj los thiab. Txojkev kaw thiab tawm tsam kaum yim hlis ntawm Nenpukhanexas kuj tseem yuav raug to taub tau tias yog ib lub cim ntawm ib xyoos thiab ib nrab. Kaum yim hlis yog ib xyoos thiab ib nrab, thiab ib thiab ib nrab kuj yuav raug hais tau tias yog 1.5 xyoos. Txojkev kaw thiab tawm tsam ntawm Nenpukhanexas yog tib si kaum yim hlis thiab ib point tsib (1.5) xyoos.</w:t>
      </w:r>
    </w:p>
    <w:p>
      <w:pPr>
        <w:pStyle w:val="ArticleBody"/>
        <w:jc w:val="left"/>
      </w:pPr>
      <w:r>
        <w:rPr>
          <w:rFonts w:ascii="Times New Roman" w:hAnsi="Times New Roman" w:eastAsia="Times New Roman" w:cs="Times New Roman"/>
        </w:rPr>
        <w:t>Kaum kaum lub hlis hais txog lub hwj chim uas yuav tuaj tsuj nplawm Yeluxalees, thiab 1.5 xyoos hais txog Islam. Lub log cev Vajtswv lus ntawm kev suav sijhawm uas txheeb qhia kaum kaum lub hlis ntawd txheeb qhia Npanpiloo, thiab lwm lub log cev Vajtswv lus ntawm kev suav sijhawm ntawd txheeb qhia Islam. Peb tseem tsis tau nthuav qhia ib qho lus piav tias peb mus txog qhov kev siv ntawm 1.5 xyoos li cas hauv kev txuas nrog Islam, los yuav tsum tau nco tseg tias ob txoj kev suav sijhawm hauv qhov kev rhuav tshem uas Loos coj los, txuas nrog lub log cev Vajtswv lus ntawm Loos, (ob qho tib si yog Loos pagan thiab Loos papal), thiab lwm txoj kev suav ntawd txuas nrog lub log cev Vajtswv lus ntawm Islam. Cov cwj pwm no pom muaj nyob hauv ob qho tib si kev rhuav tshem alpha thiab omega ntawm Yeluxalees.</w:t>
      </w:r>
    </w:p>
    <w:p>
      <w:pPr>
        <w:pStyle w:val="ArticleBody"/>
        <w:jc w:val="left"/>
      </w:pPr>
      <w:r>
        <w:rPr>
          <w:rFonts w:ascii="Times New Roman" w:hAnsi="Times New Roman" w:eastAsia="Times New Roman" w:cs="Times New Roman"/>
        </w:rPr>
        <w:t>Lub plaub xyoos kev raug kawv lub nroog Yeluxalees uas nrog Cestius thiab Titus sawv cev rau qhov xaus ntawm ib txoj kab yaj saub uas tau pib nrog ib lub sijhawm peb caug yim xyoos, uas tau xaus nrog ib lub sijhawm kawv plaub xyoos uas cim txog kev tsa Islam kom siab, thiab lub sijhawm kawg plaub xyoos hauv tib txoj kab ntawd sawv cev rau kev tsa tus chij ntawm ib puas plaub caug plaub txhiab leej.</w:t>
      </w:r>
    </w:p>
    <w:p>
      <w:pPr>
        <w:pStyle w:val="ArticleBody"/>
        <w:jc w:val="left"/>
      </w:pPr>
      <w:r>
        <w:rPr>
          <w:rFonts w:ascii="Times New Roman" w:hAnsi="Times New Roman" w:eastAsia="Times New Roman" w:cs="Times New Roman"/>
        </w:rPr>
        <w:t>Peb yuav txuas ntxiv tej no hauv tshooj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Caug—Tshooj Nees Nkaum Plaub</dc:title>
  <dc:subject>Exekees Tsib</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