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ntawm Nqe Plaub Caug – Zauv Nees nkaum tsib</w:t>
      </w:r>
    </w:p>
    <w:p>
      <w:pPr>
        <w:pStyle w:val="ArticleSubtitle"/>
        <w:jc w:val="left"/>
      </w:pPr>
      <w:r>
        <w:rPr>
          <w:rFonts w:ascii="Arial" w:hAnsi="Arial" w:eastAsia="Arial" w:cs="Arial"/>
        </w:rPr>
        <w:t>Exekees Tus Xov Tooj Rau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Kuv tau coj los ntawm ib nqe hauv Testimonies uas nthuav tawm ntau txoj kab ntawm qhov tseeb nyob rau hauv kev txuas nrog txoj kev paub uas Exekees, Yaxayas, thiab Yauhas tau ntsib hauv lub tuam tsev dawb huv. Yauhas tig mus saib lub suab uas nyob tom qab nws hauv Tshwmsim tshooj ib.</w:t>
      </w:r>
    </w:p>
    <w:p>
      <w:pPr>
        <w:pStyle w:val="ArticleScripture"/>
        <w:jc w:val="left"/>
      </w:pPr>
      <w:r>
        <w:rPr>
          <w:rFonts w:ascii="Times New Roman" w:hAnsi="Times New Roman" w:eastAsia="Times New Roman" w:cs="Times New Roman"/>
        </w:rPr>
        <w:t>Kuv nyob hauv tus Ntsuj Plig rau hnub ntawm tus Tswv, thiab kuv hnov qab kuv ib lub suab nrov loj, zoo li suab raj, hais tias, Kuv yog Alpha thiab Omega, tus thawj thiab tus kawg; thiab, Yam uas koj pom, cia li sau rau hauv ib phau ntawv, thiab xa mus rau xya pawg ntseeg uas nyob hauv Asia; rau Efexaus, thiab rau Xamawj, thiab rau Pegamauj, thiab rau Thawatee, thiab rau Xatees, thiab rau Filadefia, thiab rau Laodikea. Thiab kuv tig mus saib lub suab uas hais nrog kuv. Thiab thaum kuv twb tig lawm, kuv pom xya lub teeb txawb kub. Qhia Tshwm 1:10–12.</w:t>
      </w:r>
    </w:p>
    <w:p>
      <w:pPr>
        <w:pStyle w:val="ArticleBody"/>
        <w:jc w:val="left"/>
      </w:pPr>
      <w:r>
        <w:rPr>
          <w:rFonts w:ascii="Times New Roman" w:hAnsi="Times New Roman" w:eastAsia="Times New Roman" w:cs="Times New Roman"/>
        </w:rPr>
        <w:t>Los ntawm kob Patmos thiab tom qab ntawd nkag mus rau hauv lub tuam tsev dawb huv saum ntuj ceeb tsheej, qhov uas Yauhas pom lub zeem muag txog Khetos uas Muam White qhia rau peb txog, yog tib lub zeem muag uas Daniyee tau pom hauv tshooj kaum ntawm nws phau ntawv.</w:t>
      </w:r>
    </w:p>
    <w:p>
      <w:pPr>
        <w:pStyle w:val="ArticleScripture"/>
        <w:jc w:val="left"/>
      </w:pPr>
      <w:r>
        <w:rPr>
          <w:rFonts w:ascii="Times New Roman" w:hAnsi="Times New Roman" w:eastAsia="Times New Roman" w:cs="Times New Roman"/>
        </w:rPr>
        <w:t>“‘Hnub ntawd, kuv Daniyees tau quaj ntsuag tau peb lub limtiam puv npo. Kuv tsis tau noj ib yam mov qab ntxiag li, tsis muaj nqaij los sis cawv los rau hauv kuv lub qhov ncauj, thiab kuv kuj tsis tau pleev roj rau kuv tus kheej kiag li.... Ces kuv tsa muag ntsia, thiab saib seb, muaj ib tug txivneej hnav ntaub linen, nws lub duav raug khi nrog kub zoo huv ntawm Uphaz. Nws lub cev kuj zoo li lub pob zeb beryl, thiab nws lub ntsej muag zoo li qhov pom ntawm xob laim, nws ob lub qhov muag zoo li teeb hluav taws, thiab nws ob txhais npab thiab ob txhais taw muaj xim zoo li tooj dag txhuam ci, thiab lub suab ntawm nws cov lus zoo li lub suab ntawm ib pab neeg coob’ (Daniel 10:2–6).”</w:t>
      </w:r>
    </w:p>
    <w:p>
      <w:pPr>
        <w:pStyle w:val="ArticleScripture"/>
        <w:jc w:val="left"/>
      </w:pPr>
      <w:r>
        <w:rPr>
          <w:rFonts w:ascii="Times New Roman" w:hAnsi="Times New Roman" w:eastAsia="Times New Roman" w:cs="Times New Roman"/>
        </w:rPr>
        <w:t>“Qhov lus piav no zoo ib yam li qhov uas Yauhas tau muab thaum Khetos raug tshwm rau nws ntawm lub kob Patmos. Tsis muaj ib tug neeg twg uas qis dua Leej Tub ntawm Vajtswv tau tshwm rau Daniyee. Peb tus Tswv los nrog lwm tus tub txib saum ntuj los qhia rau Daniyee paub txog yam uas yuav muaj tshwm sim nyob rau hnub kawg.” Sanctified Life, 49.</w:t>
      </w:r>
    </w:p>
    <w:p>
      <w:pPr>
        <w:pStyle w:val="ArticleBody"/>
        <w:jc w:val="left"/>
      </w:pPr>
      <w:r>
        <w:rPr>
          <w:rFonts w:ascii="Times New Roman" w:hAnsi="Times New Roman" w:eastAsia="Times New Roman" w:cs="Times New Roman"/>
        </w:rPr>
        <w:t>Cuaj nqe thawj qhia meej tias txoj Kev Qhia Tshwm ntawm Yexus Khetos raug qhib lub cim cia nyuam qhuav ua ntej lub sijhawm uas neeg txoj kev sim siab yuav xaus. Txoj kev qhia tshwm ntawd Vajtswv tau muab rau Yexus, Yexus muab rau Khaubreel, Khaubreel muab rau Yauhas nrog txoj haujlwm kom Yauhas xa txoj xov ntawd mus rau xya pawg ntseeg. Yaxayas tau txais nws txoj haujlwm kom ua tib yam ntawd hauv tshooj rau, thiab Exekhee tau txais tib txoj lus txib ntawd hauv tshooj ob thiab peb. Yauhas yog ib tug neeg raug kaw thaum nws tau txais nws txoj haujlwm; Exekhee thiab Daniyees yog neeg raug ntiab nyob hauv Npanpiloo, hos Yaxayas tab tom nyob hauv keeb kwm lub sijhawm ntawm Ahaj, tus vajntxwv phem ntawm Yudas.</w:t>
      </w:r>
    </w:p>
    <w:p>
      <w:pPr>
        <w:pStyle w:val="ArticleScripture"/>
        <w:jc w:val="left"/>
      </w:pPr>
      <w:r>
        <w:rPr>
          <w:rFonts w:ascii="Times New Roman" w:hAnsi="Times New Roman" w:eastAsia="Times New Roman" w:cs="Times New Roman"/>
        </w:rPr>
        <w:t>“Muaj tej log nyob hauv tej log, nyob hauv ib qho kev teeb tsa uas nyuaj ntxaws kawg li, ua rau thaum xub thawj pom Ezekiel xav tias txhua yam zoo li nyob hauv kev ntxhov thiab tsis sib haum. Tiamsis thaum lawv txav mus, nws yog nrog kev raug raws nraim uas zoo nkauj thiab nyob hauv kev sib haum xeeb uas txhij txhua. Cov muaj sia saum ntuj ceeb tsheej yog cov thawb cov log no mus, thiab saum toj kawg nkaus, saum lub zwm txwv muaj hwjchim ci ntsa iab uas yog sapphire, yog Tus Nyob Mus Ib Txhis; hos nyob ib ncig ntawm lub zwm txwv yog tus duab zaj sawv uas vov puag ncig, yog lub cim ntawm txoj kev hlub tshua thiab txoj kev hlub. Vim raug txoj kev ci ntsa iab txaus ntshai ntawm qhov xwm txheej ntawd kov yeej lawm, Ezekiel thiaj poob ntsej muag rau hauv av, thaum ib lub suab txib kom nws sawv thiab mloog tus Tswv txoj lus. Ces thiaj muaj ib zaj lus ceeb toom rau cov Yixayee raug muab rau nws.” Testimonies, 751.</w:t>
      </w:r>
    </w:p>
    <w:p>
      <w:pPr>
        <w:pStyle w:val="ArticleScripture"/>
        <w:jc w:val="left"/>
      </w:pPr>
      <w:r>
        <w:rPr>
          <w:rFonts w:ascii="Times New Roman" w:hAnsi="Times New Roman" w:eastAsia="Times New Roman" w:cs="Times New Roman"/>
        </w:rPr>
        <w:t>Kuv kuj hnov tus Tswv lub suab hais tias, Kuv yuav txib leejtwg mus, thiab leejtwg yuav mus sawv cev rau peb? Ces kuv thiaj hais tias, Kuv nyob ntawm no; thov txib kuv mus. Isaiah 6:8.</w:t>
      </w:r>
    </w:p>
    <w:p>
      <w:pPr>
        <w:pStyle w:val="ArticleScripture"/>
        <w:jc w:val="left"/>
      </w:pPr>
      <w:r>
        <w:rPr>
          <w:rFonts w:ascii="Times New Roman" w:hAnsi="Times New Roman" w:eastAsia="Times New Roman" w:cs="Times New Roman"/>
        </w:rPr>
        <w:t>“Qhov yog toog pom no tau muab rau Exekees thaum lub sijhawm uas nws lub siab puv npo nrog tej kev xav ntxhov tsaus nti txog yam yuav los. Nws pom thaj av ntawm nws cov yawg koob pw qhuav qhawv...”</w:t>
      </w:r>
    </w:p>
    <w:p>
      <w:pPr>
        <w:pStyle w:val="ArticleScripture"/>
        <w:jc w:val="left"/>
      </w:pPr>
      <w:r>
        <w:rPr>
          <w:rFonts w:ascii="Times New Roman" w:hAnsi="Times New Roman" w:eastAsia="Times New Roman" w:cs="Times New Roman"/>
        </w:rPr>
        <w:t>“Nyob rau tib yam nkaus ntawd, thaum Vajtswv tab tom yuav qhib rau tus Yauhas uas Nws hlub kom pom keeb kwm ntawm pawg ntseeg rau tiam tom ntej, Nws tau muab ib lo lus lees paub rau nws txog tus Cawmseej txoj kev txaus siab thiab kev saib xyuas rau Nws haiv neeg los ntawm kev tshwm rau nws pom ‘Ib tug zoo li Neeg Leej Tub,’ taug kev nyob nruab nrab ntawm tej taws tswm ciab, uas sawv cev rau xya pawg ntseeg. …”</w:t>
      </w:r>
    </w:p>
    <w:p>
      <w:pPr>
        <w:pStyle w:val="ArticleScripture"/>
        <w:jc w:val="left"/>
      </w:pPr>
      <w:r>
        <w:rPr>
          <w:rFonts w:ascii="Times New Roman" w:hAnsi="Times New Roman" w:eastAsia="Times New Roman" w:cs="Times New Roman"/>
        </w:rPr>
        <w:t>“Cov lus qhia no yog rau peb qhov txiaj ntsig. Peb yuav tsum tsa peb txoj kev ntseeg rau saum Vajtswv, rau qhov nyob ntawm xub ntiag peb tam sim no muaj ib lub sij hawm uas yuav sim neeg tej ntsuj plig. …</w:t>
      </w:r>
    </w:p>
    <w:p>
      <w:pPr>
        <w:pStyle w:val="ArticleScripture"/>
        <w:jc w:val="left"/>
      </w:pPr>
      <w:r>
        <w:rPr>
          <w:rFonts w:ascii="Times New Roman" w:hAnsi="Times New Roman" w:eastAsia="Times New Roman" w:cs="Times New Roman"/>
        </w:rPr>
        <w:t>“Peb tab tom sawv ntawm lub qhov rooj nkag mus rau tej xwm txheej loj thiab muaj hwj chim ntshai. Cov lus faj lem tab tom muaj tiav sai heev. Tus Tswv nyob ze ntawm lub qhov rooj lawm. Tsis ntev tom ntej no yuav qhib rau ntawm peb xub ntiag ib lub sijhawm uas muaj kev tseem ceeb hnyav kawg rau txhua tus uas ciaj sia. Cov kev tsis sib haum ntawm yav dhau los yuav raug tsa rov los dua; tej kev tsis sib haum tshiab yuav tshwm sim. Tej xwm txheej uas yuav raug ua tawm hauv peb lub ntiaj teb no tseem tsis tau txawm yog muaj leejtwg npau suav txog li. Xatas tab tom ua haujlwm los ntawm tibneeg ua nws cuab tam. Cov uas tab tom siv zog hloov Txoj Cai Lij Choj thiab nrhiav kom tau ib txoj kevcai yuam kom hwm hnub Sunday tsis tshua paub tias yam tshwm sim yuav yog dabtsi. Ib qho teebmeem loj twb los txog ze rau ntawm peb lawm.”</w:t>
      </w:r>
    </w:p>
    <w:p>
      <w:pPr>
        <w:pStyle w:val="ArticleScripture"/>
        <w:jc w:val="left"/>
      </w:pPr>
      <w:r>
        <w:rPr>
          <w:rFonts w:ascii="Times New Roman" w:hAnsi="Times New Roman" w:eastAsia="Times New Roman" w:cs="Times New Roman"/>
        </w:rPr>
        <w:t>“Tiamsis Vajtswv cov tub qhe tsis txhob tso siab rau lawv tus kheej hauv lub sijhawm kub ntxhov loj no. Hauv tej yog toog pom uas tau muab rau Yaxayas, rau Exekees, thiab rau Yauhas, peb pom tias saum ntuj ceeb tsheej txuas nrog cov xwm txheej uas tab tom muaj rau saum lub ntiajteb no nyob ze npaum li cas thiab pom tias Vajtswv saib xyuas loj npaum li cas rau cov uas ncaj ncees rau Nws. Lub ntiajteb tsis yog tsis muaj Tus kav. Txoj kev teem tseg ntawm cov xwm txheej uas yuav los tom ntej nyob hauv tus Tswv txhais tes. Tus Huab Tais Hwjchim Loj ntawm ntuj ceeb tsheej tuav lub chaw haujlwm saib xyuas txoj hmoo ntawm tej haiv neeg, ib yam li tej haujlwm txhawj xeeb ntawm Nws pawg ntseeg, rau hauv Nws tus kheej.”</w:t>
      </w:r>
    </w:p>
    <w:p>
      <w:pPr>
        <w:pStyle w:val="ArticleScripture"/>
        <w:jc w:val="left"/>
      </w:pPr>
      <w:r>
        <w:rPr>
          <w:rFonts w:ascii="Times New Roman" w:hAnsi="Times New Roman" w:eastAsia="Times New Roman" w:cs="Times New Roman"/>
        </w:rPr>
        <w:t>“Hauv qhov pom uas Exekees tau txais, Vajtswv muaj Nws txhais tes nyob hauv qab tis ntawm cov kerubim. Qhov no yog los qhia Nws cov tub qhe tias yog hwj chim los saum ntuj uas pub kom lawv ua tiav. Nws yuav ua hauj lwm nrog lawv yog hais tias lawv yuav tso kev txhaum tseg thiab los ua neeg dawb huv hauv siab thiab hauv lub neej.</w:t>
      </w:r>
    </w:p>
    <w:p>
      <w:pPr>
        <w:pStyle w:val="ArticleScripture"/>
        <w:jc w:val="left"/>
      </w:pPr>
      <w:r>
        <w:rPr>
          <w:rFonts w:ascii="Times New Roman" w:hAnsi="Times New Roman" w:eastAsia="Times New Roman" w:cs="Times New Roman"/>
        </w:rPr>
        <w:t>“Lub teeb ci ntsa iab uas mus raws nraim hauv cov tsiaj muaj sia nrog txoj kev ceev zoo li xob laim sawv cev rau qhov kev kub ceev uas txoj hauj lwm no thaum kawg yuav nce mus txog rau kev ua tiav. …”</w:t>
      </w:r>
    </w:p>
    <w:p>
      <w:pPr>
        <w:pStyle w:val="ArticleScripture"/>
        <w:jc w:val="left"/>
      </w:pPr>
      <w:r>
        <w:rPr>
          <w:rFonts w:ascii="Times New Roman" w:hAnsi="Times New Roman" w:eastAsia="Times New Roman" w:cs="Times New Roman"/>
        </w:rPr>
        <w:t>“Cov kwv tij, tam sim no tsis yog lub sijhawm rau kev quaj ntsuag thiab kev tag kev cia siab, tsis yog lub sijhawm rau kev tso siab rau kev ua xyem xyav thiab kev tsis ntseeg. Khetos tam sim no tsis yog ib tug Cawmseej nyob hauv Yauxej lub ntxa tshiab, kaw nrog ib lub pob zeb loj thiab muab khi nrog lub cim foob ntawm Loos; peb muaj ib tug Cawmseej uas twb sawv hauv qhov tuag rov los lawm. Nws yog Vajntxwv, tus Tswv ntawm txhua pab tub rog; Nws zaum nruab nrab ntawm cov Khelunpees; thiab nyob nruab nrab ntawm kev sib ceg thiab kev kub ntxhov ntawm txhua haiv neeg Nws tseem tiv thaiv Nws haiv neeg. Tus uas kav saum ntuj ceeb tsheej yog peb tus Cawmseej. Nws ntsuas txhua txoj kev sim siab. Nws saib xyuas qhov cub hluav taws uas yuav tsum sim txhua tus ntsuj plig. Thaum tej chaw ruaj khov ntawm cov vajntxwv yuav raug rhuav tshem, thaum tej xub ntawm Vajtswv txoj kev chim yuav nkaug hla Nws cov yeeb ncuab lub siab, Nws haiv neeg yuav nyob nyab xeeb hauv Nws txhais tes.” Testimonies, volume 5, 752–754.</w:t>
      </w:r>
    </w:p>
    <w:p>
      <w:pPr>
        <w:pStyle w:val="ArticleBody"/>
        <w:jc w:val="left"/>
      </w:pPr>
      <w:r>
        <w:rPr>
          <w:rFonts w:ascii="Times New Roman" w:hAnsi="Times New Roman" w:eastAsia="Times New Roman" w:cs="Times New Roman"/>
        </w:rPr>
        <w:t>Plaub tus timkhawv hauv phau Vajlugkub ua pov thawj rau qhov tseeb tias zaj lus ntawm Kev Qhia Tshwm ntawm Yexus Khetos raug muab rau cov neeg uas cov yaj saub tej kev ntsib hauv lub chaw dawb huv no ua tus qauv piv txwv rau lawv. Thaum peb nkag mus rau hauv lub chaw dawb huv saum ntuj ceeb tsheej, peb thiaj li tau txais zaj lus uas peb raug tsa tseg los tshaj tawm. “Qhov cub hluav taws” uas sim “txhua tus ntsuj plig” yog lub cub hluav taws hauv Malakis peb.</w:t>
      </w:r>
    </w:p>
    <w:p>
      <w:pPr>
        <w:pStyle w:val="ArticleScripture"/>
        <w:jc w:val="left"/>
      </w:pPr>
      <w:r>
        <w:rPr>
          <w:rFonts w:ascii="Times New Roman" w:hAnsi="Times New Roman" w:eastAsia="Times New Roman" w:cs="Times New Roman"/>
        </w:rPr>
        <w:t>Tiamsis leejtwg yuav sawv ruaj nyob rau hnub uas nws los? thiab leejtwg yuav sawv taus thaum nws tshwm los? rau qhov nws zoo li hluav taws uas lim kom huv, thiab zoo li xab npum uas ntxhua khaub ncaws: Thiab nws yuav zaum ua tus lim thiab tus ntxuav nyiaj kom huv: thiab nws yuav ntxuav cov tub ntawm Levi kom huv, thiab lim lawv ib yam li kub thiab nyiaj, xwv kom lawv thiaj li yuav nqa tau ib qho khoom fij rau tus Tswv hauv txoj kev ncaj ncees. Ces qhov khoom fij ntawm Yudas thiab Yeluxalees yuav ua yam txaus siab rau tus Tswv, ib yam li yav thaum ub, thiab ib yam li hauv tej xyoo dhau los. Malachi 3:2–4.</w:t>
      </w:r>
    </w:p>
    <w:p>
      <w:pPr>
        <w:pStyle w:val="ArticleBody"/>
        <w:jc w:val="left"/>
      </w:pPr>
      <w:r>
        <w:rPr>
          <w:rFonts w:ascii="Times New Roman" w:hAnsi="Times New Roman" w:eastAsia="Times New Roman" w:cs="Times New Roman"/>
        </w:rPr>
        <w:t>Tus kws lim hlau paub tias cov nyiaj twb nyob hauv lub cub rau lub sijhawm uas tsim nyog lawm thaum cov nyiaj huv si kawg nkaus txog ntais tau tus kws lim hlau lub ntsej muag rov qab. Qhov tseeb no hais txog txoj kev lim nyiaj thaum ub, sib haum nrog tus causative verb “marah” uas Daniel pom nyob hauv tshooj kaum. Nyob rau hauv cov hnub kawg no tus Tswv tab tom coj Nws haiv neeg los rau hauv lub tuam tsev dawb huv kom sim, ntxuav kom huv thiab lim kom dawb huv cov neeg sib tw uas yuav los ua ib feem ntawm lub cim chij ntawm ib puas plaub caug plaub txhiab leej. Hauv lub sijhawm no, “Nws yuav ua haujlwm nrog” peb, “yog hais tias” peb “yuav tso kev txhaum tseg thiab los ua neeg huv hauv siab thiab hauv txoj sia.” Qee leej ib yam li nyob hauv Daniel tshooj kaum khiav dim ntawm qhov kev paub ntawd mus, tiam sis cov uas raug sawv cev los ntawm Daniel pom tiag tiag lub zeem muag iav loj ntawm qhov kev tshwm sim ntawm Yexus Khetos yuav, raws li Yaxayas qhia, muaj ib lub ncaig los ntawm lub thaj txi ntuj kov lawv daim di ncauj thiab yuav raug ntxuav kom huv thiab npaj kom txhij los tshaj ib txoj xov rau ob leeg, ib pawg ntseeg uas twb thim rov qab lawm, thiab tom qab ntawd rau lub ntiaj teb.</w:t>
      </w:r>
    </w:p>
    <w:p>
      <w:pPr>
        <w:pStyle w:val="ArticleBody"/>
        <w:jc w:val="left"/>
      </w:pPr>
      <w:r>
        <w:rPr>
          <w:rFonts w:ascii="Times New Roman" w:hAnsi="Times New Roman" w:eastAsia="Times New Roman" w:cs="Times New Roman"/>
        </w:rPr>
        <w:t>Cov lus no raug nthuav tawm rau cov ntsuj plig ncaj ncees uas nyob hauv lub tuam tsev dawb huv. Levi Tej Kevcai nees nkaum-peb, thaum muab coj los sib haum nrog lub caij Peetekos, raug teem tseg kom ua kom pom lub Phij Cuam ntawm txoj Kevcai Cog Lus nyob hauv Chaw Dawb Huv Tshaj Plaws. Los ntawm txoj kev ntseeg, tus qauv ntawm tej lus hauv tshooj ntawd qhia tau peb lub cim-kev hauv keeb kwm dawb huv uas qhov kev sim hauv lub cub hluav taws raug ua kom tiav. Muaj qhov tob kawg los ntawm Vajtswv—tus qauv yaj saub ntawm tshooj nees nkaum-peb tso cai rau tus kawm txog yaj saub nrhiav tau Exekees nyob hauv nqe ib ntawm tshooj ib.</w:t>
      </w:r>
    </w:p>
    <w:p>
      <w:pPr>
        <w:pStyle w:val="ArticleScripture"/>
        <w:jc w:val="left"/>
      </w:pPr>
      <w:r>
        <w:rPr>
          <w:rFonts w:ascii="Times New Roman" w:hAnsi="Times New Roman" w:eastAsia="Times New Roman" w:cs="Times New Roman"/>
        </w:rPr>
        <w:t>Tam sim no tau muaj nyob rau xyoo peb caug, rau lub hli plaub, rau hnub tsib ntawm lub hli ntawd, thaum kuv nyob nrog cov neeg raug coj mus nyob txim ntawm ntug dej Kebas, ces ntuj qhib lug, thiab kuv pom tej yog toog uas yog los ntawm Vajtswv. Rau hnub tsib ntawm lub hli ntawd, uas yog xyoo tsib ntawm Vajntxwv Yehauyakhi raug coj mus nyob txim. Exekees 1:1, 2.</w:t>
      </w:r>
    </w:p>
    <w:p>
      <w:pPr>
        <w:pStyle w:val="ArticleBody"/>
        <w:jc w:val="left"/>
      </w:pPr>
      <w:r>
        <w:rPr>
          <w:rFonts w:ascii="Times New Roman" w:hAnsi="Times New Roman" w:eastAsia="Times New Roman" w:cs="Times New Roman"/>
        </w:rPr>
        <w:t>Ua ib tug pov thawj nyob rau lub sijhawm kaw cim ntawm ib puas plaub caug plaub txhiab leej, Exekees nyob hauv xyoo peb caug ntawm lub voj voog Yubilis thib kaum xya, tsib xyoos ua ntej qhov kev vov nroog thib peb hauv peb zaug uas Nebuchadnezzar tau vov Yeluxalees hauv xyoo 587 BC. Xyoo peb caug hauv nqe ntawd yog peb caug xyoo tom qab txoj kev tsim kho dua tshiab loj tshaj plaws hauv keeb kwm Phau Qub, thiab nws yog hnub thib tsib ntawm xyoo thib tsib, yog li muab tus lej tsib tso rau saum Exekees tej lus pov thawj. Hauv ob nqe qhib no peb pom peb caug raug txheeb ib zaug thiab tus lej tsib raug hais peb zaug. Hauv tus qauv ntawm Leviticus nees nkaum peb uas phim raws caij Peetekos, qhov kev sim siab thib ob uas peb caug sawv cev ncav mus txog rooj kevcai tshuab raj, tsib hnub mus txog Khetos txoj kev nce mus saum ntuj, ces tsib hnub mus txog hnub theej txhoj, ces tsib hnub mus txog tus cim taw qhia uas sawv cev rau ob qho tib si nag thaum ntxov (Peetekos) thiab nag thaum kawg (Tsev Pheebsuab). Tus qauv nthuav tawm peb caug, ces ua raws los ntawm peb theem ntawm tsib. Exekees nyob hauv lub tuam tsev thiab tus qauv ntawm Leviticus nees nkaum peb yog Lub Phij Xab.</w:t>
      </w:r>
    </w:p>
    <w:p>
      <w:pPr>
        <w:pStyle w:val="ArticleBody"/>
        <w:jc w:val="left"/>
      </w:pPr>
      <w:r>
        <w:rPr>
          <w:rFonts w:ascii="Times New Roman" w:hAnsi="Times New Roman" w:eastAsia="Times New Roman" w:cs="Times New Roman"/>
        </w:rPr>
        <w:t>Keeb kwm ua pov thawj rau qhov tseeb tias Ezekiel, nyob rau lub sijhawm ntawd, tseem tshuav tsib xyoos ua ntej mus txog rau ib qho kev kawv nroog uas yog ib lub cim, uas thaum xaus lawm nws sawv cev ua qauv qhia txog txoj cai Hnub Caiv Hnub Sunday uas yuav los sai no, raws li tau sawv cev los ntawm kev puas tsuaj ntawm Yeluxalees. Tus lej “tsib” yog ib feem tseem ceeb hauv tus qauv ntawm Leviticus nees nkaum peb, ib yam li tus lej peb caug.</w:t>
      </w:r>
    </w:p>
    <w:p>
      <w:pPr>
        <w:pStyle w:val="ArticleBody"/>
        <w:jc w:val="left"/>
      </w:pPr>
      <w:r>
        <w:rPr>
          <w:rFonts w:ascii="Times New Roman" w:hAnsi="Times New Roman" w:eastAsia="Times New Roman" w:cs="Times New Roman"/>
        </w:rPr>
        <w:t>Tau twb raug qhia nyob rau hauv cov ntawv no lawm tias thaum nees nkaum ob nqe thawj ntawm tshooj ntawd raug muab teem kom sib haum nrog nees nkaum ob nqe kawg, thiab tom qab ntawd ob kab ntawm nees nkaum ob nqe ntawd ua ke raug muab teem kom sib haum nrog lub caij Pentecostal, ces txoj kev sim peb-theem, uas yog hluav taws rauv ncuav ntawm Malachi, raug ua kom pom tseeb meej lawm. Peb theem ntawd muaj ib qho alpha thiab omega nyob hauv thawj theem thiab theem peb, uas muaj ib txheej ntawm plaub lub cim-kev uas sawv cev rau ib theem.</w:t>
      </w:r>
    </w:p>
    <w:p>
      <w:pPr>
        <w:pStyle w:val="ArticleBody"/>
        <w:jc w:val="left"/>
      </w:pPr>
      <w:r>
        <w:rPr>
          <w:rFonts w:ascii="Times New Roman" w:hAnsi="Times New Roman" w:eastAsia="Times New Roman" w:cs="Times New Roman"/>
        </w:rPr>
        <w:t>Kev Hla Dhau, tom qab ntawd yog rooj kevcai ncuav tsis muaj poov xab, tom qab ntawd yog thawj cov txiv hmab txiv ntoo muab fij uas yog nplej barley, ces “tsib” hnub mus txog qhov kawg ntawm rooj kevcai ncuav tsis muaj poov xab. Plaub lub cim ciam no ua ke tsim thawj txoj kev sim siab, thiab Yexus ib txwm siv qhov kawg los piav los ntawm qhov pib, thiab txoj kev sim siab thib peb kuj muaj plaub lub cim ciam thiab. Rooj kevcai raj nplaim, ces kev nce saum ntuj ntawm Khetos tom qab ntawd yog Hnub Theej Txhoj, thiab ces tsib hnub tom qab yog kev tuaj txog ntawm ob qho tib si Hnubtsibcaug thiab Tsev Pheebsuab. Hnubtsibcaug yog lub cim ntawm nag thaum chiv thawj thiab Tsev Pheebsuab yog lub cim ntawm nag thaum kawg. Hauv tus qauv Leviticus nees nkaum peb, ob qho tib si Hnubtsibcaug thiab Tsev Pheebsuab sib phim.</w:t>
      </w:r>
    </w:p>
    <w:p>
      <w:pPr>
        <w:pStyle w:val="ArticleScripture"/>
        <w:jc w:val="left"/>
      </w:pPr>
      <w:r>
        <w:rPr>
          <w:rFonts w:ascii="Times New Roman" w:hAnsi="Times New Roman" w:eastAsia="Times New Roman" w:cs="Times New Roman"/>
        </w:rPr>
        <w:t>Vim li ntawd, nej cov me nyuam Xi-oos, nej cia li zoo siab thiab xyiv fab hauv tus Tswv uas yog nej tus Vajtswv; rau qhov Nws tau muab nag thaum ntxov rau nej raws li tsim nyog, thiab Nws yuav ua kom nag poob los rau nej, yog nag thaum ntxov thiab nag thaum lig, hauv thawj lub hli. Yoos 2:23.</w:t>
      </w:r>
    </w:p>
    <w:p>
      <w:pPr>
        <w:pStyle w:val="ArticleBody"/>
        <w:jc w:val="left"/>
      </w:pPr>
      <w:r>
        <w:rPr>
          <w:rFonts w:ascii="Times New Roman" w:hAnsi="Times New Roman" w:eastAsia="Times New Roman" w:cs="Times New Roman"/>
        </w:rPr>
        <w:t>Txoj kev xeem thiab kev ua kom dawb huv zaum kawg tau pib thaum Lub Kaum Ob Hlis 31, 2023. Qhov kev xeem thawj yog qhov kev xeem hauv paus, uas raug cim tseg los ntawm kev sib cav ntawm cov “robbers of thy people” uas tau faib pawg uas twb tau raug sim dhau los lawm los ntawm kev poob siab ntawm Lub Xya Hli 18, 2020.</w:t>
      </w:r>
    </w:p>
    <w:p>
      <w:pPr>
        <w:pStyle w:val="ArticleScripture"/>
        <w:jc w:val="left"/>
      </w:pPr>
      <w:r>
        <w:rPr>
          <w:rFonts w:ascii="Times New Roman" w:hAnsi="Times New Roman" w:eastAsia="Times New Roman" w:cs="Times New Roman"/>
        </w:rPr>
        <w:t>“Hauv keeb kwm thiab yav tom ntej raws li lus faj lem, Vajtswv Txojlus qhia txog txoj kev sib ntaus ntev mus tsis tu ncua ntawm qhov tseeb thiab qhov yuam kev. Txoj kev sib tawm tsam ntawd tseem tab tom txuas ntxiv mus. Tej yam uas twb muaj lawm yuav rov muaj dua. Tej kev sib cav qub yuav raug tsa rov los dua, thiab tej kev qhuab qhia tshiab yuav niaj hnub tshwm sim tuaj. Tiamsis Vajtswv haiv neeg, cov uas hauv lawv txoj kev ntseeg thiab hauv kev ua kom tiav raws li lus faj lem tau ua ib feem hauv kev tshaj tawm thawj, ob, thiab peb tug timtswv tej lus, paub qhov chaw uas lawv sawv. Lawv muaj ib txoj kev paub dhau los uas muaj nqis tshaj kub ntshiab. Lawv yuav tsum sawv ruaj khov ib yam li pob zeb, tuav txoj kev ntseeg siab uas lawv tau muaj thaum chiv thawj kom ruaj nrees mus txog thaum kawg.” Manuscript Releases, volume 1, 47.</w:t>
      </w:r>
    </w:p>
    <w:p>
      <w:pPr>
        <w:pStyle w:val="ArticleBody"/>
        <w:jc w:val="left"/>
      </w:pPr>
      <w:r>
        <w:rPr>
          <w:rFonts w:ascii="Times New Roman" w:hAnsi="Times New Roman" w:eastAsia="Times New Roman" w:cs="Times New Roman"/>
        </w:rPr>
        <w:t>Hauv Leviticus nees nkaum peb, thawj txoj kev sim siab raug sawv cev los ntawm ib qho kev sib txuas lus yaj saub uas muaj peb yam, thiab tsib hnub tom qab yog qhov xaus ntawm ncuav mov tsis xyaw keeb. Hnub Hla Dhau yog hnub ib, rooj kevcai ntawm ncuav mov tsis xyaw keeb yog hnub ob, thiab kev txi thawj txi txiv yog hnub peb. Tsib hnub tom qab, rooj kevcai ntawm ncuav mov tsis xyaw keeb xaus lawm. Cov qauv yaj saub ntawm thawj txoj kev sim siab hauv peb txoj kev sim siab no kuj raug sawv cev nyob hauv txoj kev sim siab thib peb thiab kawg. Hauv txoj cim ciam thib peb ntawd, uas muaj peb txoj cim ciam raws li ib txoj cim ciam ntxiv tom qab, rooj kevcai tshuab raj yog hnub ib, thiab Khetos txoj kev nce mus saum ntuj yog tsib hnub tom qab, ces hnub ua kev theej txhoj raws los tsib hnub tom qab, thiab ntxiv tsib hnub tom qab, ob qho tib si Hnub Peetekos thiab rooj kevcai Tsev Pheebsuab cim txog txoj cai hnub Sunday uas yuav los sai sai no, uas raug sawv cev hauv phau ntawv Ezekiel ua kev puas tsuaj ntawm Yeluxalees.</w:t>
      </w:r>
    </w:p>
    <w:p>
      <w:pPr>
        <w:pStyle w:val="ArticleBody"/>
        <w:jc w:val="left"/>
      </w:pPr>
      <w:r>
        <w:rPr>
          <w:rFonts w:ascii="Times New Roman" w:hAnsi="Times New Roman" w:eastAsia="Times New Roman" w:cs="Times New Roman"/>
        </w:rPr>
        <w:t>Ntawm qhov kawg ntawm lub tsiab peb caug mov tsis xyaw keeb thiab lub tsiab peb caug raj nplaim muaj peb caug hnub, uas tsis yog tsuas yog sawv cev ua ib lub cim ntawm ib tug pov thawj xwb, tiam sis tseem yog qhov kev sim thib ob hauv peb qhov kev sim uas raug sawv cev nyob hauv daim duab piv txwv ntawm Vajtswv.</w:t>
      </w:r>
    </w:p>
    <w:p>
      <w:pPr>
        <w:pStyle w:val="ArticleBody"/>
        <w:jc w:val="left"/>
      </w:pPr>
      <w:r>
        <w:rPr>
          <w:rFonts w:ascii="Times New Roman" w:hAnsi="Times New Roman" w:eastAsia="Times New Roman" w:cs="Times New Roman"/>
        </w:rPr>
        <w:t>Kev raus dej ntawm Khetos qhia meej txog peb lub cim tseem ceeb ntawm Hla Dhau, ncuav tsis muaj poov xab, thiab thawj yam txiv ntoo, rau qhov peb lub cim tseem ceeb ntawd sawv cev rau Khetos txoj kev tuag, txoj kev muab faus, thiab txoj kev sawv rov los. Peb kauj ruam ntawd, uas tom qab ntawd muaj tsib hnub mus txog rau kauj ruam plaub, raug sawv cev los ntawm qhov kawg ntawm rooj kevcai ncuav tsis muaj poov xab. Kev raus dej nthuav tawm peb kauj ruam ntawd nyob hauv ib pliag luv luv thaum Yauhas ua kevcai raus dej rau nws tus Mexiyas. Cov rooj kevcai caij nplooj hlav cais peb kauj ruam ntawd ib hnub ib hnub, hos cov rooj kevcai caij nplooj zeeg cais peb kauj ruam ntawd tsib hnub tsib hnub.</w:t>
      </w:r>
    </w:p>
    <w:p>
      <w:pPr>
        <w:pStyle w:val="ArticleBody"/>
        <w:jc w:val="left"/>
      </w:pPr>
      <w:r>
        <w:rPr>
          <w:rFonts w:ascii="Times New Roman" w:hAnsi="Times New Roman" w:eastAsia="Times New Roman" w:cs="Times New Roman"/>
        </w:rPr>
        <w:t>Thaum peb siv qhov kev sim thawj ntawm cov caij noj mov nplooj ntoos hlav raws li kev sib txuas ntawm peb lub cim ciam uas tom qab ntawd raug raws los ntawm ib lub cim ciam tsib hnub tom qab; thiab mam li siv cov caij noj mov nplooj zeeg raws li peb lub cim ciam uas raug raws tsib hnub tom qab los ntawm ib lub cim ciam, ces muaj ib tug qauv yaj saub raug tsim tsa, uas muaj ib lub cim ciam alpha ntawm peb uas raug raws los ntawm tsib hnub, uas tom qab ntawd raug raws los ntawm peb caug hnub, thiab qhov kev sim thib peb ntawm cov caij noj mov nplooj zeeg raws li ib lub cim ciam ntawm peb uas raug raws los ntawm tsib hnub—tus qauv ntawd qhia tias qhov kev sim thawj npog tag nrho tsib hnub, uas raug raws los ntawm qhov kev sim thib ob ntawm peb caug hnub uas ncav mus txog rau lub cim ciam thib peb ntawm tsib hnub. Tsib ntxiv peb caug, ntxiv tsib yog plaub caug (5 + 30 + 5 = 40).</w:t>
      </w:r>
    </w:p>
    <w:p>
      <w:pPr>
        <w:pStyle w:val="ArticleBody"/>
        <w:jc w:val="left"/>
      </w:pPr>
      <w:r>
        <w:rPr>
          <w:rFonts w:ascii="Times New Roman" w:hAnsi="Times New Roman" w:eastAsia="Times New Roman" w:cs="Times New Roman"/>
        </w:rPr>
        <w:t>Kev cai raus dej ntawm Khetos tau raug raws tam sim ntawd los ntawm plaub caug hnub, uas xaus nrog peb qhov kev sim siab. Muaj ntau yam ntxiv uas yuav raug pom nyob hauv tus qauv ntawm Leviticus nees nkaum peb thaum muab txuas nrog lub caij Peetekos, tiam sis ntawm lwm theem ib tshooj ntawd sawv cev rau Lub Phij Xab nyob hauv Qhov Chaw Dawb Huv Tshaj Plaws.</w:t>
      </w:r>
    </w:p>
    <w:p>
      <w:pPr>
        <w:pStyle w:val="ArticleBody"/>
        <w:jc w:val="left"/>
      </w:pPr>
      <w:r>
        <w:rPr>
          <w:rFonts w:ascii="Times New Roman" w:hAnsi="Times New Roman" w:eastAsia="Times New Roman" w:cs="Times New Roman"/>
        </w:rPr>
        <w:t>Cov rooj kevcai caij nplooj ntoos hlav thiab caij nplooj zeeg hauv Levi Tej Haujlwm nees nkaum peb raug muab tso rau nruab nrab ntawm ob Hnub Xynas. Ob Hnub Xynas ntawd sawv cev rau ob tug kerub uas npog, thiab cov cim qhia kev hauv lub caij Pentekos uas raug teem kom haum nrog Levi Tej Haujlwm nees nkaum peb sawv cev rau lub Phij Xab thiab ob tug kerub uas npog. Hauv tshooj ib Exekees raug coj mus rau hauv lub chaw dawb huv, thiab thaum nws raug coj mus rau ntawd, nws nyob rau tsib hnub ua ntej txoj kev raug kaw nroog uas coj mus rau kev rhuav tshem Yeluxalees, ua ib daim qauv qhia txog txoj cai Hnub Caiv uas yuav los sai sai no. Txoj cai Hnub Caiv ntawd raug sawv cev los ntawm Pentekos thiab Tsev Plaub Hlis hauv Levi Tej Haujlwm nees nkaum peb. Exekees nyob hauv xyoo peb caug, thiab peb caug yog lub sijhawm ntawm qhov kev sim thib ob hauv peb qhov kev sim uas ua ke tsim lub cub hluav taws ntawm Malakais peb. Qhov kev sim thib ob raug sawv cev los ntawm peb caug hnub, ib yam li Exekees nyob hauv xyoo peb caug ntawm lub voj voog Yubili thib kaum xya uas tau pib ntawm Yauxiyas txoj Kev Hla Dhau loj, raws li cov kws keeb kwm hu nws. Exekees nyob tsib xyoos ua ntej txoj kev raug kaw nroog uas kav ntev kaum yim hlis, thiab nws nyob hauv lub tuam tsev, uas yog nruab nrab ntawm peb qhov kev sim kawg uas ntxuav kom dawb huv thiab tshem kom huv cov seem uas tshuav. Petus nyob hauv Caesarea-Philippi (Panium), kuj nyob nruab nrab ntawm peb qhov kev sim thiab, raws li Panium (Caesarea-Philippi), lub roob Kev Hloov Hwjchim, thiab tus ntoo khaub lig sawv cev.</w:t>
      </w:r>
    </w:p>
    <w:p>
      <w:pPr>
        <w:pStyle w:val="ArticleBody"/>
        <w:jc w:val="left"/>
      </w:pPr>
      <w:r>
        <w:rPr>
          <w:rFonts w:ascii="Times New Roman" w:hAnsi="Times New Roman" w:eastAsia="Times New Roman" w:cs="Times New Roman"/>
        </w:rPr>
        <w:t>Nyob rau xyoo 592 BC, Ezekiel raug muab ua neeg “ruam lus” los ntawm txoj kev hwjchim saum ntuj, thiab tsuas hais lus thaum Vajtswv qhib nws lub qhov ncauj xwb. Qhov xwm txheej ntawd txuas mus txog rau thaum Yeluxalees poob rau xyoo 585/6 BC. Vajtswv tau ua kom nws hais lus thaum lub sijhawm raug v</w:t>
      </w:r>
      <w:r>
        <w:rPr>
          <w:rFonts w:ascii="Microsoft YaHei" w:hAnsi="Microsoft YaHei" w:eastAsia="Microsoft YaHei" w:cs="Microsoft YaHei"/>
        </w:rPr>
        <w:t>围</w:t>
      </w:r>
      <w:r>
        <w:rPr>
          <w:rFonts w:ascii="Times New Roman" w:hAnsi="Times New Roman" w:eastAsia="Times New Roman" w:cs="Times New Roman"/>
        </w:rPr>
        <w:t xml:space="preserve"> pib, hnub uas “yam nws” “ob lub qhov muag” “ntshaw” tuag lawm, tiamsis nws tsis raug tso cai kom hais lus ywj siab mus txog thaum Yeluxalees, “yam” Yixayee “ob lub qhov muag” “ntshaw,” twb poob lawm. Yeluxalees txoj kev poob sawv cev rau txoj cai Hnub Caiv uas yuav los sai sai no, thiab nyob ntawd yog leej txiv ntawm Yauhas tus Neeg Ua Kevcai Raus Dej, ib tug pov thawj ntawm qib yim, tus uas raug ua ruam lus thaum tabtom ua haujlwm hauv lub tuam tsev, uas yog qhov chaw Ezekiel nyob (hauv zaj yog toog) kuj raug ua ruam lus tau kwv yees li cuaj lub hlis thiab. Nws yog rau hnub yim tom qab Yauhas yug los, thaum Yauhas tabtom raug ua kevcai txiav, uas nws thiaj raug tso cai hais lus. Ob tug yaj saub raug ua ruam lus thaum nyob hauv lub chaw dawb huv. Tus yaj saub thib peb uas raug ua ruam lus thaum tabtom ntsia Khetos hauv lub chaw dawb huv yog Daniyee. Hauv tshooj kaum, Daniyee nyob hauv lub chaw dawb huv, thiab ib yam li nws tabtom raug kov zaum ob ntawm peb zaug, nws raug ua ruam lus. Nyob rau ntawm lub ntsiab nruab nrab Daniyee raug ua ruam lus.</w:t>
      </w:r>
    </w:p>
    <w:p>
      <w:pPr>
        <w:pStyle w:val="ArticleScripture"/>
        <w:jc w:val="left"/>
      </w:pPr>
      <w:r>
        <w:rPr>
          <w:rFonts w:ascii="Times New Roman" w:hAnsi="Times New Roman" w:eastAsia="Times New Roman" w:cs="Times New Roman"/>
        </w:rPr>
        <w:t>Thiab thaum nws tau hais tej lus zoo li ntawd rau kuv lawm, kuv tig ntsej muag rau hauv av, thiab kuv los ua neeg tsis taus hais lus. Thiab saib seb, ib tug uas zoo li tus yam ntxwv ntawm cov tub ntawm neeg tau kov kuv daim di ncauj; ces kuv qhib kuv lub qhov ncauj, thiab hais lus, thiab hais rau tus uas sawv ntawm kuv xub ntiag tias, Au kuv tus tswv, vim yog lub zeem muag no kuv tej kev quaj ntsuag tau los raug kuv, thiab kuv tsis tshuav ib qho zog li. Daniel 10:15, 16.</w:t>
      </w:r>
    </w:p>
    <w:p>
      <w:pPr>
        <w:pStyle w:val="ArticleHeading"/>
        <w:jc w:val="left"/>
      </w:pPr>
      <w:r>
        <w:rPr>
          <w:rFonts w:ascii="Arial" w:hAnsi="Arial" w:eastAsia="Arial" w:cs="Arial"/>
        </w:rPr>
        <w:t>Hais Lus</w:t>
      </w:r>
    </w:p>
    <w:p>
      <w:pPr>
        <w:pStyle w:val="ArticleBody"/>
        <w:jc w:val="left"/>
      </w:pPr>
      <w:r>
        <w:rPr>
          <w:rFonts w:ascii="Times New Roman" w:hAnsi="Times New Roman" w:eastAsia="Times New Roman" w:cs="Times New Roman"/>
        </w:rPr>
        <w:t>Lub cim sawv cev ntawm “kev hais lus” raug cim tseg rau lub sij hawm txoj cai Hnub Sunday uas yuav los sai no thaum Tebchaws Meskas hais lus zoo li ib tug zaj, tus nees luav ntawm Bala-as hais lus, lub zeem muag ntawm Habakkuk hais lus thiab tsis dag. Peb tug yaj saub uas ntsiag to, uas raug ua kom ntsiag to thaum lawv nyob hauv lub chaw dawb huv, hais lus thaum Yeluxalees raug rhuav tshem. Nrog Xakhaliyas, nws hais lus los txheeb tias lub npe tshiab ntawm nws tus tub yog tseeb, li no ua piv txwv txog cov Filadefias uas tau txais ib lub npe tshiab.</w:t>
      </w:r>
    </w:p>
    <w:p>
      <w:pPr>
        <w:pStyle w:val="ArticleScripture"/>
        <w:jc w:val="left"/>
      </w:pPr>
      <w:r>
        <w:rPr>
          <w:rFonts w:ascii="Times New Roman" w:hAnsi="Times New Roman" w:eastAsia="Times New Roman" w:cs="Times New Roman"/>
        </w:rPr>
        <w:t>Tus uas kovyeej lawm, kuv yuav tsa nws ua ib tug ncej hauv lub tuam tsev ntawm kuv tus Vajtswv, thiab nws yuav tsis tawm mus ntxiv lawm li; thiab kuv yuav sau rau saum nws kuv tus Vajtswv lub npe, thiab kuv tus Vajtswv lub nroog lub npe, uas yog lub nroog Yeluxalees tshiab, uas nqes saum ntuj los ntawm kuv tus Vajtswv los: thiab kuv yuav sau rau saum nws kuv lub npe tshiab. Tshwm Sim 3:12.</w:t>
      </w:r>
    </w:p>
    <w:p>
      <w:pPr>
        <w:pStyle w:val="ArticleBody"/>
        <w:jc w:val="left"/>
      </w:pPr>
      <w:r>
        <w:rPr>
          <w:rFonts w:ascii="Times New Roman" w:hAnsi="Times New Roman" w:eastAsia="Times New Roman" w:cs="Times New Roman"/>
        </w:rPr>
        <w:t>Xakhaliyas raug muab ib daim txiag los sau Yauhas tsev neeg lub npe tshiab.</w:t>
      </w:r>
    </w:p>
    <w:p>
      <w:pPr>
        <w:pStyle w:val="ArticleScripture"/>
        <w:jc w:val="left"/>
      </w:pPr>
      <w:r>
        <w:rPr>
          <w:rFonts w:ascii="Times New Roman" w:hAnsi="Times New Roman" w:eastAsia="Times New Roman" w:cs="Times New Roman"/>
        </w:rPr>
        <w:t>Thaum txog hnub yim, lawv tuaj ua kevcai txiav daim tawv qau rau tus menyuam; thiab lawv hu nws ua Xakhaliyas raws li nws txiv lub npe. Tiamsis nws niam teb hais tias, Tsis yog li ntawd; nws yuav tsum hu ua Yauhas. Thiab lawv hais rau nws tias, Hauv nej caj ces tsis muaj leejtwg hu los ntawm lub npe no. Thiab lawv txawj txav tes rau nws txiv, xav paub tias nws xav kom hu tus menyuam li cas. Thiab nws thov ib daim txiag sau ntawv, ces sau hais tias, Nws lub npe yog Yauhas. Thiab sawvdaws xav tsis thoob kawg li. Thiab tam sim ntawd nws lub qhov ncauj txawm qhib, nws tus nplaig txawm daws tawm, ces nws hais lus thiab qhuas Vajtswv. Lukas 1:59–64.</w:t>
      </w:r>
    </w:p>
    <w:p>
      <w:pPr>
        <w:pStyle w:val="ArticleBody"/>
        <w:jc w:val="left"/>
      </w:pPr>
      <w:r>
        <w:rPr>
          <w:rFonts w:ascii="Times New Roman" w:hAnsi="Times New Roman" w:eastAsia="Times New Roman" w:cs="Times New Roman"/>
        </w:rPr>
        <w:t>Yauhas tus npe tshiab phim nrog pawg ntseeg Philadelphia, thiab lub npe Zachariah phim nrog Laodicea raws li tau sawv cev los ntawm Zachariah txoj kev tsis ntseeg hauv zaj lus ntawm tus tim tswv thib peb. Txhua tus yaj saub hais txog hnub kawg, thiab hnub kawg yog keeb kwm ntawm tus tim tswv thib peb. Yog li ntawd, tus tim tswv uas coj zaj lus ntawd los yuav tsum yog tus tim tswv thib peb. Zachariah tsis kam nkag siab tias tus Tswv yuav hla dhau pawg ntseeg Xya-hnub Adventist ntawm Laodicea. Tseem muaj ntau yam yuav hais txog kev rov kho suab lus nyob hauv cov yaj saub no, tab sis peb yuav txuas ntxiv mus rau kev nkag siab txog Josiah txoj kab yaj saub.</w:t>
      </w:r>
    </w:p>
    <w:p>
      <w:pPr>
        <w:pStyle w:val="ArticleHeading"/>
        <w:jc w:val="left"/>
      </w:pPr>
      <w:r>
        <w:rPr>
          <w:rFonts w:ascii="Arial" w:hAnsi="Arial" w:eastAsia="Arial" w:cs="Arial"/>
        </w:rPr>
        <w:t>Lub Log ntawm Yauxiya</w:t>
      </w:r>
    </w:p>
    <w:p>
      <w:pPr>
        <w:pStyle w:val="ArticleBody"/>
        <w:jc w:val="left"/>
      </w:pPr>
      <w:r>
        <w:rPr>
          <w:rFonts w:ascii="Times New Roman" w:hAnsi="Times New Roman" w:eastAsia="Times New Roman" w:cs="Times New Roman"/>
        </w:rPr>
        <w:t>Peb twb tau hais txog kaum xya lub voj voog Yubili uas tau pib ntawm Yauxiyas txoj Kevcai Hla Dhau nyob rau xyoo 622 BC, tiam sis txoj kab ntawm Yauxiyas pib ntev ua ntej xyoo 622 BC. Kev tawm tsam ntawm Ixayees uas coj Xa-u los rau saum lub zwm txwv ua thawj tus vajntxwv ntawm Ixayees tau cim plaub caug xyoo uas vajntxwv Xa-u yuav kav, tom qab ntawd yog plaub caug xyoo uas vajntxwv Daviv yuav kav, thiab tom qab ntawd yog plaub caug xyoo uas Xalaumoos yuav kav. Kev tsis lees txais Vajtswv uas ua rau tus yajsaub Xamuyee chim siab heev ntawd tau tshwm sim nyob rau xyoo 1097 BC, thiab pib ib txoj kab faj lem ntawm kev tawm tsam uas xaus rau ntawm tus ntoo khaub lig thaum cov Yudais tshaj tawm tias lawv tsis muaj vajntxwv li tsuas yog Xixas xwb.</w:t>
      </w:r>
    </w:p>
    <w:p>
      <w:pPr>
        <w:pStyle w:val="ArticleScripture"/>
        <w:jc w:val="left"/>
      </w:pPr>
      <w:r>
        <w:rPr>
          <w:rFonts w:ascii="Times New Roman" w:hAnsi="Times New Roman" w:eastAsia="Times New Roman" w:cs="Times New Roman"/>
        </w:rPr>
        <w:t>Tiamsis lawv qw nrov hais tias, Cia li muab nws tshem mus, muab nws tshem mus, muab nws ntsia saum ntoo khaublig. Pilaj hais rau lawv tias, Kuv puas yuav tsum ntsia nej tus Vajntxwv saum ntoo khaublig? Cov thawj pov thawj teb tias, Peb tsis muaj vajntxwv dua li Xixas. Yauhas 19:15.</w:t>
      </w:r>
    </w:p>
    <w:p>
      <w:pPr>
        <w:pStyle w:val="ArticleBody"/>
        <w:jc w:val="left"/>
      </w:pPr>
      <w:r>
        <w:rPr>
          <w:rFonts w:ascii="Times New Roman" w:hAnsi="Times New Roman" w:eastAsia="Times New Roman" w:cs="Times New Roman"/>
        </w:rPr>
        <w:t>Xyoo 1097, peb tug vajntxwv yuav kav ib leeg tau plaub caug xyoo mus txog thaum Xalaumoos tuag xyoo 977 BC, thaum ntawd lub nceeg vaj thiaj faib ua qaum teb thiab qab teb.</w:t>
      </w:r>
    </w:p>
    <w:p>
      <w:pPr>
        <w:pStyle w:val="ArticleScripture"/>
        <w:jc w:val="left"/>
      </w:pPr>
      <w:r>
        <w:rPr>
          <w:rFonts w:ascii="Times New Roman" w:hAnsi="Times New Roman" w:eastAsia="Times New Roman" w:cs="Times New Roman"/>
        </w:rPr>
        <w:t>Tom qab ntawd lawv thiaj xav tau ib tug vajntxwv; thiab Vajtswv muab Xa-u, Cias tus tub, uas yog ib tug neeg ntawm xeem Npeeyamee, rau lawv kav tau plaub caug xyoo. Tubtxib Tes Haujlwm 13:21.</w:t>
      </w:r>
    </w:p>
    <w:p>
      <w:pPr>
        <w:pStyle w:val="ArticleScripture"/>
        <w:jc w:val="left"/>
      </w:pPr>
      <w:r>
        <w:rPr>
          <w:rFonts w:ascii="Times New Roman" w:hAnsi="Times New Roman" w:eastAsia="Times New Roman" w:cs="Times New Roman"/>
        </w:rPr>
        <w:t>Daviv muaj peb caug xyoo thaum nws pib ua vajntxwv kav, thiab nws kav tau plaub caug xyoo. Nyob hauv Hevron nws kav Yudas tau xya xyoo thiab rau lub hlis; hos nyob hauv Yeluxalees nws kav tau peb caug peb xyoos saum tag nrho cov Ixayees thiab Yudas. 2 Xamuyee 2:4, 5.</w:t>
      </w:r>
    </w:p>
    <w:p>
      <w:pPr>
        <w:pStyle w:val="ArticleBody"/>
        <w:jc w:val="left"/>
      </w:pPr>
      <w:r>
        <w:rPr>
          <w:rFonts w:ascii="Times New Roman" w:hAnsi="Times New Roman" w:eastAsia="Times New Roman" w:cs="Times New Roman"/>
        </w:rPr>
        <w:t>Xalaumoo txoj kev kav tebchaws pib xyoo 1017 BC; lub hauv paus ntawm lub Tuam Tsev raug tsa rau hauv Xalaumoo xyoo plaub (1013 BC). Kev txhim kho kav tau xya xyoo (1 Vajntxwv 6:37–38), thiab lub Tuam Tsev raug ua tiav rau lub hli yim hauv Xalaumoo xyoo kaum ib. Kev fij tseg raws cai tau muaj nyob rau lub hli xya (lub hli Ethanim), thaum lub Koobtsheej Tsev Pheebsuab (1 Vajntxwv 8; 2 Vaj Keeb Kwm 5–7), xyoo 1006 BC. Cov vajntxwv, lub Tuam Tsev, thiab lub tebchaws txhua yam puavleej raug sawv cev hauv keeb kwm nrog ib ncua sijhawm plaub puas cuaj caum xyoo, uas meej tseeb cim tseg ib lub sijhawm yaj saub hauv kev sib raug rau cov vajntxwv, lub Tuam Tsev, lossis lub tebchaws.</w:t>
      </w:r>
    </w:p>
    <w:p>
      <w:pPr>
        <w:pStyle w:val="ArticleBody"/>
        <w:jc w:val="left"/>
      </w:pPr>
      <w:r>
        <w:rPr>
          <w:rFonts w:ascii="Times New Roman" w:hAnsi="Times New Roman" w:eastAsia="Times New Roman" w:cs="Times New Roman"/>
        </w:rPr>
        <w:t>Daniyees raug coj mus ua qhev nyob rau xyoo 607 BC, txawm yog feem coob ntawm cov kws txheeb sijhawm hauv phau Vajlugkub lees tias yog 605 BC. Cov ntaub ntawv keeb kwm yuav tsum sib haum nrog zaj lus tim khawv yav tom ntej, thiab lub cim txhais ntawm tej xwm txheej uas raug cim tseg raws txoj kab keeb kwm uas pib nrog txoj kev ntshaw yuav muaj ib tug vajntxwv nyob rau xyoo 1097 BC yuam kom muaj ntau tus tim khawv yav tom ntej lees tias 607 BC yog qhov siv tau raug, tsis yog 605 BC. Xyoo 607 BC cim txog qhov kawg ntawm plaub puas cuaj caug xyoo hauv txoj kab ntawm cov vajntxwv, tab sis nws kuj yog qhov pib ntawm ib qho ntawm peb qhov sawv cev tseem ceeb ntawm xya caum xyoo uas tshwm sim hauv txoj kab ntawd thiab. Xyoo 607 BC cim txog qhov kawg ntawm xya caum xyoo uas pib nrog kev raug coj mus ua qhev ntawm Manaxes nyob rau xyoo 677 BC. Thawj qhov sawv cev ntawm lub cim plaub puas cuaj caug xyoo (uas muaj peb tug tim khawv nyob hauv txoj kab), xaus rau ntawm qhov chaw uas ib tug ntawm peb tug tim khawv ntawm xya caum xyoo xaus lawm thiab lwm tug tim khawv ntawm xya caum xyoo pib; tus qauv lej ua tim khawv rau 607 BC, txawm yog muaj lub tswv yim hais tias Daniyees raug coj mus ua qhev nyob rau xyoo 605 BC.</w:t>
      </w:r>
    </w:p>
    <w:p>
      <w:pPr>
        <w:pStyle w:val="ArticleBody"/>
        <w:jc w:val="left"/>
      </w:pPr>
      <w:r>
        <w:rPr>
          <w:rFonts w:ascii="Times New Roman" w:hAnsi="Times New Roman" w:eastAsia="Times New Roman" w:cs="Times New Roman"/>
        </w:rPr>
        <w:t>Nyob hauv txoj kab uas muaj ib ntu 490 xyoo uas txuas nrog cov vaj ntxwv txij xyoo 1097 BC mus txog 607 BC, kuj tseem muaj 490 xyoo txij thaum fij tseg Xalaumoo lub Tuam Tsev mus txog thaum fij tseg lub Tuam Tsev tom qab kev raug ntiab tawm los ntawm Xeloobabel hauv xyoo 516 BC. Qhov 490 xyoo ntawd muaj 420 xyoo txij Xalaumoo qhov kev fij tseg hauv nws xyoo kaum ib, ntxiv rau 70 xyoo uas lub Tuam Tsev nyob twjywm qhuav qhawv thaum lub sijhawm raug ntes mus nyob txim, ua ke sib npaug 490 xyoo. Txoj cai tshaj tawm thib peb ntawm Ataxawxes tuaj txog 59 xyoo tom qab ntawd hauv xyoo 457 BC, thiab cim qhia qhov pib ntawm 490 xyoo uas raug “txiav tseg” (cut off, Daniel 9:24) rau Vajtswv haiv neeg, uas xaus rau xyoo 34 thaum Stivhen raug muab pob zeb ntaus tuag. Tseeb tiag, tseem muaj ntau lwm yam pov thawj tob heev hauv kev suav sijhawm raws lus faj lem hauv txoj kab no, uas pib nrog txoj kev thim Vajtswv uas yog lub hauv paus, yog kev tsis lees yuav Vajtswv thiab tus Ntsuj Plig ntawm Lus Faj Lem hauv xyoo 1097 BC, thiab xaus thaum Stivhen pom Khetos sawv ntawm Vajtswv sab xis. Nyob hauv zaj lus tim khawv no peb pom Yauxiya lub log yaj saub.</w:t>
      </w:r>
    </w:p>
    <w:p>
      <w:pPr>
        <w:pStyle w:val="ArticleBody"/>
        <w:jc w:val="left"/>
      </w:pPr>
      <w:r>
        <w:rPr>
          <w:rFonts w:ascii="Times New Roman" w:hAnsi="Times New Roman" w:eastAsia="Times New Roman" w:cs="Times New Roman"/>
        </w:rPr>
        <w:t>Kuv hais tias “kev thim txojkev ntseeg uas yog lub hauv paus,” vim tias qhov pib ntawm kab ntawd qhia tias thaum twg cov Yixayee tsis kam lees Vajtswv ua lawv tus Vajntxwv, hauv lawv txojkev ntshaw kom muaj ib tug vajntxwv raws li lub ntiajteb no; yog li ntawd thiaj cim tseg ua lub hauv paus ntawm Yixayee txojkev kav tebchaws los ntawm tibneeg. Kuv kuj sau qhov no rau lub log ntawm Yauxiya thiab, uas txhais tias “lub hauv paus ntawm Vajtswv,” yog ib lub cim qhia txog ob yam tibsi: lub hauv paus thiab txojkev thim txojkev ntseeg uas yog lub hauv paus ntawm Vajtswv haiv neeg.</w:t>
      </w:r>
    </w:p>
    <w:p>
      <w:pPr>
        <w:pStyle w:val="ArticleBody"/>
        <w:jc w:val="left"/>
      </w:pPr>
      <w:r>
        <w:rPr>
          <w:rFonts w:ascii="Times New Roman" w:hAnsi="Times New Roman" w:eastAsia="Times New Roman" w:cs="Times New Roman"/>
        </w:rPr>
        <w:t>Thaum Xalaumoo tuag lawm thiab kaum ob xeem tau faib ua sab qaum teb thiab sab qab teb, Yelebooas txoj kev fij tshwj tseg tsa txoj kev pe hawm dag cuav ntawd tau raug tus yaj saub uas tsis mloog lus cem; thiab nws txoj kev cem ntawd muaj nrog zaj lus faj lem hais txog ib tug vajntxwv yuav los tom ntej hu ua Yausiya. Ntawm txoj kev thim Vajtswv thawj cag ntawm Yelebooas thiab kaum xeem sab qaum teb, zaj lus faj lem hais txog Yausiya thiab nws txoj kev tsim kho dua tshiab uas raug cim los ntawm Kev Hla Dhau Loj xyoo 622 BC twb raug hais tseg lawm. Txoj kev tsim kho dua tshiab ntawd tau los txog vim kev nrhiav tau cov ntawv sau ntawm Mauxes thiab kev tshaj tawm txog kev txiav txim rau Vajtswv haiv neeg vim lawv txoj kev thim Vajtswv tsis tu ncua. Thaum cov lus hauv Mauxes tej ntawv sau raug nyeem rau vajntxwv Yausiya, nws ua rau muaj txoj kev tsim kho dua tshiab loj tshaj plaws hauv keeb kwm Phau Qub. Zaj lus faj lem hais txog ib tug me nyuam yuav yug los yav tom ntej hu ua Yausiya kuj muaj nrog txoj kev rau txim yaj saub rau txoj kev thim Vajtswv thawj cag uas tus yaj saub uas tsis mloog lus tau tsa tawm tsam vajntxwv Yelebooas.</w:t>
      </w:r>
    </w:p>
    <w:p>
      <w:pPr>
        <w:pStyle w:val="ArticleBody"/>
        <w:jc w:val="left"/>
      </w:pPr>
      <w:r>
        <w:rPr>
          <w:rFonts w:ascii="Times New Roman" w:hAnsi="Times New Roman" w:eastAsia="Times New Roman" w:cs="Times New Roman"/>
        </w:rPr>
        <w:t>Raws li Daniyees hu nws hu ua, Mauxes txoj kev foom tsis zoo yog “xya lub sij hawm” hauv Levi Tej Kevcai nees nkaum rau, thiab qhov no tau los ua qhov kev tshawb pom uas yog lub hauv paus rau William Miller, tus uas yog lub cim sawv cev rau tej kev tseeb uas yog lub hauv paus ntawm Adventism. Kev txhawb zog rau Miller zaj lus nyob rau hnub tim 11 lub Yim Hli, 1840, tau los txog dhau ntawm tes haujlwm ntawm “Yauxiya” Litch hauv xyoo 1838 thiab 1840. Xyoo 1863 tej lub hauv paus ntawd raug muab tso tseg, thiab “xya lub sij hawm” thiaj los ua ib lub cim tsis yog rau tej kev tseeb uas yog lub hauv paus ntawm cov Millerites Filadefias xwb, tiam sis kuj yog lub cim ntawm kev ntxeev siab ntawm Millerism Laudekias tawm tsam tej lub hauv paus thiab. Keeb kwm ntawm cov Millerites ntawm thawj thiab tus tim tswv thib ob muaj nyob hauv nws txoj kev ua cim ntawm “Yauxiya,” uas yuav raug rov ua dua ib yam nkaus txhua tsab ntawv hauv keeb kwm ntawm ib puas plaub caug plaub txhiab leej. Lub log ntawm Yauxiya ncav rov qab mus txog vajntxwv Xa-u tus dab ua yees siv, thiab tom qab ntawd mus txog kiag rau qhov kev nti tawm ntawm pawg ntseeg Seventh-day Adventist Laudekias thaum txog txoj cai Hnub Caiv. Yauxiya lub log hauv Exekees tam sim no tab tom raug qhib tej foob raws li qhov xaus kawg ntawm kev kaw foob ntawm ib puas plaub caug plaub txhiab leej.</w:t>
      </w:r>
    </w:p>
    <w:p>
      <w:pPr>
        <w:pStyle w:val="ArticleBody"/>
        <w:jc w:val="left"/>
      </w:pPr>
      <w:r>
        <w:rPr>
          <w:rFonts w:ascii="Times New Roman" w:hAnsi="Times New Roman" w:eastAsia="Times New Roman" w:cs="Times New Roman"/>
        </w:rPr>
        <w:t>Peb yuav txuas ntxiv tej yam no nyob rau hauv tsab ntawv txuas ntxiv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ntawm Nqe Plaub Caug – Zauv Nees nkaum tsib</dc:title>
  <dc:subject>Exekees Tus Xov Tooj Rau</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