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 – Zauv Nees nkaum xya</w:t>
      </w:r>
    </w:p>
    <w:p>
      <w:pPr>
        <w:pStyle w:val="ArticleSubtitle"/>
        <w:jc w:val="left"/>
      </w:pPr>
      <w:r>
        <w:rPr>
          <w:rFonts w:ascii="Arial" w:hAnsi="Arial" w:eastAsia="Arial" w:cs="Arial"/>
        </w:rPr>
        <w:t>Ezekiel Zaj Yim Yim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Muaj ‘kaum peb’ qhov kev hais txog tej hnub tim hauv phau ntawv Exekees; rau qhov hais txog Yeluxalees, rau qhov hais txog Iyiv, thiab ib qhov hais txog Thailaub. Tag nrho cov kev hais no raug teem cia nyob hauv lub ntsiab lus ntawm kev ntxeev siab, yam uas tus lej ‘kaum peb’ sawv cev rau. Xyoo tom qab Exekees tus poj niam tuag vim mob stroke, uas cim txog qhov pib ntawm txoj kev</w:t>
      </w:r>
      <w:r>
        <w:rPr>
          <w:rFonts w:ascii="Microsoft YaHei" w:hAnsi="Microsoft YaHei" w:eastAsia="Microsoft YaHei" w:cs="Microsoft YaHei"/>
        </w:rPr>
        <w:t>包围</w:t>
      </w:r>
      <w:r>
        <w:rPr>
          <w:rFonts w:ascii="Times New Roman" w:hAnsi="Times New Roman" w:eastAsia="Times New Roman" w:cs="Times New Roman"/>
        </w:rPr>
        <w:t xml:space="preserve"> zaum peb, Exekees raug txib kom hais tawm tsam Iyiv, qhia meej tias nws yuav raug ua kom puam tsuaj nyob qhuav qhawv tau plaub caug xyoo.</w:t>
      </w:r>
    </w:p>
    <w:p>
      <w:pPr>
        <w:pStyle w:val="ArticleScripture"/>
        <w:jc w:val="left"/>
      </w:pPr>
      <w:r>
        <w:rPr>
          <w:rFonts w:ascii="Times New Roman" w:hAnsi="Times New Roman" w:eastAsia="Times New Roman" w:cs="Times New Roman"/>
        </w:rPr>
        <w:t>Thiab kuv yuav ua rau thaj av Ixayees tebchaws ua suab puam nyob nruab nrab ntawm cov tebchaws uas raug ua kom puam tsuaj, thiab nws tej nroog uas nyob nruab nrab ntawm cov nroog uas raug rhuav tshem yuav nyob puam tsuaj tau plaub caug xyoo; thiab kuv yuav muab cov neeg Ixayees tawg khiav mus nyob hauv ntau haiv neeg, thiab yuav faib lawv mus thoob plaws tej tebchaws. Tiamsis tus Tswv Vajtswv hais li no tias; Thaum kawg ntawm plaub caug xyoo kuv yuav sau cov neeg Ixayees los ntawm cov haiv neeg uas lawv raug muab tawg khiav mus nyob ntawd los: Thiab kuv yuav coj kev raug kaw ntawm Ixayees rov qab los, thiab yuav ua rau lawv rov qab mus rau hauv thaj av Pathros, uas yog thaj av lawv chaw nyob; thiab lawv yuav ua ib lub tebchaws qis. Exekees 29:12–14.</w:t>
      </w:r>
    </w:p>
    <w:p>
      <w:pPr>
        <w:pStyle w:val="ArticleBody"/>
        <w:jc w:val="left"/>
      </w:pPr>
      <w:r>
        <w:rPr>
          <w:rFonts w:ascii="Times New Roman" w:hAnsi="Times New Roman" w:eastAsia="Times New Roman" w:cs="Times New Roman"/>
        </w:rPr>
        <w:t>Kev kev vauv pib rau xyoo 588 BC, thiab ib xyoos tom qab ntawd hauv 587 BC Exekees raug txib kom hais lus. Nyob hauv nqe “kaum xya,” xyoo 571 BC qhia tias tim lyiv teb chaws yuav raug muab rau Npanpiloo vim tej kev pab uas tau ua lawm. Cov neeg txheeb caij nyoog hauv Vajlugkub qhia tias xyoo 567 BC mus txog 527 BC yog lub sijhawm plaub caug xyoo uas tau raug teev tseg hauv cov nqe ntawd, thiab txij ntawm thawj lo lus txiav txim uas tau tshaj tawm hauv 587 BC mus txog rau lo lus tshaj tawm hauv nqe kaum xya xyoo 571 BC tias tus Tswv twb muab tim lyiv teb chaws rau hauv Nebukhanexas txhais tes lawm, peb pom ib lub sijhawm “kaum xya xyoo.”</w:t>
      </w:r>
    </w:p>
    <w:p>
      <w:pPr>
        <w:pStyle w:val="ArticleBody"/>
        <w:jc w:val="left"/>
      </w:pPr>
      <w:r>
        <w:rPr>
          <w:rFonts w:ascii="Times New Roman" w:hAnsi="Times New Roman" w:eastAsia="Times New Roman" w:cs="Times New Roman"/>
        </w:rPr>
        <w:t>Nebukhanexas cov tub rog tau ua ib txoj kev sib ntaus rog ntev thiab nyuaj tawm tsam Tais (kev kawv thaiv kav ntev li 13 xyoos, kwv yees 586–573 BC). Cov tub rog tau ua haujlwm hnyav kawg nkaus (txhua lub taub hau raug chais plhuav thiab txhua lub xub pwg raug txhuam doog liab vim ris nra hnyav), los lawv tsis tau txais ib qho nyiaj zog lossis ib qho khoom txeeb muaj nqis dabtsi los ntawm Tais nws tus kheej. Vim txoj haujlwm uas tsis muaj txiaj ntsig no, Vajtswv thiaj tau txiav txim siab muab tim lyiv teb chaws rau Nebukhanexas ua nqi zog (“nyiaj zog”) rau txoj haujlwm uas nws cov tub rog tau ua tawm tsam Tais.</w:t>
      </w:r>
    </w:p>
    <w:p>
      <w:pPr>
        <w:pStyle w:val="ArticleScripture"/>
        <w:jc w:val="left"/>
      </w:pPr>
      <w:r>
        <w:rPr>
          <w:rFonts w:ascii="Times New Roman" w:hAnsi="Times New Roman" w:eastAsia="Times New Roman" w:cs="Times New Roman"/>
        </w:rPr>
        <w:t>Thiab nyob twj ywm hauv tib lub tsev ntawd, noj thiab haus tej yam uas lawv muab rau nej; rau qhov tus neeg ua hauj lwm tsim nyog tau nws cov nqi zog. Tsis txhob mus ib lub tsev rau ib lub tsev. Luka 10:7.</w:t>
      </w:r>
    </w:p>
    <w:p>
      <w:pPr>
        <w:pStyle w:val="ArticleBody"/>
        <w:jc w:val="left"/>
      </w:pPr>
      <w:r>
        <w:rPr>
          <w:rFonts w:ascii="Times New Roman" w:hAnsi="Times New Roman" w:eastAsia="Times New Roman" w:cs="Times New Roman"/>
        </w:rPr>
        <w:t>Vim li no Nebukhadnejas thiaj txeeb thawj zaug lub nroog Tyre, thiab tom qab qhov kev vij ntawd uas kav tau kaum peb xyoos, nws kuj tau muab Iyi teb chaws rau nws thiab. Ua ntej nws txeeb Tyre, nws twb txeeb Yeluxalees xyoo 586 BC lawm; tom qab ntawd nws ua tiav ib qho kev vij Tyre uas kav tau kaum peb xyoos, thiab tom qab ntawd mam li Iyi teb chaws. Yeluxalees raug txeeb xyoo 586 BC, thiab kev vij Tyre pib xyoo 586 BC mus txog xyoo 573 BC. Tus lej kaum peb muaj kev cuam tshuam nrog Tebchaws Meskas.</w:t>
      </w:r>
    </w:p>
    <w:p>
      <w:pPr>
        <w:pStyle w:val="ArticleBody"/>
        <w:jc w:val="left"/>
      </w:pPr>
      <w:r>
        <w:rPr>
          <w:rFonts w:ascii="Times New Roman" w:hAnsi="Times New Roman" w:eastAsia="Times New Roman" w:cs="Times New Roman"/>
        </w:rPr>
        <w:t>Muam White qhia rau peb paub tias Yeluxalees hauv phau ntawv Exekees sawv cev rau pawg ntseeg Xya-Hnub Adventist Laodicea, thiab Nenpukhanexas, tus vaj ntxwv sab qaum teb, sawv cev rau hwj chim txiv plig nyob rau hnub kawg. Hauv daim duab piv txwv keeb kwm ntawm tshooj nees nkaum cuaj, cov tub sab ntawm koj haiv neeg nyob rau hnub kawg, uas sawv cev rau Loos txiv plig, kov yeej peb pab pawg hauv tshooj ntawd. Ua ntej nws txeeb Yeluxalees, tom qab ntawd Thailab, thiab thaum kawg Iyi tebchaws.</w:t>
      </w:r>
    </w:p>
    <w:p>
      <w:pPr>
        <w:pStyle w:val="ArticleBody"/>
        <w:jc w:val="left"/>
      </w:pPr>
      <w:r>
        <w:rPr>
          <w:rFonts w:ascii="Times New Roman" w:hAnsi="Times New Roman" w:eastAsia="Times New Roman" w:cs="Times New Roman"/>
        </w:rPr>
        <w:t>Kev txiav txim pib ntawm Vajtswv lub tsev, thiab lub kub ntawm Kev Ntseeg Kas Tos Liv Tsis Yog hauv Tebchaws Meskas raug kov yeej ua ntej txoj cai Sunday. Lub kub ntawm kev ntxeev siab ntawm Kev Ntseeg Kas Tos Liv Tsis Yog hauv Tebchaws Meskas suav nrog pawg ntseeg Xya-hnub Adventist ntawm Laodicea uas sawv cev rau “cov qub” pejxeem ntawm txoj kev khi lus, cov uas raug hla tseg ib yam li Ixayees thaum ub hauv xyoo 34 thiab cov Protestants hauv xyoo 1844. Kev raug hla tseg ntawm cov qub pejxeem ntawm Vajtswv hauv xyoo 34 thiab 1844 yog ob qho tib si raug sawv cev hauv keeb kwm yaj saub ntawm zaj lus faj lem ob txhiab peb puas xyoo hauv Daniel 8:14. Kev txiav txim pib nrog Vajtswv lub tsev, thiab lub kub ntawm Protestantism raug txiav txim ua ntej lub kub ntawm Republicanism.</w:t>
      </w:r>
    </w:p>
    <w:p>
      <w:pPr>
        <w:pStyle w:val="ArticleScripture"/>
        <w:jc w:val="left"/>
      </w:pPr>
      <w:r>
        <w:rPr>
          <w:rFonts w:ascii="Times New Roman" w:hAnsi="Times New Roman" w:eastAsia="Times New Roman" w:cs="Times New Roman"/>
        </w:rPr>
        <w:t>Vim lub sij hawm twb los txog uas kev txiav txim yuav tsum pib ntawm Vajtswv lub tsev; thiab yog tias nws xub pib ntawm peb, ces qhov kawg ntawm cov uas tsis mloog Vajtswv txoj moo zoo yuav zoo li cas? 1 Peter 4:17.</w:t>
      </w:r>
    </w:p>
    <w:p>
      <w:pPr>
        <w:pStyle w:val="ArticleBody"/>
        <w:jc w:val="left"/>
      </w:pPr>
      <w:r>
        <w:rPr>
          <w:rFonts w:ascii="Times New Roman" w:hAnsi="Times New Roman" w:eastAsia="Times New Roman" w:cs="Times New Roman"/>
        </w:rPr>
        <w:t>Qhov kev hais thawj zaug txog kev txiav txim rau tim lyiv teb chaws nyob hauv nqe ib ntawm tshooj nees nkaum cuaj, thiab hnub tim kawg uas Ezekiel hais txog uas muaj feem xyuam nrog tim lyiv teb chaws nyob hauv nqe “kaum xya” ntawm tib tshooj ntawd. Tshooj ntawd qhia tias Loos niaj hnub xub kov yeej lub kub ntawm Protestantism ua ntej, ces mam kov yeej Tyre, uas sawv cev rau lub kub ntawm Republicanism uas yuav raug kov yeej thaum txoj cai Sunday uas tab tom yuav los txog. Thaum Tyre (Tebchaws Meskas) raug Nebuchadnezzar kov yeej thaum txoj cai Sunday, tim lyiv teb chaws kuj raug muab rau hauv nws txhais tes thiab. Thaum ntawd qhov txhab tuag taus ntawm papacy raug kho zoo. Tsis yog tsuas yog qhov txhab tuag taus ntawm papacy thiaj raug kho zoo thaum ntawd xwb, tabsis Ezekiel qhia rau peb tias qhov no tshwm sim nyob rau lub sijhawm ntawm nag tom qab.</w:t>
      </w:r>
    </w:p>
    <w:p>
      <w:pPr>
        <w:pStyle w:val="ArticleScripture"/>
        <w:jc w:val="left"/>
      </w:pPr>
      <w:r>
        <w:rPr>
          <w:rFonts w:ascii="Times New Roman" w:hAnsi="Times New Roman" w:eastAsia="Times New Roman" w:cs="Times New Roman"/>
        </w:rPr>
        <w:t>Nyob rau hnub ntawd kuv yuav ua kom lub kub ntawm tsev neeg Ixayees txi tuaj, thiab kuv yuav pub kom koj lub qhov ncauj qhib rau hauv lawv nruab nrab; thiab lawv yuav paub tias kuv yog tus Tswv. Exekees 29:21.</w:t>
      </w:r>
    </w:p>
    <w:p>
      <w:pPr>
        <w:pStyle w:val="ArticleHeading"/>
        <w:jc w:val="left"/>
      </w:pPr>
      <w:r>
        <w:rPr>
          <w:rFonts w:ascii="Arial" w:hAnsi="Arial" w:eastAsia="Arial" w:cs="Arial"/>
        </w:rPr>
        <w:t>Yakhauj thiab Ixayees</w:t>
      </w:r>
    </w:p>
    <w:p>
      <w:pPr>
        <w:pStyle w:val="ArticleBody"/>
        <w:jc w:val="left"/>
      </w:pPr>
      <w:r>
        <w:rPr>
          <w:rFonts w:ascii="Times New Roman" w:hAnsi="Times New Roman" w:eastAsia="Times New Roman" w:cs="Times New Roman"/>
        </w:rPr>
        <w:t>Yaxayas qhia tias cov Yixayee pib txi, tawg paj, thiab ua rau tag nrho lub ntiajteb puv npo nrog txiv hmab txiv ntoo. Yog nag uas ua rau muaj peb theem no—kev pib txi, kev tawg paj, thiab kev txi txiv—thiab raws li Yaxayas hais, nag tom qab los txog thaum “cua hlob” raug txwv tseg. Nws tseem qhia ntxiv tias nyob rau lub caij ntawm kev pib txi, kev tawg paj, thiab kev txi txiv ntawd, Yakhauj tej kev txhaum yuav tsum raug ntxuav kom huv, thiab lo lus Henplais uas raug txhais tias “ntxuav kom huv” txhais tias raug ua kev theej txhoj.</w:t>
      </w:r>
    </w:p>
    <w:p>
      <w:pPr>
        <w:pStyle w:val="ArticleScripture"/>
        <w:jc w:val="left"/>
      </w:pPr>
      <w:r>
        <w:rPr>
          <w:rFonts w:ascii="Times New Roman" w:hAnsi="Times New Roman" w:eastAsia="Times New Roman" w:cs="Times New Roman"/>
        </w:rPr>
        <w:t>Thaum ntsuas raws li qhov tsim nyog, thaum nws tawg tuaj, koj yuav hais txim nrog nws; Nws txwv Nws cua hlob hnyav rau hnub uas cua tuaj sab hnub tuaj. Vim li no thiaj yuav ntxuav Yakhauj tej kev txhaum kom dawb huv; thiab qhov no yog tag nrho cov txiv uas yuav tshem nws txoj kev txhaum mus; thaum nws ua kom tag nrho cov pob zeb ntawm lub thaj txi ntuj zoo li tej pob zeb dawb mos uas raug ntaus tawg ua tej daim, cov chaw teev mlom thiab cov duab puab yuav tsis sawv nyob. Yaxayas 27:8, 9.</w:t>
      </w:r>
    </w:p>
    <w:p>
      <w:pPr>
        <w:pStyle w:val="ArticleBody"/>
        <w:jc w:val="left"/>
      </w:pPr>
      <w:r>
        <w:rPr>
          <w:rFonts w:ascii="Times New Roman" w:hAnsi="Times New Roman" w:eastAsia="Times New Roman" w:cs="Times New Roman"/>
        </w:rPr>
        <w:t>Thaum plaub cua (nws tej cua hlob) ntawm kev sib ceg raug txwv cia lawm, kev muab cim rau ib puas plaub caug plaub txhiab tus pib, thiab cov neeg txawj ntse thiab cov neeg phem hauv Adventism raug cais tawm thaum kawg, thiab tag nrho tej no raug ua tiav nyob rau hauv “hnub ntawm cua tuaj sab hnub tuaj.” Lub sijhawm muab cim tau pib nrog ib qho kev txau me me thaum 9/11, thiab nws xaus nrog ib qho kev nchuav tawm puv npo rau lub sijhawm Sunday law thaum ntawd lub ntiaj teb thiaj puv npo nrog txiv hmab txiv ntoo. Lub sijhawm muab cim yog ib qho kev ua kom dawb huv thiab kev ntxuav kom huv zuj zus raws li Malakhi tshooj peb. Tiamsis nyob rau hauv lub sijhawm kaum xya xyoo uas raug sawv cev los ntawm hnub pib thiab hnub xaus ntawm Exekees nees nkaum cuaj, muaj kev kov yeej lub nceeg vaj thib rau ntawm Vajlugkub tej lus faj lem raws li Yeluxalees sawv cev, uas yog ib lub cim ntawm lub kub ntawm Protestantism—pawg ntseeg thiab The-auj, ib lub cim ntawm lub kub lossis Republicanism—lub xeev. Tsis ntev tom qab qhov kawg ntawm kaum peb xyoos kev kaw The-auj, kev kov yeej lub nceeg vaj thib xya ntawm kaum tus vajntxwv uas tim lyiv teb chaws sawv cev thiaj muaj tshwm sim. Peb qhov kev kov yeej ntawm Yeluxalees, The-auj thiab Tim lyiv teb chaws tshwm sim thaum “lub kub ntawm tsev neeg Ixayees” tawg paj tawm, thiab raug pub ib qho kev qhib ntawm lub qhov ncauj.</w:t>
      </w:r>
    </w:p>
    <w:p>
      <w:pPr>
        <w:pStyle w:val="ArticleBody"/>
        <w:jc w:val="left"/>
      </w:pPr>
      <w:r>
        <w:rPr>
          <w:rFonts w:ascii="Times New Roman" w:hAnsi="Times New Roman" w:eastAsia="Times New Roman" w:cs="Times New Roman"/>
        </w:rPr>
        <w:t>Ob txoj kev ntsiag to ntawm tus pov thawj Ezekiel thiab tus pov thawj Zacharias ob leeg xaus rau ntawm txoj cai Hnub Caiv, thaum Tebchaws Meskas thiab Npaalas tus nees luav ob leeg hais lus. Tus Tswv pub “kev qhib ntawm lub qhov ncauj” rau tsev neeg Ixayees rau ntawm txoj cai Hnub Caiv. Yakhauj tej kev txhaum twb raug ntxuav tseg lawm thaum ntawd, thiab nws lub npe raug hloov mus ua tsev neeg Ixayees. Txoj xov uas lawv tshaj tawm yog sawv cev los ntawm tus tim khawv thib peb ntawm txoj kev ua yaj saub ntsiag to, uas sawv cev los ntawm Daniyee, uas thaum ntawd tau txais txoj xov ntawm Daniyee tshooj kaum ib, uas kuj yog Habakkuk lub zeem muag uas thaum ntawd ‘hais lus thiab tsis dag.’ Ezekiel, Zacharias, thiab Daniyee sib haum nrog txoj kev tshaj tawm ntawm lub suab quaj nrov ntawm tus tim tswv thib peb, ib yam li Yelemis hauv tshooj kaum tsib uas tau cog lus tseg tias nws yuav yog Vajtswv lub qhov ncauj yog nws rov qab tawm ntawm thawj qhov kev poob siab.</w:t>
      </w:r>
    </w:p>
    <w:p>
      <w:pPr>
        <w:pStyle w:val="ArticleScripture"/>
        <w:jc w:val="left"/>
      </w:pPr>
      <w:r>
        <w:rPr>
          <w:rFonts w:ascii="Times New Roman" w:hAnsi="Times New Roman" w:eastAsia="Times New Roman" w:cs="Times New Roman"/>
        </w:rPr>
        <w:t>Vim li cas kuv qhov mob thiaj nyob mus li, thiab kuv qhov txhab thiaj kho tsis tau, uas tsis kam txais kev kho? Koj puas yuav ua rau kuv ib yam li tus dag, thiab zoo li tej dej uas qhuav tas? Vim li no tus Tswv hais li no tias, Yog koj tig rov los, ces kuv yuav coj koj rov qab los, thiab koj yuav sawv ntawm kuv xub ntiag; thiab yog koj cais yam muaj nqis tawm ntawm yam qias neeg, koj yuav zoo li kuv lub qhov ncauj; cia lawv tig rov los cuag koj; tiam sis koj txhob tig rov qab mus cuag lawv. Yelemis 15:18, 19.</w:t>
      </w:r>
    </w:p>
    <w:p>
      <w:pPr>
        <w:pStyle w:val="ArticleBody"/>
        <w:jc w:val="left"/>
      </w:pPr>
      <w:r>
        <w:rPr>
          <w:rFonts w:ascii="Times New Roman" w:hAnsi="Times New Roman" w:eastAsia="Times New Roman" w:cs="Times New Roman"/>
        </w:rPr>
        <w:t>Yexus nthuav qhia qhov kawg los ntawm qhov pib, thiab rau 9/11 kev txau dej tau ua kom hlav paj, thiab tsob nroj ntawm Yakhauj pib loj hlob; thiab thaum kawg, thaum txoj kev ua txhaum ntawm Yakhauj raug ntxuav kom dawb huv lawm, tsev neeg Ixayees yuav hais lus. Qhov kev tawm paj hlav ntawm 9/11 uas tau ua tiav los ntawm nag ntawd yog ib qho piv txwv qhia txog kev tawm paj hlav thaum kawg ntawm lub sijhawm muab khi, thaum “lub kub” ntawm tsev neeg Ixayees tawm paj hlav, nyob rau qhov chaw uas cov kub ntawm Protestantism uas tau thim txoj kev ntseeg thiab Republicanism raug Nebukhanexas kov yeej.</w:t>
      </w:r>
    </w:p>
    <w:p>
      <w:pPr>
        <w:pStyle w:val="ArticleBody"/>
        <w:jc w:val="left"/>
      </w:pPr>
      <w:r>
        <w:rPr>
          <w:rFonts w:ascii="Times New Roman" w:hAnsi="Times New Roman" w:eastAsia="Times New Roman" w:cs="Times New Roman"/>
        </w:rPr>
        <w:t>Thaum lub sijhawm ntawd, qhov kev sib txawv ntawm lub kub cuav ntawm Kev Ntseeg Protestant raug muab piv rau lub kub tseeb ntawm Kev Ntseeg Protestant, raws li tau ua yam ntxwv los ntawm Aaron tus pas nrig uas tawg paj, sib txawv ntawm lwm cov pas nrig ntawm cov xeem Ixayees. Ob hnub tim nyob hauv Ezekiel tshooj nees nkaum cuaj qhia txog keeb kwm ntawm kev tsa tus chij cim ntawm ib puas plaub caug plaub txhiab thaum txoj cai Hnub Caiv cuav uas yuav los sai no.</w:t>
      </w:r>
    </w:p>
    <w:p>
      <w:pPr>
        <w:pStyle w:val="ArticleBody"/>
        <w:jc w:val="left"/>
      </w:pPr>
      <w:r>
        <w:rPr>
          <w:rFonts w:ascii="Times New Roman" w:hAnsi="Times New Roman" w:eastAsia="Times New Roman" w:cs="Times New Roman"/>
        </w:rPr>
        <w:t>Txoj txheej txheem ntawm kev tawm paj ntsuag, tawg paj, thiab puv npo lub ntiajteb nrog txiv hmab txiv ntoo tau pib thaum kev txau los nag yav tom kawg rau hnub 9/11, ib yam li lub caij Peetekos tau pib thaum Khetos tshuab ob peb tee dej rau saum Nws cov thwjtim uas coj mus txog Peetekos thaum kev ntws los puv npo tau tshwm sim. Kev tawm paj ntsuag ntawm 9/11 thaum pib ntawm kev lim kom huv ntawm Yakhauj (tus hloov chaw), uas yog lub sijhawm muab ntim foob, tau ua hom qhia txog kev tawm paj ntsuag ntawm tsev neeg Ixayees (tus kov yeej) thaum txoj cai Hnub Caiv. Kev tawm paj ntsuag thaum kawg yog tab tom cim ib qho kev cais txawv ntawm cov neeg qub lus cog tseg thiab ib puas plaub caug plaub txhiab leej, ib yam li kev ntws los ntawm hluav taws saum Roob Khaumees tau ua ib qho kev cais txawv ntawm tus cev Vajtswv lus Eliyas thiab cov cev Vajtswv lus ntawm Npa-as. Qhov kev cais txawv no raug sawv cev los ntawm ib pab neeg uas raws li lus faj lem raug txaj muag vim ib txoj xov cuav hais txog kev thaj yeeb thiab kev nyab xeeb, hos lwm pab neeg ntawd raws li lus faj lem muaj kev xyiv fab, thiab lawv yuav tsis raug txaj muag ib txhis li.</w:t>
      </w:r>
    </w:p>
    <w:p>
      <w:pPr>
        <w:pStyle w:val="ArticleHeading"/>
        <w:jc w:val="left"/>
      </w:pPr>
      <w:r>
        <w:rPr>
          <w:rFonts w:ascii="Arial" w:hAnsi="Arial" w:eastAsia="Arial" w:cs="Arial"/>
        </w:rPr>
        <w:t>Rau Hnub Tim ntawm Iyiv</w:t>
      </w:r>
    </w:p>
    <w:p>
      <w:pPr>
        <w:pStyle w:val="ArticleBody"/>
        <w:jc w:val="left"/>
      </w:pPr>
      <w:r>
        <w:rPr>
          <w:rFonts w:ascii="Times New Roman" w:hAnsi="Times New Roman" w:eastAsia="Times New Roman" w:cs="Times New Roman"/>
        </w:rPr>
        <w:t>Exekees qhia txog plaub lub hnub tim ntxiv uas muaj kev cuam tshuam nrog tim lyiv teb chaws, thiab ob lub hnub tim ntawd cim rau xyoo kaum ib, hos ob lub hnub tim seem cim rau xyoo kaum ob ntawm txoj kev poob cev qhev.</w:t>
      </w:r>
    </w:p>
    <w:p>
      <w:pPr>
        <w:pStyle w:val="ArticleHeading"/>
        <w:jc w:val="left"/>
      </w:pPr>
      <w:r>
        <w:rPr>
          <w:rFonts w:ascii="Arial" w:hAnsi="Arial" w:eastAsia="Arial" w:cs="Arial"/>
        </w:rPr>
        <w:t>Kev Ntaus Kawv Hauv Xyoo Kaum Ib</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Thiab tau muaj tshwm sim nyob rau xyoo kaum ib, rau lub hli thawj, rau hnub xya hauv lub hli, tias lo lus ntawm tus Tswv tau los txog kuv, hais tias, Me tub ntawm neeg, Kuv twb tau lov caj npab ntawm Falau vajntxwv Iyiv lawd; thiab saib seb, nws yuav tsis raug qhwv kom zoo, tsis raug muab ntaub qhwv los khi nws, kom ua rau nws muaj zog tuav tau rab ntaj. Ezekiel 30:20, 21.</w:t>
      </w:r>
    </w:p>
    <w:p>
      <w:pPr>
        <w:pStyle w:val="ArticleScripture"/>
        <w:jc w:val="left"/>
      </w:pPr>
      <w:r>
        <w:rPr>
          <w:rFonts w:ascii="Times New Roman" w:hAnsi="Times New Roman" w:eastAsia="Times New Roman" w:cs="Times New Roman"/>
        </w:rPr>
        <w:t>Thiab tau muaj tshwm sim nyob rau xyoo kaum ib, rau lub hli peb, rau thawj hnub ntawm lub hli, tias lo lus ntawm tus Tswv tau los cuag kuv, hais tias, Leej Tub ntawm neeg, hais rau Falau vajntxwv ntawm Iyi tebchaws, thiab rau nws cov pejxeem coob; Koj zoo li leejtwg nyob hauv koj txoj kev loj kawg nkaus? Exekees 31:1, 2.</w:t>
      </w:r>
    </w:p>
    <w:p>
      <w:pPr>
        <w:pStyle w:val="ArticleBody"/>
        <w:jc w:val="left"/>
      </w:pPr>
      <w:r>
        <w:rPr>
          <w:rFonts w:ascii="Times New Roman" w:hAnsi="Times New Roman" w:eastAsia="Times New Roman" w:cs="Times New Roman"/>
        </w:rPr>
        <w:t>Nyob rau xyoo kaum ib ntawm txoj kev poob cev qhev, tim lyiv teb chaws thiab Falau ob txhais npab raug lov, hos Npanpiloo ob txhais npab raug ntxiv dag zog rau hauv tshooj peb caug. Nyob rau xyoo kaum ib hauv tshooj peb caug ib, txoj kev poob ntawm tim lyiv teb chaws thiab nws tej kev cuam tshuam rau lub ntiaj teb raug qhia tawm.</w:t>
      </w:r>
    </w:p>
    <w:p>
      <w:pPr>
        <w:pStyle w:val="ArticleHeading"/>
        <w:jc w:val="left"/>
      </w:pPr>
      <w:r>
        <w:rPr>
          <w:rFonts w:ascii="Arial" w:hAnsi="Arial" w:eastAsia="Arial" w:cs="Arial"/>
        </w:rPr>
        <w:t>Xyoo Kaum Ob &amp; Yeluxalees Poob Hlis</w:t>
      </w:r>
    </w:p>
    <w:p>
      <w:pPr>
        <w:pStyle w:val="ArticleBody"/>
        <w:jc w:val="left"/>
      </w:pPr>
      <w:r>
        <w:rPr>
          <w:rFonts w:ascii="Times New Roman" w:hAnsi="Times New Roman" w:eastAsia="Times New Roman" w:cs="Times New Roman"/>
        </w:rPr>
        <w:t>Ob hnub tim ob nyob rau xyoo kaum ob raug teev cia hauv Exekees peb caug ob.</w:t>
      </w:r>
    </w:p>
    <w:p>
      <w:pPr>
        <w:pStyle w:val="ArticleScripture"/>
        <w:jc w:val="left"/>
      </w:pPr>
      <w:r>
        <w:rPr>
          <w:rFonts w:ascii="Times New Roman" w:hAnsi="Times New Roman" w:eastAsia="Times New Roman" w:cs="Times New Roman"/>
        </w:rPr>
        <w:t>Thiab muaj li no tias, nyob rau xyoo kaum ob, nyob rau lub hli kaum ob, rau thawj hnub ntawm lub hli, lo lus ntawm tus Tswv tau los cuag kuv, hais tias, Leej Tub ntawm neeg, cia li tsa ib zaj quaj ntsuag txog Falau uas yog vajntxwv ntawm Iyi tebchaws, thiab hais rau nws tias, Koj zoo li ib tug tsov ntxhuav hluas ntawm cov haiv neeg, thiab koj zoo li ib tug ntses loj hauv tej hiavtxwv; koj tau tawm tuaj nrog koj tej dej ntws, thiab ua kom tej dej ntxhov nrog koj ko taw, thiab ua kom lawv tej dej ntws qias tuaj. Tus Tswv Vajtswv hais li no tias; yog li ntawd Kuv yuav nthuav Kuv lub vas rau saum koj nrog ib pab neeg coob heev; thiab lawv yuav rub koj nce los hauv Kuv lub vas. Exekees 32:1–3.</w:t>
      </w:r>
    </w:p>
    <w:p>
      <w:pPr>
        <w:pStyle w:val="ArticleScripture"/>
        <w:jc w:val="left"/>
      </w:pPr>
      <w:r>
        <w:rPr>
          <w:rFonts w:ascii="Times New Roman" w:hAnsi="Times New Roman" w:eastAsia="Times New Roman" w:cs="Times New Roman"/>
        </w:rPr>
        <w:t>Thiab tau muaj tias nyob rau xyoo kaum ob, hnub kaum tsib ntawm lub hli ntawd, lo lus ntawm tus Tswv tau los txog rau kuv, hais tias, Leej Tub ntawm neeg, quaj ntsuag rau cov neeg coob coob ntawm tim Iziv, thiab muab lawv pov nqes los, yog nws thiab cov ntxhais ntawm cov tebchaws muaj koob meej, mus rau qhov tob hauv qab kawg ntawm lub ntiajteb, nrog cov uas nqis mus rau hauv lub qhov ntxa. Exekees 32:17, 18.</w:t>
      </w:r>
    </w:p>
    <w:p>
      <w:pPr>
        <w:pStyle w:val="ArticleHeading"/>
        <w:jc w:val="left"/>
      </w:pPr>
      <w:r>
        <w:rPr>
          <w:rFonts w:ascii="Arial" w:hAnsi="Arial" w:eastAsia="Arial" w:cs="Arial"/>
        </w:rPr>
        <w:t>Falau thiab Nws Pawg Coob Coob</w:t>
      </w:r>
    </w:p>
    <w:p>
      <w:pPr>
        <w:pStyle w:val="ArticleBody"/>
        <w:jc w:val="left"/>
      </w:pPr>
      <w:r>
        <w:rPr>
          <w:rFonts w:ascii="Times New Roman" w:hAnsi="Times New Roman" w:eastAsia="Times New Roman" w:cs="Times New Roman"/>
        </w:rPr>
        <w:t>Hauv zaj lus tshaj tawm txog tim lyiv teb chaws hauv tshooj peb caug ib, cov nqe kawg hais tias:</w:t>
      </w:r>
    </w:p>
    <w:p>
      <w:pPr>
        <w:pStyle w:val="ArticleScripture"/>
        <w:jc w:val="left"/>
      </w:pPr>
      <w:r>
        <w:rPr>
          <w:rFonts w:ascii="Times New Roman" w:hAnsi="Times New Roman" w:eastAsia="Times New Roman" w:cs="Times New Roman"/>
        </w:rPr>
        <w:t>Kuv ua kom txhua haiv neeg tshee hnyo thaum hnov lub suab ntawm nws txoj kev poob, thaum kuv muab nws ntiab nqes mus rau dab teb nrog cov uas nqes mus rau hauv lub qhov tob; thiab txhua tsob ntoo hauv Eden, cov uas xaiv thiab zoo tshaj plaws hauv Lebanon, txhua tus uas haus dej, yuav tau txais kev nplij siab nyob rau hauv tej qhov tob kawg ntawm lub ntiajteb. Lawv kuj nqes mus rau dab teb nrog nws, mus cuag cov uas raug ntaj tua lawm; thiab cov uas yog nws txhais npab, cov uas tau nyob hauv nws tus duab ntxoov ntxoo nyob hauv nruab nrab ntawm cov tebchaws lwm haiv neeg. Koj zoo ib yam li leejtwg hauv txojkev ci ntsa iab thiab hauv txojkev loj kawg nkaus ntawm cov ntoo hauv Eden? Txawm li ntawd los, koj yuav raug coj nqes nrog cov ntoo hauv Eden mus rau tej qhov tob kawg ntawm lub ntiajteb: koj yuav pw nyob hauv nruab nrab ntawm cov uas tsis ua kevcai txiav nrog cov uas raug ntaj tua. Qhov no yog Falau thiab tag nrho nws cov pejxeem coob, tus Tswv Vajtswv hais li ntawd. Ezekiel 31:16–18.</w:t>
      </w:r>
    </w:p>
    <w:p>
      <w:pPr>
        <w:pStyle w:val="ArticleBody"/>
        <w:jc w:val="left"/>
      </w:pPr>
      <w:r>
        <w:rPr>
          <w:rFonts w:ascii="Times New Roman" w:hAnsi="Times New Roman" w:eastAsia="Times New Roman" w:cs="Times New Roman"/>
        </w:rPr>
        <w:t>Hauv zaj lus txiav txim hais txog Iyi tebchaws hauv tshooj peb caug ob, cov nqe kawg rov hais dua thiab nthuav ntxiv txog tshooj peb caug ib, thiab nws muaj ib lo lus xaus uas sib txuam ib yam nkaus.</w:t>
      </w:r>
    </w:p>
    <w:p>
      <w:pPr>
        <w:pStyle w:val="ArticleScripture"/>
        <w:jc w:val="left"/>
      </w:pPr>
      <w:r>
        <w:rPr>
          <w:rFonts w:ascii="Times New Roman" w:hAnsi="Times New Roman" w:eastAsia="Times New Roman" w:cs="Times New Roman"/>
        </w:rPr>
        <w:t>Vim kuv tau ua kom kuv txoj kev ntshai loj nyob rau hauv lub tebchaws ntawm cov neeg ciaj sia; thiab nws yuav raug tso pw rau hauv nruab nrab ntawm cov tsis ua kevcai txiav nrog cov uas raug tua los ntawm ntaj, yog Falau thiab tag nrho nws pab neeg coob, tus Tswv Vajtswv hais li no. Exekees 32:32.</w:t>
      </w:r>
    </w:p>
    <w:p>
      <w:pPr>
        <w:pStyle w:val="ArticleHeading"/>
        <w:jc w:val="left"/>
      </w:pPr>
      <w:r>
        <w:rPr>
          <w:rFonts w:ascii="Arial" w:hAnsi="Arial" w:eastAsia="Arial" w:cs="Arial"/>
        </w:rPr>
        <w:t>Kaum Kaum Xya Xyoo ntawm Tshooj Nees Nkaum Cuaj</w:t>
      </w:r>
    </w:p>
    <w:p>
      <w:pPr>
        <w:pStyle w:val="ArticleBody"/>
        <w:jc w:val="left"/>
      </w:pPr>
      <w:r>
        <w:rPr>
          <w:rFonts w:ascii="Times New Roman" w:hAnsi="Times New Roman" w:eastAsia="Times New Roman" w:cs="Times New Roman"/>
        </w:rPr>
        <w:t>Cov hnub nyoog uas nyob hauv lub sijhawm kaum xya xyoo uas tau sawv cev rau hauv tshooj nees nkaum cuaj qhia txog Nebuchadnezzar txoj kev kov yeej tebchaws Iyi, thiab lub sijhawm plaub caug xyoo ntawm kev puam tsuaj thiab kev nyob txojsia qhuav ntawm tebchaws Iyi. Plaub caug sawv cev rau tebchaws moj sab qhua, ua ib qho qauv qhia txog ib txhiab xyoo uas lub ntiajteb nyob hauv kev puam tsuaj.</w:t>
      </w:r>
    </w:p>
    <w:p>
      <w:pPr>
        <w:pStyle w:val="ArticleScripture"/>
        <w:jc w:val="left"/>
      </w:pPr>
      <w:r>
        <w:rPr>
          <w:rFonts w:ascii="Times New Roman" w:hAnsi="Times New Roman" w:eastAsia="Times New Roman" w:cs="Times New Roman"/>
        </w:rPr>
        <w:t>Kuv ntsia ntsoov lub ntiajteb, thiab saib seb, nws tsis muaj yam ntxwv, thiab khoob lug; thiab saum ntuj, thiab lawv tsis muaj qhov kaj. Kuv ntsia ntsoov tej roob, thiab saib seb, lawv tshee hnyo, thiab txhua lub toj txav yuj yees. Kuv ntsia ntsoov, thiab saib seb, tsis muaj ib tug neeg li, thiab txhua tus noog saum ntuj twb ya khiav tag lawm. Kuv ntsia ntsoov, thiab saib seb, thaj chaw uas txi txiv txi ntsig yog ib thaj teb moj sab qhua, thiab txhua lub nroog hauv ntawd raug rhuav tshem ntsoog tag ntawm tus Tswv xub ntiag, thiab vim nws txoj kev chim hnyav kawg. Rau qhov tus Tswv tau hais li no tias, Tag nrho lub tebchaws yuav raug puam tsuaj qhuav nphob; los kuv yuav tsis rhuav tshem kom tag huv si. Yelemis 4:23–27.</w:t>
      </w:r>
    </w:p>
    <w:p>
      <w:pPr>
        <w:pStyle w:val="ArticleBody"/>
        <w:jc w:val="left"/>
      </w:pPr>
      <w:r>
        <w:rPr>
          <w:rFonts w:ascii="Times New Roman" w:hAnsi="Times New Roman" w:eastAsia="Times New Roman" w:cs="Times New Roman"/>
        </w:rPr>
        <w:t>Thaum kawg ntawm plaub caug xyoo ntawm tim lyiv teb chaws txoj kev puam tsuaj nyob hauv Exekees nees nkaum cuaj, kev sawv rov qab los zaum kawg ntawm cov neeg phem thiab lawv txoj kev puas tsuaj kawg nkaus raug muab nthuav tawm.</w:t>
      </w:r>
    </w:p>
    <w:p>
      <w:pPr>
        <w:pStyle w:val="ArticleScripture"/>
        <w:jc w:val="left"/>
      </w:pPr>
      <w:r>
        <w:rPr>
          <w:rFonts w:ascii="Times New Roman" w:hAnsi="Times New Roman" w:eastAsia="Times New Roman" w:cs="Times New Roman"/>
        </w:rPr>
        <w:t>Kev ntshai, thiab lub qhov taub, thiab lub ntxiab, nyob saum koj lawm, koj tus uas nyob hauv ntiajteb. Thiab yuav muaj li no tias, tus uas khiav dim ntawm lub suab nrov txaus ntshai yuav poob rau hauv lub qhov taub; thiab tus uas nce tawm hauv nruab nrab ntawm lub qhov taub yuav raug ntes rau hauv lub ntxiab: rau qhov tej qhov rais saum ntuj raug qhib lawm, thiab tej hauv paus ntiajteb kuj tshee hnyo. Lub ntiajteb raug tawg tas nrho, lub ntiajteb yaj ploj huv si, lub ntiajteb raug co heev kawg nkaus. Lub ntiajteb yuav yuj yees mus los zoo li tus neeg qaug cawv, thiab yuav raug txav mus zoo li ib lub tsev pheebsuab; thiab nws txoj kev txhaum yuav hnyav nyob saum nws; thiab nws yuav poob, thiab yuav tsis sawv rov los ntxiv lawm. Thiab yuav muaj li no nyob rau hnub ntawd, tias tus Tswv yuav rau txim rau pab tub rog ntawm cov uas siab nyob saum qhov siab, thiab rau cov vajntxwv hauv ntiajteb uas nyob saum ntiajteb. Thiab lawv yuav raug sau ua ke, ib yam li cov neeg raug kaw raug sau rau hauv lub qhov taub, thiab yuav raug kaw rau hauv tsev lojcuj, thiab tom qab ntau hnub lawv mam raug xyuas. Yaxayas 24:17–22.</w:t>
      </w:r>
    </w:p>
    <w:p>
      <w:pPr>
        <w:pStyle w:val="ArticleBody"/>
        <w:jc w:val="left"/>
      </w:pPr>
      <w:r>
        <w:rPr>
          <w:rFonts w:ascii="Times New Roman" w:hAnsi="Times New Roman" w:eastAsia="Times New Roman" w:cs="Times New Roman"/>
        </w:rPr>
        <w:t>Txoj lus ntawm Exekees uas raug coj los sib sau ua ke los ntawm rau hnub tim uas txuas nrog tim Iyiv tab tom qhia txog txoj kev puas tsuaj kawg nkaus ntawm tej hwjchim zaj hauv ntiajteb no, uas pib ntawm txoj cai hnub Sunday uas yuav los sai sai no thiab txuas mus txog rau txoj kev rhuav tshem kawg ntawm cov Iyiv neeg phem kawg ntawm xaus ib txhiab xyoo.</w:t>
      </w:r>
    </w:p>
    <w:p>
      <w:pPr>
        <w:pStyle w:val="ArticleBody"/>
        <w:jc w:val="left"/>
      </w:pPr>
      <w:r>
        <w:rPr>
          <w:rFonts w:ascii="Times New Roman" w:hAnsi="Times New Roman" w:eastAsia="Times New Roman" w:cs="Times New Roman"/>
        </w:rPr>
        <w:t>Hauv zaj lus tim khawv cev lus faj lem, tus tsiaj qus thiab tus yaj saub cuav mus txog lawv qhov kawg hauv lub pas hluav taws, uas sawv cev rau Kev Rov Los Zaum Ob ntawm Khetos, tiam sis kev puas tsuaj hauv lub pas hluav taws ntawm lub hwj chim tus zaj yog nyob rau thaum kawg ntawm txhiab xyoo.</w:t>
      </w:r>
    </w:p>
    <w:p>
      <w:pPr>
        <w:pStyle w:val="ArticleScripture"/>
        <w:jc w:val="left"/>
      </w:pPr>
      <w:r>
        <w:rPr>
          <w:rFonts w:ascii="Times New Roman" w:hAnsi="Times New Roman" w:eastAsia="Times New Roman" w:cs="Times New Roman"/>
        </w:rPr>
        <w:t>Thiab tus tsiaj nyaum raug ntes lawm, thiab nrog nws kuj muaj tus yaj saub cuav uas tau ua tej txujci tseem ceeb rau ntawm nws xub ntiag, tej uas nws tau siv los dag cov uas tau txais lub cim ntawm tus tsiaj nyaum thiab cov uas pe hawm nws tus mlom. Nkawd ob leeg raug muab pov ciaj sia rau hauv lub pas hluav taws uas cig kub nyhiab nrog leej faj. Hos cov seem raug tua los ntawm rab ntaj ntawm tus uas caij tus nees, rab ntaj ntawd tawm ntawm nws lub qhov ncauj los: thiab tag nrho cov noog tau noj lawv tej cev nqaij kom puv. Tshwm Sim 19:20, 21.</w:t>
      </w:r>
    </w:p>
    <w:p>
      <w:pPr>
        <w:pStyle w:val="ArticleBody"/>
        <w:jc w:val="left"/>
      </w:pPr>
      <w:r>
        <w:rPr>
          <w:rFonts w:ascii="Times New Roman" w:hAnsi="Times New Roman" w:eastAsia="Times New Roman" w:cs="Times New Roman"/>
        </w:rPr>
        <w:t>Tus tsiaj nyaum thiab tus yaj saub cuav xaus raws li lus faj lem thaum Khetos rov qab los zaum ob, tiam sis tus zaj ntsib nws txoj hmoo ib txhiab xyoo tom qab thaum Khetos rov qab los zaum peb.</w:t>
      </w:r>
    </w:p>
    <w:p>
      <w:pPr>
        <w:pStyle w:val="ArticleScripture"/>
        <w:jc w:val="left"/>
      </w:pPr>
      <w:r>
        <w:rPr>
          <w:rFonts w:ascii="Times New Roman" w:hAnsi="Times New Roman" w:eastAsia="Times New Roman" w:cs="Times New Roman"/>
        </w:rPr>
        <w:t>Thiab kuv pom ib tug timtswv nqes saum ntuj los, tuav tus yawm sij ntawm lub qhov tob uas tsis muaj chaw kawg thiab ib txoj saw loj hauv nws txhais tes. Thiab nws txhom tau tus zaj, tus nab qub ntawd, uas yog Ntxwg Nyoog thiab Xatas, thiab muab khi nws ib txhiab xyoo, thiab muab nws pov rau hauv lub qhov tob uas tsis muaj chaw kawg, kaw nws rau hauv, thiab muab ib lub cim ntim rau saum nws, kom nws txhob dag ntxias tej haiv neeg ntxiv lawm mus txog thaum ib txhiab xyoo ntawd puv npo; thiab tom qab ntawd nws yuav tsum raug tso tawm ib ntus luv. Tshwmsim 20:1–3.</w:t>
      </w:r>
    </w:p>
    <w:p>
      <w:pPr>
        <w:pStyle w:val="ArticleHeading"/>
        <w:jc w:val="left"/>
      </w:pPr>
      <w:r>
        <w:rPr>
          <w:rFonts w:ascii="Arial" w:hAnsi="Arial" w:eastAsia="Arial" w:cs="Arial"/>
        </w:rPr>
        <w:t>Xyoo Kaum Ib thiab Kaum Ob</w:t>
      </w:r>
    </w:p>
    <w:p>
      <w:pPr>
        <w:pStyle w:val="ArticleBody"/>
        <w:jc w:val="left"/>
      </w:pPr>
      <w:r>
        <w:rPr>
          <w:rFonts w:ascii="Times New Roman" w:hAnsi="Times New Roman" w:eastAsia="Times New Roman" w:cs="Times New Roman"/>
        </w:rPr>
        <w:t>Lub kaum xya xyoos lub sijhawm uas tau raug tsa tseg los ntawm ob hnub tim hauv Exekees nees nkaum cuaj tau pib rau xyoo kaum ntawm txoj kev poob cev qhev thiab xaus rau xyoo nees nkaum xya. Cov lus hauv tshooj peb caug thiab peb caug ib tau raug tshaj tawm rau xyoo kaum ib, thiab ob hnub tim uas tau muab tseg hauv tshooj peb caug ob tau raug muab rau xyoo kaum ob ntawm txoj kev poob cev qhev. Lub sijhawm kaum xya xyoos uas pib rau xyoo kaum, kwv yees thaum pib ntawm kev raug vob xaum lub nroog Yeluxalees, tau raug raws los ntawm ob zaj lus hais txog Iyiv ntawm xyoo kaum ib uas tau muab tseg hauv tshooj peb caug thiab peb caug ib. Ua ke, ob zaj lus ntawm xyoo kaum ib no sawv cev rau ib zaj lus uas nyob tam sid ua ntej txoj cai Hnub Caiv. Ob zaj lus hais txog Iyiv ntxiv ntawm xyoo kaum ob tau tshwm sim thaum lub sijhawm lossis tsis ntev tom qab kev puas tsuaj ntawm Yeluxalees hauv 586/585 BC.</w:t>
      </w:r>
    </w:p>
    <w:p>
      <w:pPr>
        <w:pStyle w:val="ArticleBody"/>
        <w:jc w:val="left"/>
      </w:pPr>
      <w:r>
        <w:rPr>
          <w:rFonts w:ascii="Times New Roman" w:hAnsi="Times New Roman" w:eastAsia="Times New Roman" w:cs="Times New Roman"/>
        </w:rPr>
        <w:t>Zaj lus ntawm Khetos txoj kev los raug tshaj tawm ua ib feem ntawm zaj lus Quaj Ib Tag Hmo, uas hloov mus ua zaj lus qw nrov thaum txog txoj cai Hnub Caiv. Ob zaj lus ntawm tebchaws Iyi raug tshaj tawm ua ntej txoj cai Hnub Caiv, thiab ob zaj lus ntawm tebchaws Iyi raug tshaj tawm thaum txog, lossis tam sim tom qab, txoj cai Hnub Caiv. Kev rov ua ob npaug ntawm cov zaj lus uas raug muab tshaj tawm hauv tib xyoos ntawd, thaum lub sijhawm kev vov tua uas xaus rau ntawm Yeluxalees txoj kev puas tsuaj, thiab lwm ob zaj lus thaum txog txoj cai Hnub Caiv, yog yam piv txwv qhia txog tus tim tswv thib ob zaj lus, qhov chaw uas yeej ib txwm muaj kev ua ob npaug.</w:t>
      </w:r>
    </w:p>
    <w:p>
      <w:pPr>
        <w:pStyle w:val="ArticleBody"/>
        <w:jc w:val="left"/>
      </w:pPr>
      <w:r>
        <w:rPr>
          <w:rFonts w:ascii="Times New Roman" w:hAnsi="Times New Roman" w:eastAsia="Times New Roman" w:cs="Times New Roman"/>
        </w:rPr>
        <w:t>Ib zaj lus thib ob yeej ib txwm raug raws qab los ntawm zaj lus thib peb.</w:t>
      </w:r>
    </w:p>
    <w:p>
      <w:pPr>
        <w:pStyle w:val="ArticleScripture"/>
        <w:jc w:val="left"/>
      </w:pPr>
      <w:r>
        <w:rPr>
          <w:rFonts w:ascii="Times New Roman" w:hAnsi="Times New Roman" w:eastAsia="Times New Roman" w:cs="Times New Roman"/>
        </w:rPr>
        <w:t>“Los ntawm cwj mem thiab lub suab peb yuav tsum tshaj tawm txoj kev tshaj tawm no nrov ncha, qhia lawv qhov kev txiav txim, thiab kev siv ntawm tej lus faj lem uas coj peb mus txog rau tus tim tswv thib peb txoj xov. Yuav tsis muaj tus thib peb yog tsis muaj tus thawj thiab tus thib ob. Cov xov no peb yuav tsum muab rau lub ntiajteb no los ntawm tej ntaub ntawv luam tawm, los ntawm tej lus qhuab qhia, qhia nyob hauv kab keeb kwm yaj saub txog tej yam uas twb muaj lawm thiab tej yam uas yuav muaj los.” Selected Messages, book 2, 104, 105.</w:t>
      </w:r>
    </w:p>
    <w:p>
      <w:pPr>
        <w:pStyle w:val="ArticleBody"/>
        <w:jc w:val="left"/>
      </w:pPr>
      <w:r>
        <w:rPr>
          <w:rFonts w:ascii="Times New Roman" w:hAnsi="Times New Roman" w:eastAsia="Times New Roman" w:cs="Times New Roman"/>
        </w:rPr>
        <w:t>Thaum txog zaj lus thib peb, lub qhov rooj ntawm txoj kev sim siab raug kaw lawm. Txoj kev sim siab raug kaw rau Tebchaws Meskas thaum txoj cai Hnub Caiv raug tsa, thiab txoj kev sim siab raug kaw rau lub ntiajteb thaum Mikha-ee sawv tsees. Ob lub qhov rooj kaw no sawv cev rau zaj lus thib peb uas ib txwm yog tom qab zaj lus thib ob los, thiab zaj lus thib ob ntawd ib txwm yog ib zaj lus ob npaug.</w:t>
      </w:r>
    </w:p>
    <w:p>
      <w:pPr>
        <w:pStyle w:val="ArticleBody"/>
        <w:jc w:val="left"/>
      </w:pPr>
      <w:r>
        <w:rPr>
          <w:rFonts w:ascii="Times New Roman" w:hAnsi="Times New Roman" w:eastAsia="Times New Roman" w:cs="Times New Roman"/>
        </w:rPr>
        <w:t>Kev txhawb zog rau tus tim tswv thib ob raug ua tiav thaum nws tau koom nrog los ntawm txoj xov ntawm Kev Quaj Nruab Nrab Hmo Ntuj. Ob txoj xov uas tau tshaj tawm rau noob neej, raws li sawv cev los ntawm Ezekiel tej lus tshaj tawm tawm tsam tebchaws Iziv hauv tshooj peb caug thiab peb caug ib, qhia meej txog lub sijhawm uas txoj xov ntawm Kev Quaj Nruab Nrab Hmo Ntuj koom nrog tus tim tswv thib ob; thiab ob txoj xov hauv tshooj peb caug ob yog tab tom qhia txog kev txhawb zog rau tus tim tswv thib peb hauv txoj kev quaj nrov.</w:t>
      </w:r>
    </w:p>
    <w:p>
      <w:pPr>
        <w:pStyle w:val="ArticleBody"/>
        <w:jc w:val="left"/>
      </w:pPr>
      <w:r>
        <w:rPr>
          <w:rFonts w:ascii="Times New Roman" w:hAnsi="Times New Roman" w:eastAsia="Times New Roman" w:cs="Times New Roman"/>
        </w:rPr>
        <w:t>Exekees cov log ntawm kev sib koom tes nyuab heev ntawm tej xwm txheej uas tshwm sim hauv tib neeg lub neej qhia txog lus ceeb toom kawg rau noob neej, uas yog tus tim tswv thib peb txoj lus ceeb toom, thiab tus tim tswv thib peb yog tsim los ntawm tus tim tswv thib ib thiab tus tim tswv thib ob txoj lus ceeb toom. Lub Suab Quaj Thaum Nruab Nrab Hmo ua ntej txoj cai Hnub Caiv, thiab lub suab quaj nrov tom qab txoj cai Hnub Caiv, raug sawv cev los ntawm Exekees plaub hnub tim uas poob rau hauv kaum xya xyoos ntawm tshooj nees nkaum cuaj cov hnub tim alpha thiab omega, uas sib haum nrog keeb kwm zais cia ntawm Daniyee kaum ib nqe plaub caug, raws li tau sawv cev nyob rau hauv nqe kaum ib txog nqe kaum rau ntawm tib tshooj ntawd.</w:t>
      </w:r>
    </w:p>
    <w:p>
      <w:pPr>
        <w:pStyle w:val="ArticleBody"/>
        <w:jc w:val="left"/>
      </w:pPr>
      <w:r>
        <w:rPr>
          <w:rFonts w:ascii="Times New Roman" w:hAnsi="Times New Roman" w:eastAsia="Times New Roman" w:cs="Times New Roman"/>
        </w:rPr>
        <w:t>Hauv Daniyee tshooj kaum, Daniyee, ib yam li Exekhee, raug ua kom ntsiag to. Daniyee txoj kev ntsiag to no tshwm sim nyob nruab nrab ntawm peb zaug kev kov; zaug kov thawj thiab zaug kov peb yog los ntawm tus timtswv Kaabriyees, hos zaug kov nyob nruab nrab yog kev kov ntawm Khetos. Daniyee, ib yam li Petus nyob nruab nrab ntawm Xesalee-Filixpauj thiab tus ntoo khaub lig, nyob hauv nruab nrab. Nyob hauv nruab nrab Petus tau pom Khetos uas muaj hwjchim ci ntsa iab, ib yam li Daniyee tau pom hauv tshooj kaum. Tus timtswv nruab nrab ntawm peb tus timtswv yog zaj lus thib ob, uas yog kev sib xyaw ua ke ntawm ob zaj lus.</w:t>
      </w:r>
    </w:p>
    <w:p>
      <w:pPr>
        <w:pStyle w:val="ArticleHeading"/>
        <w:jc w:val="left"/>
      </w:pPr>
      <w:r>
        <w:rPr>
          <w:rFonts w:ascii="Arial" w:hAnsi="Arial" w:eastAsia="Arial" w:cs="Arial"/>
        </w:rPr>
        <w:t>Hnub 5 ntawm lub Hlis 4 &amp; 1844</w:t>
      </w:r>
    </w:p>
    <w:p>
      <w:pPr>
        <w:pStyle w:val="ArticleBody"/>
        <w:jc w:val="left"/>
      </w:pPr>
      <w:r>
        <w:rPr>
          <w:rFonts w:ascii="Times New Roman" w:hAnsi="Times New Roman" w:eastAsia="Times New Roman" w:cs="Times New Roman"/>
        </w:rPr>
        <w:t>Hauv Yaxayas tshooj ib, nqe ib thiab ob, Exekees nyob rau hnub thib tsib ntawm lub hlis thib plaub, uas sib haum nrog nruab nrab ntawm kev txav ntawm lub hli xya hauv xyoo 1844. Exekees nyob nrab nrab ntawm lub Plaub Hlis 19 thiab lub Kaum Hli 22, 1844, ib yam li Xamuyees Snow, tus tub xa xov ntawm Kev Quaj Nruab Nrab Hmo Ntuj hauv xyoo 1844, thaum nws nthuav tawm nws thawj qhov kev to taub meej ntawm txoj xov ntawd hauv Boston, 93 hnub tom qab lub Plaub Hlis 19 thiab 93 hnub ua ntej lub qhov rooj kaw rau lub Kaum Hli 22, 1844. Xamuyees Snow nyob hauv Boston rau lub Xya Hli 21, 1844, nyob nruab nrab ntawm kev txav ntawm lub hli xya, tsis paub tias yav tom ntej raws li lus faj lem nws tab tom sawv nrog Petus saum Roob Hloov Ntsej Muag, nrog Exekees hauv xyoo thib peb caug ntawm lub voj voog Yubili thib kaum xya, thiab nrog Daniyee hauv qhov kov zaum ob thaum lub sijhawm yog toog saib hauv daim iav ntawm tshooj kaum.</w:t>
      </w:r>
    </w:p>
    <w:p>
      <w:pPr>
        <w:pStyle w:val="ArticleHeading"/>
        <w:jc w:val="left"/>
      </w:pPr>
      <w:r>
        <w:rPr>
          <w:rFonts w:ascii="Arial" w:hAnsi="Arial" w:eastAsia="Arial" w:cs="Arial"/>
        </w:rPr>
        <w:t>Taus```</w:t>
      </w:r>
    </w:p>
    <w:p>
      <w:pPr>
        <w:pStyle w:val="ArticleBody"/>
        <w:jc w:val="left"/>
      </w:pPr>
      <w:r>
        <w:rPr>
          <w:rFonts w:ascii="Times New Roman" w:hAnsi="Times New Roman" w:eastAsia="Times New Roman" w:cs="Times New Roman"/>
        </w:rPr>
        <w:t>Ua ntej peb yuav rov qab mus rau kev teem hnub ntawm Exekees rau qhov kev hais txog Yeluxalees rau zaus, peb yuav tsum xub txheeb xyuas hnub tim ib zaug uas tau tshaj tawm tawm tsam lub nroog Theeb.</w:t>
      </w:r>
    </w:p>
    <w:p>
      <w:pPr>
        <w:pStyle w:val="ArticleScripture"/>
        <w:jc w:val="left"/>
      </w:pPr>
      <w:r>
        <w:rPr>
          <w:rFonts w:ascii="Times New Roman" w:hAnsi="Times New Roman" w:eastAsia="Times New Roman" w:cs="Times New Roman"/>
        </w:rPr>
        <w:t>Thiab tau muaj tias hauv xyoo thib kaum ib, rau hnub ib ntawm lub hli, lo lus ntawm tus Tswv tau los cuag kuv, hais tias, Tub neeg, vim Tyrus tau hais tawm tsam Yeluxalees tias, Aha, nws tus uas yog lub rooj vag ntawm cov haiv neeg twb raug rhuav lawm; nws tig los rau kuv lawm; kuv yuav puv npo, nim no nws twb raug muab rhuav tshem lawm: Yog li no tus Tswv Vajtswv hais tias; Saib seb, Au Tyrus, kuv tawm tsam koj, thiab yuav ua kom ntau haiv neeg nce tuaj tawm tsam koj, ib yam li hiav txwv ua rau nws tej nthwv dej sawv tuaj. Thiab lawv yuav rhuav tshem tej phab ntsa ntawm Tyrus, thiab rub nws tej yees nqes los: kuv kuj yuav txhuam nws tej hmoov av tawm ntawm nws mus, thiab yuav ua kom nws zoo li saum ib lub pob zeb. Nws yuav yog ib qho chaw rau kev nthuav vas nyob hauv nruab nrab hiav txwv: rau qhov kuv tau hais li ntawd lawm, tus Tswv Vajtswv hais tias: thiab nws yuav dhau los ua tej haiv neeg tej khoom txeeb. Thiab nws tej ntxhais uas nyob tom teb yuav raug ntaj tua tuag; thiab lawv yuav paub tias kuv yog tus Tswv. Rau qhov tus Tswv Vajtswv hais li no; Saib seb, kuv yuav coj Nebuchadrezzar tus vajntxwv Npanpiloo, uas yog vajntxwv ntawm cov vajntxwv, tuaj tawm tsam Tyrus ntawm sab qaum teb tuaj, nrog nees, thiab nrog tsheb rog, thiab nrog cov neeg caij nees, thiab tej pab tub rog, thiab neeg coob heev.</w:t>
      </w:r>
    </w:p>
    <w:p>
      <w:pPr>
        <w:pStyle w:val="ArticleScripture"/>
        <w:jc w:val="left"/>
      </w:pPr>
      <w:r>
        <w:rPr>
          <w:rFonts w:ascii="Times New Roman" w:hAnsi="Times New Roman" w:eastAsia="Times New Roman" w:cs="Times New Roman"/>
        </w:rPr>
        <w:t>Nws yuav tua koj cov ntxhais uas nyob tom teb nrog rab ntaj; thiab nws yuav tsa ib lub chaw ruaj khov los tawm tsam koj, thiab txawb ib lub roob av los tawm tsam koj, thiab tsa daim hlau thaiv tawm tsam koj. Thiab nws yuav tsa tej cuab yeej ua rog tawm tsam koj tej phab ntsa, thiab nrog nws tej taus nws yuav rhuav koj tej yees poob. Vim yog nws tej nees coob heev, lawv tej plua tshauv yuav npog koj; koj tej phab ntsa yuav co thaum hnov suab cov caij nees, thiab cov log, thiab cov tsheb nees ua rog, thaum nws yuav nkag los hauv koj tej rooj vag, ib yam li neeg nkag mus hauv ib lub nroog uas twb raug ntaus ua ib qho tawg lawm. Nrog nws tej nees tej hneev taw nws yuav tsuj tag nrho koj tej kev; nws yuav tua koj haiv neeg nrog rab ntaj, thiab koj tej chaw ruaj khov uas muaj hwj chim yuav poob mus txog hauv av. Thiab lawv yuav txeeb koj tej nyiaj txiag, thiab txeeb koj tej khoom ua lag luam; thiab lawv yuav rhuav koj tej phab ntsa, thiab rhuav tshem koj tej tsev zoo nkauj; thiab lawv yuav muab koj tej pob zeb, thiab koj tej ntoo, thiab koj tej plua av pov rau hauv nruab nrab dej. Thiab kuv yuav ua kom suab nrov ntawm koj tej nkauj tu tseg; thiab suab ntawm koj tej nkauj ncas yuav tsis hnov dua lawm. Thiab kuv yuav ua kom koj zoo li saum ib daim pob zeb; koj yuav yog ib qho chaw rau luag nthuav vas saum; koj yuav tsis raug tsim dua lawm ntxiv; rau qhov kuv yog tus Tswv tau hais li ntawd, tus Tswv Vajtswv hais li.</w:t>
      </w:r>
    </w:p>
    <w:p>
      <w:pPr>
        <w:pStyle w:val="ArticleScripture"/>
        <w:jc w:val="left"/>
      </w:pPr>
      <w:r>
        <w:rPr>
          <w:rFonts w:ascii="Times New Roman" w:hAnsi="Times New Roman" w:eastAsia="Times New Roman" w:cs="Times New Roman"/>
        </w:rPr>
        <w:t>Tus Tswv Vajtswv hais li no rau Tyrus; Cov koog pov txwv puas yuav tsis tshee hnyo thaum hnov suab ntawm koj txoj kev poob, thaum cov raug mob quaj ntsuag, thaum muaj kev tua neeg nyob hauv nruab nrab ntawm koj? Ces txhua tus thawj kav hiav txwv yuav nqes ntawm lawv tej zwm txwv los, muab lawv tej tsho ntev tso tseg, thiab hle lawv tej ris tsho paj ntaub tawm: lawv yuav hnav kev tshee hnyo; lawv yuav zaum rau hauv av, thiab yuav tshee txhua sij hawm, thiab yuav ceeb tag vim koj. Thiab lawv yuav tsa ib zaj quaj ntsuag rau koj, thiab hais rau koj tias, Koj raug rhuav tshem loj npaum li cas, koj uas cov neeg caij hiav txwv tau nyob hauv, lub nroog muaj koob meej, uas muaj zog nyob hauv hiav txwv, nws thiab nws cov neeg uas nyob hauv, uas ua rau lawv qhov kev txaus ntshai nyob saum txhua tus uas nyob ntawd! Nimno cov koog pov txwv yuav tshee hnyo rau hnub uas koj poob; muaj tseeb, cov koog pov txwv uas nyob hauv hiav txwv yuav ntxhov siab thaum koj ploj mus. Rau qhov Tus Tswv Vajtswv hais li no; Thaum kuv yuav ua rau koj dhau los ua ib lub nroog puas tsuaj, zoo li cov nroog uas tsis muaj neeg nyob; thaum kuv yuav coj qhov tob loj los saum koj, thiab dej loj yuav npog koj; Thaum kuv yuav coj koj nqes nrog cov uas nqes mus rau hauv qhov taub, nrog cov neeg thaum ub, thiab yuav tsa koj rau hauv tej chaw qis ntawm lub ntiajteb, hauv tej chaw uas puam tsuaj txij thaum ub los, nrog cov uas nqes mus rau hauv qhov taub, kom koj tsis muaj neeg nyob; thiab kuv yuav tsa hwjchim ci ntsa iab rau hauv thaj av ntawm cov uas muaj sia nyob; Kuv yuav ua rau koj dhau los ua ib yam txaus ntshai, thiab koj yuav tsis muaj lawm ntxiv; txawm yog luag nrhiav koj los, los koj yuav tsis raug pom dua ib txhis li, hais tias Tus Tswv Vajtswv. Ezekiel 26:1–21.</w:t>
      </w:r>
    </w:p>
    <w:p>
      <w:pPr>
        <w:pStyle w:val="ArticleBody"/>
        <w:jc w:val="left"/>
      </w:pPr>
      <w:r>
        <w:rPr>
          <w:rFonts w:ascii="Times New Roman" w:hAnsi="Times New Roman" w:eastAsia="Times New Roman" w:cs="Times New Roman"/>
        </w:rPr>
        <w:t>Cov lus hais txog Tyre tau raug tshaj tawm nyob rau xyoo uas Yeluxalees raug rhuav tshem, thiab nws sawv cev rau kev muab lub nceeg vaj thib rau hauv tej lus faj lem hauv Phau Vajlugkub pov tseg thaum txoj cai Hnub Caiv yuav los sai no. Thaum txoj cai Hnub Caiv los txog, Tebchaws Meskas (Tyre) hauv txoj lus faj lem zoo siab hlo vim nws tau rhuav Yeluxalees lawm, uas Sister White qhia meej tias yog pawg ntseeg Xya-Hnub Adventist ntawm Laodicea, uas Exekees hu ua “rooj vag ntawm cov neeg.” Tyre qhia tias Yeluxalees “yog” rooj vag ntawm cov neeg nyob rau hauv lub sij hawm yav dhau los. “Rooj vag” hauv txoj lus faj lem yog ib pawg ntseeg.</w:t>
      </w:r>
    </w:p>
    <w:p>
      <w:pPr>
        <w:pStyle w:val="ArticleScripture"/>
        <w:jc w:val="left"/>
      </w:pPr>
      <w:r>
        <w:rPr>
          <w:rFonts w:ascii="Times New Roman" w:hAnsi="Times New Roman" w:eastAsia="Times New Roman" w:cs="Times New Roman"/>
        </w:rPr>
        <w:t>Thiab nws ntshai heev, thiab hais tias, Qhov chaw no txaus ntshai npaum li cas! Qhov no tsis yog lwm yam li yog Vajtswv lub tsev, thiab qhov no yog rooj vag ntuj. Thiab Yakhauj sawv ntxov ntxov, thiab nqa lub pob zeb uas nws tau muab ua nws lub hauv ncoo, tsa nws ua ib tug ncej, thiab muab roj nchuav rau saum nws. Thiab nws hu qhov chaw ntawd tias Bethel; tiam sis thaum xub thawj lub npe ntawm lub nroog ntawd hu ua Luz. Chivkeeb 28:17–19.</w:t>
      </w:r>
    </w:p>
    <w:p>
      <w:pPr>
        <w:pStyle w:val="ArticleBody"/>
        <w:jc w:val="left"/>
      </w:pPr>
      <w:r>
        <w:rPr>
          <w:rFonts w:ascii="Times New Roman" w:hAnsi="Times New Roman" w:eastAsia="Times New Roman" w:cs="Times New Roman"/>
        </w:rPr>
        <w:t>Lo lus “Bethel” txhais tias tsev ntawm Vajtswv, thiab Tyre zoo siab tias nws tau yuam lub koom txoos Laodicean Seventh-day Adventist kom lees txais kev yuam kom pe hawm lub hnub. Tiamsis txawm yog muaj kev zoo siab yuam kev ntawm cov uas yuam kom pe hawm lub hnub, Vajtswv los ntawm Ezekiel tshaj tawm tias, “Kuv tawm tsam koj, Au Tyrus, thiab yuav ua kom ntau haiv neeg nce los tawm tsam koj, ib yam li dej hiav txwv ua kom nws cov nthwv dej nce los. Thiab lawv yuav rhuav tshem tej phab ntsa ntawm Tyrus, thiab tsoo nws tej yees kom vau.”</w:t>
      </w:r>
    </w:p>
    <w:p>
      <w:pPr>
        <w:pStyle w:val="ArticleBody"/>
        <w:jc w:val="left"/>
      </w:pPr>
      <w:r>
        <w:rPr>
          <w:rFonts w:ascii="Times New Roman" w:hAnsi="Times New Roman" w:eastAsia="Times New Roman" w:cs="Times New Roman"/>
        </w:rPr>
        <w:t>“Cov ntsa ntawm Tyrus” sawv cev rau txoj kev tiv thaiv ntawm Tyrus. Ib “phab ntsa” yog lub cim ntawm Kaum Lo Lus Txib.</w:t>
      </w:r>
    </w:p>
    <w:p>
      <w:pPr>
        <w:pStyle w:val="ArticleScripture"/>
        <w:jc w:val="left"/>
      </w:pPr>
      <w:r>
        <w:rPr>
          <w:rFonts w:ascii="Times New Roman" w:hAnsi="Times New Roman" w:eastAsia="Times New Roman" w:cs="Times New Roman"/>
        </w:rPr>
        <w:t>“Tus yaj saub no piav txog ib haiv neeg uas, nyob rau lub sijhawm uas muaj kev tig ncaim ntawm qhov tseeb thiab txoj kev ncaj ncees thoob plaws, tab tom nrhiav kom rov tsa cov ntsiab cai uas yog lub hauv paus ntawm Vajtswv lub nceeg vaj. Lawv yog cov kho kom zoo dua qhov chaw tawg uas twb tau ua rau hauv Vajtswv txoj kevcai—phab ntsa uas Nws tau tsa puag ncig Nws cov uas Nws xaiv cia los tiv thaiv lawv, thiab kev mloog lus rau tej lus qhuab qhia hais txog kev ncaj ncees, qhov tseeb, thiab kev dawb huv, yog yam uas yuav tsum ua lawv txoj kev tiv thaiv mus ib txhis.” Prophets and Kings, 677.</w:t>
      </w:r>
    </w:p>
    <w:p>
      <w:pPr>
        <w:pStyle w:val="ArticleBody"/>
        <w:jc w:val="left"/>
      </w:pPr>
      <w:r>
        <w:rPr>
          <w:rFonts w:ascii="Times New Roman" w:hAnsi="Times New Roman" w:eastAsia="Times New Roman" w:cs="Times New Roman"/>
        </w:rPr>
        <w:t>Vajtswv txoj kevcai yog ib phab ntsa tiv thaiv, tiam sis “cov phab ntsa” nyob rau hauv lo lus ntau qhia txog ob lub ntsiab cai uas “tiv thaiv” thiab tsim kom Tyrus vam meej thiab muaj kev vam meej hauv nws txoj kev ua tiav, uas yog ib lub cim sawv cev rau tus kub Republican ntawm Tebchaws Meskas.</w:t>
      </w:r>
    </w:p>
    <w:p>
      <w:pPr>
        <w:pStyle w:val="ArticleScripture"/>
        <w:jc w:val="left"/>
      </w:pPr>
      <w:r>
        <w:rPr>
          <w:rFonts w:ascii="Times New Roman" w:hAnsi="Times New Roman" w:eastAsia="Times New Roman" w:cs="Times New Roman"/>
        </w:rPr>
        <w:t>“‘Thiab nws muaj ob tug kub zoo li ib tug menyuam yaj.’ Ob tug kub zoo li menyuam yaj ntawd qhia txog kev hluas, kev dawb huv, thiab kev mos siab muag, uas phim heev rau tus cwj pwm ntawm Tebchaws Meskas thaum raug muab rau tus yaj saub pom tias yog ‘tab tom sawv los’ nyob rau xyoo 1798. Ntawm cov ntseeg uas khiav tawm mus nyob deb tebchaws thawj zaug, uas tau khiav mus rau America nrhiav chaw thoj nam kom dim ntawm vajntxwv txoj kev tsim txom thiab cov pov thawj txoj kev tsis kam ua siab ntev, muaj coob leej uas txiav txim siab yuav tsa ib tsoomfwv rau saum lub hauv paus dav ntawm kev ywj pheej hauv pej xeem thiab kev ntseeg. Lawv tej kev xav tau txais chaw nyob hauv Tsab Ntawv Tshaj Tawm Kev Ywj Pheej, uas nthuav tawm qhov tseeb loj tias ‘txhua tus neeg raug tsim los sib npaug’ thiab raug pub nrog txoj cai uas tsis muaj leejtwg txeeb tau rau ‘txoj sia, kev ywj pheej, thiab kev nrhiav kev zoo siab.’ Thiab Txoj Cai Lij Choj lees paub rau cov pej xeem txog txoj cai tswj hwm lawv tus kheej, los ntawm kev npaj tseg tias cov neeg sawv cev uas raug xaiv los ntawm pej xeem txoj kev pov npav yuav tsim thiab tswj cov kev cai lij choj. Kev ywj pheej ntawm kev ntseeg kuj raug pub thiab, txhua tus neeg raug tso cai pe hawm Vajtswv raws li tej lus qhia ntawm nws lub siab nco. Kev nom tswv raws li pej xeem thiab Kev Ntseeg Protestant tau los ua tej hauv paus ntsiab lus tseem ceeb ntawm lub tebchaws. Cov hauv paus ntsiab lus no yog yam zais cia ntawm nws lub hwjchim thiab nws txoj kev vam meej. Cov uas raug tsim txom thiab raug tsuj tsim txom thoob plaws hauv lub ntiajteb Khixatia tau tig los ntsia thaj av no nrog kev txaus siab thiab kev cia siab. Muaj ntau plhom leej tau nrhiav los txog nws ntug dej hiavtxwv, thiab Tebchaws Meskas tau sawv mus rau ib qho chaw nyob hauv cov tebchaws uas muaj hwjchim tshaj plaws hauv lub ntiajteb. …”</w:t>
      </w:r>
    </w:p>
    <w:p>
      <w:pPr>
        <w:pStyle w:val="ArticleScripture"/>
        <w:jc w:val="left"/>
      </w:pPr>
      <w:r>
        <w:rPr>
          <w:rFonts w:ascii="Times New Roman" w:hAnsi="Times New Roman" w:eastAsia="Times New Roman" w:cs="Times New Roman"/>
        </w:rPr>
        <w:t>“Cov ob zoo li menyuam yaj thiab lub suab zoo li zaj ntawm lub cim ntawd qhia txog ib qho kev tsis sib haum uas pom tseeb heev nyob nruab nrab ntawm tej lus tshaj tawm thiab kev coj ua ntawm haiv neeg uas tau sawv cev li ntawd. Kev ‘hais lus’ ntawm haiv neeg ntawd yog txoj kev ua haujlwm ntawm nws cov thawj coj tsim cai lij choj thiab cov thawj coj txiav txim plaub ntug. Los ntawm txoj kev ua li ntawd nws yuav ua pov thawj cuav rau tej ntsiab cai ywj pheej thiab kev thaj yeeb uas nws tau nthuav tawm ua lub hauv paus ntawm nws txoj cai tswjfwm. Txoj lus twv hais tias nws yuav hais lus ‘zoo li zaj’ thiab yuav siv ‘tag nrho lub hwjchim ntawm thawj tus tsiaj nyaum’ qhia meej tias yuav muaj kev loj hlob ntawm tus ntsuj plig ntawm kev tsis kam ua siab ntev thiab kev tsim txom uas tau tshwm sim los ntawm cov haiv neeg uas zaj thiab tus tsiaj nyaum zoo li tsov txaij sawv cev. Thiab txoj lus hais tias tus tsiaj nyaum uas muaj ob tug kub ‘yuam kom lub ntiajteb thiab cov uas nyob hauv ntawd pe hawm thawj tus tsiaj nyaum’ qhia tias txoj cai tswjfwm ntawm haiv neeg no yuav raug siv los yuam kom muaj ib yam kev coj raws cai dab qhuas uas yuav yog ib qho kev hwm rau papacy.”</w:t>
      </w:r>
    </w:p>
    <w:p>
      <w:pPr>
        <w:pStyle w:val="ArticleScripture"/>
        <w:jc w:val="left"/>
      </w:pPr>
      <w:r>
        <w:rPr>
          <w:rFonts w:ascii="Times New Roman" w:hAnsi="Times New Roman" w:eastAsia="Times New Roman" w:cs="Times New Roman"/>
        </w:rPr>
        <w:t>“Kev ua li ntawd yuav tawm tsam ncaj qha rau tej hauv paus ntsiab lus ntawm lub tseem fwv no, rau tus yam ntxwv tshwj xeeb ntawm nws tej koom haum uas muaj kev ywj pheej, rau tej lus tshaj tawm ncaj ncees thiab hnyav uas nyob hauv Daim Ntawv Tshaj Tawm Kev Ywj Pheej, thiab rau Txoj Cai Lij Choj. Cov uas tsa lub teb chaws no sawv los tau nrhiav kev tiv thaiv kom txawj ntse kom txhob cia pawg ntseeg siv hwj chim hauv ntiaj teb no, nrog rau qhov tshwm sim uas zam tsis dhau—kev tsis ua siab ntev thiab kev tsim txom. Txoj Cai Lij Choj tau teev tias ‘Congress shall make no law respecting an establishment of religion, or prohibiting the free exercise thereof,’ thiab tias ‘no religious test shall ever be required as a qualification to any office or public trust under the United States.’ Tsuas yog thaum ua txhaum qhib lug rau cov kev tiv thaiv no uas yog rau txoj kev ywj pheej ntawm lub teb chaws xwb, mam li muaj kev yuam kom coj ib yam kev cai dab qhuas twg los ntawm hwj chim pej xeem. Tiamsis qhov kev tsis sib xws ntawm kev ua li ntawd tsis loj dua li qhov uas tau sawv cev tseg hauv lub cim ntawd. Nws yog tsiaj nyaum uas muaj kub zoo li menyuam yaj—hauv nws txoj kev lees tias dawb huv, mos siab muag, thiab tsis ua mob—tiamsis hais lus zoo li ib tug zaj.” The Great Controversy, 441, 442.</w:t>
      </w:r>
    </w:p>
    <w:p>
      <w:pPr>
        <w:pStyle w:val="ArticleBody"/>
        <w:jc w:val="left"/>
      </w:pPr>
      <w:r>
        <w:rPr>
          <w:rFonts w:ascii="Times New Roman" w:hAnsi="Times New Roman" w:eastAsia="Times New Roman" w:cs="Times New Roman"/>
        </w:rPr>
        <w:t>Lub hauv paus ntawm Tebchaws Meskas raug sawv cev los ntawm Daim Ntawv Tshaj Tawm Kev Ywj Pheej thiab Txoj Cai Lij Choj, uas sawv cev rau Kev Ntseeg Protestant thiab Kev Nom Tswv Koom Haum Pejxeem raws li kev txiav txim. Cov “phab ntsa” ntawm kev tiv thaiv thiab kev vam meej yog Kev Nom Tswv Koom Haum Pejxeem thiab Kev Ntseeg Protestant, thiab thaum txog txoj cai hnub Sunday, tej ntsiab cai ntawm ob qho tib si Daim Ntawv Tshaj Tawm Kev Ywj Pheej thiab Txoj Cai Lij Choj raug rhuav tshem, vim Nebuchadnezzar “yuav tsa tej cuab yeej ua rog tawm tsam koj cov phab ntsa, thiab nrog nws tej taus nws yuav rhuav koj tej yees.”</w:t>
      </w:r>
    </w:p>
    <w:p>
      <w:pPr>
        <w:pStyle w:val="ArticleBody"/>
        <w:jc w:val="left"/>
      </w:pPr>
      <w:r>
        <w:rPr>
          <w:rFonts w:ascii="Times New Roman" w:hAnsi="Times New Roman" w:eastAsia="Times New Roman" w:cs="Times New Roman"/>
        </w:rPr>
        <w:t>Thaum txog txoj cai Hnub Caiv, txhua lub “tsev ntauwd” raug rhuav tshem tas, thiab ib lub tsev ntauwd yog ib lub cim sawv cev rau ib pawg ntseeg uas nws lub tswv yim hauv paus yog sawv cev los ntawm tib neeg txoj kev siv zog cawm nws tus kheej. Hais txog Nimrod, tus neeg tawm tsam loj ntawd thiab nws lub tsev ntauwd, peb raug qhia nyob rau hauv Prophets and Kings tias, “Thaum lub tsev ntauwd ntawd twb ua tiav ib feem lawm, ib feem ntawm nws raug siv ua chaw nyob rau cov neeg ua nws; lwm chav, uas raug npaj kom zoo nkauj nplua nuj thiab dai kom zoo kawg nkaus, raug muab tseg rau lawv cov mlom. Cov neeg zoo siab rau lawv txoj kev vam meej, thiab qhuas cov vajtswv nyiaj thiab kub, thiab tsa lawv tus kheej tawm tsam tus Tus Kav lub ntuj thiab lub ntiajteb.” Thaum txog txoj cai Hnub Caiv, Tyrus zoo siab tias Yeluxalees twb raug muab rhuav lawm, tiam sis kev thim txoj kev ntseeg ntawm teb chaws raug raws qab los ntawm teb chaws kev puastsuaj, thiab vaj ntxwv sab qaum teb yuav tom qab ntawd rhuav tshem cov ntsa thiab cov tsev ntauwd ntawm Tebchaws Meskas.</w:t>
      </w:r>
    </w:p>
    <w:p>
      <w:pPr>
        <w:pStyle w:val="ArticleBody"/>
        <w:jc w:val="left"/>
      </w:pPr>
      <w:r>
        <w:rPr>
          <w:rFonts w:ascii="Times New Roman" w:hAnsi="Times New Roman" w:eastAsia="Times New Roman" w:cs="Times New Roman"/>
        </w:rPr>
        <w:t>Peb yuav pib los txhawb txog rau rau hnub tim uas hais txog Yeluxalees hauv Exekhee nyob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 – Zauv Nees nkaum xya</dc:title>
  <dc:subject>Ezekiel Zaj Yim Yim</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