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Caug—Zauv Nees Nkaum Yim</w:t>
      </w:r>
    </w:p>
    <w:p>
      <w:pPr>
        <w:pStyle w:val="ArticleSubtitle"/>
        <w:jc w:val="left"/>
      </w:pPr>
      <w:r>
        <w:rPr>
          <w:rFonts w:ascii="Arial" w:hAnsi="Arial" w:eastAsia="Arial" w:cs="Arial"/>
        </w:rPr>
        <w:t>Exekees Zaj Lus Cuaj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Raws li kev tshoov siab, thaum hais txog kev tshoov siab, “txhua qhov tseeb muaj nws qhov kev cuam tshuam,” thiab “txhua txoj ntsiab cai muaj nws qhov kev cuam tshuam.”</w:t>
      </w:r>
    </w:p>
    <w:p>
      <w:pPr>
        <w:pStyle w:val="ArticleScripture"/>
        <w:jc w:val="left"/>
      </w:pPr>
      <w:r>
        <w:rPr>
          <w:rFonts w:ascii="Times New Roman" w:hAnsi="Times New Roman" w:eastAsia="Times New Roman" w:cs="Times New Roman"/>
        </w:rPr>
        <w:t>Vajlugkub muaj tag nrho tej ntsiab cai uas tibneeg yuav tsum to taub thiaj li raug tsim nyog rau lub neej no los yog rau lub neej tom ntej. Thiab txhua tus yeej muaj peev xwm to taub tau tej ntsiab cai no. Tsis muaj leejtwg uas muaj lub siab txaus siab rau nws tej lus qhuab qhia yuav nyeem ib nqe twg hauv Vajlugkub tsis tau txais ib qho kev xav uas pab tau los ntawm nqe ntawd. Tiamsis txoj kev qhia uas muaj nqis tshaj plaws hauv Vajlugkub tsis yog yam uas yuav tau los ntawm kev kawm ib ntus xwb los yog kev kawm uas sib cais tsis txuas nhau. Nws txoj kev tseeb loj kawg tsis tau muab nthuav tawm rau hauv ib yam uas tus neeg nyeem maj nroos los yog tus tsis mob siab yuav pom tau meej. Ntau yam ntawm nws tej txiaj ntsim tseem nyob tob heev hauv qab npoo, thiab tsuas yog nrhiav tau los ntawm kev tshawb nrhiav uas rau siab ntso thiab kev siv zog tsis tu ncua xwb. Tej kev tseeb uas koom ua ke los tsim kom muaj tag nrho qhov loj ntawd yuav tsum raug tshawb nrhiav kom pom thiab muab sau sib sau ua ke, “ib qho me ntsis ntawm no, thiab ib qho me ntsis ntawm tod.” Yaxayas 28:10.</w:t>
      </w:r>
    </w:p>
    <w:p>
      <w:pPr>
        <w:pStyle w:val="ArticleScripture"/>
        <w:jc w:val="left"/>
      </w:pPr>
      <w:r>
        <w:rPr>
          <w:rFonts w:ascii="Times New Roman" w:hAnsi="Times New Roman" w:eastAsia="Times New Roman" w:cs="Times New Roman"/>
        </w:rPr>
        <w:t>“Thaum tshawb nrhiav tawm li no thiab muab sau ua ke, lawv yuav pom tias phim ib leeg zoo kawg nkaus. Txhua Phau Ntawv Moo Zoo yog ib qho ntxiv txhawb rau lwm phau, txhua lo lus faj lem yog ib qho piav qhia rau lwm lo lus faj lem, txhua qhov tseeb yog kev nthuav dav ntawm ib qhov tseeb twg. Cov qauv piv txwv ntawm txoj cai Yudais raug ua kom meej los ntawm txoj moo zoo. Txhua txoj ntsiab cai hauv Vajtswv Txojlus muaj nws qhov chaw, txhua qhov tseeb xwm txheej muaj nws qhov kev taw qhia. Thiab tag nrho lub qauv ua tiav ntawd, hauv kev npaj thiab kev ua kom tiav, ua tim khawv txog nws tus Sau. Ib lub qauv zoo li ntawd tsis muaj ib lub siab twg tsuas yog ntawm Tus Tsis Kawg thiaj yuav xav tau lossis tsim tau.” Education, 123.</w:t>
      </w:r>
    </w:p>
    <w:p>
      <w:pPr>
        <w:pStyle w:val="ArticleBody"/>
        <w:jc w:val="left"/>
      </w:pPr>
      <w:r>
        <w:rPr>
          <w:rFonts w:ascii="Times New Roman" w:hAnsi="Times New Roman" w:eastAsia="Times New Roman" w:cs="Times New Roman"/>
        </w:rPr>
        <w:t>Qhov tseeb tiag yog hais tias lo lus Henplais “ereb boqer” muaj nyob yim zaug hauv phau Vajlugkub. Nws ib txwm raug txhais tias “yav tsaus ntuj thiab yav sawv ntxov,” tshwj tsis yog hauv Daniel 8:14 qhov uas nws raug txhais ua “hnub.” Raws li kev tshoov siab, nqe kaum plaub yog “lub hauv paus thiab tus ncej loj nruab nrab ntawm txoj kev ntseeg Advent.”</w:t>
      </w:r>
    </w:p>
    <w:p>
      <w:pPr>
        <w:pStyle w:val="ArticleScripture"/>
        <w:jc w:val="left"/>
      </w:pPr>
      <w:r>
        <w:rPr>
          <w:rFonts w:ascii="Times New Roman" w:hAnsi="Times New Roman" w:eastAsia="Times New Roman" w:cs="Times New Roman"/>
        </w:rPr>
        <w:t>“Nqe Vajlugkub uas tshaj plaws dua li lwm nqe tag nrho, uas tau ua tib si lub hauv paus thiab tus ncej tseem ceeb nruab nrab ntawm txoj kev ntseeg Advent, yog lo lus tshaj tawm no tias, ‘Txog ob txhiab peb puas hnub; ces lub chaw dawb huv yuav raug ntxuav huv.’ [Daniel 8:14.]” The Great Controversy, 409.</w:t>
      </w:r>
    </w:p>
    <w:p>
      <w:pPr>
        <w:pStyle w:val="ArticleBody"/>
        <w:jc w:val="left"/>
      </w:pPr>
      <w:r>
        <w:rPr>
          <w:rFonts w:ascii="Times New Roman" w:hAnsi="Times New Roman" w:eastAsia="Times New Roman" w:cs="Times New Roman"/>
        </w:rPr>
        <w:t>Yog li ntawd, qhov tseeb yog tias lo lus “hnub” nyob hauv nqe ntawd yog zaum yim uas kab lus Henplais ntawd raug siv hauv xya zaus. Thiab qhov xwm txheej hauv Vajlugkub uas Vajtswv tau coj cov neeg txhais Phau Vajlugkub King James raws li yaj saub lub ntsiab txhob txwm txuas qhov teeb meem tob hauv Vajlugkub hais txog tus yim yog tus ntawm xya rau hauv nqe uas sawv cev rau ib ntawm ob lub zeem muag hauv tshooj yim. Ib lo lus uas raug txhais ua “zeem muag” hauv tshooj yim yog lo lus Henplais “chazon,” hos lwm lo yog “mareh.” “Mareh” txhais tias kev tshwm sim, thiab lub zeem muag “mareh” yog lub zeem muag txog Khetos txoj kev tshwm sim hauv Vajtswv Txojlus yaj saub. Lub zeem muag “mareh” ntawm Daniyee 8:14 qhia meej tias Khetos yuav tsum tshwm sim thiab tam sid los rau hauv Nws lub tuam tsev rau lub Kaum Hlis 22, 1844. Tag nrho tej kev tseeb no yog tej xwm txheej muaj tseeb, thiab lawv muaj lawv qhov cuam tshuam rau nqe uas yog tus ncej nruab nrab; thiab tus ncej nruab nrab tsis yog ib txoj kev qhia los sis ib zaj lus faj lem uas tau ua tiav rau lub Kaum Hlis 22, 1844, qhov tseeb yog tias nqe ntawd yog Khetos, tus ncej nruab nrab.</w:t>
      </w:r>
    </w:p>
    <w:p>
      <w:pPr>
        <w:pStyle w:val="ArticleScripture"/>
        <w:jc w:val="left"/>
      </w:pPr>
      <w:r>
        <w:rPr>
          <w:rFonts w:ascii="Times New Roman" w:hAnsi="Times New Roman" w:eastAsia="Times New Roman" w:cs="Times New Roman"/>
        </w:rPr>
        <w:t>“Thaum kuv tseem nyob hauv lub xeev ntawm txoj kev poob siab no, kuv tau muaj ib zaj npau suav uas ua rau kuv lub siab raug tshee hnyo heev. Kuv npau suav pom ib lub tuam tsev, uas muaj coob leej neeg tab tom sib sau ua pab coob coob mus rau ntawd. Tsuas yog cov uas mus nkaum chaw cawm siav hauv lub tuam tsev ntawd xwb thiaj yuav dim thaum lub sij hawm xaus los txog; txhua tus uas tseem nyob sab nraud yuav ploj mus ib txhis. Cov pab neeg coob coob uas nyob sab nraud, tseem mus raws lawv tej kev nyias nyias, tau thuam thiab qhuab luag cov uas tab tom nkag mus rau hauv lub tuam tsev, thiab hais rau lawv tias txoj kev npaj cawm dim no yog ib qho kev dag ntxias muaj tswv yim phem, thiab qhov tseeb ces yeej tsis muaj ib yam kev phom sij li uas yuav tsum zam. Lawv tseem txawm txeeb qee leej los txwv kom tsis txhob maj nroos nkag mus hauv cov ntsa loog.”</w:t>
      </w:r>
    </w:p>
    <w:p>
      <w:pPr>
        <w:pStyle w:val="ArticleScripture"/>
        <w:jc w:val="left"/>
      </w:pPr>
      <w:r>
        <w:rPr>
          <w:rFonts w:ascii="Times New Roman" w:hAnsi="Times New Roman" w:eastAsia="Times New Roman" w:cs="Times New Roman"/>
        </w:rPr>
        <w:t>“Vim qhov ntshai tsam luag thuam thuam, kuv xav tias qhov zoo tshaj yog tos kom txog thaum cov neeg coob coob tawg mus, los yog kom txog thaum kuv nkag tau mus yam lawv tsis pom. Tiamsis tsis yog cov neeg tsawg zuj zus; lawv rov coob ntxiv zuj zus, thiab vim ntshai tsam lig dhau lawm, kuv thiaj tawm hauv tsev sai sai thiab thawb hla plaws hauv pab neeg coob coob. Vim kuv kub siab ntxhov xav mus kom cuag lub tuam tsev, kuv tsis pom los yog tsis quav ntsej txog cov neeg coob coob uas nyob ib ncig kuv.”</w:t>
      </w:r>
    </w:p>
    <w:p>
      <w:pPr>
        <w:pStyle w:val="ArticleScripture"/>
        <w:jc w:val="left"/>
      </w:pPr>
      <w:r>
        <w:rPr>
          <w:rFonts w:ascii="Times New Roman" w:hAnsi="Times New Roman" w:eastAsia="Times New Roman" w:cs="Times New Roman"/>
        </w:rPr>
        <w:t>“Thaum nkag mus rau hauv lub tsev lawm, kuv pom tias lub tuam tsev loj kawg nkaus ntawd raug txhawb nqa los ntawm ib tug ncej loj kawg nkaus, thiab rau ntawm tus ncej ntawd muaj ib tug menyuam yaj raug khi rau ntawd, twb raug muab nphos thiab ntshav ntws lug. Peb cov uas nyob ntawd zoo li twb paub lawm tias tus menyuam yaj no raug muab dua thiab raug ntaus doog vim yog peb. Txhua tus uas nkag mus rau hauv lub tuam tsev yuav tsum los sawv ntawm nws xub ntiag thiab lees txim rau lawv tej kev txhaum. Nyob ncaj ntawm tus menyuam yaj xub ntiag muaj cov rooj zaum siab, saum cov ntawd muaj ib pab neeg zaum saum, zoo siab heev. Lub ntuj ceeb tsheej txoj kev kaj zoo li ci ntsa iab rau saum lawv tej ntsej muag, thiab lawv qhuas Vajtswv thiab hu nkauj ua tsaug zoo siab hlo uas zoo li cov tim tswv tej suab paj nruag. Cov no yog cov uas tau los ntawm tus menyuam yaj xub ntiag, lees txim lawv tej kev txhaum, txais kev zam txim, thiab tam sim no tab tom tos ntsoov nrog kev xyiv fab txog ib qho xwm txheej zoo siab uas yuav los.”</w:t>
      </w:r>
    </w:p>
    <w:p>
      <w:pPr>
        <w:pStyle w:val="ArticleScripture"/>
        <w:jc w:val="left"/>
      </w:pPr>
      <w:r>
        <w:rPr>
          <w:rFonts w:ascii="Times New Roman" w:hAnsi="Times New Roman" w:eastAsia="Times New Roman" w:cs="Times New Roman"/>
        </w:rPr>
        <w:t>“Txawm tom qab kuv tau nkag mus rau hauv lub tsev lawm, ib qho kev ntshai txawm los kav kuv, thiab muaj ib txoj kev txaj muag tias kuv yuav tsum txo hwjchim rau ntawm cov neeg no; tiam sis zoo li kuv raug yuam kom txav mus tom ntej, thiab kuv maj mam txav ncig tus ncej kom tig mus ntsib tus yaj, thaum ntawd ib lub raj nrov ncha, lub tuam tsev tshee hnyo, cov neeg dawb huv uas tau sib sau ua ke qw suab yeej kov yeej, ib txoj kev ci ntsa iab txaus ntshai ci kaj lug rau hauv lub tsev, ces txhua yam txawm los ua tsaus ntuj nti kawg. Cov neeg zoo siab ntawd tau ploj mus tag nrho nrog txoj kev ci ntsa iab ntawd, thiab kuv raug tso tseg ib leeg nyob hauv txoj kev txaus ntshai ntsiag to ntawm hmo ntuj.”</w:t>
      </w:r>
    </w:p>
    <w:p>
      <w:pPr>
        <w:pStyle w:val="ArticleScripture"/>
        <w:jc w:val="left"/>
      </w:pPr>
      <w:r>
        <w:rPr>
          <w:rFonts w:ascii="Times New Roman" w:hAnsi="Times New Roman" w:eastAsia="Times New Roman" w:cs="Times New Roman"/>
        </w:rPr>
        <w:t>“Kuv tsim dheev sawv los hauv txoj kev txom nyem loj kawg hauv siab thiab hauv lub tswv yim, thiab kuv yuav luag tsis ntseeg tau kuv tus kheej tias kuv tsuas yog ua npau suav xwb. Nws zoo li rau kuv tias kuv txoj hmoo kawg twb raug txiav txim lawm; tias tus Ntsuj Plig ntawm tus Tswv twb ncaim ntawm kuv mus lawm, thiab yuav tsis rov qab los ib zaug ntxiv li.” Experience and Teachings, 24, 25.</w:t>
      </w:r>
    </w:p>
    <w:p>
      <w:pPr>
        <w:pStyle w:val="ArticleBody"/>
        <w:jc w:val="left"/>
      </w:pPr>
      <w:r>
        <w:rPr>
          <w:rFonts w:ascii="Times New Roman" w:hAnsi="Times New Roman" w:eastAsia="Times New Roman" w:cs="Times New Roman"/>
        </w:rPr>
        <w:t>Tam sim no raug sim saib seb peb puas yuav nkag mus rau hauv lub tuam tsev thiab tom qab ntawd lees txim peb tej kev txhaum thiab txais txoj koob hmoov ntawm Nws txoj kev suav tias ncaj ncees. Txoj kev hu kawg no kom nkag mus rau hauv lub tuam tsev raug ncig los ntawm ntau yam kev khuam siab kom txwv peb tus kheej txoj kev nkag mus, tiam sis yog peb tseem ua siab ua qaug zog tam sim no, peb yuav raug “tso cia nyob ib leeg hauv txoj kev ntsiag to txaus ntshai ntawm hmo ntuj.” Los tsis yog qhov no xwb yog kuv lub ntsiab lus.</w:t>
      </w:r>
    </w:p>
    <w:p>
      <w:pPr>
        <w:pStyle w:val="ArticleBody"/>
        <w:jc w:val="left"/>
      </w:pPr>
      <w:r>
        <w:rPr>
          <w:rFonts w:ascii="Times New Roman" w:hAnsi="Times New Roman" w:eastAsia="Times New Roman" w:cs="Times New Roman"/>
        </w:rPr>
        <w:t>Tau muab kev hais kom meej meej rau nqe no uas tseem ceeb tshaj plaws los ntawm kev suav nrog qhov sib txawv ntawm lo lus “hnub,” uas nqa nrog nws qhov lus zais ntawm yaj saub tias yim yog ntawm xya, uas yog ib qho ntawm cov log hauv lub sijhawm muab lub cim ntawm ib puas plaub caug plaub txhiab leej. Nyob rau hauv lub sijhawm muab lub cim, lub Protestant kub thiab lub Republican kub ntawm lub nceeg vaj thib rau ntawm phau Vajlugkub yaj saub yuav ob leeg ua kom tiav qhov lus zais tias tus thib yim yog ntawm xya. Ntawm yim tus thawj tswj hwm txij li lub sijhawm kawg xyoo 1989 los, Trump tau los ua tus vajntxwv thib rau ntawm lub nceeg vaj thib rau, thiab tom qab nws yeej nws lub sij hawm thib ob, nws tau los ua tus thib yim uas yog ntawm xya. Hauv qhov kev ua ntawm Tebchaws Meskas hauv kev rov ua dua Txoj Cai Milan xyoo 313, txoj kev txav Laodicean ntawm ib puas plaub caug plaub txhiab leej yuav dhau los ua txoj kev txav Philadelphian ntawm ib puas plaub caug plaub txhiab leej. Lub sijhawm muab lub cim xaus rau ntawm txoj cai Hnub Caiv thaum lub qhov txhab tuag taus ntawm lub hwj chim papacy raug kho kom zoo, thiab yog li ntawd nws ua kom tiav qhov lus zais ntawm Tshwm Sim kaum xya ua tus thib yim uas yog ntawm xya. Ib qho tseeb, sawv cev los ntawm ib kab lus Henplais, ua ib lo lus Askiv xwb; coj nqe uas qhia txog kev qhib ntawm txoj kev txiav txim los rau hauv nqe uas qhia txog kev kaw ntawm txoj kev txiav txim nyob rau hauv lub sijhawm muab lub cim ntawm ib puas plaub caug plaub txhiab leej.</w:t>
      </w:r>
    </w:p>
    <w:p>
      <w:pPr>
        <w:pStyle w:val="ArticleBody"/>
        <w:jc w:val="left"/>
      </w:pPr>
      <w:r>
        <w:rPr>
          <w:rFonts w:ascii="Times New Roman" w:hAnsi="Times New Roman" w:eastAsia="Times New Roman" w:cs="Times New Roman"/>
        </w:rPr>
        <w:t>Txhua qhov tseeb txhua yam muaj nws qhov chaw, thiab tsuas muaj ib qho kev hais tawm xwb uas muaj ib qho kev tsim lej ntawm ib “tus lej” x ib “tus lej” hauv Phau Tshiab, thiab tsuas muaj ob qho xwb hauv Phau Qub. Tus alpha ntawm “kev tsim lej” ntawd nyob hauv Chiv Keeb.</w:t>
      </w:r>
    </w:p>
    <w:p>
      <w:pPr>
        <w:pStyle w:val="ArticleScripture"/>
        <w:jc w:val="left"/>
      </w:pPr>
      <w:r>
        <w:rPr>
          <w:rFonts w:ascii="Times New Roman" w:hAnsi="Times New Roman" w:eastAsia="Times New Roman" w:cs="Times New Roman"/>
        </w:rPr>
        <w:t>Yog hais tias Kha-ees yuav raug pauj xya npaug, mas tseeb Lamaj yuav raug pauj xya caum xya npaug. Chivkeeb 4:24.</w:t>
      </w:r>
    </w:p>
    <w:p>
      <w:pPr>
        <w:pStyle w:val="ArticleBody"/>
        <w:jc w:val="left"/>
      </w:pPr>
      <w:r>
        <w:rPr>
          <w:rFonts w:ascii="Times New Roman" w:hAnsi="Times New Roman" w:eastAsia="Times New Roman" w:cs="Times New Roman"/>
        </w:rPr>
        <w:t>Kev “txhim raws lej” ntawm omega nyob hauv Mathais.</w:t>
      </w:r>
    </w:p>
    <w:p>
      <w:pPr>
        <w:pStyle w:val="ArticleScripture"/>
        <w:jc w:val="left"/>
      </w:pPr>
      <w:r>
        <w:rPr>
          <w:rFonts w:ascii="Times New Roman" w:hAnsi="Times New Roman" w:eastAsia="Times New Roman" w:cs="Times New Roman"/>
        </w:rPr>
        <w:t>Tom qab ntawd Petus txawm los cuag Nws thiab hais tias, Tus Tswv, kuv tus kwvtij yuav ua txhaum rau kuv pes tsawg zaus kuv thiaj zam txim rau nws? Puas yog txog xya zaus? Yexus hais rau nws tias, Kuv tsis hais rau koj tias, Txog xya zaus xwb; tiam sis, Txog xya caum xya zaus. Mathais 18:21, 22.</w:t>
      </w:r>
    </w:p>
    <w:p>
      <w:pPr>
        <w:pStyle w:val="ArticleBody"/>
        <w:jc w:val="left"/>
      </w:pPr>
      <w:r>
        <w:rPr>
          <w:rFonts w:ascii="Times New Roman" w:hAnsi="Times New Roman" w:eastAsia="Times New Roman" w:cs="Times New Roman"/>
        </w:rPr>
        <w:t>Cov nqe lus no sawv cev rau thawj zaug thiab zaum kawg hauv phau Vajlugkub uas ib tug lej raug qhia tias yuav muab xam nrog lwm tus lej. Muaj ntau tus lej, tiam sis tus alpha ntawm Chiv Keeb thiab tus omega ntawm Mathai muaj tib yam kev teeb tsa lej, thiab lawv siv tib ob tug lej yog “xya” thiab “xya caum.”</w:t>
      </w:r>
    </w:p>
    <w:p>
      <w:pPr>
        <w:pStyle w:val="ArticleBody"/>
        <w:jc w:val="left"/>
      </w:pPr>
      <w:r>
        <w:rPr>
          <w:rFonts w:ascii="Times New Roman" w:hAnsi="Times New Roman" w:eastAsia="Times New Roman" w:cs="Times New Roman"/>
        </w:rPr>
        <w:t>Nyob nruab nrab ntawm alpha thiab omega; qhov nruab nrab, thiab tib qho chaw ntxiv uas muaj kev teeb tsa lej zoo li no yog nyob hauv Leviticus nees nkaum tsib. Nyob ntawd ob tug lej ntawd tsis yog “xya” thiab “xya caum,” tiam sis yog “xya npaug xya xyoo.”</w:t>
      </w:r>
    </w:p>
    <w:p>
      <w:pPr>
        <w:pStyle w:val="ArticleScripture"/>
        <w:jc w:val="left"/>
      </w:pPr>
      <w:r>
        <w:rPr>
          <w:rFonts w:ascii="Times New Roman" w:hAnsi="Times New Roman" w:eastAsia="Times New Roman" w:cs="Times New Roman"/>
        </w:rPr>
        <w:t>Thiab koj yuav tsum suav xya caij Xanpataus ntawm cov xyoo rau koj, xya npaug xya xyoo; thiab lub sij hawm ntawm xya caij Xanpataus ntawm cov xyoo ntawd yuav yog rau koj plaub caug cuaj xyoos. Leviticus 25:8.</w:t>
      </w:r>
    </w:p>
    <w:p>
      <w:pPr>
        <w:pStyle w:val="ArticleBody"/>
        <w:jc w:val="left"/>
      </w:pPr>
      <w:r>
        <w:rPr>
          <w:rFonts w:ascii="Times New Roman" w:hAnsi="Times New Roman" w:eastAsia="Times New Roman" w:cs="Times New Roman"/>
        </w:rPr>
        <w:t>Qhov kev tsim lej nyob nruab nrab rov qab siv tus lej “xya,” tsis yog tus lej “xya caum.” Nqe lus uas nws nyob hauv muaj ib txoj koob hmoov rau txoj kev mloog lus, thiab kuj muaj ib txoj kev foom tsis zoo rau txoj kev tsis mloog lus. Cov koob hmoov ntawm kev tso cov qhev dim thiab kev muab thaj av rov qab los, raug muab sib piv nrog txoj kev foom tsis zoo ntawm xya npaug, uas raug hais plaub zaug hauv tshooj nees nkaum rau ntawm Leviticus. Txoj koob hmoov ntawd suav nrog tus Tswv txoj kev txhawb nqa nyob rau xyoo uas thaj av tau so, thiab ib txoj koob hmoov ob npaug hauv xyoo Jubilee, hos txoj kev foom tsis zoo ntawm tshooj nees nkaum rau yog tus uas sib haum ua phooj ywg rau qhov kev ceeb toom hauv txoj kev cog lus ntawm ob tshooj ntawd.</w:t>
      </w:r>
    </w:p>
    <w:p>
      <w:pPr>
        <w:pStyle w:val="ArticleBody"/>
        <w:jc w:val="left"/>
      </w:pPr>
      <w:r>
        <w:rPr>
          <w:rFonts w:ascii="Times New Roman" w:hAnsi="Times New Roman" w:eastAsia="Times New Roman" w:cs="Times New Roman"/>
        </w:rPr>
        <w:t>Qhov qauv lej nyob nruab nrab tshwm nyob rau hauv Leviticus 25:8 (“xya npaug xya xyoo”). Tam sim ntawd nws raug txuas nrog txoj kev txiav txim “xya npaug” plaub npaug hauv Leviticus 26. Yog li ntawd, qhov qauv lej nyob nruab nrab sawv cev rau ob qho tib si—ib txoj koob hmoov thiab ib txoj lus foom phem—ua ib zaj lus tim khawv ob npaug hauv phau Leviticus. Qhov qauv lej ntawm txoj koob hmoov lossis ntawm txoj lus foom phem ntawm Jubilee raug muab tso rau nruab nrab ntawm txoj kev txiav txim rau Lamech, thiab Yexus qhov kev qhia txog ciam txwv ntawm lub sijhawm sim siab. Tag nrho peb yam no ua ke tab tom qhia txog ib ciam txwv ntawm lub sijhawm sim siab, uas thaum xaus lawm yuav nthuav tawm ib pawg uas tau koob hmoov thiab ib pawg uas raug foom phem. Tus alpha thiab omega, uas sawv cev rau thawj thiab tus tim tswv thib peb tej lus, qhia plaub puas cuaj caug, ua lub cim ntawm lub sijhawm sim siab. Thaum qhov no raug txuas nrog txoj lus foom phem lossis txoj koob hmoov ntawm Jubilee, ces tej qhov tseeb ntawd muaj qhov tseem ceeb heev thaum peb tab tom los ze rau txoj kev kawm txog Ezekiel tshooj ib nqe ib, uas muab Ezekiel tso rau hauv xyoo peb caug ntawm lub voj voog Jubilee thib kaum xya.</w:t>
      </w:r>
    </w:p>
    <w:p>
      <w:pPr>
        <w:pStyle w:val="ArticleBody"/>
        <w:jc w:val="left"/>
      </w:pPr>
      <w:r>
        <w:rPr>
          <w:rFonts w:ascii="Times New Roman" w:hAnsi="Times New Roman" w:eastAsia="Times New Roman" w:cs="Times New Roman"/>
        </w:rPr>
        <w:t>Lub voj voog Yubili ntawd tau xaus rau hnub tim 22 Lub Kaum Hli, xyoo 573 BC, thiab nws yog ib daim qauv qhia ua ntej tsis yog rau hnub tim 22 Lub Kaum Hli, xyoo 1844 xwb, tiam sis tseem rau txoj cai hnub Sunday uas yuav los txog sai no thiab. Nim no peb nyob hauv xyoo 2026, uas yog xyoo plaub caug xya ntawm lub xya caum lub voj voog Yubili. Lub voj voog Yubili no tau raug ua qauv qhia ua ntej los ntawm lub voj voog Yubili “thib kaum xya” uas Exekees sawv hauv xyoo peb caug. Nws tau sawv hauv lub tuam tsev, sawv cev rau ib puas plaub caug plaub txhiab leej uas los ntawm txoj kev ntseeg twb tau nkag mus rau hauv Chaw Dawb Huv Tshaj Plaws thaum kawg ntawm txoj kev txiav txim, ib yam li cov neeg ncaj ncees tau ua tom qab hnub tim 22 Lub Kaum Hli, xyoo 1844. Yog tsis pom “qhov tseeb” hais txog qhov uas Exekees nyob rau qhov twg hauv keeb kwm cev Vajtswv lus yav tom ntej hauv tshooj ib thiab nqe ib, ces yog poob koj “txoj kev taw qhia.”</w:t>
      </w:r>
    </w:p>
    <w:p>
      <w:pPr>
        <w:pStyle w:val="ArticleBody"/>
        <w:jc w:val="left"/>
      </w:pPr>
      <w:r>
        <w:rPr>
          <w:rFonts w:ascii="Times New Roman" w:hAnsi="Times New Roman" w:eastAsia="Times New Roman" w:cs="Times New Roman"/>
        </w:rPr>
        <w:t>Tom qab tau pom Yehauvas lub yeeb koob uas tau tshwm sim ntawm tus dej Kebas, Exekees txo hwj chim poob rau hauv hmoov av ib yam li Daniyee, Yaxaya, thiab Yauhas. Ces tag nrho plaub tug qauv no txhua tus muaj qee yam ntawm txoj kev pleev roj tseg rau cov uas yuav tsum tshaj tawm txoj xov rau ib pawg ntseeg uas yuav tsis pom thiab yuav tsis hnov.</w:t>
      </w:r>
    </w:p>
    <w:p>
      <w:pPr>
        <w:pStyle w:val="ArticleBody"/>
        <w:jc w:val="left"/>
      </w:pPr>
      <w:r>
        <w:rPr>
          <w:rFonts w:ascii="Times New Roman" w:hAnsi="Times New Roman" w:eastAsia="Times New Roman" w:cs="Times New Roman"/>
        </w:rPr>
        <w:t>Muaj rau hnub tim nyob hauv phau ntawv Exekees uas hais txog Yeluxalees. Peb twb tau hais txog thawj hnub tim thiab hnub tim kawg uas muaj nyob hauv tshooj ib, nqe ib thiab ob, thiab tom qab ntawd nyob hauv tshooj plaub caug, nqe ib. Kuv tau hais txog hnub tim thib ob uas muaj nyob hauv tshooj yim, nqe ib, tiam sis tsuas yog nyob hauv nws txoj kev sawv cev ua cim xwb, tsis tau muab nws teev nyob rau hauv kev txuas nrog kev raug kawv thiab kev puas tsuaj ntawm Yeluxalees, thiab tag nrho phau ntawv tig ncig ntawm tus qag ntawd. Yeluxalees raug rhuav tshem thaum kawg ntawm 586/585 BC. Thiab hauv Exekees 33:21 ib tug neeg khiav dim tuaj txog nrog xov txog Yeluxalees txoj kev poob.</w:t>
      </w:r>
    </w:p>
    <w:p>
      <w:pPr>
        <w:pStyle w:val="ArticleScripture"/>
        <w:jc w:val="left"/>
      </w:pPr>
      <w:r>
        <w:rPr>
          <w:rFonts w:ascii="Times New Roman" w:hAnsi="Times New Roman" w:eastAsia="Times New Roman" w:cs="Times New Roman"/>
        </w:rPr>
        <w:t>Thiab tau muaj tias, nyob rau xyoo kaum ob ntawm peb txoj kev raug ntiab mus nyob poob cev qhev, hauv lub hli kaum, hnub thib tsib ntawm lub hli, ib tug uas tau khiav dim tawm hauv Yeluxalees tuaj cuag kuv, hais tias, Lub nroog raug ntaus lawm. Nimno Yawmsaub txhais tes tau nyob saum kuv thaum yav tsaus ntuj, ua ntej tus uas tau khiav dim ntawd tuaj txog; thiab Nws tau qhib kuv lub qhov ncauj, mus txog thaum nws tuaj cuag kuv thaum sawv ntxov; ces kuv lub qhov ncauj thiaj qhib lawm, thiab kuv tsis hais tsis tau lus ntxiv lawm. Exekees 33:21, 22.</w:t>
      </w:r>
    </w:p>
    <w:p>
      <w:pPr>
        <w:pStyle w:val="ArticleBody"/>
        <w:jc w:val="left"/>
      </w:pPr>
      <w:r>
        <w:rPr>
          <w:rFonts w:ascii="Times New Roman" w:hAnsi="Times New Roman" w:eastAsia="Times New Roman" w:cs="Times New Roman"/>
        </w:rPr>
        <w:t>Hauv xyoo kaum ob lub nroog raug nplawm, thiab tom qab ntawd Ezekiel thiaj muaj kev ywj pheej hais raws li nws tus kheej lub siab nyiam. Txoj yog toog uas nyob hauv Ezekiel tshooj yim yog nyob rau xyoo rau, yog li ntawd kwv yees li rau xyoo ua ntej lub nroog raug nplawm.</w:t>
      </w:r>
    </w:p>
    <w:p>
      <w:pPr>
        <w:pStyle w:val="ArticleScripture"/>
        <w:jc w:val="left"/>
      </w:pPr>
      <w:r>
        <w:rPr>
          <w:rFonts w:ascii="Times New Roman" w:hAnsi="Times New Roman" w:eastAsia="Times New Roman" w:cs="Times New Roman"/>
        </w:rPr>
        <w:t>Thiab tau muaj tias nyob rau xyoo thib rau, lub hli thib rau, hnub thib tsib ntawm lub hli ntawd, thaum kuv zaum hauv kuv lub tsev, thiab cov txwj laus ntawm Yudas zaum ntawm kuv xub ntiag, Vajtswv Tus Tswv txhais tes thiaj los rau saum kuv ntawd. Exekees 8:1.</w:t>
      </w:r>
    </w:p>
    <w:p>
      <w:pPr>
        <w:pStyle w:val="ArticleBody"/>
        <w:jc w:val="left"/>
      </w:pPr>
      <w:r>
        <w:rPr>
          <w:rFonts w:ascii="Times New Roman" w:hAnsi="Times New Roman" w:eastAsia="Times New Roman" w:cs="Times New Roman"/>
        </w:rPr>
        <w:t>Xyoo tom qab ntawd, uas yog xyoo xya, cov Txwj Laus tuaj nrhiav Exekhees kom nug ntawm tus Tswv.</w:t>
      </w:r>
    </w:p>
    <w:p>
      <w:pPr>
        <w:pStyle w:val="ArticleScripture"/>
        <w:jc w:val="left"/>
      </w:pPr>
      <w:r>
        <w:rPr>
          <w:rFonts w:ascii="Times New Roman" w:hAnsi="Times New Roman" w:eastAsia="Times New Roman" w:cs="Times New Roman"/>
        </w:rPr>
        <w:t>Thiab tau muaj nyob rau xyoo xya, hauv lub hlis tsib, hnub tim kaum ntawm lub hlis ntawd, ib txhia ntawm cov txwj laus ntawm Ixayees tuaj nug txog tus Tswv, thiab zaum ntawm kuv xub ntiag. Exekees 20:1.</w:t>
      </w:r>
    </w:p>
    <w:p>
      <w:pPr>
        <w:pStyle w:val="ArticleBody"/>
        <w:jc w:val="left"/>
      </w:pPr>
      <w:r>
        <w:rPr>
          <w:rFonts w:ascii="Times New Roman" w:hAnsi="Times New Roman" w:eastAsia="Times New Roman" w:cs="Times New Roman"/>
        </w:rPr>
        <w:t>Ces nyob rau xyoo cuaj, txoj kev raug ncig v</w:t>
      </w:r>
      <w:r>
        <w:rPr>
          <w:rFonts w:ascii="Microsoft YaHei" w:hAnsi="Microsoft YaHei" w:eastAsia="Microsoft YaHei" w:cs="Microsoft YaHei"/>
        </w:rPr>
        <w:t>围</w:t>
      </w:r>
      <w:r>
        <w:rPr>
          <w:rFonts w:ascii="Times New Roman" w:hAnsi="Times New Roman" w:eastAsia="Times New Roman" w:cs="Times New Roman"/>
        </w:rPr>
        <w:t xml:space="preserve"> uas kav ib xyoos thiab ib nrab ntawd thiaj pib.</w:t>
      </w:r>
    </w:p>
    <w:p>
      <w:pPr>
        <w:pStyle w:val="ArticleScripture"/>
        <w:jc w:val="left"/>
      </w:pPr>
      <w:r>
        <w:rPr>
          <w:rFonts w:ascii="Times New Roman" w:hAnsi="Times New Roman" w:eastAsia="Times New Roman" w:cs="Times New Roman"/>
        </w:rPr>
        <w:t>Thiab dua rau xyoo cuaj, rau lub hli kaum, rau hnub kaum ntawm lub hli, tus Tswv lo lus tau los cuag kuv, hais tias, Leej Tub ntawm neeg, cia li sau tseg lub npe ntawm hnub no, yog hnub no ntag: tus vajntxwv Npanpiloo tau tsa nws tus kheej tawm tsam Yeluxalees rau hnub no ntag. Exekees 24:1, 2.</w:t>
      </w:r>
    </w:p>
    <w:p>
      <w:pPr>
        <w:pStyle w:val="ArticleBody"/>
        <w:jc w:val="left"/>
      </w:pPr>
      <w:r>
        <w:rPr>
          <w:rFonts w:ascii="Times New Roman" w:hAnsi="Times New Roman" w:eastAsia="Times New Roman" w:cs="Times New Roman"/>
        </w:rPr>
        <w:t>Txhua cov hnub no sawv cev rau tej cim sijhawm tshwj xeeb ntawm tiam kawg, rau qhov Povlauj hais tias Yixayee thaum ub yog ib tug qauv rau cov uas nyob rau thaum kawg ntawm lub ntiajteb.</w:t>
      </w:r>
    </w:p>
    <w:p>
      <w:pPr>
        <w:pStyle w:val="ArticleScripture"/>
        <w:jc w:val="left"/>
      </w:pPr>
      <w:r>
        <w:rPr>
          <w:rFonts w:ascii="Times New Roman" w:hAnsi="Times New Roman" w:eastAsia="Times New Roman" w:cs="Times New Roman"/>
        </w:rPr>
        <w:t>Tam sim no tau tshwm sim rau lawv ua yam piv txwv; thiab tej no raug sau cia tseg ua lus ceeb toom rau peb, rau peb cov uas twb txog lub sij hawm kawg ntawm lub ntiaj teb lawm. Yog li ntawd, tus uas xav hais tias nws sawv ruaj, yuav tsum ceev faj tsam nws poob. 1 Corinthians 10:11, 12.</w:t>
      </w:r>
    </w:p>
    <w:p>
      <w:pPr>
        <w:pStyle w:val="ArticleBody"/>
        <w:jc w:val="left"/>
      </w:pPr>
      <w:r>
        <w:rPr>
          <w:rFonts w:ascii="Times New Roman" w:hAnsi="Times New Roman" w:eastAsia="Times New Roman" w:cs="Times New Roman"/>
        </w:rPr>
        <w:t>Tag nrho rau hnub tim uas hais txog Yeluxalees tshwm sim nyob nruab nrab ntawm thawj hnub tim hauv tshooj ib nqe ib thiab hnub tim kawg uas pom nyob hauv tshooj plaub caug nqe ib. Ob hnub tim ntawd cim tseg xyoo thib tsib hauv tshooj ib, uas yog 592 BC, thiab xyoo nees nkaum tsib hauv tshooj plaub caug, uas yog 573 BC. Nyob rau theem kab saum kab Ezekiel muaj ib kab rau Iyiv tebchaws, uas suav nrog qhov kev siv los hais txog Tire, thiab ib kab rau Yeluxalees. Kab ntawm Iyiv muaj xya lub cim taw tes ncaj qha, (thaum suav Tire nrog) hos Yeluxalees muaj rau. Nrog rau ob kab no yog kab ntawm Yauxiya thiab lub voj voog Yubili thib kaum xya. Txawm li ntawd los, kab uas raug nthuav qhia yam tsis muaj hnub tim ncaj qha yog pom nyob hauv tshooj plaub, thiab kab ntawm tshooj plaub muaj ntau lub log uas Ezekiel pom thaum nws ntsia mus rau hauv Qhov Chaw Dawb Huv Tshaj Plaws. Nws kuj ntim puv nkaus nrog ntau yam tseeb piv txwv.</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Tus lej plaub puas peb caug sawv cev rau txoj kev cog lus uas nyob mus ib txhis, thiab hauv tshooj plaub Exekhee raug tus Tswv siv ua ib zaj lus piv txwv ciaj sia, ib zaj lus piv txwv uas muaj tus lej plaub puas peb caug nyob hauv.</w:t>
      </w:r>
    </w:p>
    <w:p>
      <w:pPr>
        <w:pStyle w:val="ArticleScripture"/>
        <w:jc w:val="left"/>
      </w:pPr>
      <w:r>
        <w:rPr>
          <w:rFonts w:ascii="Times New Roman" w:hAnsi="Times New Roman" w:eastAsia="Times New Roman" w:cs="Times New Roman"/>
        </w:rPr>
        <w:t>Koj thiab, tus tub ntawm neeg, cia li muab ib daim vuas los, thiab muab tso rau ntawm koj xub ntiag, thiab kos rau saum nws lub nroog, yog Yeluxalees: Thiab tsa rog vij lub nroog ntawd, thiab ua ib lub chaw ruaj khov tawm tsam nws, thiab txawb ib lub pov toj tawm tsam nws; tsa lub yeej rog tawm tsam nws thiab muab tej tus ncej ntaus phab ntsa teeb ncig nws puag ncig. Tsis tas li ntawd, cia li muab ib lub lauj kaub hlau rau koj, thiab muab nws ua ib phab ntsa hlau nruab nrab ntawm koj thiab lub nroog: thiab tig koj lub ntsej muag tawm tsam nws, ces nws yuav raug vij, thiab koj yuav vij nws. Qhov no yuav yog ib lub cim rau tsev neeg Ixayees. Koj kuj yuav tsum pw rau ntawm koj sab laug, thiab muab txoj kev phem ntawm tsev neeg Ixayees tso rau saum nws: raws li cov hnub uas koj yuav pw saum nws, koj yuav ris lawv txoj kev phem. Rau qhov kuv tau tso lawv txoj kev phem ntau xyoo rau saum koj raws li cov hnub ntawd, yog peb puas cuaj caum hnub: li ntawd koj yuav ris txoj kev phem ntawm tsev neeg Ixayees. Thiab thaum koj ua tiav tej ntawd lawm, cia li rov pw dua rau ntawm koj sab xis, thiab koj yuav ris txoj kev phem ntawm tsev neeg Yudas plaub caug hnub: kuv tau teem rau koj ib hnub ua ib xyoos. Yog li ntawd koj yuav tsum tig koj lub ntsej muag mus rau txoj kev vij Yeluxalees, thiab koj txhais npab yuav raug qheb, thiab koj yuav cev Vajtswv lus tawm tsam nws. Thiab saib seb, kuv yuav muab hlua khi rau saum koj, thiab koj yuav tsis tig ntawm ib sab mus rau lwm sab, mus txog thaum koj ua tiav hnub ntawm koj txoj kev vij. Exekees 4:1–8.</w:t>
      </w:r>
    </w:p>
    <w:p>
      <w:pPr>
        <w:pStyle w:val="ArticleBody"/>
        <w:jc w:val="left"/>
      </w:pPr>
      <w:r>
        <w:rPr>
          <w:rFonts w:ascii="Times New Roman" w:hAnsi="Times New Roman" w:eastAsia="Times New Roman" w:cs="Times New Roman"/>
        </w:rPr>
        <w:t>Kev raug v</w:t>
      </w:r>
      <w:r>
        <w:rPr>
          <w:rFonts w:ascii="Microsoft YaHei" w:hAnsi="Microsoft YaHei" w:eastAsia="Microsoft YaHei" w:cs="Microsoft YaHei"/>
        </w:rPr>
        <w:t>围</w:t>
      </w:r>
      <w:r>
        <w:rPr>
          <w:rFonts w:ascii="Times New Roman" w:hAnsi="Times New Roman" w:eastAsia="Times New Roman" w:cs="Times New Roman"/>
        </w:rPr>
        <w:t xml:space="preserve"> lub nroog Yeluxalees, raws li Exekees tau nthuav qhia, yog ib “lub cim,” ib yam li kev raug v</w:t>
      </w:r>
      <w:r>
        <w:rPr>
          <w:rFonts w:ascii="Microsoft YaHei" w:hAnsi="Microsoft YaHei" w:eastAsia="Microsoft YaHei" w:cs="Microsoft YaHei"/>
        </w:rPr>
        <w:t>围</w:t>
      </w:r>
      <w:r>
        <w:rPr>
          <w:rFonts w:ascii="Times New Roman" w:hAnsi="Times New Roman" w:eastAsia="Times New Roman" w:cs="Times New Roman"/>
        </w:rPr>
        <w:t xml:space="preserve"> tawm tsam Yeluxalees uas Cestius coj tuaj nyob rau xyoo 66. Thaum piav txog qhov uas Yexus qhia tias kev puas tsuaj ntawm Yeluxalees yog dab tsi, Muam White qhia rau peb tias “qhov kev ua tiav ncaj qha” ntawm kev puas tsuaj ntawm Yeluxalees yog nyob rau hnub kawg. Lub cim ntawm kev puas tsuaj rau saum ob tug timkhawv uas Nebukhanexas thiab Cestius sawv cev qhia meej tias lub cim ntawm kev raug v</w:t>
      </w:r>
      <w:r>
        <w:rPr>
          <w:rFonts w:ascii="Microsoft YaHei" w:hAnsi="Microsoft YaHei" w:eastAsia="Microsoft YaHei" w:cs="Microsoft YaHei"/>
        </w:rPr>
        <w:t>围</w:t>
      </w:r>
      <w:r>
        <w:rPr>
          <w:rFonts w:ascii="Times New Roman" w:hAnsi="Times New Roman" w:eastAsia="Times New Roman" w:cs="Times New Roman"/>
        </w:rPr>
        <w:t xml:space="preserve"> ntawd yog lub cim ntawm txoj cai Hnub Caiv uas tab tom los ze.</w:t>
      </w:r>
    </w:p>
    <w:p>
      <w:pPr>
        <w:pStyle w:val="ArticleHeading"/>
        <w:jc w:val="left"/>
      </w:pPr>
      <w:r>
        <w:rPr>
          <w:rFonts w:ascii="Arial" w:hAnsi="Arial" w:eastAsia="Arial" w:cs="Arial"/>
        </w:rPr>
        <w:t>Ib Hnub Rau Ib Xyoos</w:t>
      </w:r>
    </w:p>
    <w:p>
      <w:pPr>
        <w:pStyle w:val="ArticleBody"/>
        <w:jc w:val="left"/>
      </w:pPr>
      <w:r>
        <w:rPr>
          <w:rFonts w:ascii="Times New Roman" w:hAnsi="Times New Roman" w:eastAsia="Times New Roman" w:cs="Times New Roman"/>
        </w:rPr>
        <w:t>Nyob hauv nqe lus uas peb tab tom tshuaj xyuas no, peb kuj pom omega kev hais ua tim khawv hauv Vajluskub txog txoj cai thawj thiab tseem ceeb tshaj plaws ntawm kev txhais lus cev Vajtswv lus yaj saub ntawm William Miller hauv txoj kev txav pib txheej txheem ntawm thawj thiab tus tim tswv ob cov lus. Tus alpha ntawm txoj cai ib hnub rau ib xyoos kuj yog ib lub cim omega thiab, rau qhov tus alpha ntawm txoj cai ib hnub rau ib xyoos ntawd raug nthuav tawm nyob rau hauv phau Ntawv Xam Phaj ua qhov kev sim siab thib kaum thiab kawg, uas cov Yixayee ua tsis dhau, thiab yog li ntawd tau coj kev tuag nyob rau saum lawv tus kheej hauv tebchaws moj sab qhua thoob plaws plaub caug xyoo ntawm lawv txoj kev taug kev hauv moj sab qhua.</w:t>
      </w:r>
    </w:p>
    <w:p>
      <w:pPr>
        <w:pStyle w:val="ArticleScripture"/>
        <w:jc w:val="left"/>
      </w:pPr>
      <w:r>
        <w:rPr>
          <w:rFonts w:ascii="Times New Roman" w:hAnsi="Times New Roman" w:eastAsia="Times New Roman" w:cs="Times New Roman"/>
        </w:rPr>
        <w:t>Nej cov menyuam yuav mus ncig ua siav nyob rau hauv tebchaws moj sab qhua tau plaub caug xyoo, thiab yuav ris nej tej kev ua nkauj ua nraug, mus txog thaum nej tej cev qhuav mus ploj tag rau hauv tebchaws moj sab qhua. Raws li tus naj npawb ntawm cov hnub uas nej mus xyuas lub tebchaws, yog plaub caug hnub, ib hnub suav ua ib xyoos, nej yuav ris nej tej kev txhaum, yog plaub caug xyoo, thiab nej yuav paub txog qhov uas kuv rhuav kuv lo lus cog tseg. Kuv, tus Tswv, twb hais lawm tias, kuv yeej yuav ua li no rau tag nrho pawg neeg phem no, uas tau tuaj sib sau tawm tsam kuv: nyob hauv tebchaws moj sab qhua no lawv yuav raug rhuav tshem, thiab qhov ntawd lawv yuav tuag. Numbers 14:33–35.</w:t>
      </w:r>
    </w:p>
    <w:p>
      <w:pPr>
        <w:pStyle w:val="ArticleBody"/>
        <w:jc w:val="left"/>
      </w:pPr>
      <w:r>
        <w:rPr>
          <w:rFonts w:ascii="Times New Roman" w:hAnsi="Times New Roman" w:eastAsia="Times New Roman" w:cs="Times New Roman"/>
        </w:rPr>
        <w:t>Qhov kev txhais raws li kev cev Vajtswv lus tias ib hnub sawv cev rau ib xyoos raug qhia tawm nyob hauv qhov kev ntxeev siab kawg ntawm txoj kev sim kaum theem uas pib thaum hla Hiavtxwv Liab, thiab tias tib txoj kevcai ntawd rov raug tshaj tawm dua thaum Yeluxalees yuav raug v</w:t>
      </w:r>
      <w:r>
        <w:rPr>
          <w:rFonts w:ascii="Microsoft YaHei" w:hAnsi="Microsoft YaHei" w:eastAsia="Microsoft YaHei" w:cs="Microsoft YaHei"/>
        </w:rPr>
        <w:t>围</w:t>
      </w:r>
      <w:r>
        <w:rPr>
          <w:rFonts w:ascii="Times New Roman" w:hAnsi="Times New Roman" w:eastAsia="Times New Roman" w:cs="Times New Roman"/>
        </w:rPr>
        <w:t xml:space="preserve"> thiab raug rhuav tshem, yuav tsum raug to taub thiab coj los siv rau hauv nqe lus uas peb tab tom xav txog no; ib yam li qhov tseem ceeb ntawm qhov “kev v</w:t>
      </w:r>
      <w:r>
        <w:rPr>
          <w:rFonts w:ascii="Microsoft YaHei" w:hAnsi="Microsoft YaHei" w:eastAsia="Microsoft YaHei" w:cs="Microsoft YaHei"/>
        </w:rPr>
        <w:t>围</w:t>
      </w:r>
      <w:r>
        <w:rPr>
          <w:rFonts w:ascii="Times New Roman" w:hAnsi="Times New Roman" w:eastAsia="Times New Roman" w:cs="Times New Roman"/>
        </w:rPr>
        <w:t>” yog “lub cim.”</w:t>
      </w:r>
    </w:p>
    <w:p>
      <w:pPr>
        <w:pStyle w:val="ArticleBody"/>
        <w:jc w:val="left"/>
      </w:pPr>
      <w:r>
        <w:rPr>
          <w:rFonts w:ascii="Times New Roman" w:hAnsi="Times New Roman" w:eastAsia="Times New Roman" w:cs="Times New Roman"/>
        </w:rPr>
        <w:t>Kab keeb kwm uas raug coj los sib sau ua ke thaum siv “kev kawv Yeluxalees” ua lub cim yuav tsum raug lees paub, rau qhov nws dhau los ua ib yam li “qag log” hais ua piv txwv, thiab hais raws li lus piv txwv, lub cim ntawm kev kawv ntawd muaj ntau tus ncej log txuas rau nws. Lub cim ntawm kev kawv yog tej zaum nqe tseem ceeb tshaj plaws hauv Exekees, thiab lub cim ntawd tso cai rau tus Tsov Ntxhuav ntawm xeem Yudas coj kev ua tiav zoo tag nrho tawm hauv yam uas thaum xub thawj zoo nkaus li Exekees pom tias yog kev ntxhov tsis meej. “Lub cim” ntawm kev kawv, txoj cai ib xyoos hloov ib hnub, thiab cov kab yaj saub uas raug coj los sib sau ua ke los ntawm kev kawv, yuav tsum raug xav txog nyob hauv lub ntsiab lus uas plaub puas peb caug sawv cev rau txoj kev cog lus nyob mus ib txhis.</w:t>
      </w:r>
    </w:p>
    <w:p>
      <w:pPr>
        <w:pStyle w:val="ArticleHeading"/>
        <w:jc w:val="left"/>
      </w:pPr>
      <w:r>
        <w:rPr>
          <w:rFonts w:ascii="Arial" w:hAnsi="Arial" w:eastAsia="Arial" w:cs="Arial"/>
        </w:rPr>
        <w:t>Lus Cog Tseg</w:t>
      </w:r>
    </w:p>
    <w:p>
      <w:pPr>
        <w:pStyle w:val="ArticleScripture"/>
        <w:jc w:val="left"/>
      </w:pPr>
      <w:r>
        <w:rPr>
          <w:rFonts w:ascii="Times New Roman" w:hAnsi="Times New Roman" w:eastAsia="Times New Roman" w:cs="Times New Roman"/>
        </w:rPr>
        <w:t>Nws hais rau Abram tias, Koj yuav tsum paub tseeb tias koj caj ces yuav nyob ua neeg txawv teb chaws hauv ib thaj av uas tsis yog lawv li, thiab lawv yuav ua qhev rau cov neeg ntawd; thiab cov neeg ntawd yuav tsim txom lawv tau plaub puas xyoo. Chiv Keeb 15:13.</w:t>
      </w:r>
    </w:p>
    <w:p>
      <w:pPr>
        <w:pStyle w:val="ArticleBody"/>
        <w:jc w:val="left"/>
      </w:pPr>
      <w:r>
        <w:rPr>
          <w:rFonts w:ascii="Times New Roman" w:hAnsi="Times New Roman" w:eastAsia="Times New Roman" w:cs="Times New Roman"/>
        </w:rPr>
        <w:t>Tus Tswv tau nkag mus rau hauv txoj kev khi lus cog tseg nrog Aplahas los ntawm ib txoj txheej txheem peb kauj ruam, thiab thawj kauj ruam ntawm peb kauj ruam ntawd muaj nrog rau lo lus faj lem tias Aplahas tej xeeb leej xeeb ntxwv yuav raug ua neeg qhev nyob hauv Iziv tau plaub puas xyoo. Hauv kauj ruam ob, Aplahas tau txais txoj kevcai ua kevcai txiav, thiab kauj ruam peb yog kev txi Ixaj saum Roob Mauliyas. Plaub puas xyoo tau raug qhia tseg nyob hauv alpha ntawm peb kauj ruam uas tus Tswv tau ua hauv kev tsa sawv thiab nkag mus rau hauv txoj kev khi lus cog tseg nrog ib haiv neeg uas raug xaiv. Cov neeg uas raug xaiv ntawd, yog haiv neeg ntawm txoj kev khi lus cog tseg, tau raug Vajtswv muab nrauj thaum lawv muab Xatefanaus txawb pob zeb tuag rau xyoo 34, thiab tom qab ntawd Povlauj, tus tubtxib uas raug xaiv rau cov Lwm Haiv Neeg, tau txheeb qhia plaub puas xyoo ntawd tias yog—plaub puas peb caug xyoo.</w:t>
      </w:r>
    </w:p>
    <w:p>
      <w:pPr>
        <w:pStyle w:val="ArticleScripture"/>
        <w:jc w:val="left"/>
      </w:pPr>
      <w:r>
        <w:rPr>
          <w:rFonts w:ascii="Times New Roman" w:hAnsi="Times New Roman" w:eastAsia="Times New Roman" w:cs="Times New Roman"/>
        </w:rPr>
        <w:t>Kuv hais li no, tias txoj kev cog lus uas Vajtswv tau lees paub tseg ua ntej hauv Khetos lawm, txoj kevcai uas tuaj tom qab plaub puas peb caug xyoo ntawd, tsis muaj peev xwm rhuav tshem tau, kom thiaj ua rau lo lus cog tseg poob nws lub hwjchim. Chivkeeb 3:17.</w:t>
      </w:r>
    </w:p>
    <w:p>
      <w:pPr>
        <w:pStyle w:val="ArticleBody"/>
        <w:jc w:val="left"/>
      </w:pPr>
      <w:r>
        <w:rPr>
          <w:rFonts w:ascii="Times New Roman" w:hAnsi="Times New Roman" w:eastAsia="Times New Roman" w:cs="Times New Roman"/>
        </w:rPr>
        <w:t>Tus lej uas sawv cev rau txoj kev cog lus yog plaub puas peb caug, tiam sis ob tug timkhawv yog Anplahas thiab Xa-u, uas nkawd ob leeg tau raug hloov npe mus ua Aplahas thiab Povlauj raws li, qhia txog ob ntu sijhawm uas sib txawv uas ua ke ua tus lej puv plaub puas peb caug. Thaum Vajtswv hloov ib tug ntsuj plig lub npe, qhov ntawd yog ib lub cim ntawm kev sib raug zoo raws li txoj kev cog lus ntawm tus ntsuj plig ntawd nrog Vajtswv. Vim li ntawd, plaub puas peb caug xyoo yog ib qho lej sau uas tshwm los ntawm kev ntxiv ua ke ntawm ob tug lej sib txawv, ib yam li Aplahas plaub puas thiab Povlauj qhov ntxiv peb caug. Exekees pw ntawm nws sab laug peb puas cuaj caug hnub, ces nws pw ntawm nws sab xis plaub caug hnub; qhia txog ob tug lej uas lawv cov lej tag nrho sib sau ua plaub puas peb caug.</w:t>
      </w:r>
    </w:p>
    <w:p>
      <w:pPr>
        <w:pStyle w:val="ArticleBody"/>
        <w:jc w:val="left"/>
      </w:pPr>
      <w:r>
        <w:rPr>
          <w:rFonts w:ascii="Times New Roman" w:hAnsi="Times New Roman" w:eastAsia="Times New Roman" w:cs="Times New Roman"/>
        </w:rPr>
        <w:t>Hauv Chivkeeb tshooj kaum ib, txoj kev cog lus ntawm txoj kev tuag uas raug tsim los tam sim ntawd tom qab dej nyab los ntawm Nimrod txoj kev ntxeev siab qhia kom pom qhov sib txawv ntawm ob txoj kev cog lus. Tej yam uas muaj nyob hauv tus pej thuam Npas Npis ua tim khawv txog ib haiv neeg nyob hauv ib txoj kev cog lus Xatas uas hais tias cawm nej tus kheej, ib haiv neeg uas yuav tsum raug txiav txim thiab raug faib mus nyob tawg ua pab ua pawg. Hauv tib tshooj ntawd, caj ces ntawm cov Henplais raug qhia los ntawm Eber txoj kev yug los, cim txog qhov pib ntawm ib haiv neeg raug xaiv los sawv cev rau txoj kev cog lus ntawm txoj sia, tawm tsam Nimrod txoj kev cog lus ntawm txoj kev tuag.</w:t>
      </w:r>
    </w:p>
    <w:p>
      <w:pPr>
        <w:pStyle w:val="ArticleScripture"/>
        <w:jc w:val="left"/>
      </w:pPr>
      <w:r>
        <w:rPr>
          <w:rFonts w:ascii="Times New Roman" w:hAnsi="Times New Roman" w:eastAsia="Times New Roman" w:cs="Times New Roman"/>
        </w:rPr>
        <w:t>Eber muaj sia nyob peb caug plaub xyoos, ces nws yug Peleg; tom qab Eber yug tau Peleg lawm, Eber tseem muaj sia nyob plaub puas peb caug xyoos, thiab yug tau tub thiab ntxhais. Peleg muaj sia nyob peb caug xyoos, ces nws yug Reu. Chiv Keeb 11:16–18.</w:t>
      </w:r>
    </w:p>
    <w:p>
      <w:pPr>
        <w:pStyle w:val="ArticleBody"/>
        <w:jc w:val="left"/>
      </w:pPr>
      <w:r>
        <w:rPr>
          <w:rFonts w:ascii="Times New Roman" w:hAnsi="Times New Roman" w:eastAsia="Times New Roman" w:cs="Times New Roman"/>
        </w:rPr>
        <w:t>Hauv hauv tshooj kaum ntawm Chiv Keeb, Eber thiab Peleg raug hais thawj zaug.</w:t>
      </w:r>
    </w:p>
    <w:p>
      <w:pPr>
        <w:pStyle w:val="ArticleScripture"/>
        <w:jc w:val="left"/>
      </w:pPr>
      <w:r>
        <w:rPr>
          <w:rFonts w:ascii="Times New Roman" w:hAnsi="Times New Roman" w:eastAsia="Times New Roman" w:cs="Times New Roman"/>
        </w:rPr>
        <w:t>Eber yug muaj ob tug tub yug los; ib tug npe hu ua Peleg; rau qhov nyob hauv nws lub sijhawm thiaj muaj kev faib ntiajteb; thiab nws tus kwv npe hu ua Joktan. Chivkeeb 10:25.</w:t>
      </w:r>
    </w:p>
    <w:p>
      <w:pPr>
        <w:pStyle w:val="ArticleBody"/>
        <w:jc w:val="left"/>
      </w:pPr>
      <w:r>
        <w:rPr>
          <w:rFonts w:ascii="Times New Roman" w:hAnsi="Times New Roman" w:eastAsia="Times New Roman" w:cs="Times New Roman"/>
        </w:rPr>
        <w:t>Peleg txhais tias kev faib los sis kev sib cais, thiab nyob rau hauv Peleg tej hnub nyoog, kev faib ntawm ob pab neeg ntawm cov neeg hauv kev cog lus raug cim tseg los ntawm keeb kwm ntawm tus yees Npanpiloo thiab Nimrod txoj kev ntxeev siab. Eber muaj hnub nyoog txog plaub puas rau caum plaub xyoos, tiamsis tom qab Peleg (kev faib) yug los lawm nws tseem nyob plaub puas peb caug xyoo. Txhua qhov tseeb puav leej muaj nws qhov tseem ceeb, thiab plaub puas peb caug yog tus lej uas Povlauj muab rau zaj lus faj lem ntawm Anplahas txog kev cog lus. Txawm yog tus lej plaub puas peb caug raug txuas nrog Eber lub neej tom qab Peleg yug los, thawj peb caug plaub xyoos ntawm nws lub neej raug hais tias yog “plaub thiab peb caug xyoo,” uas yeej yog peb caug plaub xyoos, los ntawm qhov kev hais yooj yim ntawm peb caug plaub xyoos ntawd nws nyeem tias “plaub” thiab “peb caug” (430). Tom qab ntawd thiaj los txog plaub puas peb caug, ces thawj qhov kev hais txog Peleg lub neej yog “peb caug.”</w:t>
      </w:r>
    </w:p>
    <w:p>
      <w:pPr>
        <w:pStyle w:val="ArticleBody"/>
        <w:jc w:val="left"/>
      </w:pPr>
      <w:r>
        <w:rPr>
          <w:rFonts w:ascii="Times New Roman" w:hAnsi="Times New Roman" w:eastAsia="Times New Roman" w:cs="Times New Roman"/>
        </w:rPr>
        <w:t>Eber yog lub hauv paus ntawm lub npe Hebrew, thiab qhov no yog thawj zaug uas cov Hebrews raug hais txog, uas yog haiv neeg uas raug xaiv tseg rau txoj kev cog lus. Eber txhais tias hla mus, yog li ntawd nws sawv cev ua cim rau haiv neeg ntawm txoj kev cog lus uas hla tawm hauv lub ntiajteb mus rau lub ntiajteb tshiab ib yam li Abraham cov me nyuam tau ua thaum lawv hla Hiavtxwv Liab mus rau Tebchaws Coglus. Kev taug kev yuam kev nyob hauv tebchaws moj sab qhua tau plaub caug xyoo tau ncua qhov kev hla ntawd, tiamsis thaum kawg ntawm plaub caug xyoo lawv tau hla tus Dej Yaladee mus rau Tebchaws Coglus, yog li ntawd nws ua cim rau Vajtswv haiv neeg txoj kev hla kawg nkaus. Peleg sawv cev rau keeb kwm lub sijhawm uas kev faib noob neej ua ob haiv neeg ntawm txoj kev cog lus tau tshwm sim thawj zaug ntawm Nimrod lub yees. Lub cim ntawm Nimrod txoj kev cog lus ntawm kev tuag yog kev ntxhov siab tsis meej pem, hos lub cim ntawm cov Hebrew txoj kev cog lus ntawm txoj sia yog plaub puas peb caug xyoo ntawm Eber lub neej ua ntej qhov kev faib uas Peleg sawv cev. Lub npe Peleg kuj cim ib qho tseeb ntawm lej uas muaj lub ntsiab, vim Eber plaub puas peb caug xyoo raug faib ua ob tug lej, thiab Peleg sawv cev rau kev cais tawm ntawm plaub puas nrog tus lej peb caug.</w:t>
      </w:r>
    </w:p>
    <w:p>
      <w:pPr>
        <w:pStyle w:val="ArticleBody"/>
        <w:jc w:val="left"/>
      </w:pPr>
      <w:r>
        <w:rPr>
          <w:rFonts w:ascii="Times New Roman" w:hAnsi="Times New Roman" w:eastAsia="Times New Roman" w:cs="Times New Roman"/>
        </w:rPr>
        <w:t>Plaub puas peb caug muaj ob ntu. Plaub puas xyoo ntawm Anplahas txoj kev khi lus nrog rau peb caug xyoo ntxiv uas Povlauj tau cim tseg. Kev txawj ntse uas nce ntxiv uas tsim tau kev txhawb siab kawg ntawm Vajtswv haiv neeg raug sawv cev hauv Daniyees tshooj kaum ob, qhov uas lub cim ob-ntu ntawm txoj kev khi lus mus ib txhis raug qhia meej tshwj xeeb, thiab nws raug nthuav tawm hauv nqe 9/11.</w:t>
      </w:r>
    </w:p>
    <w:p>
      <w:pPr>
        <w:pStyle w:val="ArticleScripture"/>
        <w:jc w:val="left"/>
      </w:pPr>
      <w:r>
        <w:rPr>
          <w:rFonts w:ascii="Times New Roman" w:hAnsi="Times New Roman" w:eastAsia="Times New Roman" w:cs="Times New Roman"/>
        </w:rPr>
        <w:t>Thiab nws hais tias, Mus koj txojkev mus, Daniyees: rau cov lus no twb raug kaw cia thiab raug ntim cim lawm mus txog lub sijhawm kawg. Muaj coob leej yuav raug ntxuav kom dawb huv, thiab raug ua kom dawb, thiab raug sim; tiam sis cov neeg phem yuav ua phem mus ntxiv: thiab tsis muaj ib tug hauv cov neeg phem yuav to taub li; tiam sis cov neeg txawj ntse yuav to taub. Thiab txij thaum uas kev txi niaj hnub yuav raug tshem tawm mus, thiab yam qias neeg uas ua rau kev puam tsuaj raug tsa los, yuav muaj ib txhiab ob puas cuaj caug hnub. Daniel 12:9–11.</w:t>
      </w:r>
    </w:p>
    <w:p>
      <w:pPr>
        <w:pStyle w:val="ArticleBody"/>
        <w:jc w:val="left"/>
      </w:pPr>
      <w:r>
        <w:rPr>
          <w:rFonts w:ascii="Times New Roman" w:hAnsi="Times New Roman" w:eastAsia="Times New Roman" w:cs="Times New Roman"/>
        </w:rPr>
        <w:t>Qhov kev qhib lub cim kawg uas tsim tawm ib txheej txheem kev sim siab muaj peb theem raws li tau sawv cev hauv nqe kaum hais tias “ua kom huv, thiab ua kom dawb, thiab raug sim,” muaj kev txuas nrog ib txhiab ob puas cuaj caug xyoo. Kev to taub ntawm cov pioneer txog nqe no yog tias kev tshem tawm txoj kev tawm tsam ntawm kev pe hawm dab cuav hauv xyoo 508, tau pib ib txheej txheem peb caug xyoo uas coj mus rau kev tsa lub hwj chim papacy los ua lub nceeg vaj thib tsib ntawm tej lus faj lem hauv Phau Vajlugkub hauv xyoo 538, thiab tom qab ntawd nws tau kav ua lub nceeg vaj thib tsib ntawm tej lus faj lem hauv Phau Vajlugkub mus txog thaum ib txhiab ob puas rau caum xyoo xaus rau xyoo 1798. Peb caug xyoo txij xyoo 508 mus txog xyoo 538 kuj raug Paulus sawv cev ua “kev thim rov qab los ua ntej,” hauv 2 Thessalonians.</w:t>
      </w:r>
    </w:p>
    <w:p>
      <w:pPr>
        <w:pStyle w:val="ArticleBody"/>
        <w:jc w:val="left"/>
      </w:pPr>
      <w:r>
        <w:rPr>
          <w:rFonts w:ascii="Times New Roman" w:hAnsi="Times New Roman" w:eastAsia="Times New Roman" w:cs="Times New Roman"/>
        </w:rPr>
        <w:t>Hauv 2 Thexalaunika, lub ntsiab lus yog hais txog txoj kev sib raug zoo ntawm Loos teev dab mlom thiab Loos papas, uas yog lub nceeg vaj thib plaub thiab thib tsib hauv tej lus faj lem, raws li nyias ib feem. Nyob hauv tshooj no ntawm Thexalaunika no thiaj yog qhov William Miller nrhiav tau tias “yam niaj hnub” hauv phau Daniyees sawv cev rau Loos teev dab mlom, thiab Miller tseem nrhiav tau ntxiv tias “yam niaj hnub” hauv Daniyees yeej ib txwm raug nthuav tawm ua ke nrog txoj kev qias vuab tsuab los sis txoj kev ua txhaum uas coj kev puam tsuaj tuaj. Txoj kev qias vuab tsuab thiab txoj kev ua txhaum uas coj kev puam tsuaj tuaj hauv phau Daniyees sawv cev rau yam uas Yauhas txheeb tias, hauv phau Qhia Tshwm, yog daim duab ntawm tus tsiaj qus thiab lub cim ntawm tus tsiaj qus, raws li nyias ib feem.</w:t>
      </w:r>
    </w:p>
    <w:p>
      <w:pPr>
        <w:pStyle w:val="ArticleBody"/>
        <w:jc w:val="left"/>
      </w:pPr>
      <w:r>
        <w:rPr>
          <w:rFonts w:ascii="Times New Roman" w:hAnsi="Times New Roman" w:eastAsia="Times New Roman" w:cs="Times New Roman"/>
        </w:rPr>
        <w:t>William Miller tau tsa feem coob, yog tsis hais tias tas nrho, ntawm nws tej kev siv txog tej lus faj lem rau saum qhov nws txheeb xyuas ob lub hwjchim ua kom puam tsuaj, uas raug sawv cev ua “yam niaj hnub” (Loos lwm haiv), thiab lub hwjchim thib ob uas ua kom puam tsuaj, uas raug hais tawm ob txoj kev, yog kev txhaum uas ua kom puam tsuaj (kev sib koom ua ke ntawm pawg ntseeg thiab lub xeev), hauv Phau Tshwm Sim—ua tus duab ntawm tus tsiaj qus (qhov qauv lus faj lem ntawm lub hwjchim papal), thiab qhov qias neeg uas ua kom puam tsuaj (kev pe hawm lub hnub) hauv Phau Tshwm Sim—ua lub cim ntawm tus tsiaj qus. Qhov kev nkag siab uas Miller txais tau los ntawm Povlauj txoj kev nthuav tawm hauv 2 Thexalaunike yog ib qho kev nkag siab hauv paus tseem ceeb tshaj plaws ntawm Miller, uas yog lub cim ntawm tej hauv paus ntawm Kev Ntseeg Adventist. Povlauj hais tias cov uas tsis hlub qhov tseeb uas raug sawv cev hauv tshooj ob ntawm 2 Thexalaunike yog cov uas txais txoj kev dag ntxias uas muaj hwjchim loj.</w:t>
      </w:r>
    </w:p>
    <w:p>
      <w:pPr>
        <w:pStyle w:val="ArticleBody"/>
        <w:jc w:val="left"/>
      </w:pPr>
      <w:r>
        <w:rPr>
          <w:rFonts w:ascii="Times New Roman" w:hAnsi="Times New Roman" w:eastAsia="Times New Roman" w:cs="Times New Roman"/>
        </w:rPr>
        <w:t>Hauv Daniyee peb nqe (Daniel 12:9–11), txoj kev to taub cim nyob rau hnub kawg tsis tuaj yeem suav nrog kev siv lub sijhawm, rau qhov txij li lub Kaum Hli 22, 1844 los lawm; kev siv lub sijhawm cev Vajtswv lus twb tsis siv tau lawm ntxiv. Cov nqe 9/11 sawv cev rau ob lub sijhawm sib txawv, yog peb caug xyoo thiab ib txhiab ob puas rau caum xyoo. Tus lej plaub caug thiab tus lej ib txhiab ob puas rau caum, ob leeg puav leej yog cim ntawm ib roob moj sab qhua cev Vajtswv lus, thiab hauv kev cev Vajtswv lus nkawd sib pauv tau. Yog li ntawd, ib txhiab ob puas rau caum yuav to taub tau tias yog plaub caug, thiab plaub caug yog ib feem kaum ntawm plaub puas. Cov nqe 9/11 cim txog tus lej ntawm txoj kev khi lus uas nyob mus ib txhis, raws li plaub puas (Abraham) sawv cev thaum txuas nrog peb caug (Povlauj). “Roob moj sab qhua” uas “ib txhiab ob puas rau caum” sawv cev, haum raws li ib “roob moj sab qhua ntawm ‘plaub caug’,” thiab plaub yog ib feem kaum ntawm plaub puas. Peb caug yog peb caug. Plaub puas peb caug raug tsim los ntawm tus lej plaub puas ntxiv rau tus lej peb caug, uas hauv Exekees tshooj plaub sawv cev ua peb puas cuaj caum ntxiv rau tus lej plaub caug.</w:t>
      </w:r>
    </w:p>
    <w:p>
      <w:pPr>
        <w:pStyle w:val="ArticleBody"/>
        <w:jc w:val="left"/>
      </w:pPr>
      <w:r>
        <w:rPr>
          <w:rFonts w:ascii="Times New Roman" w:hAnsi="Times New Roman" w:eastAsia="Times New Roman" w:cs="Times New Roman"/>
        </w:rPr>
        <w:t>Nqe 9/11 nqe nyob hauv tshooj kaum ob sawv cev rau qhov nruab nrab ntawm peb lub sijhawm cev Vajtswv lus hauv tshooj ntawd, thiab lawv yog ib lub cim ntawm txoj kev khi lus uas nyob mus ib txhis uas raug qhib tawm hauv hnub kawg. Kev qhib tawm ntawm lub ntsiab lus ntawm plaub puas peb caug hauv hnub kawg raug coj los ua kom tshwm sim nyob hauv Ezekiel tshooj plaub.</w:t>
      </w:r>
    </w:p>
    <w:p>
      <w:pPr>
        <w:pStyle w:val="ArticleBody"/>
        <w:jc w:val="left"/>
      </w:pPr>
      <w:r>
        <w:rPr>
          <w:rFonts w:ascii="Times New Roman" w:hAnsi="Times New Roman" w:eastAsia="Times New Roman" w:cs="Times New Roman"/>
        </w:rPr>
        <w:t>Tus Tsov Ntxhuav ntawm pawg xeem Yudas tam sim no tab tom qhib cov cim foob ntawm zaj lus ceeb toom kawg rau cov uas los ntawm txoj kev ntseeg tau nkag mus rau hauv Qhov Chaw Dawb Huv Tshaj Plaws nrog Exekees, Yauhas, Daniyee thiab Yaxayas. Qhov tseeb ntawd raug qhib tawm ua ke nrog kev tsa siab ntawm cov uas raug sawv cev tsis yog tsuas yog raws li cov neeg raug ntiab tawm ntawm Ixayees xwb, tiam sis kuj raws li tus chij ntawm ib puas plaub caug plaub txhiab leej. Qhov tseeb ntawd raug muab tso rau hauv lub ntsiab lus ntawm txoj kev khi lus uas raug sawv cev los ntawm Aplahas plaub puas xyoo ua ke nrog txoj kev khi lus uas raug sawv cev los ntawm Povlauj peb caug xyoo. Qhov tseeb ntawd raug nthuav tawm nyob rau hauv Daniyee kaum ob nqe 9/11, uas sawv cev rau nruab nrab ntawm peb lub sijhawm cim, uas cov Millerites tau to taub kom raug. Qhov nruab nrab 9/11 qhov tseeb uas tab tom raug qhib cov cim foob hauv Daniyee kaum ob raug sawv cev nyob rau hauv Exekees peb puas cuaj caum hnub thiab plaub caug hnub. Cov hnub ntawd raug qhib tawm rau Exekees nyob rau xyoo peb caug ntawm lub voj voog Yubili thib kaum xya, thiab Exekees, raws li ib tug pov thawj, sawv cev rau txoj hauj lwm pov thawj ntawm ib puas plaub caug plaub txhiab leej uas nyob hauv txoj kev sim nruab nrab, ntawm peb txoj kev sim.</w:t>
      </w:r>
    </w:p>
    <w:p>
      <w:pPr>
        <w:pStyle w:val="ArticleBody"/>
        <w:jc w:val="left"/>
      </w:pPr>
      <w:r>
        <w:rPr>
          <w:rFonts w:ascii="Times New Roman" w:hAnsi="Times New Roman" w:eastAsia="Times New Roman" w:cs="Times New Roman"/>
        </w:rPr>
        <w:t>Exekhee, raug cim tseg nyob hauv qhov kev sim hauv lub tuam tsev rau hnub “thib tsib” ntawm lub “hli plaub,” uas nyob hauv keeb kwm Millerite tau cim qhov nruab nrab tseeb (“ib nrab kev”) ntawm cov hli xya uas tau pib thaum thawj txoj kev poob siab rau hnub tim 19 lub Plaub Hlis, 1844, thiab xaus rau hnub tim 22 lub Kaum Hli ntawm tib lub xyoo.</w:t>
      </w:r>
    </w:p>
    <w:p>
      <w:pPr>
        <w:pStyle w:val="ArticleScripture"/>
        <w:jc w:val="left"/>
      </w:pPr>
      <w:r>
        <w:rPr>
          <w:rFonts w:ascii="Times New Roman" w:hAnsi="Times New Roman" w:eastAsia="Times New Roman" w:cs="Times New Roman"/>
        </w:rPr>
        <w:t>“Nyob rau lub caij ntuj sov xyoo 1844, nyob nruab nrab ntawm lub sijhawm uas thaum xub thawj neeg tau xav tias 2300 hnub yuav xaus, thiab lub caij nplooj zeeg ntawm tib lub xyoo ntawd, uas tom qab no thiaj pom tias lawv ncav mus txog ntawd, txoj xov tau raug tshaj tawm raws nraim li cov lus hauv Vajluskub hais tias: ‘Saib maj, tus Nraug Vauv tabtom los!’” The Great Controversy, 398.</w:t>
      </w:r>
    </w:p>
    <w:p>
      <w:pPr>
        <w:pStyle w:val="ArticleBody"/>
        <w:jc w:val="left"/>
      </w:pPr>
      <w:r>
        <w:rPr>
          <w:rFonts w:ascii="Times New Roman" w:hAnsi="Times New Roman" w:eastAsia="Times New Roman" w:cs="Times New Roman"/>
        </w:rPr>
        <w:t>Lub Xya hli ntuj tim 21, xyoo 1844 yog nyob nruab nrab ntawm xya lub hli dawb huv, thiab hnub ntawd Samuel Snow nyob hauv Boston Tabernacle tshaj tawm nws zaj lus ntawm Txoj Kev Quaj Nruab Nrab Hmo Ntuj. Nyob ntawd, thawj zaug hauv ib qho kev tshaj tawm rau sawv daws mloog nws “tshaj tawm raws nraim li cov lus hauv Vaj Lug Kub hais tias: ‘Saib seb, tus Nraug Vauv tabtom los!’” Tam sim no, raws li txoj kev cim cev lus, peb tabtom sawv nrog Exekees hauv Boston Tabernacle, tsis ntev ua ntej kev txhawb nqa cov tub txib ntawm txoj kev quaj nruab nrab hmo ntuj yuav tawm mus zoo li nthwv dej hiav txwv loj. Txoj txheej txheem cev lus faj lem ntawm kev tsa tus chij taw qhia sawv cev raug nthuav qhia hauv kab cev lus faj lem ntawm Islam hauv Tshwmsim tshooj cuaj. Exekees tshooj plaub muab tus tim khawv thib ob thiab qhov xaus ntawm txoj faj lem ntawd uas muaj peb puas cuaj caum ib xyoos thiab kaum tsib hnub, thiab nws ua li ntawd hauv tshooj plaub.</w:t>
      </w:r>
    </w:p>
    <w:p>
      <w:pPr>
        <w:pStyle w:val="ArticleBody"/>
        <w:jc w:val="left"/>
      </w:pPr>
      <w:r>
        <w:rPr>
          <w:rFonts w:ascii="Times New Roman" w:hAnsi="Times New Roman" w:eastAsia="Times New Roman" w:cs="Times New Roman"/>
        </w:rPr>
        <w:t>Peb yuav txuas ntxiv hais txog tej yam no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Caug—Zauv Nees Nkaum Yim</dc:title>
  <dc:subject>Exekees Zaj Lus Cuaj</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