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Tus Naj Npawb Nees Cuaj</w:t>
      </w:r>
    </w:p>
    <w:p>
      <w:pPr>
        <w:pStyle w:val="ArticleSubtitle"/>
        <w:jc w:val="left"/>
      </w:pPr>
      <w:r>
        <w:rPr>
          <w:rFonts w:ascii="Arial" w:hAnsi="Arial" w:eastAsia="Arial" w:cs="Arial"/>
        </w:rPr>
        <w:t>Exekees Xov Tooj Kaum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Muaj ntau txoj kab yaj saub thiab tej qhov tseeb uas txaus xav tsis thoob thiab tseem ceeb nyob hauv phau ntawv Exekees. Ntawm cov duab piv txwv hauv Vajlugkub hais txog cov yaj saub nyob hauv lub tuam tsev, Exekees yog tus uas, tshaj txhua tus lwm tus, qhia meej txog cov log nyob hauv cov log. Cov log ntawd, raws li Muam White, sawv cev rau txoj kev sib koom tes uas nyuaj thiab ntxaws ntawm tib neeg tej kev ua, uas ua ib daim duab qhia txog kev sib law liag ntawm tej xwm txheej nyob rau lub sij hawm nag lig. Cov xwm txheej ntawd raug sawv cev los ntawm tus yaj saub thaum nws los ua ib feem ntawm zaj yaj saub nyob rau hauv ib zaj lus piv txwv uas raug ua tawm los, xws li thaum Exekees pw ntawm nws sab laug thiab tom qab ntawd sab xis hauv tshooj plaub, uas yog daim duab piv txwv txog Yeluxalees raug kaw ncig. Kuj tseem muaj kaum peb hnub tim tshwj xeeb uas kos qhia txog keeb kwm ntawm Exekees, thiab ua li ntawd kuj muab tej cim taw qhia ntawm lub sij hawm nag lig, thaum ib puas plaub caug plaub txhiab leej raug muab cim. Muaj tej qhov tseeb uas raug xa tawm tsis yog los ntawm cov hnub tim xwb, tiam sis kuj los ntawm tej zauv xws li kaum xya, kaum cuaj, nees nkaum tsib, xya caum, plaub caug, plaub puas cuaj caum, thiab yeej muaj, peb caug. Ib tug zauv ntxiv uas tej zaum yog tus zauv tseem ceeb tshaj plaws hauv phau ntawv Exekees yog tus zauv ib puas tsib caug. Txawm li ntawd los, tus zauv ib puas tsib caug tsis pom nyob hauv phau ntawv Exekees. Los tseem, kab dhau kab—nws nyob ntawd.</w:t>
      </w:r>
    </w:p>
    <w:p>
      <w:pPr>
        <w:pStyle w:val="ArticleBody"/>
        <w:jc w:val="left"/>
      </w:pPr>
      <w:r>
        <w:rPr>
          <w:rFonts w:ascii="Times New Roman" w:hAnsi="Times New Roman" w:eastAsia="Times New Roman" w:cs="Times New Roman"/>
        </w:rPr>
        <w:t>Tus lej ib puas tsib caug raug muab cog tseg raws li txoj kev faj lem nyob hauv txoj kab ntawm kev vij, thiab kev vij ntawd yog ib txoj kab faj lem tshwj xeeb; los sis yog koj xav hais, kev vij ntawd yog ib lub log. Ib txoj kab faj lem ntawm keeb kwm yuav tsum niaj zaus muaj alpha thiab omega, thiab yog li ntawd cov yam ntxwv ntawm alpha thiab omega yuav tsum raug sawv cev ntawm qhov pib thiab qhov kawg ntawm txoj kab ntawd, tsis li ntawd ces nws tsis yog ib txoj kab. Qhov xwm txheej alpha ntawm kev vij yog kev tuag ntawm Exekees tus poj niam, hos qhov kawg ntawm kev vij yog kev tuag ntawm Khetos tus nkauj nyab, raws li raug sawv cev los ntawm kev puas tsuaj ntawm Yeluxalees.</w:t>
      </w:r>
    </w:p>
    <w:p>
      <w:pPr>
        <w:pStyle w:val="ArticleScripture"/>
        <w:jc w:val="left"/>
      </w:pPr>
      <w:r>
        <w:rPr>
          <w:rFonts w:ascii="Times New Roman" w:hAnsi="Times New Roman" w:eastAsia="Times New Roman" w:cs="Times New Roman"/>
        </w:rPr>
        <w:t>Thiab kuv yog Yauhas tau pom lub nroog dawb huv, Yeluxalees tshiab, nqis saum ntuj los ntawm Vajtswv los, tau npaj cia zoo li tus nkauj nyab uas muab nws tus kheej ua kom zoo nkauj rau nws tus txiv. Thiab kuv hnov ib lub suab nrov loj tawm saum ntuj hais tias, Saib maj, Vajtswv lub tsev ntaub nyob nrog neeg, thiab Nws yuav nyob nrog lawv, thiab lawv yuav ua Nws haiv neeg, thiab Vajtswv tus kheej yuav nrog lawv nyob, thiab yuav yog lawv tus Vajtswv. Thiab Vajtswv yuav so txhua txoj kev kua muag ntawm lawv lub qhov muag mus; thiab yuav tsis muaj kev tuag ntxiv lawm, tsis muaj kev quaj ntsuag, tsis muaj kev quaj, thiab yuav tsis muaj kev mob ntxiv lawm: vim tej qub uas muaj dhau los lawm. Thiab Tus uas zaum saum lub zwm txwv hais tias, Saib maj, Kuv ua kom txhua yam tshiab. Thiab Nws hais rau kuv tias, Sau cia: vim cov lus no yog tseeb thiab ncaj ncees. Thiab Nws hais rau kuv tias, Tiav lawm. Kuv yog Alpha thiab Omega, qhov pib thiab qhov kawg. Kuv yuav pub dawb rau tus uas nqhis dej ntawm lub qhov dej ntawm dej txojsia. Tus uas kov yeej yuav tau qub txeeg qub teg txhua yam; thiab Kuv yuav yog nws tus Vajtswv, thiab nws yuav yog Kuv tus tub. Tiamsis cov uas ntshai, thiab cov uas tsis ntseeg, thiab cov uas qias vuab tsuab, thiab cov tua neeg, thiab cov ua nkauj ua nraug, thiab cov ua khawv koob, thiab cov pe dab mlom, thiab txhua tus dag, yuav tau lawv feem hauv lub pas dej uas cig nrog hluav taws thiab leej faj: uas yog txoj kev tuag zaum ob. Thiab ib tug ntawm xya tus timtswv saum ntuj uas tuav xya lub phaj puv nkaus xya qhov xwm txheej phem kawg los cuag kuv thiab nrog kuv hais tias, Cia li los ntawm no, kuv yuav qhia rau koj pom tus nkauj nyab, tus Menyuam Yaj tus pojniam. Qhia Tshwm 21:2–9.</w:t>
      </w:r>
    </w:p>
    <w:p>
      <w:pPr>
        <w:pStyle w:val="ArticleBody"/>
        <w:jc w:val="left"/>
      </w:pPr>
      <w:r>
        <w:rPr>
          <w:rFonts w:ascii="Times New Roman" w:hAnsi="Times New Roman" w:eastAsia="Times New Roman" w:cs="Times New Roman"/>
        </w:rPr>
        <w:t>Ezekiel tus pojniam tuag thaum pib kev vij teb, thiab nws raug hu tias yog “yam uas” Ezekiel “lub qhov muag ntshaw,” thiab hauv kev rhuav tshem Yeluxalees uas tau hais tawm hauv tib tshooj ntawd, Yeluxalees raug hu tias yog “yam uas” cov Yixayee “lub qhov muag ntshaw.”</w:t>
      </w:r>
    </w:p>
    <w:p>
      <w:pPr>
        <w:pStyle w:val="ArticleScripture"/>
        <w:jc w:val="left"/>
      </w:pPr>
      <w:r>
        <w:rPr>
          <w:rFonts w:ascii="Times New Roman" w:hAnsi="Times New Roman" w:eastAsia="Times New Roman" w:cs="Times New Roman"/>
        </w:rPr>
        <w:t>Ib ntxiv thiab nyob rau xyoo cuaj, lub hli kaum, hnub kaum ntawm lub hli ntawd, lo lus ntawm tus Tswv tau los txog kuv, hais tias, … Lo lus ntawm tus Tswv kuj tau los txog kuv, hais tias, Leej Tub ntawm neeg, saib seb, kuv yuav muab yam uas yog qhov koj lub qhov muag ntshaw tshaj plaws tshem ntawm koj mus ib pliag xwb; txawm li ntawd los koj yuav tsum tsis txhob quaj ntsuag los sis quaj, thiab koj lub kua muag yuav tsum tsis txhob ntws. Cia li txwv tsis pub koj quaj nrov, tsis txhob ua kev quaj ntsuag rau tus tuag, khi koj txoj phuam taub hau rau saum koj, thiab hnav koj nkawm khau rau ntawm koj ob txhais taw, thiab tsis txhob npog koj daim di ncauj, thiab tsis txhob noj mov uas neeg coj los pub rau cov quaj ntsuag. Yog li ntawd kuv tau hais rau cov neeg sawv ntxov; thiab thaum tsaus ntuj kuv tus poj niam tuag lawm; thiab thaum sawv ntxov kuv tau ua raws li uas kuv raug txib. Ces cov neeg hais rau kuv tias, Koj puas yuav tsis qhia rau peb tias tej no txhais li cas rau peb, uas koj ua li no?</w:t>
      </w:r>
    </w:p>
    <w:p>
      <w:pPr>
        <w:pStyle w:val="ArticleScripture"/>
        <w:jc w:val="left"/>
      </w:pPr>
      <w:r>
        <w:rPr>
          <w:rFonts w:ascii="Times New Roman" w:hAnsi="Times New Roman" w:eastAsia="Times New Roman" w:cs="Times New Roman"/>
        </w:rPr>
        <w:t>Ces kuv teb rau lawv tias, Lo lus ntawm tus Tswv tau los cuag kuv, hais tias, Cia li hais rau tsev neeg Ixayees tias, Vajtswv tus Tswv hais li no; Saib seb, Kuv yuav ua kom kuv lub chaw dawb huv raug qias, yog qhov hwjchim uas nej khav txog, yog yam uas nej lub qhov muag ntshaw, thiab yog yam uas nej tus ntsuj plig hlub tshua; hos nej cov tub thiab nej cov ntxhais uas nej tau tso tseg cia yuav raug ntaj tua tuag. Thiab nej yuav ua ib yam li kuv tau ua: nej yuav tsis npog nej daim di ncauj, thiab nej yuav tsis noj mov ntawm neeg. Nej cov kaus mom yuav nyob saum nej taub hau, thiab nej nkawm khau yuav nyob ntawm nej ko taw; nej yuav tsis quaj ntsuag los tsis quaj; tiam sis nej yuav qaug zog zuj zus vim nej tej kev txhaum, thiab quaj ntsuag ib leeg rau ib leeg.</w:t>
      </w:r>
    </w:p>
    <w:p>
      <w:pPr>
        <w:pStyle w:val="ArticleScripture"/>
        <w:jc w:val="left"/>
      </w:pPr>
      <w:r>
        <w:rPr>
          <w:rFonts w:ascii="Times New Roman" w:hAnsi="Times New Roman" w:eastAsia="Times New Roman" w:cs="Times New Roman"/>
        </w:rPr>
        <w:t>Yog li Exekees yog ib lub cim rau nej: raws li txhua yam uas nws tau ua lawm, nej kuj yuav ua ib yam li ntawd; thiab thaum tej no tshwm sim, nej yuav paub tias kuv yog tus Tswv Vajtswv. Thiab koj, tus tub ntawm neeg, puas yuav tsis yog rau hnub uas kuv rho ntawm lawv mus lawv lub zog, txoj kev xyiv fab ntawm lawv lub meej mom, yam uas lawv lub qhov muag ntshaw, thiab yam uas lawv muab siab rau, lawv cov tub thiab lawv cov ntxhais, tias tus uas dim hauv hnub ntawd yuav los cuag koj, kom ua rau koj hnov tej ntawd nrog koj ob lub pob ntseg? Nyob rau hnub ntawd koj lub ncauj yuav qhib rau tus uas dim ntawd, thiab koj yuav hais lus, thiab yuav tsis nyob ntsiag to ntxiv lawm; yog li koj yuav yog ib lub cim rau lawv; thiab lawv yuav paub tias kuv yog tus Tswv. Exekees 24:1, 15–27.</w:t>
      </w:r>
    </w:p>
    <w:p>
      <w:pPr>
        <w:pStyle w:val="ArticleBody"/>
        <w:jc w:val="left"/>
      </w:pPr>
      <w:r>
        <w:rPr>
          <w:rFonts w:ascii="Times New Roman" w:hAnsi="Times New Roman" w:eastAsia="Times New Roman" w:cs="Times New Roman"/>
        </w:rPr>
        <w:t>Tus alpha ntawm txoj kev raug</w:t>
      </w:r>
      <w:r>
        <w:rPr>
          <w:rFonts w:ascii="Microsoft YaHei" w:hAnsi="Microsoft YaHei" w:eastAsia="Microsoft YaHei" w:cs="Microsoft YaHei"/>
        </w:rPr>
        <w:t>包围</w:t>
      </w:r>
      <w:r>
        <w:rPr>
          <w:rFonts w:ascii="Times New Roman" w:hAnsi="Times New Roman" w:eastAsia="Times New Roman" w:cs="Times New Roman"/>
        </w:rPr>
        <w:t xml:space="preserve"> yog kev tuag ntawm Exekees lub siab ntshaw, thiab tus omega yog kev tuag ntawm cov Ixayees lub siab ntshaw.</w:t>
      </w:r>
    </w:p>
    <w:p>
      <w:pPr>
        <w:pStyle w:val="ArticleHeading"/>
        <w:jc w:val="left"/>
      </w:pPr>
      <w:r>
        <w:rPr>
          <w:rFonts w:ascii="Arial" w:hAnsi="Arial" w:eastAsia="Arial" w:cs="Arial"/>
        </w:rPr>
        <w:t>Hnov, Tiamsis Tsis Hnov</w:t>
      </w:r>
    </w:p>
    <w:p>
      <w:pPr>
        <w:pStyle w:val="ArticleBody"/>
        <w:jc w:val="left"/>
      </w:pPr>
      <w:r>
        <w:rPr>
          <w:rFonts w:ascii="Times New Roman" w:hAnsi="Times New Roman" w:eastAsia="Times New Roman" w:cs="Times New Roman"/>
        </w:rPr>
        <w:t>Muaj tsib zaug uas cov txwj laus los yog cov neeg raug piav qhia nyob rau ib yam li mloog Exekees. Hauv Exekees 8:1, cov txwj laus ntawm Yudas zaum ntawm nws xub ntiag. Hauv Exekees 14:1 cov txwj laus tuaj thiab zaum ntawm nws xub ntiag. Hauv Exekees 20:1 cov txwj laus ntawm Ixayees tuaj nug ntawm tus Tswv. Hauv Exekees 37:18, Vajtswv hais rau Exekees tias: “Thaum cov me nyuam ntawm koj haiv neeg yuav hais rau koj, tias, Koj puas yuav tsis qhia rau peb paub tias tej no txhais li cas?” Hauv tshooj nees nkaum plaub cov neeg nug ncaj qha tias: “Koj puas yuav tsis qhia rau peb paub tias tej no txhais li cas rau peb, uas koj ua li no?” Hauv txhua tsib zaug ntawd cov txwj laus los yog cov neeg nyob hauv ib qho xwm txheej Laodicea.</w:t>
      </w:r>
    </w:p>
    <w:p>
      <w:pPr>
        <w:pStyle w:val="ArticleScripture"/>
        <w:jc w:val="left"/>
      </w:pPr>
      <w:r>
        <w:rPr>
          <w:rFonts w:ascii="Times New Roman" w:hAnsi="Times New Roman" w:eastAsia="Times New Roman" w:cs="Times New Roman"/>
        </w:rPr>
        <w:t>Thiab nws hais tias, Cia li mus, thiab qhia rau haiv neeg no tias, Nej yeej hnov tiag, los nej tsis to taub; thiab nej yeej pom tiag, los nej tsis xam pom. Cia li ua kom haiv neeg no lub siab rog, thiab ua kom lawv pob ntseg hnyav, thiab kaw lawv ob lub qhov muag; tsam lawv ho pom nrog lawv ob lub qhov muag, thiab hnov nrog lawv pob ntseg, thiab to taub nrog lawv lub siab, thiab tig los, thiab raug kho kom zoo. Yaxayas 6:9, 10.</w:t>
      </w:r>
    </w:p>
    <w:p>
      <w:pPr>
        <w:pStyle w:val="ArticleBody"/>
        <w:jc w:val="left"/>
      </w:pPr>
      <w:r>
        <w:rPr>
          <w:rFonts w:ascii="Times New Roman" w:hAnsi="Times New Roman" w:eastAsia="Times New Roman" w:cs="Times New Roman"/>
        </w:rPr>
        <w:t>Tsib qhov sawv cev txog cov neeg hnov los tsis hnov, thiab tsib qhov sawv cev txog cov neeg pom los tsis pom, sib haum nrog tsib theem ntawm cov uas tsis kam pom thiab tsis kam hnov raws li Yaxayas zaj lus tim khawv.</w:t>
      </w:r>
    </w:p>
    <w:p>
      <w:pPr>
        <w:pStyle w:val="ArticleScripture"/>
        <w:jc w:val="left"/>
      </w:pPr>
      <w:r>
        <w:rPr>
          <w:rFonts w:ascii="Times New Roman" w:hAnsi="Times New Roman" w:eastAsia="Times New Roman" w:cs="Times New Roman"/>
        </w:rPr>
        <w:t>Tiamsis lo lus ntawm tus Tswv tau los rau lawv ua kevcai qhia ntxiv rau kevcai qhia, kevcai qhia ntxiv rau kevcai qhia; kab ntxiv rau kab, kab ntxiv rau kab; ntawm no me ntsis, thiab ntawm tod me ntsis; xwv kom lawv mus, thiab poob rov qab, thiab raug lov nthe, thiab raug ntxiab, thiab raug ntes. Yaxayas 28:13.</w:t>
      </w:r>
    </w:p>
    <w:p>
      <w:pPr>
        <w:pStyle w:val="ArticleScripture"/>
        <w:jc w:val="left"/>
      </w:pPr>
      <w:r>
        <w:rPr>
          <w:rFonts w:ascii="Times New Roman" w:hAnsi="Times New Roman" w:eastAsia="Times New Roman" w:cs="Times New Roman"/>
        </w:rPr>
        <w:t>Thiab coob leej coob ntawm lawv yuav dawm taw, thiab poob, thiab tawg tas, thiab raug ntxiab, thiab raug ntes. Yaxayas 8:15.</w:t>
      </w:r>
    </w:p>
    <w:p>
      <w:pPr>
        <w:pStyle w:val="ArticleHeading"/>
        <w:jc w:val="left"/>
      </w:pPr>
      <w:r>
        <w:rPr>
          <w:rFonts w:ascii="Arial" w:hAnsi="Arial" w:eastAsia="Arial" w:cs="Arial"/>
        </w:rPr>
        <w:t>Cov Cim</w:t>
      </w:r>
    </w:p>
    <w:p>
      <w:pPr>
        <w:pStyle w:val="ArticleBody"/>
        <w:jc w:val="left"/>
      </w:pPr>
      <w:r>
        <w:rPr>
          <w:rFonts w:ascii="Times New Roman" w:hAnsi="Times New Roman" w:eastAsia="Times New Roman" w:cs="Times New Roman"/>
        </w:rPr>
        <w:t>Hauv tshooj nees nkaum plaub ntawm Exekees, lub caij nyoog uas pib nrog kev vav lub nroog thiab kev tuag ntawm Exekees tus poj niam—yam uas nws ob lub qhov muag ntshaw—xaus rau hauv kev tuag ntawm Yeluxalees—yam uas cov neeg Ixayees ob lub qhov muag ntshaw. Lub sijhawm ib xyoos ib nrab uas raug vav ntawd muaj tus cim ntawm Alpha thiab Omega, thiab lub caij nyoog ntawd pib thiab xaus nrog ib lub cim. Ib yam li hauv Exekees tshooj nees nkaum plaub, Yexus qhia txog lub cim ntawm kev vav lub nroog hauv Mathais tshooj nees nkaum plaub.</w:t>
      </w:r>
    </w:p>
    <w:p>
      <w:pPr>
        <w:pStyle w:val="ArticleScripture"/>
        <w:jc w:val="left"/>
      </w:pPr>
      <w:r>
        <w:rPr>
          <w:rFonts w:ascii="Times New Roman" w:hAnsi="Times New Roman" w:eastAsia="Times New Roman" w:cs="Times New Roman"/>
        </w:rPr>
        <w:t>Khetos tej lus tau hais tawm rau hauv ntau leej pej xeem lub rooj mloog; tiam sis thaum Nws nyob ib leeg, Petus, Yauhas, Yakaunpaus, thiab Andelees txawm los cuag Nws thaum Nws zaum saum Roob Txiv Aulib. Lawv hais tias, “Qhia rau peb paub, tej no yuav muaj thaum twg? thiab dab tsi yuav yog lub cim ntawm Koj txoj kev los, thiab ntawm lub ntiajteb kawg?” Yexus tsis teb Nws cov thwjtim los ntawm kev cais ua nyias hais nyias txog kev puas tsuaj ntawm Yeluxalees thiab txog hnub loj ntawm Nws txoj kev los. Nws muab ob qhov xwm txheej no los piav xyaw ua ke. Yog Nws qhib tej xwm txheej yav tom ntej rau Nws cov thwjtim raws li Nws pom, lawv yuav tsis muaj peev xwm thev taus qhov uas pom ntawd. Vim muaj txoj kev hlub tshua rau lawv, Nws thiaj muab ob txoj kev kub ntxhov loj no los piav sib xyaw, cia cov thwjtim tshawb nrhiav lub ntsiab rau lawv tus kheej. Thaum Nws hais txog kev puas tsuaj ntawm Yeluxalees, Nws tej lus cev Vajtswv lus ncav dhau qhov xwm txheej ntawd mus txog rau qhov hluav taws kub hnyiab zaum kawg hauv hnub ntawd uas tus Tswv yuav sawv tawm hauv Nws qhov chaw los rau txim rau lub ntiajteb vim lawv tej kev txhaum, thaum lub ntiajteb yuav nthuav tawm nws cov ntshav, thiab yuav tsis npog nws cov neeg raug tua lawm. Tag nrho zaj lus no tau muab hais tawm, tsis yog rau cov thwjtim xwb, tiam sis rau cov uas yuav nyob hauv cov xwm txheej kawg ntawm keeb kwm lub ntiajteb no.</w:t>
      </w:r>
    </w:p>
    <w:p>
      <w:pPr>
        <w:pStyle w:val="ArticleScripture"/>
        <w:jc w:val="left"/>
      </w:pPr>
      <w:r>
        <w:rPr>
          <w:rFonts w:ascii="Times New Roman" w:hAnsi="Times New Roman" w:eastAsia="Times New Roman" w:cs="Times New Roman"/>
        </w:rPr>
        <w:t>Tig rau cov thwjtim, Khetos hais tias, “Ceev faj kom txhob muaj leejtwg dag ntxias nej. Rau qhov coob leej yuav los hauv Kuv lub npe, hais tias, Kuv yog Khetos; thiab lawv yuav dag ntxias coob leej.” Muaj ntau tus Mexiyas cuav yuav tshwm sim los, lees tias lawv ua tau tej txujci tseem ceeb, thiab tshaj tawm tias lub sijhawm uas haiv neeg Yudais yuav raug cawm dim twb los txog lawm. Cov no yuav coj coob leej mus yuam kev. Khetos cov lus tau muaj tiav lawm. Ntawm lub sijhawm nruab nrab ntawm Nws txojkev tuag thiab kev raug vij sub ntawm Yeruxalees muaj ntau tus Mexiyas cuav tau tshwm sim. Tiamsis lo lus ceebtoom no kuj tau muab rau cov uas nyob hauv tiam neeg no ntawm lub ntiajteb thiab. Tib yam kev dag ntxias uas tau siv ua ntej Yeruxalees raug rhuav tshem twb raug siv los thoob plaws txhua tiam, thiab tseem yuav raug siv dua ntxiv.</w:t>
      </w:r>
    </w:p>
    <w:p>
      <w:pPr>
        <w:pStyle w:val="ArticleScripture"/>
        <w:jc w:val="left"/>
      </w:pPr>
      <w:r>
        <w:rPr>
          <w:rFonts w:ascii="Times New Roman" w:hAnsi="Times New Roman" w:eastAsia="Times New Roman" w:cs="Times New Roman"/>
        </w:rPr>
        <w:t>“‘Nej yuav hnov txog kev tsov rog thiab tej lus xaiv txog kev tsov rog: nej yuav tsum ceev faj kom txhob ntshai: rau qhov txhua yam no yuav tsum tshwm sim, tiam sis qhov kawg tseem tsis tau los.’ Ua ntej Yeluxalees raug rhuav tshem, tibneeg tau sib tawm tsam kom tau hwjchim loj tshaj. Huab tais raug tua. Cov uas xav tias sawv ze ntawm lub zwm txwv tshaj plaws kuj raug muab tua thiab. Muaj kev tsov rog thiab tej lus xaiv txog kev tsov rog. ‘Txhua yam no yuav tsum tshwm sim,’ Khetos hais tias, ‘tiam sis qhov kawg [ntawm haiv neeg Yudais raws li ib haiv neeg] tseem tsis tau los. Rau qhov ib haiv neeg yuav sawv tawm tsam ib haiv neeg, thiab ib lub nceeg vaj tawm tsam ib lub nceeg vaj: thiab yuav muaj kev tshaib nqhis, kab mob sib kis, thiab av qeeg, nyob hauv ntau qhov chaw. Tag nrho tej no yog qhov pib ntawm kev txom nyem.’ Khetos hais tias, Thaum cov xibhwb rabbi pom tej cim no, lawv yuav tshaj tawm tias tej no yog Vajtswv cov kev txiav txim rau saum cov haiv neeg vim lawv tau tuav Nws haiv neeg uas Nws xaiv cia rau hauv kev ua cev qhev. Lawv yuav tshaj tawm tias tej cim no yog lub cim ntawm tus Mexiyas txojkev los txog. Tsis txhob raug dag; tej no yog qhov pib ntawm Nws cov kev txiav txim. Cov neeg tau ntsia rau lawv tus kheej. Lawv tsis tau hloov siab lees txim thiab tig rov los kom Kuv kho tau lawv. Tej cim uas lawv nthuav tawm tias yog tej cim ntawm lawv txojkev dim tawm hauv kev ua cev qhev, yog tej cim ntawm lawv txojkev puastsuaj.” The Desire of Ages, 628.</w:t>
      </w:r>
    </w:p>
    <w:p>
      <w:pPr>
        <w:pStyle w:val="ArticleBody"/>
        <w:jc w:val="left"/>
      </w:pPr>
      <w:r>
        <w:rPr>
          <w:rFonts w:ascii="Times New Roman" w:hAnsi="Times New Roman" w:eastAsia="Times New Roman" w:cs="Times New Roman"/>
        </w:rPr>
        <w:t>Kev raug v</w:t>
      </w:r>
      <w:r>
        <w:rPr>
          <w:rFonts w:ascii="Microsoft YaHei" w:hAnsi="Microsoft YaHei" w:eastAsia="Microsoft YaHei" w:cs="Microsoft YaHei"/>
        </w:rPr>
        <w:t>围</w:t>
      </w:r>
      <w:r>
        <w:rPr>
          <w:rFonts w:ascii="Times New Roman" w:hAnsi="Times New Roman" w:eastAsia="Times New Roman" w:cs="Times New Roman"/>
        </w:rPr>
        <w:t xml:space="preserve"> Yeluxalees hauv xyoo 66, muaj nyob hauv nws qhov cim uas Loos tsa nws cov chij qauv rau hauv thaj tsam ntawm lub chaw dawb huv. Yexus cov lus piav txog tej xwm txheej ntawm lub sijhawm txij xyoo 66 mus txog 70, tau txuas kev puas tsuaj ntawm xyoo 70 nrog Nws txoj Kev Los Zaum Ob; thiab muaj ib lub cim uas cuam tshuam nrog Nws txoj Kev Los Zaum Ob.</w:t>
      </w:r>
    </w:p>
    <w:p>
      <w:pPr>
        <w:pStyle w:val="ArticleScripture"/>
        <w:jc w:val="left"/>
      </w:pPr>
      <w:r>
        <w:rPr>
          <w:rFonts w:ascii="Times New Roman" w:hAnsi="Times New Roman" w:eastAsia="Times New Roman" w:cs="Times New Roman"/>
        </w:rPr>
        <w:t>“Tsis ntev tom qab ntawd peb lub qhov muag raug rub mus rau Sab Hnub Tuaj, vim muaj ib pawg hu dub me me tau tshwm tuaj, loj li ib nrab ntawm ib tug neeg txhais tes, uas peb txhua tus yeej paub tias yog Lub Cim Qhia txog Leej Tub ntawm Neeg.” The Day Star, 1846.</w:t>
      </w:r>
    </w:p>
    <w:p>
      <w:pPr>
        <w:pStyle w:val="ArticleBody"/>
        <w:jc w:val="left"/>
      </w:pPr>
      <w:r>
        <w:rPr>
          <w:rFonts w:ascii="Times New Roman" w:hAnsi="Times New Roman" w:eastAsia="Times New Roman" w:cs="Times New Roman"/>
        </w:rPr>
        <w:t>Qhov pib thiab qhov kawg ntawm keeb kwm txij xyoo 66 txog 70 AD muaj ib lub cim uas txuas nrog qhov pib ntawm kev raug kawv thiab kev puas tsuaj ntawm lub nroog, uas phim raws li lub cim alpha thiab omega ntawm txoj kev tuag ntawm qhov kev ntshaw ntawm ob lub qhov muag hauv 587 BC thiab 586 BC.</w:t>
      </w:r>
    </w:p>
    <w:p>
      <w:pPr>
        <w:pStyle w:val="ArticleBody"/>
        <w:jc w:val="left"/>
      </w:pPr>
      <w:r>
        <w:rPr>
          <w:rFonts w:ascii="Times New Roman" w:hAnsi="Times New Roman" w:eastAsia="Times New Roman" w:cs="Times New Roman"/>
        </w:rPr>
        <w:t>Keeb kwm ntawm qhov kev vij ib xyoos ib nrab ntawd yog ib “lub cim,” rau tiam kawg. Cov nkauj xwb ruam uas raug sawv cev nyob hauv keeb kwm ntawm Exekhee nrhiav tau nws tus piv txwv sib raug hauv keeb kwm ntawm cov nkauj xwb muaj tswvyim uas tau pom lub cim ntawm qhov kev vij ntawd hauv xyoo 66 thiab khiav mus rau qhov chaw nyab xeeb. Qhov kev vij ib xyoos ib nrab ntawd yog lub cim uas nthuav tawm ob pawg neeg pe hawm. Ib pawg yuav nkag siab lub cim ntawd; lwm pawg, uas Yaxayas sawv cev ua “coob leej”—yuav tsis pom thiab tsis hnov.</w:t>
      </w:r>
    </w:p>
    <w:p>
      <w:pPr>
        <w:pStyle w:val="ArticleHeading"/>
        <w:jc w:val="left"/>
      </w:pPr>
      <w:r>
        <w:rPr>
          <w:rFonts w:ascii="Arial" w:hAnsi="Arial" w:eastAsia="Arial" w:cs="Arial"/>
        </w:rPr>
        <w:t>Coob Leej thiab Coob Tsawg</w:t>
      </w:r>
    </w:p>
    <w:p>
      <w:pPr>
        <w:pStyle w:val="ArticleScripture"/>
        <w:jc w:val="left"/>
      </w:pPr>
      <w:r>
        <w:rPr>
          <w:rFonts w:ascii="Times New Roman" w:hAnsi="Times New Roman" w:eastAsia="Times New Roman" w:cs="Times New Roman"/>
        </w:rPr>
        <w:t>Ces vajntxwv thiaj hais rau cov tub qhe tias, Khi nws tes thiab taw, coj nws mus pov rau hauv qhov tsaus ntuj sab nraud; qhov ntawd yuav muaj kev quaj ntsuag thiab tom hniav sib tsoo. Rau qhov coob leej raug hu, tiam sis tsawg leej raug xaiv. Mathais 22:13, 14.</w:t>
      </w:r>
    </w:p>
    <w:p>
      <w:pPr>
        <w:pStyle w:val="ArticleScripture"/>
        <w:jc w:val="left"/>
      </w:pPr>
      <w:r>
        <w:rPr>
          <w:rFonts w:ascii="Times New Roman" w:hAnsi="Times New Roman" w:eastAsia="Times New Roman" w:cs="Times New Roman"/>
        </w:rPr>
        <w:t>Yog li ntawd, cov uas nyob tom kawg yuav yog cov xub thawj, thiab cov xub thawj yuav nyob tom kawg: rau qhov coob leej raug hu, tiamsis tsawg leej raug xaiv. Mathais 20:16.</w:t>
      </w:r>
    </w:p>
    <w:p>
      <w:pPr>
        <w:pStyle w:val="ArticleHeading"/>
        <w:jc w:val="left"/>
      </w:pPr>
      <w:r>
        <w:rPr>
          <w:rFonts w:ascii="Arial" w:hAnsi="Arial" w:eastAsia="Arial" w:cs="Arial"/>
        </w:rPr>
        <w:t>Pom Pom thiab Hnov</w:t>
      </w:r>
    </w:p>
    <w:p>
      <w:pPr>
        <w:pStyle w:val="ArticleBody"/>
        <w:jc w:val="left"/>
      </w:pPr>
      <w:r>
        <w:rPr>
          <w:rFonts w:ascii="Times New Roman" w:hAnsi="Times New Roman" w:eastAsia="Times New Roman" w:cs="Times New Roman"/>
        </w:rPr>
        <w:t>Muaj tsib zaj lus piv txwv uas raug ua tawm los pom tseeb hauv phau Vajlugkub Ezekiel, thiab tseem muaj tsib zaug uas Ezekiel tau hais rau cov thawj coj thiab rau haiv neeg. Ob tug timkhawv ntawd qhia kom paub txog tsib tug nkauj xwb ruam uas tsis kam “pom” thiab tsis kam “hnov.” Lawv tsis kam pom lossis hnov txoj kev paub uas raug nce ntxiv thaum Yexus, tus uas yog Tsov Ntxhuav ntawm xeem Yudas, qhib tej cim ntawm Nws Lo Lus cev Vajtswv lus.</w:t>
      </w:r>
    </w:p>
    <w:p>
      <w:pPr>
        <w:pStyle w:val="ArticleHeading"/>
        <w:jc w:val="left"/>
      </w:pPr>
      <w:r>
        <w:rPr>
          <w:rFonts w:ascii="Arial" w:hAnsi="Arial" w:eastAsia="Arial" w:cs="Arial"/>
        </w:rPr>
        <w:t>Lub Ntiaj Teb Yuav Pom thiab Hnov</w:t>
      </w:r>
    </w:p>
    <w:p>
      <w:pPr>
        <w:pStyle w:val="ArticleScripture"/>
        <w:jc w:val="left"/>
      </w:pPr>
      <w:r>
        <w:rPr>
          <w:rFonts w:ascii="Times New Roman" w:hAnsi="Times New Roman" w:eastAsia="Times New Roman" w:cs="Times New Roman"/>
        </w:rPr>
        <w:t>Nej txhua tus uas nyob hauv lub ntiaj teb, thiab cov uas nyob saum npoo av, nej cia li saib thaum nws tsa ib lub chij rau saum tej roob; thiab thaum nws tshuab ib lub raj, nej cia li mloog. Yaxayas 18:3.</w:t>
      </w:r>
    </w:p>
    <w:p>
      <w:pPr>
        <w:pStyle w:val="ArticleScripture"/>
        <w:jc w:val="left"/>
      </w:pPr>
      <w:r>
        <w:rPr>
          <w:rFonts w:ascii="Times New Roman" w:hAnsi="Times New Roman" w:eastAsia="Times New Roman" w:cs="Times New Roman"/>
        </w:rPr>
        <w:t>Thiab nyob rau hnub ntawd, cov neeg lag ntseg yuav hnov tej lus hauv phau ntawv, thiab tej qhov muag ntawm cov neeg dig muag yuav pom tawm hauv txoj kev tsaus ntuj nti, thiab tawm hauv txoj kev tsaus dub. Yaxayas 29:18.</w:t>
      </w:r>
    </w:p>
    <w:p>
      <w:pPr>
        <w:pStyle w:val="ArticleHeading"/>
        <w:jc w:val="left"/>
      </w:pPr>
      <w:r>
        <w:rPr>
          <w:rFonts w:ascii="Arial" w:hAnsi="Arial" w:eastAsia="Arial" w:cs="Arial"/>
        </w:rPr>
        <w:t>Kuv Cov Neeg Qub Hau &amp; Ruam Tsis Muaj Kev Paub</w:t>
      </w:r>
    </w:p>
    <w:p>
      <w:pPr>
        <w:pStyle w:val="ArticleScripture"/>
        <w:jc w:val="left"/>
      </w:pPr>
      <w:r>
        <w:rPr>
          <w:rFonts w:ascii="Times New Roman" w:hAnsi="Times New Roman" w:eastAsia="Times New Roman" w:cs="Times New Roman"/>
        </w:rPr>
        <w:t>Kuv yuav pom tus chij ntev npaum li cas, thiab hnov lub suab raj nrov ntev npaum li cas? Rau qhov kuv haiv neeg yog neeg ruam, lawv tsis tau paub kuv; lawv yog cov menyuam dag zog tsis muaj tswv yim, thiab lawv tsis muaj kev nkag siab li: lawv txawj ua phem, tiamsis ua qhov zoo lawv tsis muaj kev paub. Yeremia 4:21, 22.</w:t>
      </w:r>
    </w:p>
    <w:p>
      <w:pPr>
        <w:pStyle w:val="ArticleScripture"/>
        <w:jc w:val="left"/>
      </w:pPr>
      <w:r>
        <w:rPr>
          <w:rFonts w:ascii="Times New Roman" w:hAnsi="Times New Roman" w:eastAsia="Times New Roman" w:cs="Times New Roman"/>
        </w:rPr>
        <w:t>Tshaj tawm qhov no hauv tsev neeg Yakhauj, thiab tshaj tawm nws hauv Yudas, hais tias, Tam sim no nej mloog qhov no, nej haiv neeg ruam thiab tsis muaj kev txawj ntse; nej uas muaj qhov muag los tsis pom; nej uas muaj pob ntseg los tsis hnov. Yelemis 5:20, 21.</w:t>
      </w:r>
    </w:p>
    <w:p>
      <w:pPr>
        <w:pStyle w:val="ArticleHeading"/>
        <w:jc w:val="left"/>
      </w:pPr>
      <w:r>
        <w:rPr>
          <w:rFonts w:ascii="Arial" w:hAnsi="Arial" w:eastAsia="Arial" w:cs="Arial"/>
        </w:rPr>
        <w:t>Ib Lub Tsev Kiv Taub Hau</w:t>
      </w:r>
    </w:p>
    <w:p>
      <w:pPr>
        <w:pStyle w:val="ArticleScripture"/>
        <w:jc w:val="left"/>
      </w:pPr>
      <w:r>
        <w:rPr>
          <w:rFonts w:ascii="Times New Roman" w:hAnsi="Times New Roman" w:eastAsia="Times New Roman" w:cs="Times New Roman"/>
        </w:rPr>
        <w:t>Lo lus ntawm tus Tswv kuj los cuag kuv, hais tias, Leej Tub ntawm neeg, koj nyob hauv nruab nrab ntawm ib tsev neeg ntxeev siab, uas muaj qhov muag pom los tsis pom; lawv muaj pob ntseg hnov los tsis hnov: vim lawv yog ib tsev neeg ntxeev siab. Ezekiel 12:1, 2.</w:t>
      </w:r>
    </w:p>
    <w:p>
      <w:pPr>
        <w:pStyle w:val="ArticleScripture"/>
        <w:jc w:val="left"/>
      </w:pPr>
      <w:r>
        <w:rPr>
          <w:rFonts w:ascii="Times New Roman" w:hAnsi="Times New Roman" w:eastAsia="Times New Roman" w:cs="Times New Roman"/>
        </w:rPr>
        <w:t>Vim li no kuv hais rau lawv ua lus piv txwv: rau qhov lawv saib los tsis pom; thiab mloog los tsis hnov, lawv kuj tsis to taub. Thiab nyob hauv lawv twb muaj raws li tej lus faj lem ntawm Esaias, uas hais tias, Nej yuav hnov tiag los yuav tsis to taub; thiab nej yuav pom tiag los yuav tsis lees paub: Rau qhov haiv neeg no lub siab twb tawv thiab npub lawm, thiab lawv pob ntseg twb hnov tsis meej, thiab lawv ob lub qhov muag lawv twb kaw lawm; tsam tsam lawv yuav pom tau ntawm lawv ob lub qhov muag thiab hnov tau ntawm lawv pob ntseg, thiab yuav to taub hauv lawv lub siab, thiab yuav tig rov los, thiab kuv yuav kho lawv zoo.</w:t>
      </w:r>
    </w:p>
    <w:p>
      <w:pPr>
        <w:pStyle w:val="ArticleScripture"/>
        <w:jc w:val="left"/>
      </w:pPr>
      <w:r>
        <w:rPr>
          <w:rFonts w:ascii="Times New Roman" w:hAnsi="Times New Roman" w:eastAsia="Times New Roman" w:cs="Times New Roman"/>
        </w:rPr>
        <w:t>Tiamsis nej yog nej lub qhov muag, rau qhov lawv pom; thiab nej lub pob ntseg, rau qhov lawv hnov. Rau qhov kuv tseeb hais rau nej tias, ntau tus yaj saub thiab cov neeg ncaj ncees tau ntshaw pom tej yam uas nej pom, los lawv tsis tau pom; thiab xav hnov tej yam uas nej hnov, los lawv tsis tau hnov. Mathais 13:13–17.</w:t>
      </w:r>
    </w:p>
    <w:p>
      <w:pPr>
        <w:pStyle w:val="ArticleHeading"/>
        <w:jc w:val="left"/>
      </w:pPr>
      <w:r>
        <w:rPr>
          <w:rFonts w:ascii="Arial" w:hAnsi="Arial" w:eastAsia="Arial" w:cs="Arial"/>
        </w:rPr>
        <w:t>Txojkev Qub</w:t>
      </w:r>
    </w:p>
    <w:p>
      <w:pPr>
        <w:pStyle w:val="ArticleScripture"/>
        <w:jc w:val="left"/>
      </w:pPr>
      <w:r>
        <w:rPr>
          <w:rFonts w:ascii="Times New Roman" w:hAnsi="Times New Roman" w:eastAsia="Times New Roman" w:cs="Times New Roman"/>
        </w:rPr>
        <w:t>Tus Tswv hais li no tias, Nej cia li sawv ntawm tej kev, thiab saib, thiab nug txog tej qub txeeg qub kev, seb txojkev zoo nyob qhovtwg, thiab taug raws txojkev ntawd mus; ces nej yuav nrhiav tau kev so rau nej tej ntsujplig. Tiamsis lawv hais tias, Peb yuav tsis taug txojkev ntawd. Kuv kuj tsa cov zovkev saib nej, hais tias, Nej cia li mloog suab raj. Tiamsis lawv hais tias, Peb yuav tsis mloog. Yelemis 6:16, 17.</w:t>
      </w:r>
    </w:p>
    <w:p>
      <w:pPr>
        <w:pStyle w:val="ArticleHeading"/>
        <w:jc w:val="left"/>
      </w:pPr>
      <w:r>
        <w:rPr>
          <w:rFonts w:ascii="Arial" w:hAnsi="Arial" w:eastAsia="Arial" w:cs="Arial"/>
        </w:rPr>
        <w:t>Txoj Lus ntawm Xyoo 1840–1844</w:t>
      </w:r>
    </w:p>
    <w:p>
      <w:pPr>
        <w:pStyle w:val="ArticleScripture"/>
        <w:jc w:val="left"/>
      </w:pPr>
      <w:r>
        <w:rPr>
          <w:rFonts w:ascii="Times New Roman" w:hAnsi="Times New Roman" w:eastAsia="Times New Roman" w:cs="Times New Roman"/>
        </w:rPr>
        <w:t>“Txhua tej zaj lus uas tau muab los txij xyoo 1840–1844 no yuav tsum raug nthuav tawm kom muaj hwj chim tam sim no, rau qhov muaj coob leej neeg uas twb poob lawv txoj kev taw lawm. Cov lus no yuav tsum mus cuag txhua pawg ntseeg.</w:t>
      </w:r>
    </w:p>
    <w:p>
      <w:pPr>
        <w:pStyle w:val="ArticleScripture"/>
        <w:jc w:val="left"/>
      </w:pPr>
      <w:r>
        <w:rPr>
          <w:rFonts w:ascii="Times New Roman" w:hAnsi="Times New Roman" w:eastAsia="Times New Roman" w:cs="Times New Roman"/>
        </w:rPr>
        <w:t>“Khetos tau hais tias, ‘Nej ob lub qhov muag tau koob hmoov, rau qhov lawv pom; thiab nej ob lub pob ntseg, rau qhov lawv hnov. Rau qhov kuv hais tseeb rau nej, tias muaj ntau tus cev Vajtswv lus thiab cov neeg ncaj ncees tau ntshaw pom tej yam uas nej pom no, los lawv tsis tau pom; thiab hnov tej yam uas nej hnov no, los lawv tsis tau hnov’ [Mathais 13:16, 17]. Cov qhov muag uas tau pom tej yam uas tau pom nyob rau xyoo 1843 thiab 1844 tau koob hmoov.”</w:t>
      </w:r>
    </w:p>
    <w:p>
      <w:pPr>
        <w:pStyle w:val="ArticleScripture"/>
        <w:jc w:val="left"/>
      </w:pPr>
      <w:r>
        <w:rPr>
          <w:rFonts w:ascii="Times New Roman" w:hAnsi="Times New Roman" w:eastAsia="Times New Roman" w:cs="Times New Roman"/>
        </w:rPr>
        <w:t>“Cov lus twb raug muab lawm. Thiab yuav tsum tsis txhob muaj kev ncua sijhawm hauv kev rov hais cov lus ntawd, rau qhov tej cim ntawm lub caij nyoog tab tom raug ua tiav; txoj hauj lwm xaus yuav tsum raug ua kom tiav. Ib txoj hauj lwm loj yuav raug ua tiav nyob rau hauv ib lub sijhawm luv. Ib zaj lus yuav tsis ntev no raug muab tawm los raws li Vajtswv txoj kev teem tseg uas yuav nthuav dav mus ua ib lub suab qw nrov nrov. Ces Daniyee yuav sawv hauv nws feem, los muab nws zaj lus tim khawv.” Manuscript Releases, volume 21, 437.</w:t>
      </w:r>
    </w:p>
    <w:p>
      <w:pPr>
        <w:pStyle w:val="ArticleHeading"/>
        <w:jc w:val="left"/>
      </w:pPr>
      <w:r>
        <w:rPr>
          <w:rFonts w:ascii="Arial" w:hAnsi="Arial" w:eastAsia="Arial" w:cs="Arial"/>
        </w:rPr>
        <w:t>Lub Cim ntawm Kev Kaw Nkuaj</w:t>
      </w:r>
    </w:p>
    <w:p>
      <w:pPr>
        <w:pStyle w:val="ArticleBody"/>
        <w:jc w:val="left"/>
      </w:pPr>
      <w:r>
        <w:rPr>
          <w:rFonts w:ascii="Times New Roman" w:hAnsi="Times New Roman" w:eastAsia="Times New Roman" w:cs="Times New Roman"/>
        </w:rPr>
        <w:t>Muaj tsib zaug hauv phau ntawv Exekees uas nws “ua yeeb yam tawm” ib zaj lus piv txwv uas cov neeg tsis kam pom, thiab kuj muaj tsib zaug nws “hais” rau cov neeg ntawd, uas tsis kam mloog. Ob tug tim khawv ntawm zaj lus piv txwv uas raug ua yeeb yam tawm thiab ntawm kev hais lus ntawd raug nthuav tawm rau tsib tug nkauj xwb ruam. Ib zaj ntawm cov lus piv txwv uas raug ua yeeb yam tawm, nyob hauv tshooj plaub, sawv cev rau “lub cim” ntawm kev raug kaw ncig, uas ceeb toom txog kev puas tsuaj uas tab tom yuav los. Zaj lus ntawm Exekees yog zaj lus rau Laudikias.</w:t>
      </w:r>
    </w:p>
    <w:p>
      <w:pPr>
        <w:pStyle w:val="ArticleBody"/>
        <w:jc w:val="left"/>
      </w:pPr>
      <w:r>
        <w:rPr>
          <w:rFonts w:ascii="Times New Roman" w:hAnsi="Times New Roman" w:eastAsia="Times New Roman" w:cs="Times New Roman"/>
        </w:rPr>
        <w:t>“Lub cim” uas raug muab rau Laodicea yog ‘lub cim ntawm txoj kev raug kaw ib ncig’, thiab txoj kev raug kaw ib ncig hauv cov hnub tom kawg raug sawv cev los ntawm ntau tus timkhawv. Tib lub cim uas raug muab rau cov Yudais hauv Khetos lub caij nyoog yog lub cim ntawm Yona, uas sawv cev rau ib zaj lus piv txwv uas raug ua tawm los ntawm peb hnub nyob hauv plab ntses loj.</w:t>
      </w:r>
    </w:p>
    <w:p>
      <w:pPr>
        <w:pStyle w:val="ArticleScripture"/>
        <w:jc w:val="left"/>
      </w:pPr>
      <w:r>
        <w:rPr>
          <w:rFonts w:ascii="Times New Roman" w:hAnsi="Times New Roman" w:eastAsia="Times New Roman" w:cs="Times New Roman"/>
        </w:rPr>
        <w:t>Tom qab ntawd muaj ib txhia xibfwb qhia txoj kevcai thiab cov Falixais teb hais tias, Xibfwb, peb xav pom ib lub cim ntawm koj. Tiamsis nws teb thiab hais rau lawv tias, Ib tiam neeg phem thiab deev luag txivneej luag pojniam nrhiav ib lub cim; thiab yuav tsis muab ib lub cim rau tiam neeg ntawd li, tsuas yog lub cim ntawm tus yajsaub Yonas xwb: Vim li cas Yonas tau nyob peb hnub thiab peb hmos hauv plab tus ntses loj li cas, Neeg Leej Tub kuj yuav nyob peb hnub thiab peb hmos hauv nruab nrab lub ntiajteb ib yam li ntawd. Mathais 12:38–40.</w:t>
      </w:r>
    </w:p>
    <w:p>
      <w:pPr>
        <w:pStyle w:val="ArticleHeading"/>
        <w:jc w:val="left"/>
      </w:pPr>
      <w:r>
        <w:rPr>
          <w:rFonts w:ascii="Arial" w:hAnsi="Arial" w:eastAsia="Arial" w:cs="Arial"/>
        </w:rPr>
        <w:t>Lub Cim ntawm Yawna</w:t>
      </w:r>
    </w:p>
    <w:p>
      <w:pPr>
        <w:pStyle w:val="ArticleBody"/>
        <w:jc w:val="left"/>
      </w:pPr>
      <w:r>
        <w:rPr>
          <w:rFonts w:ascii="Times New Roman" w:hAnsi="Times New Roman" w:eastAsia="Times New Roman" w:cs="Times New Roman"/>
        </w:rPr>
        <w:t>Lub cim ntawm Yau-na yog ib zaj lus piv txwv uas tau ua kom pom tseeb txog kev sawv hauv qhov tuag rov los. Yauhas sawv cev rau tib qhov tseeb ntawd thiab, rau qhov nws raug muab pov rau hauv ib lub lauj kaub roj kub npau npau, thiab nws tawm los ciaj sia. Daniyees hauv tsov ntxhuav qhov tsua thiab peb tug neeg tsim txiaj hauv Nebukhanexas lub cub hluav taws sawv cev rau kev sawv hauv qhov tuag rov los. Lawv txhua tus sawv cev rau ib puas plaub caug plaub txhiab leej uas raug tsa sawv rov los hauv Tshwm Sim tshooj kaum ib.</w:t>
      </w:r>
    </w:p>
    <w:p>
      <w:pPr>
        <w:pStyle w:val="ArticleScripture"/>
        <w:jc w:val="left"/>
      </w:pPr>
      <w:r>
        <w:rPr>
          <w:rFonts w:ascii="Times New Roman" w:hAnsi="Times New Roman" w:eastAsia="Times New Roman" w:cs="Times New Roman"/>
        </w:rPr>
        <w:t>“Cov kev xav ntawm tus Cawm Seej tam sim no tig rov qab los ntawm kev xav txog yav tag los thiab yav tom ntej. Thaum cov neeg tseem tab tom sim piav tej yam uas lawv tau pom thiab tau hnov raws li tej kev xav uas tau raug ua rau hauv lawv lub siab, thiab raws li qhov kaj uas lawv muaj, ‘Yexus teb thiab hais tias, Lub suab no tsis yog tuaj vim kuv, tiam sis yog vim nej.’ Qhov no yog pov thawj siab tshaj plaws ntawm nws txoj kev ua Mexiyas, yog lub cim qhia ntawm Leej Txiv tias Yexus tau hais qhov tseeb, thiab tias nws yog Vajtswv Leej Tub. Cov Yudais puas yuav tig ntawm zaj lus tim khawv no uas los ntawm saum ntuj ceeb tsheej? Lawv ib zaug tau nug tus Cawm Seej tias, Koj qhia yam cim dab tsi kom peb pom thiab ntseeg? Muaj tej cim uas suav tsis txheeb twb tau muab qhia thoob plaws hauv Khetos txoj hauj lwm qhuab qhia lawm; los lawv tau kaw lawv lub qhov muag thiab ua lawv lub siab tawv kom lawv txhob raug ntseeg kom meej. Qhov txuj ci tseem ceeb siab tshaj plaws ntawm Laxalau txoj kev sawv hauv qhov tuag rov qab los tsis tau tshem lawv txoj kev tsis ntseeg, tiam sis tseem ua rau lawv muaj kev phem kev chim ntau zuj zus; thiab tam sim no uas Leej Txiv tau hais lawm, thiab lawv tsis muaj cai thov ib yam cim ntxiv lawm, lawv lub siab los tseem tsis muag muag, thiab lawv tseem tsis kam ntseeg.” Spirit of Prophecy, volume 3, 79.</w:t>
      </w:r>
    </w:p>
    <w:p>
      <w:pPr>
        <w:pStyle w:val="ArticleBody"/>
        <w:jc w:val="left"/>
      </w:pPr>
      <w:r>
        <w:rPr>
          <w:rFonts w:ascii="Times New Roman" w:hAnsi="Times New Roman" w:eastAsia="Times New Roman" w:cs="Times New Roman"/>
        </w:rPr>
        <w:t>Laxalau yog lub cim qhia txog kev sawv rov los, raws li Yausunas tau ua piv txwv tawm hauv plab ntses loj. Lub suab ntawm Leej Txiv uas muaj kev txuas nrog Laxalau uas tau sawv rov los sawv cev rau kev koom ua ke ntawm Vajtswv thiab tib neeg, uas yeej yog tus yam ntxwv ntawm Khetos, tus uas tau ris cev nqaij daim tawv tib neeg los rau saum Nws tus kheej. Kev koom ua ke ntawm Vajtswv nrog tib neeg yog tus chij ntawm ib puas plaub caug plaub txhiab leej, thiab Laxalau yog lub cim ntawm lub hwj chim sawv rov los uas ua kom muaj kev txuas ntawm Tus Tsim nrog tus uas raug tsim.</w:t>
      </w:r>
    </w:p>
    <w:p>
      <w:pPr>
        <w:pStyle w:val="ArticleScripture"/>
        <w:jc w:val="left"/>
      </w:pPr>
      <w:r>
        <w:rPr>
          <w:rFonts w:ascii="Times New Roman" w:hAnsi="Times New Roman" w:eastAsia="Times New Roman" w:cs="Times New Roman"/>
        </w:rPr>
        <w:t>“Los ntawm qhov uas Lasalau raug tsa sawv rov los, coob leej raug coj los ntseeg Yexus. Nws yog Vajtswv txoj kev npaj tias Lasalau yuav tsum tuag thiab muab tso rau hauv lub ntxa ua ntej tus Cawm Seej tuaj txog. Kev tsa Lasalau sawv rov los yog Khetos txoj txuj ci tseem ceeb uas siab tshaj plaws, thiab vim li ntawd coob leej thiaj qhuas Vajtswv.” Manuscript Releases, volume 21, 111.</w:t>
      </w:r>
    </w:p>
    <w:p>
      <w:pPr>
        <w:pStyle w:val="ArticleBody"/>
        <w:jc w:val="left"/>
      </w:pPr>
      <w:r>
        <w:rPr>
          <w:rFonts w:ascii="Times New Roman" w:hAnsi="Times New Roman" w:eastAsia="Times New Roman" w:cs="Times New Roman"/>
        </w:rPr>
        <w:t>Laxalus tau coj txoj kev nkag mus muaj yeej rau hauv Yeluxalees, thiab nws yog “lub cim” ciaj sia ntawm txoj kev sawv hauv qhov tuag rov los uas Yau-naus tau ua tus piv txwv.</w:t>
      </w:r>
    </w:p>
    <w:p>
      <w:pPr>
        <w:pStyle w:val="ArticleScripture"/>
        <w:jc w:val="left"/>
      </w:pPr>
      <w:r>
        <w:rPr>
          <w:rFonts w:ascii="Times New Roman" w:hAnsi="Times New Roman" w:eastAsia="Times New Roman" w:cs="Times New Roman"/>
        </w:rPr>
        <w:t>“Laxalau, uas nws lub cev twb pom kev xeb quab hauv lub ntxa lawm, tiamsis tam sim no nws zoo siab hlo nyob hauv lub zog ntawm txoj kev ua neej ua txivneej uas muaj hwjchim ci ntsa iab, tau coj tus tsiaj uas tus Cawmseej caij.” The Desire of Ages, 572.</w:t>
      </w:r>
    </w:p>
    <w:p>
      <w:pPr>
        <w:pStyle w:val="ArticleBody"/>
        <w:jc w:val="left"/>
      </w:pPr>
      <w:r>
        <w:rPr>
          <w:rFonts w:ascii="Times New Roman" w:hAnsi="Times New Roman" w:eastAsia="Times New Roman" w:cs="Times New Roman"/>
        </w:rPr>
        <w:t>Kev nkag mus uas muaj yeej zoo sib phim nrog Exeter lub rooj sib txoos pw hav zoov, uas yog qhov kev ua tiav alpha ntawm zaj lus piv txwv txog kaum tus nkauj xwb, thiab yog li ntawd ua rau “lub cim” ntawm Yau-na thiab Laxalau sib phim nrog omega thiab qhov kev ua tiav zoo kawg nkaus ntawm kev tshaj tawm txoj xov hais tias, “Saib seb, Tus Nraug Vauv tabtom los!”</w:t>
      </w:r>
    </w:p>
    <w:p>
      <w:pPr>
        <w:pStyle w:val="ArticleScripture"/>
        <w:jc w:val="left"/>
      </w:pPr>
      <w:r>
        <w:rPr>
          <w:rFonts w:ascii="Times New Roman" w:hAnsi="Times New Roman" w:eastAsia="Times New Roman" w:cs="Times New Roman"/>
        </w:rPr>
        <w:t>“Kuv raug coj kom tig mus rau zaj lus piv txwv hais txog kaum tus nkauj xwb ntau zaus, uas tsib leej yog cov muaj tswv yim, thiab tsib leej yog cov ruam. Zaj lus piv txwv no twb tau thiab yuav raug ua kom tiav raws nraim li txhua lo lus, rau qhov nws muaj ib qho kev siv tshwj xeeb rau lub sijhawm no, thiab, ib yam li txoj xov ntawm tus timtswv thib peb, nws twb tau raug ua kom tiav thiab yuav txuas ntxiv ua qhov tseeb rau lub sijhawm tam sim no mus txog thaum kawg ntawm lub sijhawm.” Review and Herald, August 19, 1890.</w:t>
      </w:r>
    </w:p>
    <w:p>
      <w:pPr>
        <w:pStyle w:val="ArticleBody"/>
        <w:jc w:val="left"/>
      </w:pPr>
      <w:r>
        <w:rPr>
          <w:rFonts w:ascii="Times New Roman" w:hAnsi="Times New Roman" w:eastAsia="Times New Roman" w:cs="Times New Roman"/>
        </w:rPr>
        <w:t>Yauxej, Laxalau thiab Xamuyees Snow uas tuaj txog lig rau lub rooj sib txoos pw hav zoov hauv Exeter, sib haum nrog Exekees tus “cim ntawm kev vij lub nroog.” Laxalau tau coj Khetos nkag mus rau hauv Yeluxalees saum ib tug nees luav.</w:t>
      </w:r>
    </w:p>
    <w:p>
      <w:pPr>
        <w:pStyle w:val="ArticleScripture"/>
        <w:jc w:val="left"/>
      </w:pPr>
      <w:r>
        <w:rPr>
          <w:rFonts w:ascii="Times New Roman" w:hAnsi="Times New Roman" w:eastAsia="Times New Roman" w:cs="Times New Roman"/>
        </w:rPr>
        <w:t>“Bates yog ib tug thawj coj tseem ceeb hauv lub rooj sib txoos pw hav zoov Exeter (New Hampshire) thaum lub Yim Hli, 1844, thaum thawj zaug muaj kev nthuav tawm txog ‘lub suab qw nruab nrab hmo ntuj tseeb.’ Raws li tau tshwm sim, Bates yog tus xibhwb uas raug xaiv los tshaj lus hauv qhov kev pe hawm thaum sawv ntxov ntawd hauv lub chaw pw hav zoov. Nws tab tom ntuas cov uas mloog nws kom nyob ruaj nreb hauv txoj kev ncaj ncees thiab tab tom ua kom lawv tso siab tus yees tias Vajtswv tsuas yog tab tom sim lawv xwb, tias lawv nyob hauv lub sij hawm tos ntev, thiab tej kev xav zoo ib yam li ntawd, thaum Samuel S. Snow caij nees tuaj txog hauv lub chaw pw hav zoov. Thaum nws mus zaum ntawm ib sab nws tus muam, Mrs. John Couch, Snow rov hais dua nws txoj kev ntseeg ruaj khov tias Khetos yuav tshwm sim raws li lub sij hawm uas twb teem tseg lawm. Mrs. Couch, uas raug kov siab heev, tau ua rau cov neeg tuaj sib txoos ceeb tas nrho thaum nws sawv tsees thiab tshaj tawm tias, ‘Ntawm no yog ib tug txiv neej uas muaj ib txoj lus tuaj ntawm Vajtswv!’” Leroy Froom, The Prophetic Faith of our Fathers, volume 4, 549.</w:t>
      </w:r>
    </w:p>
    <w:p>
      <w:pPr>
        <w:pStyle w:val="ArticleBody"/>
        <w:jc w:val="left"/>
      </w:pPr>
      <w:r>
        <w:rPr>
          <w:rFonts w:ascii="Times New Roman" w:hAnsi="Times New Roman" w:eastAsia="Times New Roman" w:cs="Times New Roman"/>
        </w:rPr>
        <w:t>Thaum lub Plaub Hlis, xyoo 1521, Martin Luther tau caij ib lub tsheb nees mus rau Rooj Sib Tham ntawm Worms, qhov chaw uas nws tau tsis lees txais tej kab ke thiab tej kev coj raws li txoj cai ntawm tus pope, thiab nws tau hais tias, “Yog tias kuv tsis raug ntxias siab los ntawm tej lus tim khawv ntawm Vajluskub lossis los ntawm qhov laj thawj uas meej… kuv tsis muaj peev xwm thiab kuv yuav tsis thim ib yam dabtsi li, vim tsis yog yam nyab xeeb thiab tsis yog yam ncaj ncees uas yuav mus tawm tsam lub siab dawb paug. Kuv sawv ntawm no. Kuv ua tsis tau lwm yam. Vajtswv pab kuv. Amees.”</w:t>
      </w:r>
    </w:p>
    <w:p>
      <w:pPr>
        <w:pStyle w:val="ArticleBody"/>
        <w:jc w:val="left"/>
      </w:pPr>
      <w:r>
        <w:rPr>
          <w:rFonts w:ascii="Times New Roman" w:hAnsi="Times New Roman" w:eastAsia="Times New Roman" w:cs="Times New Roman"/>
        </w:rPr>
        <w:t>Ib yam li cov Falixais tau tawm tsam Khetos txoj kev nkag los hauv yeej koob meej, cov thawj coj papal kuj tau tawm tsam Luther txoj kev nkag los. Tom qab ntawd Luther tau hloov nws lub npe (uas yog ib lub cim ntawm txoj kev muab ntim lub cim foob), thiab raug zais tseg thaum nws txhais Phau Tshiab mus rau hauv hom lus German. Nws txoj kev tshwm sim ntawm Diet of Worms yog ib daim qauv qhia txog Txoj Kev Quaj Thaum Ib Nrab Hmo, uas tau coj mus rau txoj cai txiav txim tuag los ntawm cov thawj coj ntawm pawg ntseeg-xeev nyob rau lub sij hawm ntawd, yog li ntawd nws kuj ua ib daim qauv qhia txog txoj cai Hnub Caiv. Tom qab kaum lub hlis uas nkaum nyob hauv qab lub npe ‘Junker Jörg’ no, txoj kev hem thawj ntawm cov thawj coj tau hloov lawm, feem coob yog vim ob yam teeb meem tub rog uas tus Charles V uas puv npo kev txhaum kev phem tau ntsib. Ob txoj kev hem thawj tub rog ntawd yog Fabkis thiab Islam, uas sawv cev rau tib txoj kev sib koom tes tsis dawb huv ntawm kev nom kev tswv socialism thiab Islam uas niaj hnub no tab tom ntsib noob neej.</w:t>
      </w:r>
    </w:p>
    <w:p>
      <w:pPr>
        <w:pStyle w:val="ArticleScripture"/>
        <w:jc w:val="left"/>
      </w:pPr>
      <w:r>
        <w:rPr>
          <w:rFonts w:ascii="Times New Roman" w:hAnsi="Times New Roman" w:eastAsia="Times New Roman" w:cs="Times New Roman"/>
        </w:rPr>
        <w:t>“Txoj hauj lwm ntawm Vajtswv nyob hauv ntiajteb no, txij tiam dhau tiam los, qhia tawm ib qho kev zoo sib xws uas pom tseeb heev hauv txhua txoj kev kho kom raug loj los sis txhua txoj kev txav kev cai dab qhuas loj. Cov hauv paus ntsiab lus uas Vajtswv ua haujlwm nrog tibneeg yeej ib txwm zoo ib yam nkaus. Cov kev txav tseem ceeb hauv lub sijhawm nimno muaj lawv tej yam uas sib xws nrog cov hauv yav tag los, thiab txoj kev paub dhau los ntawm pawg ntseeg hauv tej tiam ua ntej muaj tej zaj lus qhia uas muaj nqis heev rau peb lub sijhawm no.” The Great Controversy, 343.</w:t>
      </w:r>
    </w:p>
    <w:p>
      <w:pPr>
        <w:pStyle w:val="ArticleBody"/>
        <w:jc w:val="left"/>
      </w:pPr>
      <w:r>
        <w:rPr>
          <w:rFonts w:ascii="Times New Roman" w:hAnsi="Times New Roman" w:eastAsia="Times New Roman" w:cs="Times New Roman"/>
        </w:rPr>
        <w:t>Ib tug nees luav uas Laxalau coj tau coj Khetos mus rau hauv Yeluxalees, ib lub tsheb nees rub tau coj Luther mus rau Lub Rooj Sib Hais ntawm Worms, thiab ib tug nees tau coj Snow mus rau lub rooj sib txoos pw hav zoov ntawm Exeter, yog li ntawd thiaj qhia tias tus nees luav thiab tus nees, ob yam tsiaj uas yog tswv cuab hauv tsev neeg “Equidae” nyob hauv hom “Equus,” yog lub cim ntawm txoj xov ntawm Kev Quaj Hu Ib Tag Hmo.</w:t>
      </w:r>
    </w:p>
    <w:p>
      <w:pPr>
        <w:pStyle w:val="ArticleScripture"/>
        <w:jc w:val="left"/>
      </w:pPr>
      <w:r>
        <w:rPr>
          <w:rFonts w:ascii="Times New Roman" w:hAnsi="Times New Roman" w:eastAsia="Times New Roman" w:cs="Times New Roman"/>
        </w:rPr>
        <w:t>Cia li zoo siab kawg li, Au tus ntxhais Xi-oos; qw nrov ncha, Au tus ntxhais Yeluxalees: saib seb, koj tus Vajntxwv tabtom los cuag koj: nws yog tus ncaj ncees, thiab coj txoj kev cawm dim los; tus txo hwjchim, thiab caij saum tus nees luav, thiab saum tus menyuam nees luav, yog tus menyuam ntawm tus nees luav. Xekhaliya 9:9.</w:t>
      </w:r>
    </w:p>
    <w:p>
      <w:pPr>
        <w:pStyle w:val="ArticleBody"/>
        <w:jc w:val="left"/>
      </w:pPr>
      <w:r>
        <w:rPr>
          <w:rFonts w:ascii="Times New Roman" w:hAnsi="Times New Roman" w:eastAsia="Times New Roman" w:cs="Times New Roman"/>
        </w:rPr>
        <w:t>Lub cim ntawm zaj lus Midnight Cry yog kev tuaj txog ntawm tus nees luav lossis tus nees, ob yam puav leej yog cov cim sawv cev rau Islam. Tus tubtxib uas raug xaiv los nqa zaj lus tseeb ntawm lub suab qw thaum ib tag hmo tau tuaj txog saum ib tug nees, sib haum nrog Khetos uas tuaj txog saum ib tug nees luav. Lo lus “kev vij” nyob rau hnub kawg raug cim tseg los ntawm kev ua tiav ntawm Ellen White qhov kev txheeb tias lub nroog Nashville yuav raug ntaus los ntawm “pob hluav taws.”</w:t>
      </w:r>
    </w:p>
    <w:p>
      <w:pPr>
        <w:pStyle w:val="ArticleBody"/>
        <w:jc w:val="left"/>
      </w:pPr>
      <w:r>
        <w:rPr>
          <w:rFonts w:ascii="Times New Roman" w:hAnsi="Times New Roman" w:eastAsia="Times New Roman" w:cs="Times New Roman"/>
        </w:rPr>
        <w:t>Vim li cas txoj kev kaw nroog thiaj pib ntawm cov pob hluav taws ntawm Nashville? Puas yog vim hais tias Islam raug sawv cev los ntawm tus nees luav thiab tus nees hauv Vajtswv Txoj Lus yaj saub?</w:t>
      </w:r>
    </w:p>
    <w:p>
      <w:pPr>
        <w:pStyle w:val="ArticleHeading"/>
        <w:jc w:val="left"/>
      </w:pPr>
      <w:r>
        <w:rPr>
          <w:rFonts w:ascii="Arial" w:hAnsi="Arial" w:eastAsia="Arial" w:cs="Arial"/>
        </w:rPr>
        <w:t>Xamoo</w:t>
      </w:r>
    </w:p>
    <w:p>
      <w:pPr>
        <w:pStyle w:val="ArticleBody"/>
        <w:jc w:val="left"/>
      </w:pPr>
      <w:r>
        <w:rPr>
          <w:rFonts w:ascii="Times New Roman" w:hAnsi="Times New Roman" w:eastAsia="Times New Roman" w:cs="Times New Roman"/>
        </w:rPr>
        <w:t>Huab Tais Nero cim qhov pib ntawm pawg ntseeg Xamuvna thaum lub nroog Loos raug hlawv nyob rau xyoo 64. Hnub tim ntawd cim qhov pib ntawm kev tsim txom pawg ntseeg Khetos, uas tau raug coj mus ua kom tiav thoob ib ncua sijhawm ob puas tsib caug xyoo, thiab xaus rau ntawm Txoj Cai Milan nyob rau xyoo 313. Kev tsim tsa tus duab ntawm tus tsiaj qus sawv cev rau alpha waymark uas qhib ib ncua sijhawm xaus nrog ib qho omega waymark, uas yog sawv cev los ntawm lub cim ntawm tus tsiaj qus hauv txoj cai Hnub Caiv uas yuav los sai no. Lub sijhawm ntawd raug txheeb xyuas tias pib nrog “cov lus txib.”</w:t>
      </w:r>
    </w:p>
    <w:p>
      <w:pPr>
        <w:pStyle w:val="ArticleScripture"/>
        <w:jc w:val="left"/>
      </w:pPr>
      <w:r>
        <w:rPr>
          <w:rFonts w:ascii="Times New Roman" w:hAnsi="Times New Roman" w:eastAsia="Times New Roman" w:cs="Times New Roman"/>
        </w:rPr>
        <w:t>“Yog tus nyeem xav kom to taub txog tej cuab yeej uas yuav raug siv rau hauv qhov kev tawm tsam uas tab tom yuav los sai no, nws tsuas yog yuav tsum mus tshawb raws tej keeb kwm ntawm cov hauv kev uas Loos tau siv rau tib lub hom phiaj ntawd hauv tej tiam dhau los xwb. Yog nws xav paub tias cov Papas thiab cov Protestants thaum sib koom ua ke yuav ua li cas rau cov uas tsis kam lees lawv tej kev ntseeg qhuab qhia, cia nws saib tus ntsuj plig uas Loos tau qhia tawm rau hnub Xanpataus thiab rau cov uas tiv thaiv hnub ntawd.”</w:t>
      </w:r>
    </w:p>
    <w:p>
      <w:pPr>
        <w:pStyle w:val="ArticleScripture"/>
        <w:jc w:val="left"/>
      </w:pPr>
      <w:r>
        <w:rPr>
          <w:rFonts w:ascii="Times New Roman" w:hAnsi="Times New Roman" w:eastAsia="Times New Roman" w:cs="Times New Roman"/>
        </w:rPr>
        <w:t>“Cov lus txib kav tebchaws, cov rooj sablaj dav dav, thiab tej kev cai hauv pawg ntseeg uas raug txhawb nqa los ntawm hwjchim hauv ntiajteb no yog cov kauj ruam uas ua rau lub koob tsheej cuav pe mlom ntawd tau mus txog nws txoj hauj lwm muaj meej mom hauv lub ntiajteb Khixatia. Thawj txoj cai rau pejxeem sawvdaws uas yuam kom coj Hnub Caiv raws li hnub Sunday yog txoj cai uas Constantine tau tshaj tawm. (A.D. 321; saib daim ntawv ntxiv rau nplooj 53.) Txoj cai no kom cov neeg nyob hauv tej nroog so rau ‘hnub ci ntsa iab uas muaj koob meej ntawm lub hnub,’ tabsis pub cov neeg nyob tom teb chaws txuas ntxiv lawv tej haujlwm ua liaj ua teb. Txawm hais tias qhov no yeej yog ib txoj cai cuav pe mlom, los tus huab tais tseem yuam kom coj raws tom qab nws tau lees txais txoj kev ntseeg Khixatia nyob rau npe xwb.” The Great Controversy, 574.</w:t>
      </w:r>
    </w:p>
    <w:p>
      <w:pPr>
        <w:pStyle w:val="ArticleBody"/>
        <w:jc w:val="left"/>
      </w:pPr>
      <w:r>
        <w:rPr>
          <w:rFonts w:ascii="Times New Roman" w:hAnsi="Times New Roman" w:eastAsia="Times New Roman" w:cs="Times New Roman"/>
        </w:rPr>
        <w:t>Txoj cai vaj ntxwv thawj zaug uas cim txog ib txoj kev hloov ntawm pawg ntseeg Xamawna mus rau pawg ntseeg Pegamauj yog Txoj Cai Milan xyoo 313. Nws sawv cev rau thawj kauj ruam uas coj mus txog thawj txoj cai Hnub Xatas ntawm xyoo 321. Kev puas tsuaj ntawm Yeluxalees yog ib qho piv txwv yav tom ntej txog txoj cai Hnub Xatas, thiab ob tug tim khawv cev Vajtswv txoj lus qhia txog ib qho kev vij uas tau muaj ua ntej txoj kev puas tsuaj ntawd. Ob qhov kev vij ntawd, uas sawv cev los ntawm Npanpiloo qhov kev vij zaum peb hauv xyoo 587 BC thiab Loos qhov kev vij zaum ob hauv xyoo 70, qhia meej tias tus cim qhia txoj kev uas los ua ntej tus cim qhia txoj kev ntawm txoj cai Hnub Xatas—yog ib qho kev vij raws li lus cev Vajtswv txoj lus.</w:t>
      </w:r>
    </w:p>
    <w:p>
      <w:pPr>
        <w:pStyle w:val="ArticleBody"/>
        <w:jc w:val="left"/>
      </w:pPr>
      <w:r>
        <w:rPr>
          <w:rFonts w:ascii="Times New Roman" w:hAnsi="Times New Roman" w:eastAsia="Times New Roman" w:cs="Times New Roman"/>
        </w:rPr>
        <w:t>Nebukhanexas tau muab Yauyakhis nplawm ib ncig, ces Yauyakhees, thiab thaum kawg Xedekhiya. Cestius tau nplawm ib ncig rau xyoo 66, thiab ua kom tiav lub cim uas Yexus tau muab rau pawg ntseeg, ib yam li qhov kev nplawm ib ncig zaum peb xyoo 587 BC muaj lub cim ntawm Exekees tus pojniam txoj kev tuag. Tus cim-txoj-kev uas los ua ntej Yeluxalees txoj kev raug rhuav tshem yog kev nplawm ib ncig, thiab nws kuj yog ib “lub cim.” Tus cim-txoj-kev uas los ua ntej txoj cai Hnub Caiv xyoo 321 yog Daim Ntawv Txib ntawm Milan, qhov chaw uas muaj txoj kev hloov ntawm ib pawg ntseeg (Xamawna) uas tsis muaj kev raug txim mus rau Pergamos, uas yog lub cim ntawm ib pawg ntseeg uas tau ua kev sib haum nrog ntiajteb.</w:t>
      </w:r>
    </w:p>
    <w:p>
      <w:pPr>
        <w:pStyle w:val="ArticleBody"/>
        <w:jc w:val="left"/>
      </w:pPr>
      <w:r>
        <w:rPr>
          <w:rFonts w:ascii="Times New Roman" w:hAnsi="Times New Roman" w:eastAsia="Times New Roman" w:cs="Times New Roman"/>
        </w:rPr>
        <w:t>Yog li no, Tsab Cai ntawm Milan yog qhov pib ntawm ib qho kev vij ntsuj plig raws li lus faj lem, thiab nws kuj yog ib lub cim. Nws kuj qhia qhov chaw uas txoj kev txav Laodicea ntawm ib puas plaub caug plaub txhiab hloov mus rau txoj kev txav Philadelphia ntawm ib puas plaub caug plaub txhiab.</w:t>
      </w:r>
    </w:p>
    <w:p>
      <w:pPr>
        <w:pStyle w:val="ArticleBody"/>
        <w:jc w:val="left"/>
      </w:pPr>
      <w:r>
        <w:rPr>
          <w:rFonts w:ascii="Times New Roman" w:hAnsi="Times New Roman" w:eastAsia="Times New Roman" w:cs="Times New Roman"/>
        </w:rPr>
        <w:t>Philadelphia thiab Smyrna sawv cev rau tib ob pawg ntseeg nkaus xwb hauv xya pawg ntseeg ntawm Phau Ntawv Qhia Tshwm uas tsis raug kev txiav txim txim. Qhov tseeb no, nyeg mus, qhia meej tias txoj kev hloov ntawd yog txoj kev hloov ntawm pawg ntseeg uas tab tom sib ntaus mus rau pawg ntseeg uas yeej lawm. Txoj kev hloov ntawd phim raws li Txoj Cai Milan, qhov chaw uas qhov kev txav ntawm ib puas plaub caug plaub txhiab nyob rau hnub kawg los ua pawg ntseeg yim ntawd, uas yog ntawm xya pawg ntseeg. Philadelphia thiab Smyrna kuj yog tib ob pawg ntseeg nkaus xwb uas tawm tsam nrog cov uas hais tias lawv yog Yudais, tiamsis qhov tseeb yog ntawm lub tsev sablaj ntawm Xatas.</w:t>
      </w:r>
    </w:p>
    <w:p>
      <w:pPr>
        <w:pStyle w:val="ArticleBody"/>
        <w:jc w:val="left"/>
      </w:pPr>
      <w:r>
        <w:rPr>
          <w:rFonts w:ascii="Times New Roman" w:hAnsi="Times New Roman" w:eastAsia="Times New Roman" w:cs="Times New Roman"/>
        </w:rPr>
        <w:t>Tus cim txoj kev ntawd ntawm 313 kuj phim raws nraim nrog lub rooj sib txoos pw hav zoov hauv Exeter txij hnub tim 12 txog 17 lub Yim Hli xyoo 1844. Thaum lub rooj sib txoos pw hav zoov xaus lawm, txoj xov ntawd tau nphau mus thoob plaws ntug hiav txwv sab hnub tuaj ntawm Tebchaws Meskas zoo ib yam li nthwv dej hiav txwv loj, mus txog rau thaum lub qhov rooj raug kaw rau hnub tim 22 lub Kaum Hli xyoo 1844.</w:t>
      </w:r>
    </w:p>
    <w:p>
      <w:pPr>
        <w:pStyle w:val="ArticleScripture"/>
        <w:jc w:val="left"/>
      </w:pPr>
      <w:r>
        <w:rPr>
          <w:rFonts w:ascii="Times New Roman" w:hAnsi="Times New Roman" w:eastAsia="Times New Roman" w:cs="Times New Roman"/>
        </w:rPr>
        <w:t>“Zoo li nthwv dej loj, txoj kev txav no tau yuj hla thoob plaws lub teb chaws. Ntawm ib lub nroog mus rau ib lub nroog, ntawm ib lub zos mus rau ib lub zos, thiab nkag mus txog tej thaj chaw deb nroog uas nyob kev deb nroog, nws tau mus, mus txog thaum Vajtswv haiv neeg uas tos ntsoov raug tsa kom sawv tsees puv npo. Kev kub siab yuam kev ploj mus ntawm txoj kev tshaj tawm no ib yam li te thaum ntxov yaj mus ntawm lub hnub tab tom tawm tuaj. Cov ntseeg pom tias lawv txoj kev ua xyem xyav thiab kev ntxhov siab raug tshem tawm mus, thiab kev cia siab nrog siab tawv ua kom lawv lub siab muaj sia. Txoj hauj lwm ntawd tsis muaj cov kev dhau ciam uas ib txwm tshwm sim thaum muaj tib neeg txoj kev kub siab tsis muaj txoj lus thiab Vajtswv tus Ntsuj Plig tswj kav. Nws tus yam ntxwv zoo ib yam li cov caij nyoog ntawm kev txo hwj chim thiab kev tig rov qab los cuag tus Tswv, uas hauv cov Yixayee thaum ub tau raws li tej lus ceeb toom txhaum ntawm Nws cov tub qhe. Nws nqa tau cov yam ntxwv uas cim Vajtswv tes hauj lwm hauv txhua tiam. Muaj me ntsis kev zoo siab qaug cawv kawg nkaus xwb, tiam sis muaj kev tshawb nrhiav lub siab tob heev, kev lees txim txhaum, thiab kev tso tseg lub ntiaj teb. Kev npaj kom ntsib tus Tswv yog lub nra hnyav ntawm cov ntsuj plig uas quaj ntsuag heev. Muaj kev thov Vajtswv tsis tseg thiab kev fij tag nrho yus tus kheej rau Vajtswv yam tsis khaws dab tsi tseg li.” The Great Controversy, 400, 401.</w:t>
      </w:r>
    </w:p>
    <w:p>
      <w:pPr>
        <w:pStyle w:val="ArticleBody"/>
        <w:jc w:val="left"/>
      </w:pPr>
      <w:r>
        <w:rPr>
          <w:rFonts w:ascii="Times New Roman" w:hAnsi="Times New Roman" w:eastAsia="Times New Roman" w:cs="Times New Roman"/>
        </w:rPr>
        <w:t>Lub qhov rooj kaw rau hnub tim 22 Lub Kaum Hli, 1844 yog ib yam piv txwv txog txoj cai Hnub Caiv uas yuav los sai sai no, thiab tus cim-kev uas tau ua ntej lub qhov rooj kaw ntawm hnub tim 22 Lub Kaum Hli ntawd, yog lub rooj sib txoos pw hav zoov Exeter. Vim li ntawd, lub rooj sib txoos pw hav zoov Exeter thiaj sib haum nrog Txoj Cai Milan. Nws kuj sib haum nrog Khetos txoj kev nkag mus yeej koob meej.</w:t>
      </w:r>
    </w:p>
    <w:p>
      <w:pPr>
        <w:pStyle w:val="ArticleScripture"/>
        <w:jc w:val="left"/>
      </w:pPr>
      <w:r>
        <w:rPr>
          <w:rFonts w:ascii="Times New Roman" w:hAnsi="Times New Roman" w:eastAsia="Times New Roman" w:cs="Times New Roman"/>
        </w:rPr>
        <w:t>“Lub suab quaj thaum ib tag hmo tsis yog ib yam uas raug xa tawm los ntawm kev sib cav ntau npaum li, txawm yog daim ntawv pov thawj hauv Vajluskub yeej meej thiab txaus kawg lawm. Muaj ib lub hwjchim txhawb thiab thawb mus nrog nws uas txav tus ntsujplig. Tsis muaj kev ua xyem xyav, tsis muaj kev nug tsis ntseeg. Thaum lub sijhawm Khetos nkag mus rau Yeluxalees hauv txoj kev yeej, cov neeg uas tau sib sau tuaj ntawm txhua thaj chaw hauv lub tebchaws los ua kevcai noj tshoob, tau tuaj sib sau coob coob rau saum Roob Txiv Ntoo Roj, thiab thaum lawv koom nrog pawg neeg coob uas tabtom nrog Yexus mus, lawv raug lub sijhawm ntawd txoj kev txhawb siab ntes tau, thiab pab ua kom lub suab qw nrov zuj zus hais tias, ‘Foom koob hmoov rau tus uas los hauv tus Tswv lub npe!’ [Mathais 21:9.] Ib yam nkaus li ntawd, cov tsis ntseeg uas tuaj coob coob rau hauv tej rooj sib tham Adventist—qee leej tuaj vim xav paub, qee leej tsuas yog tuaj thuam xwb—kuj hnov lub hwjchim uas ua kom ntseeg tau nrog txoj xov no nrog nraim, ‘Saib seb, nraug vauv tabtom los!’” Spirit of Prophecy, volume 4, 250.</w:t>
      </w:r>
    </w:p>
    <w:p>
      <w:pPr>
        <w:pStyle w:val="ArticleBody"/>
        <w:jc w:val="left"/>
      </w:pPr>
      <w:r>
        <w:rPr>
          <w:rFonts w:ascii="Times New Roman" w:hAnsi="Times New Roman" w:eastAsia="Times New Roman" w:cs="Times New Roman"/>
        </w:rPr>
        <w:t>Txoj Cai Milan cim qhia txog qhov kev kaw vauv raws li lus faj lem uas Nebuchadnezzar xyoo 587 BC thiab Cestius xyoo 66 tau ua duab ntxoov ntxoo ua ntej. Ob qhov kev kaw vauv ntawd coj mus rau kev rhuav tshem Yeluxalees hauv xyoo 586 BC thiab xyoo 70, raws li lawv ib leeg. Kev kaw vauv ntawm Cestius tau xaus, thiab peb xyoos ib nrab tom qab ntawd, kev kaw vauv rov pib dua nyob hauv Taitus, yog li muab ib lub sij hawm lus faj lem uas pib nrog ib tug thawj coj Loos alpha thiab xaus nrog ib tug thawj coj omega. Peb xyoos ib nrab ntawd sawv cev rau qhov kev tsuj nti Yeluxalees los ntawm txoj kev kav ntawm papacy, thiab rau txoj cai Hnub Caiv Sunday uas yuav los sai, thaum lub qhov txhab tuag taus ntawm papacy raug kho zoo thiab nws rov kav dua rau peb xyoos ib nrab uas yog cim raws lus faj lem.</w:t>
      </w:r>
    </w:p>
    <w:p>
      <w:pPr>
        <w:pStyle w:val="ArticleScripture"/>
        <w:jc w:val="left"/>
      </w:pPr>
      <w:r>
        <w:rPr>
          <w:rFonts w:ascii="Times New Roman" w:hAnsi="Times New Roman" w:eastAsia="Times New Roman" w:cs="Times New Roman"/>
        </w:rPr>
        <w:t>Tiamsis lub tshav puam uas nyob sab nraud lub tuam tsev cia tawm mus, thiab txhob ntsuas nws; rau qhov nws tau muab rau cov neeg Lwm Haiv Neeg lawm: thiab lawv yuav tsuj rau hauv qab taw lub nroog dawb huv tau plaub caug ob lub hlis. Tshwmsim 11:2.</w:t>
      </w:r>
    </w:p>
    <w:p>
      <w:pPr>
        <w:pStyle w:val="ArticleBody"/>
        <w:jc w:val="left"/>
      </w:pPr>
      <w:r>
        <w:rPr>
          <w:rFonts w:ascii="Times New Roman" w:hAnsi="Times New Roman" w:eastAsia="Times New Roman" w:cs="Times New Roman"/>
        </w:rPr>
        <w:t>Xyoo 538, thiab tom qab ntawd dua thaum txoj cai hnub Sunday yuav los txog, kev tsuj nqes Yeluxalees pib. Ob txoj cai hnub Sunday ntawd tau sawv cev los ntawm xyoo 321 thaum Constantine tus Loj tshaj tawm thawj txoj cai hnub Sunday. Xyoo 538, txoj kev kav papacy tau txais hwjchim los tsim txom (tsuj nqes) Vajtswv pawg ntseeg tau peb xyoos ib nrab, raws li tau sawv cev los ntawm keeb kwm txij Cestius mus txog Titus. Xyoo 538, papacy tau tshaj tawm ib txoj cai hnub Sunday ntawm Pawg Sablaj thib peb ntawm Orleans. Txoj cai hnub Sunday uas yuav los sai no qhia tias thaum twg papacy rov tau hwjchim los tsuj nqes lub tuam tsev (tsim txom).</w:t>
      </w:r>
    </w:p>
    <w:p>
      <w:pPr>
        <w:pStyle w:val="ArticleBody"/>
        <w:jc w:val="left"/>
      </w:pPr>
      <w:r>
        <w:rPr>
          <w:rFonts w:ascii="Times New Roman" w:hAnsi="Times New Roman" w:eastAsia="Times New Roman" w:cs="Times New Roman"/>
        </w:rPr>
        <w:t>313 qhia txog thawj daim ntawv txib uas coj mus rau thawj txoj cai Hnub Caiv hauv 321. Ces nyob rau xyoo 330, lub teb chaws faj tim teb chaws raug faib raws li txoj kev yaj saub ua sab hnub tuaj thiab sab hnub poob, yog li cim tseg qhov omega xaus ntawm lub sijhawm thib ob ntawm kev tsim txom ntawm papacy uas kav “plaub caug ob” lub hlis ua cim—ib lub sijhawm ntawm kev tsim txom thiab kev tsuj kom poob uas pib ntawm alpha txoj cai Hnub Caiv hauv Tebchaws Meskas.</w:t>
      </w:r>
    </w:p>
    <w:p>
      <w:pPr>
        <w:pStyle w:val="ArticleScripture"/>
        <w:jc w:val="left"/>
      </w:pPr>
      <w:r>
        <w:rPr>
          <w:rFonts w:ascii="Times New Roman" w:hAnsi="Times New Roman" w:eastAsia="Times New Roman" w:cs="Times New Roman"/>
        </w:rPr>
        <w:t>Thiab tus tim tswv thib peb kuj raws lawv qab los, hais nrog suab nrov nrov tias, Yog leejtwg pe hawm tus tsiaj qus thiab nws tus mlom, thiab txais nws lub cim rau ntawm nws lub hauv pliaj, lossis rau ntawm nws txhais tes, tus ntawd yuav tau haus cawv txiv hmab ntawm Vajtswv txoj kev chim, uas raug hliv tawm yam tsis xyaw rau hauv lub khob ntawm Nws txoj kev npau taws; thiab nws yuav raug tsim txom nrog hluav taws thiab leej faj rau ntawm cov tim tswv dawb huv xub ntiag, thiab rau ntawm Tus Menyuam Yaj xub ntiag. Thiab pa taws ntawm lawv txoj kev tsim txom yuav nce mus ib txhis ib txhis; thiab cov uas pe hawm tus tsiaj qus thiab nws tus mlom, thiab leejtwg txais lub cim ntawm nws lub npe, lawv yuav tsis tau so ib hnub ib hmo li. Ntawm no yog cov neeg dawb huv txoj kev ua siab ntev; ntawm no yog cov uas khaws Vajtswv tej lus txib thiab Yexus txoj kev ntseeg. Tshwmsim 14:9–12.</w:t>
      </w:r>
    </w:p>
    <w:p>
      <w:pPr>
        <w:pStyle w:val="ArticleHeading"/>
        <w:jc w:val="left"/>
      </w:pPr>
      <w:r>
        <w:rPr>
          <w:rFonts w:ascii="Arial" w:hAnsi="Arial" w:eastAsia="Arial" w:cs="Arial"/>
        </w:rPr>
        <w:t>Qhov Tiaj</w:t>
      </w:r>
    </w:p>
    <w:p>
      <w:pPr>
        <w:pStyle w:val="ArticleBody"/>
        <w:jc w:val="left"/>
      </w:pPr>
      <w:r>
        <w:rPr>
          <w:rFonts w:ascii="Times New Roman" w:hAnsi="Times New Roman" w:eastAsia="Times New Roman" w:cs="Times New Roman"/>
        </w:rPr>
        <w:t>Lub ntsiab lus Latin ntawm lo lus “Milan” txhais hais tias yog nruab nrab ntawm thaj av tiaj. Nyob hauv nruab nrab ntawm sab hnub tuaj thiab sab hnub poob, hauv xyoo 313 Constantine ntawm sab hnub poob nrhiav kev koom tes nrog Licinius ntawm sab hnub tuaj. Txoj cai tshaj tawm ntawd sawv cev rau qhov kev sim coj sab hnub tuaj thiab sab hnub poob los ua ke, thiab txoj cai tshaj tawm ntawd raug lees paub, los ntawm ib txoj kev sib yuav raws li kev cog lus, thaum Constantine tus muam ib nrab Constantia tau yuav Licinius. Txawm li ntawd los, ib yam nkaus li thawj txoj kev sib yuav raws li kev cog lus hauv Daniel kaum ib ntawm cov Seleucids sab qaum teb thiab Ptolemy sab qab teb, txoj kev sib yuav ntawd yeej raug teem tseg kom poob tsis vam meej raws li zaj lus qub uas hais tias, “sab hnub tuaj yog sab hnub tuaj, thiab sab hnub poob yog sab hnub poob, thiab ob tog ntawd yuav tsis muaj hnub sib ntsib.”</w:t>
      </w:r>
    </w:p>
    <w:p>
      <w:pPr>
        <w:pStyle w:val="ArticleBody"/>
        <w:jc w:val="left"/>
      </w:pPr>
      <w:r>
        <w:rPr>
          <w:rFonts w:ascii="Times New Roman" w:hAnsi="Times New Roman" w:eastAsia="Times New Roman" w:cs="Times New Roman"/>
        </w:rPr>
        <w:t>Xyoo “330” raug nthuav tawm ncaj qha hauv Daniyees kaum ib nqe nees nkaum plaub, nees nkaum xya, thiab nees nkaum cuaj. Qhov no coj kaum xya xyoo txij 313 mus txog 330 los rau hauv txoj kab lus faj lem ntawm Daniyees kaum ib, thiab raws li qhov yuav tsum muaj hauv faj lem nws qhia meej tias txoj kev sib yuav raws li daim ntawv cog lus ntawd ntawm sab hnub tuaj thiab sab hnub poob hauv 313 yog ib qho sib thooj nrog thawj txoj kev sib yuav raws li daim ntawv cog lus hauv tib tshooj ntawd.</w:t>
      </w:r>
    </w:p>
    <w:p>
      <w:pPr>
        <w:pStyle w:val="ArticleScripture"/>
        <w:jc w:val="left"/>
      </w:pPr>
      <w:r>
        <w:rPr>
          <w:rFonts w:ascii="Times New Roman" w:hAnsi="Times New Roman" w:eastAsia="Times New Roman" w:cs="Times New Roman"/>
        </w:rPr>
        <w:t>“Cov lus faj lem nyob hauv Daniyees tshooj kaum ib twb yuav luag txog rau nws txoj kev ua tiav kom puv npo lawm. Feem coob ntawm keeb kwm uas twb tau muaj tshwm sim los raws li kev ua tiav ntawm lo lus faj lem no yuav rov muaj dua ib zaug ntxiv.” Manuscript Releases, naj npawb 13, 394.</w:t>
      </w:r>
    </w:p>
    <w:p>
      <w:pPr>
        <w:pStyle w:val="ArticleBody"/>
        <w:jc w:val="left"/>
      </w:pPr>
      <w:r>
        <w:rPr>
          <w:rFonts w:ascii="Times New Roman" w:hAnsi="Times New Roman" w:eastAsia="Times New Roman" w:cs="Times New Roman"/>
        </w:rPr>
        <w:t>Antiochus II Theos uas kav txij xyoo 261–246 BC, tau tso nws thawj tug poj niam Laodice I tseg mus yuav Berenice, tus ntxhais ntawm Ptolemy II Philadelphus ntawm tim lyiv teb chaws. Txoj kev sib yuav ntawd yog ib feem ntawm daim ntawv cog lus kev thaj yeeb uas xaus Tsov Rog Syrian zaum ob xyoo 252 BC. Thaum Constantine tom qab ntawd yeej Licinius xyoo 324, txoj kev sib yuav ntawd kuj xaus ib yam, ib yam li txoj kev sib yuav ntawm Antiochus thiab Bernice tau xaus, thaum Laodice, tus thawj tug poj niam, muab tshuaj lom tua Antiochus xyoo 246 BC. Txoj kev sib yuav uas tau cim txog qhov xaus ntawm tsov rog Syrian zaum ob, thiab kev tua Antiochus, thiab tom qab ntawd Bernice, nws tus me nyuam thiab pab neeg Iyiv uas nrog nws los, tau cim txog qhov pib ntawm tsov rog Syrian zaum peb. Txoj kev sib yuav raws daim ntawv cog lus xyoo 313 tau xaus lub caij nyoog ntawm kev tsim txom uas pawg ntseeg Smyrna sawv cev rau thiab pib lub caij nyoog ntawm kev sib haum xeeb nrog lub ntiaj teb uas pawg ntseeg Pergamos sawv cev rau.</w:t>
      </w:r>
    </w:p>
    <w:p>
      <w:pPr>
        <w:pStyle w:val="ArticleBody"/>
        <w:jc w:val="left"/>
      </w:pPr>
      <w:r>
        <w:rPr>
          <w:rFonts w:ascii="Times New Roman" w:hAnsi="Times New Roman" w:eastAsia="Times New Roman" w:cs="Times New Roman"/>
        </w:rPr>
        <w:t>Txoj kev sib yuav thaum pib ntawm keeb kwm Seleucid yog ib yam piv txwv txog txoj kev sib yuav rau daim ntawv cog lus thaum kawg ntawm lub teb chaws Seleucid thaum Antiochus tus Loj muab nws tus ntxhais Cleopatra I rau Ptolemy V Epiphanes. Txoj kev sib yuav ntawd tau muaj nyob rau Raphia xyoo 193 BC, tiam sis kev koom tes ntawd tsis ntev los xaus lawm, ib yam li thawj txoj kev sib yuav rau daim ntawv cog lus ntawm vaj ntxwv sab qaum teb thiab vaj ntxwv sab qab teb. Cov kev sib yuav rau daim ntawv cog lus uas yog alpha thiab omega ntawm lub teb chaws Seleucid yog cov piv txwv txog txoj kev sib yuav rau daim ntawv cog lus uas raug hais tom qab hauv keeb kwm yaj saub ntawm Daniel kaum ib thaum Octavian muab nws tus muam Octavia Minor rau Mark Antony xyoo 40 BC. Mark Antony thiab Octavian nyob hauv ib qho kev tawm tsam rau hwj chim txog thaj av sab hnub tuaj thiab sab hnub poob ntawm Loos, uas tau tawg los xyoo 44 BC nrog kev tua Julius Caesar. Daim ntawv cog lus ntawm Brundisium tau raug tsim tsa nyob rau hauv txoj kev sib yuav ntawd xyoo 40 BC, thiab yim xyoo tom qab, xyoo 32 BC, Mark Antony tau sib nrauj Octavia raws kev cai, thiab ua rau muaj kev sib ntaus sib tua ntawm Actium xyoo 31 BC, qhov uas ob leeg Mark Antony thiab Cleopatra, (Cleopatra kawg kawg nkaus ntawd), tau los txog rau lawv qhov kawg.</w:t>
      </w:r>
    </w:p>
    <w:p>
      <w:pPr>
        <w:pStyle w:val="ArticleBody"/>
        <w:jc w:val="left"/>
      </w:pPr>
      <w:r>
        <w:rPr>
          <w:rFonts w:ascii="Times New Roman" w:hAnsi="Times New Roman" w:eastAsia="Times New Roman" w:cs="Times New Roman"/>
        </w:rPr>
        <w:t>Daim ntawv cog lus sib yuav omega ntawm lub tebchaws Seleucid tau coj los qhia thawj tus Cleopatra uas yog ib tug qauv qhia txog tus Cleopatra kawg, uas nws caj ces tsim txoj kev txuas mus rau daim ntawv cog lus sib yuav alpha uas yog lus faj lem ntawm lub tebchaws Loos xyoo 40 BC. Peb daim ntawv cog lus sib yuav ntawd yog cov qauv qhia txog daim ntawv cog lus sib yuav ntawm Tsab Cai Milan. Tsab Cai Milan cim qhov pib ntawm ib qho kev ncig thaiv uas yog lus faj lem, nws sawv cev rau ib lub cim uas yog lus faj lem, nws cim ib qho kev hloov ntawm pawg ntseeg ncaj ncees mus rau pawg ntseeg tsis ncaj ncees, yog li ntawd thiaj sib haum nrog zaj lus tob uas yog tus yim tawm hauv xya. Nws cim ib daim ntawv cog lus sib yuav uas xaus ib qho kev ua rog, mus txog rau thaum muaj kev sib nrauj ntawm daim ntawv cog lus sib yuav ntawd, ces thiaj cim qhov pib ntawm ib qho kev ua rog. Hauv ob txoj kev sib yuav ntawm Loos, kev sib nrauj ua rau lub tebchaws los koom ua ib. Xyoo 313 kuj cim lub rooj sib tham pw hav zoov Exeter uas qhov kev tshaj tawm ntawm txoj xov ntawm Kev Quaj Thaum Ib Tag Hmo pib thiab coj mus rau lub qhov rooj kaw ntawm lub Kaum Hli 22.</w:t>
      </w:r>
    </w:p>
    <w:p>
      <w:pPr>
        <w:pStyle w:val="ArticleBody"/>
        <w:jc w:val="left"/>
      </w:pPr>
      <w:r>
        <w:rPr>
          <w:rFonts w:ascii="Times New Roman" w:hAnsi="Times New Roman" w:eastAsia="Times New Roman" w:cs="Times New Roman"/>
        </w:rPr>
        <w:t>Peb yuav txuas ntxiv xav txog tej yam tseeb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Tus Naj Npawb Nees Cuaj</dc:title>
  <dc:subject>Exekees Xov Tooj Kaum</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