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Keeb Kwm Zais Cia ntawm Nqe Plaub Caug - Zauv Peb Caug Ib</w:t>
      </w:r>
    </w:p>
    <w:p>
      <w:pPr>
        <w:pStyle w:val="ArticleSubtitle"/>
        <w:jc w:val="left"/>
      </w:pPr>
      <w:r>
        <w:rPr>
          <w:rFonts w:ascii="Arial" w:hAnsi="Arial" w:eastAsia="Arial" w:cs="Arial"/>
        </w:rPr>
        <w:t>Exekees Tus Zauv Kaum Ob</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Tsab xov xwm yav dhau los xaus nrog nqe lus uas hais tias, “Kev sib yuav los ntawm kev cog lus ntawm xyoo 313 sawv cev rau qhov kev sib yuav cog lus zaum kawg ntawm hwj chim papacy nrog Tebchaws Meskas—tus vaj ntxwv thawj tshaj plaws ntawm kaum tus vaj ntxwv hauv Tshwmsim tshooj kaum xya; ib lub hwj chim muaj ob tug kub uas raug ua qauv los ntawm lub hwj chim muaj ob tug kub ntawm Fabkis. Keeb kwm uas pib nrog Clovis xyoo 496 thiab thaum kawg coj mus rau txoj cai txib ntawm Justinian xyoo 533 thiab kev tsa lub papacy rau saum lub zwm txwv xyoo 538, sawv cev rau keeb kwm txij xyoo 1989 mus txog rau txoj cai Hnub Caiv.”</w:t>
      </w:r>
    </w:p>
    <w:p>
      <w:pPr>
        <w:pStyle w:val="ArticleBody"/>
        <w:jc w:val="left"/>
      </w:pPr>
      <w:r>
        <w:rPr>
          <w:rFonts w:ascii="Times New Roman" w:hAnsi="Times New Roman" w:eastAsia="Times New Roman" w:cs="Times New Roman"/>
        </w:rPr>
        <w:t>Ronald Reagan raug ua cim ua ntej los ntawm Clovis hauv 496, thiab Donald Trump raug ua cim ua ntej los ntawm Justinian hauv 533. Txoj cai tshaj tawm ntawm Justinian tau los tsib xyoos ua ntej lub hwj chim papacy nce mus zaum saum lub zwm txwv hauv 538, thiab Edict of Milan tau los yim xyoos ua ntej thawj txoj cai hnub Sunday hauv 321. Ob qho tib si, txoj cai tshaj tawm thiab tsab cai ntawd, sib haum raws li tus cim taw qhia uas los ua ntej txoj cai hnub Sunday.</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Xyoo 1870, cov tub rog Italian tau txeeb tau Rome (20 Cuaj Hlis 1870). Cov Xeev ntawm Papacy tsis muaj nyob ntxiv lawm ua ib lub xeev uas muaj thaj av, thiab Pope Pius IX tau los ua tus “neeg raug kaw hauv Vatican.” Vim tsis tshuav ib thaj av papal twg uas raug lees paub ua ib lub xeev muaj hwj chim kav nws tus kheej lawm, Tebchaws Meskas (ib yam li ntau lub tebchaws lwm thiab) thiaj tsis tuav ntxiv kev sib raug zoo raws kev cai lij choj nrog Pope raws li ib tug thawj kav tebchaws hauv ntiajteb. Nyob rau lub Kaum Hli xyoo 1951, Thawj Tswj Hwm Harry S. Truman tau xaiv tsa General Mark W. Clark ua Tebchaws Meskas tus Ambassador rau Vatican. Kev tawm tsam muaj zog tau sawv los sai sai ntawm ntau lub koom txoos thiab koomhaum Protestant, uas tau hais tias qhov kev xaiv tsa ntawd ua txhaum txoj kev cais pawg ntseeg thiab lub xeev. Lub Ib Hlis xyoo 1952 General Clark tau thim nws lub npe.</w:t>
      </w:r>
    </w:p>
    <w:p>
      <w:pPr>
        <w:pStyle w:val="ArticleBody"/>
        <w:jc w:val="left"/>
      </w:pPr>
      <w:r>
        <w:rPr>
          <w:rFonts w:ascii="Times New Roman" w:hAnsi="Times New Roman" w:eastAsia="Times New Roman" w:cs="Times New Roman"/>
        </w:rPr>
        <w:t>Hnub tim 10 Lub Ib Hlis, 1984, Thawj Tswj Hwm Ronald Reagan thiab Pope John Paul II tau pom zoo raws kev cai tsim kom muaj kev sib raug zoo kev ua nom ua tswv puv npo ntawm Tebchaws Meskas thiab Lub Rooj Ntshiab. Hnub tim 9 Lub Plaub Hlis, 1984, William A. Wilson (uas twb tau ua haujlwm lawm raws li Reagan tus neeg sawv cev ntiag tug) tau xa nws daim ntawv pov thawj kev sawv cev thiab los ua thawj tus Thawj Coj Sawv Cev ntawm Tebchaws Meskas rau Lub Rooj Ntshiab.</w:t>
      </w:r>
    </w:p>
    <w:p>
      <w:pPr>
        <w:pStyle w:val="ArticleBody"/>
        <w:jc w:val="left"/>
      </w:pPr>
      <w:r>
        <w:rPr>
          <w:rFonts w:ascii="Times New Roman" w:hAnsi="Times New Roman" w:eastAsia="Times New Roman" w:cs="Times New Roman"/>
        </w:rPr>
        <w:t>Nyob hauv peb caug peb xyoos txij xyoo 1951 mus txog 1984, kev tawm tsam ntawm Protestantism rau Catholicism tau yaj ploj mus. Cov “caj npab” uas sawv cev rau lub hwj chim papacy hauv xyoo 496 nrog Clovis yog ib daim qauv qhia Reagan hauv xyoo 1984 mus txuas ntxiv txog 1989. Clovis sawv cev rau kev muab txoj kev ntseeg (paganism) uas tab tom txwv tsis pub papacy sawv rov qab los muaj hwj chim tshem tawm; thiab txog xyoo 1984, kev tawm tsam ntawm Protestantism rau qhov sawv ntawm papacy twb raug muab tshem tawm lawm. Qhov “txhua hnub” (paganism) twb raug muab tshem tawm lawm, thiab Paul piav txog qhov kev muab kev tawm tsam ntawm paganism rau papacy tshem tawm ntawd tias yog ib qho “poob mus deb.”</w:t>
      </w:r>
    </w:p>
    <w:p>
      <w:pPr>
        <w:pStyle w:val="ArticleBody"/>
        <w:jc w:val="left"/>
      </w:pPr>
      <w:r>
        <w:rPr>
          <w:rFonts w:ascii="Times New Roman" w:hAnsi="Times New Roman" w:eastAsia="Times New Roman" w:cs="Times New Roman"/>
        </w:rPr>
        <w:t>Lub pawg ntseeg piv txwv uas sib haum xeeb nrog kev ua txhaum, sawv cev los ntawm Constantine tus Loj thiab keeb kwm txij xyoo 313 mus txog 538, sawv cev rau ib ntus uas ib pawg ntseeg tau muab nws tus kheej tso rau hauv kev sib haum xeeb thiab poob kev ntseeg lawm. Txoj kev ntseeg uas sawv cev los ntawm “508,” uas yav tas los tau txwv tsis pub hwjchim papal nkag los, yog ib yam piv txwv txog kev poob kev ntseeg ntawm cov Protestants hauv Tebchaws Meskas. Reagan tau sawv cev los ntawm Clovis. Xyoo 496 Clovis tau muab nws “hwjchim” rau papacy, yog li ntawd nws ua piv txwv txog “kev koom tes tsis dawb huv” uas tau raug ua tiav nyob rau xyoo Reagan. Clovis kuj sawv cev txog kev muab tshem tawm ntawm “txhua hnub” hauv 508. 508 yog ib yam piv txwv txog 1984.</w:t>
      </w:r>
    </w:p>
    <w:p>
      <w:pPr>
        <w:pStyle w:val="ArticleScripture"/>
        <w:jc w:val="left"/>
      </w:pPr>
      <w:r>
        <w:rPr>
          <w:rFonts w:ascii="Times New Roman" w:hAnsi="Times New Roman" w:eastAsia="Times New Roman" w:cs="Times New Roman"/>
        </w:rPr>
        <w:t>“Qhov kev sib haum xeeb no ntawm kev pe hawm dab cuav thiab txoj Kev Ntseeg Khetos tau ua rau muaj kev txhim kho ntawm ‘tus neeg txhaum’ uas tau raug hais tseg ua ntej hauv lo lus faj lem tias nws tawm tsam thiab tsa nws tus kheej siab dua Vajtswv. Lub cev txheej txheem loj kawg nkaus ntawm kev cai dab qhuas cuav ntawd yog ib daim txuj ci tshaj plaws ntawm Xatas lub hwj chim—ib lub cim nco txog nws tej kev siv zog los tsa nws tus kheej zaum saum lub zwm txwv kom kav lub ntiaj teb raws li nws lub siab nyiam.” The Great Controversy, 50.</w:t>
      </w:r>
    </w:p>
    <w:p>
      <w:pPr>
        <w:pStyle w:val="ArticleBody"/>
        <w:jc w:val="left"/>
      </w:pPr>
      <w:r>
        <w:rPr>
          <w:rFonts w:ascii="Times New Roman" w:hAnsi="Times New Roman" w:eastAsia="Times New Roman" w:cs="Times New Roman"/>
        </w:rPr>
        <w:t>Reagan yog tus uas nto npe hu lub Soviet Union tias yog ib lub “nceeg vaj phem” nyob rau hauv ib zaj lus hais xyoo 1983, thiab nws saib kev koomunis uas tsis ntseeg Vajtswv ua ib qho kev hem thawj tob kawg rau sab kev ncaj ncees thiab sab ntsuj plig. Nws thiab John Paul II tau tsim ib txoj kev koom tes uas nyob sib ze heev, ob leeg rau sab tus kheej thiab sab nom tswv, tawm tsam Soviet kev koomunis. Ob tug txivneej no puav leej pom qhov kev tawm tsam ntawd raws li tej ntsiab lus ntawm kev ncaj ncees thiab txawm yog raws li Vajtswv txoj kev teem tseg; Reagan tau hais ntiag tug txog ib “Txoj Kev Npaj Saum Ntuj Ceeb Tsheej” los rhuav tshem kev koomunis. Reagan kuj muaj kev txaus siab rau tej xwm txheej tshwm sim ntawm Fatima (cov lus ceeb toom tias “Russia yuav nthuav nws tej kev yuam kev mus”), thiab ob tug thawj coj ntawd tau sib tham txog lawv txoj kev paub sib xws tias Vajtswv tau cawm lawv txoj sia tseg (nkawd ob leeg dim ntawm kev sim tua xyoo 1981) rau ib lub hom phiaj uas muaj kev txuas nrog rau kev kov yeej kev koomunis.</w:t>
      </w:r>
    </w:p>
    <w:p>
      <w:pPr>
        <w:pStyle w:val="ArticleHeading"/>
        <w:jc w:val="left"/>
      </w:pPr>
      <w:r>
        <w:rPr>
          <w:rFonts w:ascii="Arial" w:hAnsi="Arial" w:eastAsia="Arial" w:cs="Arial"/>
        </w:rPr>
        <w:t>Cov Thwj Tim ntawm Khetos</w:t>
      </w:r>
    </w:p>
    <w:p>
      <w:pPr>
        <w:pStyle w:val="ArticleBody"/>
        <w:jc w:val="left"/>
      </w:pPr>
      <w:r>
        <w:rPr>
          <w:rFonts w:ascii="Times New Roman" w:hAnsi="Times New Roman" w:eastAsia="Times New Roman" w:cs="Times New Roman"/>
        </w:rPr>
        <w:t>Reagan raug tsa hlob hauv pawg ntseeg Disciples of Christ uas nws cov txiv tsim pawg ntseeg tau qhia ncaj qha tias tus pope ntawm Catholicism yog tus antichrist. Alexander Campbell, tus thawj coj thaum ntxov uas muaj npe tshaj plaws ntawm pawg ntseeg Disciples of Christ, tau rov hais ntau zaus tias lub papacy yog tus antichrist. Hauv kev sib cav thiab hauv nws tej ntawv sau, nws tau sib cav tias lub kub me ntawm Daniel 7, tus tsiaj nyaum ntawm Revelation 13, thiab tus neeg txhaum ntawm 2 Thessalonians 2 txhua yam hais ncaj rau cov pope ntawm Rome. Nws tau siv cov kev txheeb no hauv kev sib cav rau pej xeem (xws li nrog Catholic Npis Sov John B. Purcell hauv xyoo 1837). Barton W. Stone tau hais txog txoj kev tswj hwm ntawm tus Pope tias yog tus antichrist tiag thiab yog “tus neeg txhaum.” Walter Scott (ib tug tub tshaj tawm txoj moo zoo thaum ntxov ntxiv ntawm txoj kev txav no) tau sau tias tus neeg txhaum, tus Pope ntawm Rome, yuav sawv los hauv pawg ntseeg Christian thiab tsa nws tus kheej siab dua Vajtswv.</w:t>
      </w:r>
    </w:p>
    <w:p>
      <w:pPr>
        <w:pStyle w:val="ArticleBody"/>
        <w:jc w:val="left"/>
      </w:pPr>
      <w:r>
        <w:rPr>
          <w:rFonts w:ascii="Times New Roman" w:hAnsi="Times New Roman" w:eastAsia="Times New Roman" w:cs="Times New Roman"/>
        </w:rPr>
        <w:t>Ronald Reagan niam Nelle yog ib tug tswvcuab uas mob siab rau ntawm pawg ntseeg Disciples of Christ, thiab nws yog tus muaj kev cuam tshuam kev ntseeg loj tshaj plaws rau nws thaum nws tseem yau. Reagan tau txais kev cai raus dej hauv pawg ntseeg Disciples of Christ hauv Dixon, Illinois, thaum nws muaj 11 xyoos, thiab thaum nws tseem hluas nws tau koom tes nquag nyob ntawd (xws li qhia chav kawm hnub Sunday). Nws tau kawm hauv Eureka College, uas muaj kev koom tes nrog pawg ntseeg Disciples of Christ.</w:t>
      </w:r>
    </w:p>
    <w:p>
      <w:pPr>
        <w:pStyle w:val="ArticleScripture"/>
        <w:jc w:val="left"/>
      </w:pPr>
      <w:r>
        <w:rPr>
          <w:rFonts w:ascii="Times New Roman" w:hAnsi="Times New Roman" w:eastAsia="Times New Roman" w:cs="Times New Roman"/>
        </w:rPr>
        <w:t>“Cov uas muaj kev ntxhov siab hauv lawv txoj kev to taub txog lo lus, cov uas tsis pom lub ntsiab ntawm antichrist, lawv yeej yuav muab lawv tus kheej tso rau sab ntawm antichrist. Nim no tsis muaj sijhawm rau peb los yoog raws lub ntiajteb.” Kress Collection, 105.</w:t>
      </w:r>
    </w:p>
    <w:p>
      <w:pPr>
        <w:pStyle w:val="ArticleBody"/>
        <w:jc w:val="left"/>
      </w:pPr>
      <w:r>
        <w:rPr>
          <w:rFonts w:ascii="Times New Roman" w:hAnsi="Times New Roman" w:eastAsia="Times New Roman" w:cs="Times New Roman"/>
        </w:rPr>
        <w:t>Reagan raug ua tus qauv los ntawm Clovis thiab kuj los ntawm txoj kev sib haum xeeb ntawm Constantine tus Loj. Reagan kuj yog thawj tug ntawm yim tus thawj tswj hwm kawg txij thaum lub sij hawm kawg xyoo 1989 los. Ua thawj tug ntawm yim tus thawj tswj hwm kawg, nws ua tus qauv rau Donald Trump, tus uas, zoo ib yam li Reagan, tsis meej pem heev txog tej hom phiaj tseeb ntawm lub hwj chim papacy, thiab hais txog tias papacy yog leej twg.</w:t>
      </w:r>
    </w:p>
    <w:p>
      <w:pPr>
        <w:pStyle w:val="ArticleScripture"/>
        <w:jc w:val="left"/>
      </w:pPr>
      <w:r>
        <w:rPr>
          <w:rFonts w:ascii="Times New Roman" w:hAnsi="Times New Roman" w:eastAsia="Times New Roman" w:cs="Times New Roman"/>
        </w:rPr>
        <w:t>Ob leeg leeg thiaj taug kev ua ke tau los, tsuas yog nkawd tau pom zoo ua ntej? Amos 3:3.</w:t>
      </w:r>
    </w:p>
    <w:p>
      <w:pPr>
        <w:pStyle w:val="ArticleBody"/>
        <w:jc w:val="left"/>
      </w:pPr>
      <w:r>
        <w:rPr>
          <w:rFonts w:ascii="Times New Roman" w:hAnsi="Times New Roman" w:eastAsia="Times New Roman" w:cs="Times New Roman"/>
        </w:rPr>
        <w:t>Txoj kev sib yuav raws li kev cog lus zaum thib rau thiab zaum kawg hauv Daniel tshooj kaum ib tshwm sim hauv zaj keeb kwm uas pib thaum lub sij hawm kawg xyoo 1989, thiab xaus rau hauv zaj keeb kwm ntawm Donald Trump.</w:t>
      </w:r>
    </w:p>
    <w:p>
      <w:pPr>
        <w:pStyle w:val="ArticleScripture"/>
        <w:jc w:val="left"/>
      </w:pPr>
      <w:r>
        <w:rPr>
          <w:rFonts w:ascii="Times New Roman" w:hAnsi="Times New Roman" w:eastAsia="Times New Roman" w:cs="Times New Roman"/>
        </w:rPr>
        <w:t>“Hauv tej kev txav uas tab tom muaj tam sim no hauv Tebchaws Meskas los ua kom tej koom haum thiab tej kev coj siv ntawm pawg ntseeg tau txais kev txhawb nqa los ntawm lub xeev, cov Protestants tab tom taug raws cov kauj ruam ntawm cov papists. Tsis tas li ntawd xwb, lawv tseem tab tom qhib qhov rooj rau lub Papacy kom rov tau nyob hauv Protestant America txoj kev muaj hwjchim tshaj plaws uas nws tau poob hauv Lub Qub Ntiajteb lawm.” The Great Controversy, 573.</w:t>
      </w:r>
    </w:p>
    <w:p>
      <w:pPr>
        <w:pStyle w:val="ArticleBody"/>
        <w:jc w:val="left"/>
      </w:pPr>
      <w:r>
        <w:rPr>
          <w:rFonts w:ascii="Times New Roman" w:hAnsi="Times New Roman" w:eastAsia="Times New Roman" w:cs="Times New Roman"/>
        </w:rPr>
        <w:t>Daim ntawv cog lus sib yuav xyoo 313 thiab Daim Ntawv Tshaj Tawm ntawm Milan sib haum nrog keeb kwm xyoo 533, thiab txoj cai txib ntawm Justinian xyoo 533 yuav rov raug coj los siv dua los ntawm ib txoj kev tswj hwm uas qhuab ntuas tias yog Khixatia, uas twb tsis to taub lawm tias kev txheeb lub hwj chim papal ua ib lub koom haum Khixatia yog ib lo lus sib txeeb hauv nws tus kheej nyob rau qhov zoo tshaj plaws, thiab nyob rau qhov phem tshaj plaws yog ib qho kev dag ntxias uas coj tau kev tuag.</w:t>
      </w:r>
    </w:p>
    <w:p>
      <w:pPr>
        <w:pStyle w:val="ArticleHeading"/>
        <w:jc w:val="left"/>
      </w:pPr>
      <w:r>
        <w:rPr>
          <w:rFonts w:ascii="Arial" w:hAnsi="Arial" w:eastAsia="Arial" w:cs="Arial"/>
        </w:rPr>
        <w:t>Pawg Ntseeg thiab Lub Xeev</w:t>
      </w:r>
    </w:p>
    <w:p>
      <w:pPr>
        <w:pStyle w:val="ArticleBody"/>
        <w:jc w:val="left"/>
      </w:pPr>
      <w:r>
        <w:rPr>
          <w:rFonts w:ascii="Times New Roman" w:hAnsi="Times New Roman" w:eastAsia="Times New Roman" w:cs="Times New Roman"/>
        </w:rPr>
        <w:t>Xyoo 457 BC, txoj cai txib thib peb ntawm Artaxerxes tau rov muab kev ywj pheej ntawm lub tebchaws rau ob qho tib si txoj cai tswjfwm kev nom kev tswv thiab txoj cai cai dab qhuas.</w:t>
      </w:r>
    </w:p>
    <w:p>
      <w:pPr>
        <w:pStyle w:val="ArticleScripture"/>
        <w:jc w:val="left"/>
      </w:pPr>
      <w:r>
        <w:rPr>
          <w:rFonts w:ascii="Times New Roman" w:hAnsi="Times New Roman" w:eastAsia="Times New Roman" w:cs="Times New Roman"/>
        </w:rPr>
        <w:t>Thiab koj, Exala, raws li txoj kev txawj ntse ntawm koj tus Vajtswv, uas nyob hauv koj txhais tes, cia li tsa cov thawj kav thiab cov txiav txim, kom lawv txiav txim tau rau txhua haiv neeg uas nyob sab dej tim ub, yog txhua tus uas paub koj tus Vajtswv txoj kevcai; thiab nej yuav tsum qhia cov uas tsis paub. Thiab leejtwg los uas tsis kam ua raws li koj tus Vajtswv txoj kevcai thiab vajntxwv txoj kevcai, cia li ua kev txiav txim rau nws sai sai, txawm yog raug rau kev tuag, los yog raug ntiab tawm, los yog raug txeeb cuab tam, los yog raug kaw hauv tsev lojcuj. Ezra 7:25, 26.</w:t>
      </w:r>
    </w:p>
    <w:p>
      <w:pPr>
        <w:pStyle w:val="ArticleBody"/>
        <w:jc w:val="left"/>
      </w:pPr>
      <w:r>
        <w:rPr>
          <w:rFonts w:ascii="Times New Roman" w:hAnsi="Times New Roman" w:eastAsia="Times New Roman" w:cs="Times New Roman"/>
        </w:rPr>
        <w:t>Txoj cai tshaj tawm thib peb tau muab txoj cai los ua kev txiav txim thiab rau txim rau ob qho tib si raws li Vajtswv txoj kevcai thiab raws li vajntxwv txoj kevcai. Txoj cai tshaj tawm ntawd tau cim tseg qhov pib ntawm zaj lus faj lem ob txhiab peb puas xyoo, uas tau xaus rau hnub Kaum Hli 22, 1844, thaum Khetos mam li nco dheev los rau Nws lub tuam tsev. Nws kuj tau cim tseg qhov pib ntawm ib zaj lus faj lem ob puas tsib caug xyoo, uas tau xaus rau xyoo 207 BC, hauv keeb kwm nruab nrab ntawm kev sib ntaus ntawm Raphia xyoo 217 BC thiab Panium xyoo 200 BC. Kev rov qab tsa dua tshiab ntawm ob qho tib si txoj kev kav tebchaws thiab txoj kev muaj hwjchim kav kev ntseeg hauv xyoo 457 BC qhia txog ib qho alpha ob npaug uas tau txais ob qho omega kev ua tiav. Ob qho omega kev ua tiav no sawv cev rau ib lub qhov rooj kaw; ib qho yog rau lub kub Protestant thiab lwm qhov yog rau lub kub Republican.</w:t>
      </w:r>
    </w:p>
    <w:p>
      <w:pPr>
        <w:pStyle w:val="ArticleBody"/>
        <w:jc w:val="left"/>
      </w:pPr>
      <w:r>
        <w:rPr>
          <w:rFonts w:ascii="Times New Roman" w:hAnsi="Times New Roman" w:eastAsia="Times New Roman" w:cs="Times New Roman"/>
        </w:rPr>
        <w:t>Zaj lus faj lem thawj ntawm ob txhiab peb puas xyoo sawv cev rau Vajtswv tej kevcai, thiab zaj lus faj lem ob puas tsib caug xyoo sawv cev rau vajntxwv tej kevcai. Ob zaj lus faj lem no qhia kom paub txog lub kub ntawm Protestantism thiab lub kub ntawm Republicanism saum tus tsiaj hauv ntiajteb ntawm Tshwmsim tshooj kaum peb. Lub kub Republican ntawm tus tsiaj hauv ntiajteb raug muab tso rau hauv nruab nrab ntawm nqe kaum ib mus txog kaum rau ntawm Daniyee tshooj kaum ib. Lub sijhawm kaum xya xyoo uas nyob nruab nrab ntawm Raphia thiab Panium raug ib lub kub los ntawm zaj lus faj lem ob npaug ntawm tsab kev cai thib peb hauv xyoo 457 BC txiav hla. Zaj lus faj lem ob chav no qhia kom paub txog ob qho tib si txoj kev txiav txim rau cov neeg khi lus kawg nkaus thiab txoj kev txiav txim rau lub tebchaws uas cov neeg khi lus ntawd nrhiav tau lawv tej cag keeb kwm.</w:t>
      </w:r>
    </w:p>
    <w:p>
      <w:pPr>
        <w:pStyle w:val="ArticleScripture"/>
        <w:jc w:val="left"/>
      </w:pPr>
      <w:r>
        <w:rPr>
          <w:rFonts w:ascii="Times New Roman" w:hAnsi="Times New Roman" w:eastAsia="Times New Roman" w:cs="Times New Roman"/>
        </w:rPr>
        <w:t>Nws hais rau Abram tias, Koj yuav tsum paub tseeb tias koj caj ces yuav mus ua neeg txawv teb chaws nyob hauv ib lub teb chaws uas tsis yog lawv li, thiab lawv yuav ua qhev rau lawv; thiab lawv yuav tsim txom lawv tau plaub puas xyoo; Thiab lub teb chaws ntawd uas lawv yuav ua qhev rau, Kuv kuj yuav txiav txim rau thiab: tom qab ntawd lawv yuav tawm los nrog tej cuab tam ntau heev. Chiv Keeb 15:13, 14.</w:t>
      </w:r>
    </w:p>
    <w:p>
      <w:pPr>
        <w:pStyle w:val="ArticleBody"/>
        <w:jc w:val="left"/>
      </w:pPr>
      <w:r>
        <w:rPr>
          <w:rFonts w:ascii="Times New Roman" w:hAnsi="Times New Roman" w:eastAsia="Times New Roman" w:cs="Times New Roman"/>
        </w:rPr>
        <w:t>Hauv phau ntawv Exekees, Lub Kaum Hli 22, 1844 raug ua qauv qhia los ntawm Lub Kaum Hli 22, 573 BC. Ib hnub qhia txog qhov pib ntawm txoj kev txiav txim tshuaj xyuas, thiab lwm hnub qhia txog kev tshuab raj Yubili thaum pib thiab thaum xaus ntawm txoj kev txiav txim ntawd. Ob hnub ntawd sib haum, thiab ob hnub tib si qhia txog ib lub qhov rooj kaw. Xyoo 1844 sawv cev rau kev kaw ntawm lub qhov rooj ntawm chav dawb huv, thaum Khetos txav mus rau hauv Chav Dawb Huv Tshaj Plaws. Xyoo 573 BC qhia txog qhov kaw ntawm neeg lub sij hawm sim siab, thaum cov qhev ntawm txoj kev txhaum uas twb raug txhiv lawm raug pub lawv txoj kev ywj pheej, thiab ib lub ntiaj teb tshiab rau lawv nyob.</w:t>
      </w:r>
    </w:p>
    <w:p>
      <w:pPr>
        <w:pStyle w:val="ArticleScripture"/>
        <w:jc w:val="left"/>
      </w:pPr>
      <w:r>
        <w:rPr>
          <w:rFonts w:ascii="Times New Roman" w:hAnsi="Times New Roman" w:eastAsia="Times New Roman" w:cs="Times New Roman"/>
        </w:rPr>
        <w:t>Thiab yog tias nws tsis raug txhiv dim hauv cov xyoo ntawd, ces nws yuav raug tso tawm nyob rau xyoo jubiles, nws tus kheej thiab nws cov me nyuam nrog nws. Rau qhov cov me nyuam Ixayees yog kuv cov tub qhe; lawv yog kuv cov tub qhe uas kuv tau coj tawm hauv tebchaws Iyi tebchaws: Kuv yog tus Tswv nej tus Vajtswv. Leviticus 25:54, 55.</w:t>
      </w:r>
    </w:p>
    <w:p>
      <w:pPr>
        <w:pStyle w:val="ArticleBody"/>
        <w:jc w:val="left"/>
      </w:pPr>
      <w:r>
        <w:rPr>
          <w:rFonts w:ascii="Times New Roman" w:hAnsi="Times New Roman" w:eastAsia="Times New Roman" w:cs="Times New Roman"/>
        </w:rPr>
        <w:t>Ob hnub tim 22 lub Kaum Hli ob leeg no sawv cev rau lub qhov rooj kaw ntawm txoj cai Hnub Caiv Hnub Xya uas yuav los sai. Lub sijhawm ntawm txoj kev sim siab uas tau pub rau Adventism pib xyoo 1844 thiab xaus rau ntawm txoj cai Hnub Caiv Hnub Xya uas yuav los sai, thiab lub sijhawm ntawm txoj kev sim siab uas tau pub rau Tebchaws Meskas kuj xaus rau ntawm txoj cai Hnub Caiv Hnub Xya uas yuav los sai thiab. Ob txoj kev xaus no sib haum nrog ob tug timkhawv ntawm hnub tim 22 lub Kaum Hli, yog 2,300 xyoo thiab ob puas tsib caug xyoo.</w:t>
      </w:r>
    </w:p>
    <w:p>
      <w:pPr>
        <w:pStyle w:val="ArticleBody"/>
        <w:jc w:val="left"/>
      </w:pPr>
      <w:r>
        <w:rPr>
          <w:rFonts w:ascii="Times New Roman" w:hAnsi="Times New Roman" w:eastAsia="Times New Roman" w:cs="Times New Roman"/>
        </w:rPr>
        <w:t>Ob puas caug tsib caug xyoo uas xaus rau hauv zaj keeb kwm nyob nruab nrab ntawm Raphia thiab Panium faib lub sijhawm ntawm ob qhov kev sib ntaus ntawd ua ob tug lej cim, uas thaum muab los ua ke ces nyias muaj lawv tus kheej lub ntsiab tshwjxeeb. Kaum xyoo tom qab Raphia, uas txhais hais tias ciam teb thaj av, thiab xya xyoo ua ntej Panium, uas yog ib qho kev sib ntaus uas tau ua rau saum ib daim tiaj thiab xaus rau hauv ib qho kev kaw nroog. Kaum thiab xya ua ib lub cim qhia txog lub hwjchim zaj raws li ntau tus timkhawv. Xyoo 207 BC muab Trump, uas yog lub cim ntawm tus tsiaj qus hauv ntiajteb, tso rau nruab nrab ntawm nqe kaum ib thiab kaum tsib ntawm Daniyees kaum ib, raws li txojkev yaj saub tab tom npaj los hais zoo li ib tug zaj, raws li tau sawv cev los ntawm kev sib txuas ua ke ntawm tus lej kaum thiab tus lej xya.</w:t>
      </w:r>
    </w:p>
    <w:p>
      <w:pPr>
        <w:pStyle w:val="ArticleBody"/>
        <w:jc w:val="left"/>
      </w:pPr>
      <w:r>
        <w:rPr>
          <w:rFonts w:ascii="Times New Roman" w:hAnsi="Times New Roman" w:eastAsia="Times New Roman" w:cs="Times New Roman"/>
        </w:rPr>
        <w:t>Kaum xya kuj kuj yog ib lub cim thiab nws nthuav keeb kwm ntawm Raphia mus txog Panium kom dhau Panium thiab tseem rov mus ua ntej Raphia thiab. Ptolemy IV Philopator kav ua vajntxwv ntawm Ptolemaic Egypt txij xyoo 221 BC mus txog xyoo 204 BC, thiab nws tau kov yeej Antiochus Magnus ntawm Raphia xyoo 217 BC. Ptolemy pib kav ua ntej Raphia, thiab nws kav tau “kaum xya” xyoo. Tus lej kaum xya sawv cev rau ib ntu keeb kwm uas pib ua ntej Raphia, thiab uas nthuav dhau kev sib ntaus ntawm Panium thiab kev vij Sidon mus txog rau thaum kaw kev sim ntawm tibneeg raws li sawv cev los ntawm xyoo 330. Zaj lus faj lem ob puas tsib caug xyoo rau lub sijhawm ntawm pawg ntseeg Smyrna pib xyoo 64 thiab xaus rau ntawm Edict of Milan thiab daim ntawv cog lus sib yuav xyoo 313.</w:t>
      </w:r>
    </w:p>
    <w:p>
      <w:pPr>
        <w:pStyle w:val="ArticleBody"/>
        <w:jc w:val="left"/>
      </w:pPr>
      <w:r>
        <w:rPr>
          <w:rFonts w:ascii="Times New Roman" w:hAnsi="Times New Roman" w:eastAsia="Times New Roman" w:cs="Times New Roman"/>
        </w:rPr>
        <w:t>Constantine tus Loj sawv cev rau keeb kwm ntawm lub koom txoos Pergamos, thiab keeb kwm ntawd pib xyoo 313 thiab xaus xyoo 538. Kaum xya xyoo thawj zaug tom qab qhov xaus ntawm zaj lus faj lem ob puas tsib caug xyoo hauv xyoo 313 muaj peb lub cim qhia txoj kev. Xyoo 313 yog Txoj Cai Milan, xyoo 321 yog thawj txoj cai Hnub Caiv, thiab kev faib ntawm lub teb chaws vaj ntxwv raug cim tseg hauv xyoo 330. Xyoo 330 sawv cev rau txoj cai Hnub Caiv kawg uas cim txog qhov kaw ntawm lub sij hawm sim siab rau tib neeg. Yog li ntawd, tus lej kaum xya pib ua ntej Raphia thiab xaus deb tom qab kev tawm tsam tub rog ntawm Panium thiab Sidon. Nqe kaum rau hauv Daniyee kaum ib sawv cev rau txoj cai Hnub Caiv hauv Tebchaws Meskas.</w:t>
      </w:r>
    </w:p>
    <w:p>
      <w:pPr>
        <w:pStyle w:val="ArticleBody"/>
        <w:jc w:val="left"/>
      </w:pPr>
      <w:r>
        <w:rPr>
          <w:rFonts w:ascii="Times New Roman" w:hAnsi="Times New Roman" w:eastAsia="Times New Roman" w:cs="Times New Roman"/>
        </w:rPr>
        <w:t>Cov lus faj lem ntawm Xamawna qhia meej txog lub cim ntawm kev vij lub nroog uas yog lub plawv tseem ceeb ntawm Exekees txoj xov ceeb toom. Lub cim taw kev uas los ua ntej txoj cai hnub Sunday, raws li tau sawv cev los ntawm ob daim duab piv txwv ntawm kev puas tsuaj ntawm Yeluxalees, yog kev vij lub nroog; tiam sis nws kuj yog Txoj Cai Milan, uas pib txoj kev tsim tsa tus duab ntawm tus tsiaj qus.</w:t>
      </w:r>
    </w:p>
    <w:p>
      <w:pPr>
        <w:pStyle w:val="ArticleBody"/>
        <w:jc w:val="left"/>
      </w:pPr>
      <w:r>
        <w:rPr>
          <w:rFonts w:ascii="Times New Roman" w:hAnsi="Times New Roman" w:eastAsia="Times New Roman" w:cs="Times New Roman"/>
        </w:rPr>
        <w:t>Thaum lub sij hawm raug v</w:t>
      </w:r>
      <w:r>
        <w:rPr>
          <w:rFonts w:ascii="Microsoft YaHei" w:hAnsi="Microsoft YaHei" w:eastAsia="Microsoft YaHei" w:cs="Microsoft YaHei"/>
        </w:rPr>
        <w:t>围城</w:t>
      </w:r>
      <w:r>
        <w:rPr>
          <w:rFonts w:ascii="Times New Roman" w:hAnsi="Times New Roman" w:eastAsia="Times New Roman" w:cs="Times New Roman"/>
        </w:rPr>
        <w:t xml:space="preserve"> yuav muaj ib txoj kev taug kev ntawm kev sib yuav raws li daim ntawv cog lus tshwm sim. Qhov no yog ib daim qauv fractal ntawm txoj kev taug kev ntawm kev sib yuav uas tau pib nrog Reagan, raws li Clovis hauv xyoo 496 tau ua qauv qhia; tiam sis txoj kev taug kev kawg mus txog rau kev sib yuav pib thaum lub sij hawm raug v</w:t>
      </w:r>
      <w:r>
        <w:rPr>
          <w:rFonts w:ascii="Microsoft YaHei" w:hAnsi="Microsoft YaHei" w:eastAsia="Microsoft YaHei" w:cs="Microsoft YaHei"/>
        </w:rPr>
        <w:t>围城</w:t>
      </w:r>
      <w:r>
        <w:rPr>
          <w:rFonts w:ascii="Times New Roman" w:hAnsi="Times New Roman" w:eastAsia="Times New Roman" w:cs="Times New Roman"/>
        </w:rPr>
        <w:t>, sib haum nrog Justinian tsab cai tshaj tawm xyoo 533, thiab nrog Tsab Cai Milan hauv xyoo 313. Ob qho cim-taw no los ua ntej txoj cai hnub Sunday. Xyoo 313 los ua ntej thawj txoj cai hnub Sunday xyoo 321, thiab tsab cai tshaj tawm xyoo 533 los ua ntej txoj cai hnub Sunday ntawm Pawg Sab Laj thib peb ntawm Orleans xyoo 538. Yuav muaj ib hom kev cai lij choj twg los xij uas yuav ua kom tiav cov yam ntxwv cev Vajtswv lus ntawm ob qho tib si, yog Justinian tsab cai tshaj tawm thiab Tsab Cai Milan, thaum tib lub sij hawm yuav muaj ib hom kev sib yuav raws li daim ntawv cog lus uas yog cim raug tsa los siv.</w:t>
      </w:r>
    </w:p>
    <w:p>
      <w:pPr>
        <w:pStyle w:val="ArticleBody"/>
        <w:jc w:val="left"/>
      </w:pPr>
      <w:r>
        <w:rPr>
          <w:rFonts w:ascii="Times New Roman" w:hAnsi="Times New Roman" w:eastAsia="Times New Roman" w:cs="Times New Roman"/>
        </w:rPr>
        <w:t>Thaum txoj cai txiav txim ntawd raug muab tshaj tawm lawm, ces twb lig dhau lawm rau kev npaj txhij, vim lub qhov rooj ntawm lub sijhawm sim siab twb raug kaw rau saum lub kub txhais Protestant lawm, ib yam tseeb npaum li nws tau raug kaw thaum thawj zaug Hla Dhau nyob hauv tebchaws Iyi. Tom qab ntawd txoj cai Hnub Caiv, uas yog tus cim taw qhia tom ntej, qhia kom meej tsis yog tsuas yog tias tus duab ntawm tus tsiaj nyaum twb raug tsim kom tiav lawm xwb, tabsis kuj yog kev yuam kom txais lub cim ntawm tus tsiaj nyaum thiab. Txoj cai Hnub Caiv cim qhov kawg ntawm lub sijhawm sim siab rau lub kub txhais Republican, uas yog tus tsiaj nyaum hauv ntiajteb ntawm Tshwm Sim kaum peb, ib yam tseeb npaum li Falau thiab nws pab tub rog tau tuag hauv Hiavtxwv Liab tom qab Hla Dhau.</w:t>
      </w:r>
    </w:p>
    <w:p>
      <w:pPr>
        <w:pStyle w:val="ArticleBody"/>
        <w:jc w:val="left"/>
      </w:pPr>
      <w:r>
        <w:rPr>
          <w:rFonts w:ascii="Times New Roman" w:hAnsi="Times New Roman" w:eastAsia="Times New Roman" w:cs="Times New Roman"/>
        </w:rPr>
        <w:t>Ob puas tsib caug xyoo uas xaus rau xyoo 207 BC ntawd qhia txog Donald Trump, raws li tus uas Antiochus Magnus sawv cev, tab tom npaj rau txoj kev tawm tsam uas yuav los txog, uas pib rau thaj tiaj nrag ntawm Panium thiab xaus nrog kev vij lub nroog Sidon. Tom qab Tsov Rog Panium, tus thawj tub rog Ptolemaic hu ua Scopas ntawm Aetolia tau khiav dim nrog kwv yees li 10,000 leej tub rog uas tseem ciaj sia mus rau hauv lub nroog Sidon. Antiochus tau caum nws mus thiab tsa “kev vij” rau Sidon. Tsoom fwv Ptolemaic nyob hauv Alexandria tau xa ib pab tub rog tuaj pab cawm, tiam sis pab ntawd ua tsis tau tiav. Vim ntsib kev tshaib nqhis, Scopas thiaj li muab lub nroog rau. Antiochus cia Scopas tawm mus; tom qab ntawd Scopas rov qab mus rau tim Iyiv, qhov chaw uas thaum kawg nws raug tua vim raug liam txog kev ntxeev siab thiab kev qiv txeeb nyiaj. Kev vij lub nroog Sidon tau ua kom Antiochus txoj kev kov yeej Coele-Syria tom qab Panium tiav hlo.</w:t>
      </w:r>
    </w:p>
    <w:p>
      <w:pPr>
        <w:pStyle w:val="ArticleBody"/>
        <w:jc w:val="left"/>
      </w:pPr>
      <w:r>
        <w:rPr>
          <w:rFonts w:ascii="Times New Roman" w:hAnsi="Times New Roman" w:eastAsia="Times New Roman" w:cs="Times New Roman"/>
        </w:rPr>
        <w:t>Muam White txheeb Uriah Smith phau ntawv, Daniel and the Revelation, tias yog “Vajtswv txhais tes pab.” Smith txheeb qhov kev tawm tsam ob theem ntawm Antiochus hauv nws cov lus piav qhia txog Daniyees kaum ib, nqe kaum plaub thiab kaum tsib.</w:t>
      </w:r>
    </w:p>
    <w:p>
      <w:pPr>
        <w:pStyle w:val="ArticleScripture"/>
        <w:jc w:val="left"/>
      </w:pPr>
      <w:r>
        <w:rPr>
          <w:rFonts w:ascii="Times New Roman" w:hAnsi="Times New Roman" w:eastAsia="Times New Roman" w:cs="Times New Roman"/>
        </w:rPr>
        <w:t>Kev cob qhia tus vaj ntxwv hluas ntawm tim lyiv teb chaws raug tso siab los ntawm Pawg Senate Loos rau M. Emilius Lepidus, uas tau tsa Aristomenes, ib tug thawj nom laus thiab muaj kev txawj ntse ntawm lub tsev hais plaub ntawd, ua nws tus saib xyuas. Nws thawj tes haujlwm yog npaj tiv thaiv qhov kev hem thawj ntawm kev txeeb teb chaws los ntawm ob tug vaj ntxwv uas tau koom tes ua ke, Philip thiab Antiochus.</w:t>
      </w:r>
    </w:p>
    <w:p>
      <w:pPr>
        <w:pStyle w:val="ArticleScripture"/>
        <w:jc w:val="left"/>
      </w:pPr>
      <w:r>
        <w:rPr>
          <w:rFonts w:ascii="Times New Roman" w:hAnsi="Times New Roman" w:eastAsia="Times New Roman" w:cs="Times New Roman"/>
        </w:rPr>
        <w:t>“Rau qhov kawg no nws tau xa Scopas, tus thawj tub rog nto npe ntawm AEtolia, uas thaum ntawd tseem ua haujlwm rau cov neeg Iyi, rov mus rau nws lub teb chaws yug los txhawm rau nrhiav kev pab ntxiv rau pab tub rog. Thaum nws tau npaj ib pab tub rog tiav lawm, nws txawm tawm tsam mus rau Palestine thiab Coele-Syria (vim Antiochus tab tom koom rau hauv ib qho kev ua rog nrog Attalus nyob hauv Lesser Asia), thiab nws tau kov yeej kom tag nrho Yudeya poob rau hauv kev tswj hwm ntawm Iyi.</w:t>
      </w:r>
    </w:p>
    <w:p>
      <w:pPr>
        <w:pStyle w:val="ArticleScripture"/>
        <w:jc w:val="left"/>
      </w:pPr>
      <w:r>
        <w:rPr>
          <w:rFonts w:ascii="Times New Roman" w:hAnsi="Times New Roman" w:eastAsia="Times New Roman" w:cs="Times New Roman"/>
        </w:rPr>
        <w:t>“Yog li no tej xwm txheej thiaj raug coj los nyob rau hauv ib lub xeev rau qhov kev ua tiav ntawm nqe Vajlugkub uas nyob ntawm peb xub ntiag no. Rau qhov Antiochus, thaum tso tseg nws txoj kev ua rog nrog Attalus raws li lo lus txib ntawm cov Loos, tau maj nroos ua kauj ruam kom rov qab tau Palestine thiab Coele-Syria tawm ntawm tes cov Iyiv. Scopas raug xa mus tawm tsam nws. Nyob ze ntawm cov qhov dej yug tus dej Yaladee, ob pab tub rog tau ntsib nhau. [Panium] Scopas raug swb, raug caum mus txog Sidon, thiab raug kaw vov nruj nreem nyob ntawd. Peb tug thawj tub rog muaj peev xwm tshaj plaws ntawm Iyiv, nrog lawv cov tub rog zoo tshaj, raug xa tuaj los txhawm rau daws qhov kev kaw vov ntawd, tiamsis tsis tau qhov vam meej. Thaum kawg Scopas, thaum ntsib nyob rau hauv tus duab ntxoo ntshai thiab kov tsis tau ntawm kev tshaib kev nqhis ib tug yeeb ncuab uas nws tsis muaj peev xwm tawm tsam tau, raug yuam kom zwm rau raws li cov lus pom zoo txaj muag uas tsuas pub txoj sia xwb; ces nws thiab nws kaum txhiab tus neeg raug tso cai kom ncaim mus, raug hle tag thiab liab qab. Ntawm no yog qhov vajntxwv qaum teb txeeb tau cov nroog uas ruaj khov tshaj plaws; rau qhov Sidon, ob leeg hauv nws qhov chaw nyob thiab nws cov chaw tiv thaiv, yog ib lub nroog muaj zog tshaj plaws ntawm cov sijhawm ntawd. Ntawm no yog qhov cuab yeej ua rog ntawm sab qab teb tsis muaj peev xwm sawv tiv thaiv, thiab kuj yog qhov kev poob nthav ntawm cov neeg uas vajntxwv sab qab teb tau xaiv; yog tias, Scopas thiab nws cov tub rog Aetolian.” Daniel and the Revelation, 257, 258.</w:t>
      </w:r>
    </w:p>
    <w:p>
      <w:pPr>
        <w:pStyle w:val="ArticleBody"/>
        <w:jc w:val="left"/>
      </w:pPr>
      <w:r>
        <w:rPr>
          <w:rFonts w:ascii="Times New Roman" w:hAnsi="Times New Roman" w:eastAsia="Times New Roman" w:cs="Times New Roman"/>
        </w:rPr>
        <w:t>Ob puas tsib caug xyoo uas xaus rau xyoo 207 BC qhia txog Donald Trump. Cov lus faj lem ob puas tsib caug xyoo uas xaus rau xyoo 313 nrog txoj kev sib yuav raws daim ntawv cog lus ntawm sab hnub tuaj thiab sab hnub poob, thiab Txoj Cai Milan, tab tom qhia txog kev tsim tsa tus mlom ntawm tus tsiaj nyaum hauv Tebchaws Meskas. Lub koom txoos Pergamos, uas pib hauv xyoo 313, sawv cev rau keeb kwm thaum uas Kev Ntseeg Khetos poob mus rau kev thim rov qab los ntawm kev sib haum xeeb nrog kev ntseeg pej kum, ua ntej lub hwj chim papacy los tuav lub zwm txwv. Pergamos thiab xyoo 313 yog tus qauv piv txwv ntawm txoj kev sib haum xeeb uas raug sawv cev los ntawm kev tsim tsa tus mlom ntawm tus tsiaj nyaum hauv Tebchaws Meskas. Nws sawv cev rau txoj kev sib haum xeeb ntawm Kev Ntseeg Khetos thiab Loos papal, rau qhov kev ntseeg Catholic tsis muaj dab tsi tshaj lossis qis dua li kev ntseeg pej kum uas hnav cev zoo li ib lub koom haum Khetos. Cov lus faj lem ob puas tsib caug xyoo uas pib xyoo 1776 thiab xaus rau xyoo no kuj tab tom hais txog Tebchaws Meskas thiab. Yog li ntawd, tag nrho peb txoj lus faj lem ob puas tsib caug xyoo no hais txog ib yam ntawm sab lus faj lem ntawm tus tsiaj nyaum hauv av hauv Tshwm Sim tshooj kaum peb, thiab tag nrho peb txoj no xaus nyob hauv cov kab lus faj lem uas tus lej kaum xya sawv cev.</w:t>
      </w:r>
    </w:p>
    <w:p>
      <w:pPr>
        <w:pStyle w:val="ArticleBody"/>
        <w:jc w:val="left"/>
      </w:pPr>
      <w:r>
        <w:rPr>
          <w:rFonts w:ascii="Times New Roman" w:hAnsi="Times New Roman" w:eastAsia="Times New Roman" w:cs="Times New Roman"/>
        </w:rPr>
        <w:t>Txoj cai hnub Sunday yog thaum Tebchaws Asmeskas hais lus zoo li ib tug zaj, thiab kev hais lus ntawm ib lub tebchaws yog kev ua ntawm nws cov thawjcoj tsim cai lij choj thiab nws cov thawjcoj txiav txim plaub ntug.</w:t>
      </w:r>
    </w:p>
    <w:p>
      <w:pPr>
        <w:pStyle w:val="ArticleScripture"/>
        <w:jc w:val="left"/>
      </w:pPr>
      <w:r>
        <w:rPr>
          <w:rFonts w:ascii="Times New Roman" w:hAnsi="Times New Roman" w:eastAsia="Times New Roman" w:cs="Times New Roman"/>
        </w:rPr>
        <w:t>“Kev ‘hais lus’ ntawm ib haiv neeg yog txoj haujlwm ntawm nws cov thawj coj tsim cai lij choj thiab cov thawj coj txiav txim plaub ntug.” The Great Controversy, 442.</w:t>
      </w:r>
    </w:p>
    <w:p>
      <w:pPr>
        <w:pStyle w:val="ArticleBody"/>
        <w:jc w:val="left"/>
      </w:pPr>
      <w:r>
        <w:rPr>
          <w:rFonts w:ascii="Times New Roman" w:hAnsi="Times New Roman" w:eastAsia="Times New Roman" w:cs="Times New Roman"/>
        </w:rPr>
        <w:t>Trump tsis yog ib txoj cai txiav txim plaub ntug los yog ib txoj cai tsim cai lij choj, yog li ntawd txoj cai Sunday uas yuav los sai no yog ua tiav los ntawm Congress. Txawm li ntawd los, txhua yam kev nqis tes uas muab kev txhawb nqa rau hwj chim papal, yog ib yam piv txwv txog txoj cai Sunday. Txoj cai txiav txim xyoo 533, thiab txoj cai tshaj tawm xyoo 313 qhia txog qhov pib ntawm lub sijhawm uas tus duab ntawm tus tsiaj qus raug tsim tsa. Qhov xaus yog txoj cai Sunday uas yuav los sai no, thiab Yexus ib txwm siv qhov pib los ua piv txwv qhia txog qhov kawg; yog li ntawd, qhov kev nqis tes ntawm Trump los ntawm ib daim executive order uas yuav muab ib yam “kev tso cai” rau tus antichrist hauv tej lus faj lem hauv Phau Vajlugkub, yuav sawv cev rau alpha ntawm qhov kev txav uas tsuas xaus ntawm omega xwb, thaum Tebchaws Meskas “yuav tsis lees txais tej ntsiab cai ntawm nws txoj kev tswj hwm mus txog qhov uas tsim tsa ib txoj cai Sunday.”</w:t>
      </w:r>
    </w:p>
    <w:p>
      <w:pPr>
        <w:pStyle w:val="ArticleScripture"/>
        <w:jc w:val="left"/>
      </w:pPr>
      <w:r>
        <w:rPr>
          <w:rFonts w:ascii="Times New Roman" w:hAnsi="Times New Roman" w:eastAsia="Times New Roman" w:cs="Times New Roman"/>
        </w:rPr>
        <w:t>“Muaj coob leej, txawm yog ntawm cov uas koom tes hauv txoj kev txav no los yuam kom hwm hnub Sunday, uas tseem dig muag rau cov txiaj ntsig uas yuav raws li txoj kev ua no. Lawv tsis pom tias lawv tab tom ntaus ncaj qha tawm tsam kev ywj pheej ntawm kev teev hawm. Muaj coob leej uas yeej tsis tau to taub txog txoj cai thov ntawm hnub Xanpataus hauv Vajlugkub thiab lub hauv paus cuav uas txoj kev tsim tsa hnub Sunday sawv saum nws. Txhua txoj kev txav uas txhawb txoj cai lij choj hauv kev ntseeg yeej yog ib qho kev ywm tes rau txoj kev kav ntawm papacy tiag tiag, uas tau ua tsov rog tsis tseg tawm tsam kev ywj pheej ntawm lub siab xav raws kev ntseeg los ntau tiam ntau puas xyoo. Kev coj hnub Sunday hwm tshuav nws txoj kev muaj nyob raws li ib lub koom haum uas hu ua Khetos raws “txoj kev zais ntawm kev phem”; thiab kev yuam kom hwm nws yuav yog ib qho lees paub tiag tiag txog cov hauv paus ntsiab cai uas yog lub pob zeb taw qhia tseem ceeb tshaj plaws ntawm Romanism. Thaum peb lub teb chaws yuav tsis lees yuav tej hauv paus ntsiab cai ntawm nws txoj kev tswj hwm mus txog rau qhov tsim ib txoj cai hnub Sunday, Protestantism yuav nyob hauv txoj kev ua ntawd tuav tes nrog popery; qhov ntawd yuav tsis yog lwm yam li muab txoj sia rau txoj kev tsim txom uas tau ntev los lawm saib ntsoov nws lub sijhawm nrog kev kub siab kom dhia rov qab los rau hauv txoj kev tswj kav hnyav dua qub.” Testimonies, volume 5, 711.</w:t>
      </w:r>
    </w:p>
    <w:p>
      <w:pPr>
        <w:pStyle w:val="ArticleBody"/>
        <w:jc w:val="left"/>
      </w:pPr>
      <w:r>
        <w:rPr>
          <w:rFonts w:ascii="Times New Roman" w:hAnsi="Times New Roman" w:eastAsia="Times New Roman" w:cs="Times New Roman"/>
        </w:rPr>
        <w:t>Txhua txoj “kev txav uas txhawb kev cai lij choj hais txog kev ntseeg” tiag tiag “yog ib qho kev lees qhuas rau txoj kev kav ntawm papacy,” thiab cov kev txav ntawd tshwm sim ua ntej txoj cai Sunday uas yuav los txog sai no.</w:t>
      </w:r>
    </w:p>
    <w:p>
      <w:pPr>
        <w:pStyle w:val="ArticleScripture"/>
        <w:jc w:val="left"/>
      </w:pPr>
      <w:r>
        <w:rPr>
          <w:rFonts w:ascii="Times New Roman" w:hAnsi="Times New Roman" w:eastAsia="Times New Roman" w:cs="Times New Roman"/>
        </w:rPr>
        <w:t>“Tsab cai kom hwm hnub no yuav tsum raug tshaj tawm mus thoob plaws tag nrho lub ntiajteb. Nyob rau ib theem txwv, nws twb raug tshaj tawm lawm. Hauv ntau qhov chaw, lub hwjchim pej xeem tab tom hais nrog lub suab ntawm tus zaj, ib yam nkaus li tus vajntxwv cuavtau hais rau cov neeg Henplais uas raug ntes coj mus ua qhev.” Signs of the Times, May 6, 1897.</w:t>
      </w:r>
    </w:p>
    <w:p>
      <w:pPr>
        <w:pStyle w:val="ArticleBody"/>
        <w:jc w:val="left"/>
      </w:pPr>
      <w:r>
        <w:rPr>
          <w:rFonts w:ascii="Times New Roman" w:hAnsi="Times New Roman" w:eastAsia="Times New Roman" w:cs="Times New Roman"/>
        </w:rPr>
        <w:t>Peb yuav txuas ntxiv hais txog tej yam no hauv zaj ntawv tom ntej.</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Keeb Kwm Zais Cia ntawm Nqe Plaub Caug - Zauv Peb Caug Ib</dc:title>
  <dc:subject>Exekees Tus Zauv Kaum Ob</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