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Lub Koom Txoos Xya-Hnub Kevcai Hnub Xanpataus hauv Laudikias—Tus Naj Npawb Peb</w:t>
      </w:r>
    </w:p>
    <w:p>
      <w:pPr>
        <w:pStyle w:val="ArticleSubtitle"/>
        <w:jc w:val="left"/>
      </w:pPr>
      <w:r>
        <w:rPr>
          <w:rFonts w:ascii="Arial" w:hAnsi="Arial" w:eastAsia="Arial" w:cs="Arial"/>
        </w:rPr>
        <w:t>Ib Lub Vaj Txiv Hmab Caw Liab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Peb xaus zaj lus dhau los nrog lo lus nug no tias, “Thaum cov ntsiab kev xav no twb raug muab teem cia lawm ces lo lus nug yuav raug nug tias ua li cas thiaj yog thaum 9/11 phau ntawv Joel thiaj los ua zaj lus uas Petus tau txheeb tias yog nyob rau hnub Peetekos?”</w:t>
      </w:r>
    </w:p>
    <w:p>
      <w:pPr>
        <w:pStyle w:val="ArticleBody"/>
        <w:jc w:val="left"/>
      </w:pPr>
      <w:r>
        <w:rPr>
          <w:rFonts w:ascii="Times New Roman" w:hAnsi="Times New Roman" w:eastAsia="Times New Roman" w:cs="Times New Roman"/>
        </w:rPr>
        <w:t>Petus tab tom qhia tias Yauxeeb cov lus faj lem tab tom raug ua tiav rau hnub Peetekos, uas yog ib lub sijhawm cim txog qhov kawg ntawm lub caij Peetekos. Nyob rau hauv lub caij Peetekos ntawd muaj kev tshwm sim ntawm tus Vaj Ntsuj Plig Dawb Huv thaum pib, ces tom qab ntawd muaj kev tshwm sim loj dua ntawm tus Vaj Ntsuj Plig Dawb Huv thaum kawg. Los ntawm txoj kev ntseeg, thaum to taub tias ob leeg—Phau Vajlugkub thiab Ntsuj Plig ntawm Kev Faj Lem—siv Yauxeeb rau lub sijhawm ntawm nag lig, peb thiaj paub tau tias phau ntawv Yauxeeb tau los ua qhov tseeb rau lub sijhawm tam sim no thaum 9/11; thiab tias txhua ntu hauv phau ntawv ntawd yuav hais ncaj qha txog keeb kwm faj lem uas pib ntawm 9/11 mus txuas ntxiv mus txog thiab suav nrog xya kev mob loj kawg nkaus, uas Yauxeeb hu ua “hnub ntawm tus Tswv.”</w:t>
      </w:r>
    </w:p>
    <w:p>
      <w:pPr>
        <w:pStyle w:val="ArticleBody"/>
        <w:jc w:val="left"/>
      </w:pPr>
      <w:r>
        <w:rPr>
          <w:rFonts w:ascii="Times New Roman" w:hAnsi="Times New Roman" w:eastAsia="Times New Roman" w:cs="Times New Roman"/>
        </w:rPr>
        <w:t>Raws li tau ua qauv tseg los ntawm 1888, thaum 9/11 kev nthuav qhia ntawm Loos The Laodicea tau los ua qhov tseeb uas tab tom sim neeg nyob rau lub sijhawm ntawd. Yaxaya ua tus qauv rau tib zaj lus ntawd nyob hauv tshooj tsib caug yim, nrog lub suab raj nrov uas qhia Vajtswv haiv neeg txog lawv tej kev txhaum. “Hnub” uas Yaxaya pib tsa nws lub suab zoo li suab raj nrov yog tib hnub uas nws hu zaj nkauj ntawm lub vaj txiv hmab.</w:t>
      </w:r>
    </w:p>
    <w:p>
      <w:pPr>
        <w:pStyle w:val="ArticleScripture"/>
        <w:jc w:val="left"/>
      </w:pPr>
      <w:r>
        <w:rPr>
          <w:rFonts w:ascii="Times New Roman" w:hAnsi="Times New Roman" w:eastAsia="Times New Roman" w:cs="Times New Roman"/>
        </w:rPr>
        <w:t>Hnub ntawd nej yuav hu nkauj txog nws tias, Ib lub vaj txiv hmab uas muaj cawv liab. Kuv, tus Tswv, yog tus saib xyuas nws; kuv yuav ywg dej rau nws txhua lub sijhawm; tsam muaj leejtwg ua phem rau nws, kuv yuav zov nws nruab hnub thiab nruab hmo. Kev npau taws tsis nyob hauv kuv li: leejtwg yuav tsa tej pos nroj thiab nroj tsuag muaj pos tawm tsam kuv hauv kev ua rog? Kuv yuav hla mus rau hauv lawv, kuv yuav hlawv lawv ua ke. Los yog cia nws tuav rawv kuv lub hwjchim, kom nws thiaj ua tau kev sib haum xeeb nrog kuv; thiab nws yuav ua kev sib haum xeeb nrog kuv. Nws yuav ua kom cov uas los ntawm Yakhauj cag ruaj khov: Ixayees yuav tawg paj thiab tawm paj tshiab, thiab puv npo lub ntiajteb lub ntsej muag nrog txiv hmab txiv ntoo. Yaxayas 27:2–6.</w:t>
      </w:r>
    </w:p>
    <w:p>
      <w:pPr>
        <w:pStyle w:val="ArticleBody"/>
        <w:jc w:val="left"/>
      </w:pPr>
      <w:r>
        <w:rPr>
          <w:rFonts w:ascii="Times New Roman" w:hAnsi="Times New Roman" w:eastAsia="Times New Roman" w:cs="Times New Roman"/>
        </w:rPr>
        <w:t>Niaj hnub nim no sab ntsuj plig “Yixayee yuav tawg paj thiab hlav ceg, thiab yuav puv npo lub ntsej muag ntawm lub ntiaj teb no nrog txiv hmab txiv ntoo” thaum lub caij nag lig, rau qhov nag thaum ntxov ua rau ib tsob nroj hlav ceg thiab tawg paj, hos nag lig thiaj txi tau txiv. Thaum tej vaj tse hauv New York poob rau hnub 9/11, tus tim tswv muaj hwjchim loj hauv Tshwm Sim kaum yim nqes los, thiab nag lig pib tsuag. Lub sijhawm ntawd Vajtswv cov neeg zov yuav tsum tshuab raj rau pawg ntseeg Laodixias. Yaxayas txoj xov uas txheeb qhia Vajtswv haiv neeg tej kev txhaum kuj yog zaj nkauj ntawm lub vaj txiv hmab caw liab. Yau-ees tshooj ib yog tib txoj xov ntawd.</w:t>
      </w:r>
    </w:p>
    <w:p>
      <w:pPr>
        <w:pStyle w:val="ArticleScripture"/>
        <w:jc w:val="left"/>
      </w:pPr>
      <w:r>
        <w:rPr>
          <w:rFonts w:ascii="Times New Roman" w:hAnsi="Times New Roman" w:eastAsia="Times New Roman" w:cs="Times New Roman"/>
        </w:rPr>
        <w:t>Tus Tswv lo lus uas los txog rau Yaw-ee, Petu-ees tus tub.</w:t>
      </w:r>
    </w:p>
    <w:p>
      <w:pPr>
        <w:pStyle w:val="ArticleScripture"/>
        <w:jc w:val="left"/>
      </w:pPr>
      <w:r>
        <w:rPr>
          <w:rFonts w:ascii="Times New Roman" w:hAnsi="Times New Roman" w:eastAsia="Times New Roman" w:cs="Times New Roman"/>
        </w:rPr>
        <w:t>Nej nej no, nej mloog, nej txhua tus uas nyob hauv lub tebchaws. Puas tau muaj li no nyob rau hauv nej lub sijhawm, lossis txawm nyob rau hauv nej cov yawg koob lub sijhawm? Cia li qhia txog qhov no rau nej cov me nyuam, thiab cia nej cov me nyuam qhia rau lawv cov me nyuam, thiab lawv cov me nyuam qhia rau ib tiam ntxiv.</w:t>
      </w:r>
    </w:p>
    <w:p>
      <w:pPr>
        <w:pStyle w:val="ArticleScripture"/>
        <w:jc w:val="left"/>
      </w:pPr>
      <w:r>
        <w:rPr>
          <w:rFonts w:ascii="Times New Roman" w:hAnsi="Times New Roman" w:eastAsia="Times New Roman" w:cs="Times New Roman"/>
        </w:rPr>
        <w:t>Qhov uas tus kab txiav nplooj tseg cia, tus kooj txoob twb noj lawm; thiab qhov uas tus kooj txoob tseg cia, tus kab txaij twb noj lawm; thiab qhov uas tus kab txaij tseg cia, tus kab noj nplooj twb noj lawm.</w:t>
      </w:r>
    </w:p>
    <w:p>
      <w:pPr>
        <w:pStyle w:val="ArticleScripture"/>
        <w:jc w:val="left"/>
      </w:pPr>
      <w:r>
        <w:rPr>
          <w:rFonts w:ascii="Times New Roman" w:hAnsi="Times New Roman" w:eastAsia="Times New Roman" w:cs="Times New Roman"/>
        </w:rPr>
        <w:t>Nej, nej cov neeg qaug cawv, thiab quaj; nej txhua tus uas haus cawv txiv hmab, cia li nyiav quaj nrov nrov vim yog cawv txiv hmab tshiab; rau qhov nws raug txiav tawm ntawm nej lub qhov ncauj lawm.</w:t>
      </w:r>
    </w:p>
    <w:p>
      <w:pPr>
        <w:pStyle w:val="ArticleScripture"/>
        <w:jc w:val="left"/>
      </w:pPr>
      <w:r>
        <w:rPr>
          <w:rFonts w:ascii="Times New Roman" w:hAnsi="Times New Roman" w:eastAsia="Times New Roman" w:cs="Times New Roman"/>
        </w:rPr>
        <w:t>Vim hais tias muaj ib haiv neeg tau nce los rau saum kuv thaj av, muaj zog, thiab suav tsis txheeb; nws cov hniav yog cov hniav ntawm tsov ntxhuav, thiab nws muaj cov hniav tom sab plhu ntawm ib tug tsov ntxhuav loj. Nws tau ua rau kuv lub hmab txiv ntoo puas tsuaj tag, thiab txiav tev kuv tsob txiv cev; nws tau ua kom nws liab qab huv si, thiab muab nws pov tseg; nws cov ceg tau dawb paug. Cia li quaj ntsuag ib yam li tus nkauj xwb uas khi ntaub ntxhib ncig duav vim tus txiv ntawm nws lub hluas. Cov khoom fij mov thiab cov khoom fij dej haus raug txiav tawm ntawm Yehauvas lub tuam tsev; cov pov thawj, Yehauvas cov tub qhe ua haujlwm, quaj ntsuag. Daim teb raug ua kom puam tsuaj, thaj av quaj ntsuag; rau qhov nplej raug ua kom puam tsuaj lawm: cawv txiv hmab tshiab qhuav tag, roj kuj qaug zog.</w:t>
      </w:r>
    </w:p>
    <w:p>
      <w:pPr>
        <w:pStyle w:val="ArticleScripture"/>
        <w:jc w:val="left"/>
      </w:pPr>
      <w:r>
        <w:rPr>
          <w:rFonts w:ascii="Times New Roman" w:hAnsi="Times New Roman" w:eastAsia="Times New Roman" w:cs="Times New Roman"/>
        </w:rPr>
        <w:t>Nej nej txaj muag, nej cov neeg ua liaj ua teb; quaj nyiav nej cov tu vaj hmab, vim yog nplej thiab barley; rau qhov qoob loo ntawm teb twb puas tag lawm. Tus hmab twb qhuav lawm, thiab tsob txiv cev qaug zog; tsob txiv pomegranate, tsob xibtes thiab, thiab tsob kua txob, yeej yog txhua tsob ntoo hauv teb, twb qhuav tas lawm: vim txoj kev xyiv fab twb qhuav ploj mus ntawm cov tub ntawm neeg lawm.</w:t>
      </w:r>
    </w:p>
    <w:p>
      <w:pPr>
        <w:pStyle w:val="ArticleScripture"/>
        <w:jc w:val="left"/>
      </w:pPr>
      <w:r>
        <w:rPr>
          <w:rFonts w:ascii="Times New Roman" w:hAnsi="Times New Roman" w:eastAsia="Times New Roman" w:cs="Times New Roman"/>
        </w:rPr>
        <w:t>Nej nej sawv, thiab quaj ntsuag, nej cov pov thawj; nej cov uas ua hauj lwm ntawm lub thaj txi ntuj, nej cia li qw quaj nrov nrov; nej cov uas ua hauj lwm rau kuv tus Vajtswv, cia li los pw tag hmo hnav ntaub tshais; rau qhov khoom txi noj thiab khoom txi haus raug txwv tsis pub muaj nyob hauv tsev ntawm nej tus Vajtswv lawm. Nej cia li teem caij yoo mov kom dawb huv, hu ib lub rooj sib txoos loj dawb huv, sau cov txwj laus thiab txhua tus neeg nyob hauv lub tebchaws los rau hauv tsev ntawm tus Tswv nej tus Vajtswv, thiab qw thov rau tus Tswv hais tias, Hmoov alas rau hnub ntawd! vim hnub ntawm tus Tswv twb los ze lawm, thiab nws yuav los zoo li kev puas tsuaj tuaj ntawm tus Uas Muaj Hwjchim Loj Kawg Nkaus. Puas yog zaub mov tsis raug txiav tawm ntawm peb lub qhov muag lawm lod? muaj tseeb tiag, kev xyiv fab thiab kev zoo siab kuj raug txiav tawm ntawm tsev ntawm peb tus Vajtswv thiab. Noob qoob lwj hauv qab lawv tej av nkos, tej chaw khaws qoob loo raug tso cia puam tsuaj, tej tsev txhab raug vau lawm; rau qhov nplej qhuav ntsws lawm. Tsiaj txhu ntsaj quaj ua luaj! tej pab nyuj ntxhov siab, vim lawv tsis muaj tshav zaub; muaj tseeb tiag, tej pab yaj kuj raug tso cia puam tsuaj thiab.</w:t>
      </w:r>
    </w:p>
    <w:p>
      <w:pPr>
        <w:pStyle w:val="ArticleScripture"/>
        <w:jc w:val="left"/>
      </w:pPr>
      <w:r>
        <w:rPr>
          <w:rFonts w:ascii="Times New Roman" w:hAnsi="Times New Roman" w:eastAsia="Times New Roman" w:cs="Times New Roman"/>
        </w:rPr>
        <w:t>Au tus Tswv, kuv yuav quaj hu rau koj: rau qhov hluav taws tau nqos tej tshav zaub hauv roob moj sab qhua, thiab nplaim taws tau kub hnyiab tag nrho tej ntoo hauv tej teb. Tej tsiaj qus hauv tej teb kuj quaj hu rau koj thiab: rau qhov tej kwj dej tau qhuav tag, thiab hluav taws tau nqos tej tshav zaub hauv roob moj sab qhua. Yoos 1:1–20.</w:t>
      </w:r>
    </w:p>
    <w:p>
      <w:pPr>
        <w:pStyle w:val="ArticleBody"/>
        <w:jc w:val="left"/>
      </w:pPr>
      <w:r>
        <w:rPr>
          <w:rFonts w:ascii="Times New Roman" w:hAnsi="Times New Roman" w:eastAsia="Times New Roman" w:cs="Times New Roman"/>
        </w:rPr>
        <w:t>Tshooj xub thawj ntawm Yaw-ee tab tom hais txog kev puam tsuaj ntawm Vajtswv lub vaj txiv hmab. Yaxayas teeb tsa “hnub ntawd” ua hnub uas nag lig pib los, rau qhov cov nroj tsuag nyob rau hnub ntawd pib tawg paj thiab txi nplooj tshiab. Qhov tseeb uas Yaxayas qhia rau peb tias Vajtswv haiv neeg yuav “txiav cag,” “tawg paj thiab txi nplooj tshiab” thiab yuav ua kom lub ntiajteb puv npo “txiv hmab txiv ntoo” yog tab tom nthuav qhia ib zaj keeb kwm uas txav mus zuj zus muaj peb theem. Ib tsob nroj xub “txiav cag” rau hauv av. Yog li ntawd, “txiav cag” txhais hais tias sawv ruaj khov rau saum av, uas yog txheej av hauv paus lossis lub hauv paus. Cov uas “los ntawm Yakhauj tawm los” “txiav cag” ces lawv thiaj raug hu ua “Yixalayees.” Cov uas tawm hauv txoj kev paub dhau los ntawm Laodicea lawm ces thiaj raug hu ua Philadelphians, txawm li ntawd los, kom khaws tau txoj kev paub dhau los ntawd yuav tsum yeej hauv ib txoj kev sim siab uas xaus rau ntawm txoj cai Hnub Caiv Xya.</w:t>
      </w:r>
    </w:p>
    <w:p>
      <w:pPr>
        <w:pStyle w:val="ArticleBody"/>
        <w:jc w:val="left"/>
      </w:pPr>
      <w:r>
        <w:rPr>
          <w:rFonts w:ascii="Times New Roman" w:hAnsi="Times New Roman" w:eastAsia="Times New Roman" w:cs="Times New Roman"/>
        </w:rPr>
        <w:t>Kev kev sib raug zoo uas yog yaj saub ntawm Yakhauj, (tus uas txeeb chaw) thiab Ixayees, (tus uas kov yeej) tab tom qhia tias thaum 9/11 cov uas “cag ruaj” los ntawm kev rov qab los rau cov hauv paus qub, nyob ntawd thiab thaum ntawd lawv nkag mus rau hauv kev sib raug zoo ntawm ib txoj kev cog lus. Hauv kev yaj saub, kev hloov npe yog ib lub cim ntawm txoj kev cog lus, raws li sawv cev hauv Anplahas thaum nws hloov ntawm Anplam mus ua Anplahas, Xalai mus ua Xala, Yakhauj mus ua Ixayees, thiab lwm tus. Hauv nqe lus ntawd, cov uas rov qab los rau cov qub tseeb uas yog lub hauv paus thaum 9/11 tau nkag mus rau hauv kev sib raug zoo ntawm ib txoj kev cog lus thaum nag pib tsim paj thiab nyuag tawg. Thaum txog txoj cai Hnub Caiv, tag nrho lub ntiaj teb yuav puv npo “txiv hmab txiv ntoo” thaum nag yuav raug muab nchuav tawm yam tsis muaj qhov txwv.</w:t>
      </w:r>
    </w:p>
    <w:p>
      <w:pPr>
        <w:pStyle w:val="ArticleBody"/>
        <w:jc w:val="left"/>
      </w:pPr>
      <w:r>
        <w:rPr>
          <w:rFonts w:ascii="Times New Roman" w:hAnsi="Times New Roman" w:eastAsia="Times New Roman" w:cs="Times New Roman"/>
        </w:rPr>
        <w:t>Yaxayas yuav tsum sib haum nrog Yaxayas, thiab yeej yog li ntawd rau tag nrho lwm cov yaj saub thiab, tiam sis Yaxayas raug hu kom tsa nws lub suab zoo li raj nplaim thiab qhia rau cov Xya-hnub Adfen-tis Laodicea lawv tej kev txhaum nyob hauv lub ntsiab lus ntawm zaj nkauj hais txog lub vaj txiv hmab. Zaj nkauj ntawd Yexus tau hu hauv zaj lus piv txwv txog lub vaj txiv hmab. Lub vaj txiv hmab ntawd ua rau Nws quaj thaum Nws, ua ntej tus ntoo khaub lig zaum kawg, ntsia mus thoob Yeluxalees; paub tias cov Ixayees thaum ub twb mus txog qhov kawg ntawm lawv lub sijhawm sim siab lawm thiab raug hla dhau lawm tsis ua Vajtswv haiv neeg ntawm txoj kev cog lus ntxiv lawm. Nyob rau tib lub sijhawm ntawd Khetos tab tom nkag mus rau hauv ib txoj kev cog lus nrog ib haiv neeg uas yuav txi cov txiv uas tsim nyog los ntawm Vajtswv lub vaj txiv hmab. Txawm yog zaj keeb kwm ntawm lub vaj txiv hmab ntawm Yausuas thaum chiv thawj los yog ntawm Yexus thaum kawg, cov uas tau los ua haiv neeg ntawm txoj kev cog lus tshiab ntawd yog tus qauv yav tom ntej ntawm ib puas plaub caug plaub txhiab leej.</w:t>
      </w:r>
    </w:p>
    <w:p>
      <w:pPr>
        <w:pStyle w:val="ArticleBody"/>
        <w:jc w:val="left"/>
      </w:pPr>
      <w:r>
        <w:rPr>
          <w:rFonts w:ascii="Times New Roman" w:hAnsi="Times New Roman" w:eastAsia="Times New Roman" w:cs="Times New Roman"/>
        </w:rPr>
        <w:t>Khetos tau hais txog Yaxayas txoj lus faj lem hais txog lub vaj txiv hmab, ib yam li Viv Ncaus White tau hais thiab.</w:t>
      </w:r>
    </w:p>
    <w:p>
      <w:pPr>
        <w:pStyle w:val="ArticleScripture"/>
        <w:jc w:val="left"/>
      </w:pPr>
      <w:r>
        <w:rPr>
          <w:rFonts w:ascii="Times New Roman" w:hAnsi="Times New Roman" w:eastAsia="Times New Roman" w:cs="Times New Roman"/>
        </w:rPr>
        <w:t>“Zaj lus piv txwv txog lub vaj txiv hmab tsis yog hais rau haiv neeg Yudais xwb. Nws muaj ib zaj lus qhia rau peb. Pawg ntseeg hauv tiam no tau raug Vajtswv pub tej cai tshwj xeeb thiab tej koob hmoov loj heev, thiab Nws cia siab tias yuav tau txais cov txiv raws li ntawd.” Christ’s Object Lessons, 296.</w:t>
      </w:r>
    </w:p>
    <w:p>
      <w:pPr>
        <w:pStyle w:val="ArticleBody"/>
        <w:jc w:val="left"/>
      </w:pPr>
      <w:r>
        <w:rPr>
          <w:rFonts w:ascii="Times New Roman" w:hAnsi="Times New Roman" w:eastAsia="Times New Roman" w:cs="Times New Roman"/>
        </w:rPr>
        <w:t>Nws yog ib qho uas qhia tau ntau yam thaum nyeem nqe lus uas coj mus rau nqe lus kawg ntawd hauv Ntsuj Plig ntawm Kev Tshwm Sim.</w:t>
      </w:r>
    </w:p>
    <w:p>
      <w:pPr>
        <w:pStyle w:val="ArticleScripture"/>
        <w:jc w:val="left"/>
      </w:pPr>
      <w:r>
        <w:rPr>
          <w:rFonts w:ascii="Times New Roman" w:hAnsi="Times New Roman" w:eastAsia="Times New Roman" w:cs="Times New Roman"/>
        </w:rPr>
        <w:t>“Tshooj 23—Tus Tswv Lub Vaj Txiv Hmab”</w:t>
      </w:r>
    </w:p>
    <w:p>
      <w:pPr>
        <w:pStyle w:val="ArticleScripture"/>
        <w:jc w:val="left"/>
      </w:pPr>
      <w:r>
        <w:rPr>
          <w:rFonts w:ascii="Times New Roman" w:hAnsi="Times New Roman" w:eastAsia="Times New Roman" w:cs="Times New Roman"/>
        </w:rPr>
        <w:t>“Haiv Neeg Yudais”</w:t>
      </w:r>
    </w:p>
    <w:p>
      <w:pPr>
        <w:pStyle w:val="ArticleScripture"/>
        <w:jc w:val="left"/>
      </w:pPr>
      <w:r>
        <w:rPr>
          <w:rFonts w:ascii="Times New Roman" w:hAnsi="Times New Roman" w:eastAsia="Times New Roman" w:cs="Times New Roman"/>
        </w:rPr>
        <w:t>“Zaj lus piv txwv hais txog ob tug tub ntawd tau txuas ntxiv los ntawm zaj lus piv txwv hais txog lub vaj txiv hmab. Hauv thawj zaj, Khetos tau muab qhov tseem ceeb ntawm txoj kev mloog lus tso rau ntawm cov xibhwb Yudais xub ntiag. Hauv zaj thib ob, Nws taw tes rau tej koob hmoov nplua nuj uas tau pub rau cov neeg Ixayees, thiab hauv tej no Nws qhia txog Vajtswv txoj cai hu kom lawv mloog lus. Nws tau muab lub hwjchim ci ntsa iab ntawm Vajtswv lub hom phiaj tso rau ntawm lawv xub ntiag, ib yam uas los ntawm txoj kev mloog lus lawv yuav tau ua kom tiav. Thaum qhib daim ntaub thaiv ntawm yav tom ntej tawm, Nws qhia tias, vim tsis ua kom tiav Nws lub hom phiaj, tag nrho haiv neeg ntawd tab tom plam Nws tej koob hmoov, thiab tab tom coj kev puastsuaj los rau lawv tus kheej.”</w:t>
      </w:r>
    </w:p>
    <w:p>
      <w:pPr>
        <w:pStyle w:val="ArticleScripture"/>
        <w:jc w:val="left"/>
      </w:pPr>
      <w:r>
        <w:rPr>
          <w:rFonts w:ascii="Times New Roman" w:hAnsi="Times New Roman" w:eastAsia="Times New Roman" w:cs="Times New Roman"/>
        </w:rPr>
        <w:t>“‘Muaj ib tug tswv tsev,’ Khetos hais tias, ‘uas cog ib lub vaj txiv hmab, thiab luj laj kab ncig nws, thiab khawb ib lub tshav nyem cawv rau hauv, thiab txhim ib lub pej thuam, thiab muab xauj rau cov neeg tu vaj, ces nws thiaj mus rau ib lub tebchaws nyob deb.’”</w:t>
      </w:r>
    </w:p>
    <w:p>
      <w:pPr>
        <w:pStyle w:val="ArticleScripture"/>
        <w:jc w:val="left"/>
      </w:pPr>
      <w:r>
        <w:rPr>
          <w:rFonts w:ascii="Times New Roman" w:hAnsi="Times New Roman" w:eastAsia="Times New Roman" w:cs="Times New Roman"/>
        </w:rPr>
        <w:t>Ib qho kev piav txog lub vaj txiv hmab no raug tus yaj saub Yaxayas hais tias: “Tam sim no kuv yuav hu ib zaj nkauj rau kuv tus uas kuv hlub kawg nkaus, yog ib zaj nkauj hais txog Nws lub vaj txiv hmab. Kuv tus uas kuv hlub kawg nkaus muaj ib lub vaj txiv hmab nyob saum ib lub toj uas txi txiag nplua mias heev; thiab Nws tau laj kab ncig nws, thiab khaws tej pob zeb tawm hauv nws mus, thiab cog nws nrog hom hmab uas zoo tshaj plaws, thiab txhim tsa ib lub yees nyob nruab nrab ntawm nws, thiab kuj ua ib lub tshuab nyem txiv hmab cawv rau hauv ntawd; thiab Nws tos ntsoov tias nws yuav txi tau txiv hmab.” Yaxayas 5:1, 2.</w:t>
      </w:r>
    </w:p>
    <w:p>
      <w:pPr>
        <w:pStyle w:val="ArticleScripture"/>
        <w:jc w:val="left"/>
      </w:pPr>
      <w:r>
        <w:rPr>
          <w:rFonts w:ascii="Times New Roman" w:hAnsi="Times New Roman" w:eastAsia="Times New Roman" w:cs="Times New Roman"/>
        </w:rPr>
        <w:t>“Tug tswv teb xaiv ib daim av tawm hauv thaj chaw qus; nws laj kab, ntxuav kom huv, thiab laij khawb nws, ces cog tej hmab txiv hmab uas xaiv zoo rau hauv, vam txog ib qho sau qoob loo nplua mias. Daim av no, vim nws zoo dua qhov chaw pov tseg uas tsis tau muab cog ua liaj ua teb, nws cia siab tias nws yuav ua rau nws tau meej mom los ntawm kev qhia tawm tej txiaj ntsig ntawm nws txoj kev saib xyuas thiab kev khwv hauv kev ua kom nws txi txiv. Ib yam li ntawd, Vajtswv tau xaiv ib haiv neeg tawm hauv lub ntiajteb no los raug Khetos cob qhia thiab qhia kom paub. Tus cev Vajtswv lus hais tias, ‘Vim tus Tswv uas kav cov tub rog lub vaj hmab yog tsev neeg Ixayees, thiab cov neeg Yudas yog Nws tsob nroj uas Nws nyiam.’ Yaxayas 5:7. Saum haiv neeg no Vajtswv tau pub tej cai tshwj xeeb loj heev, foom koob hmoov rau lawv nplua mias los ntawm Nws txoj kev zoo uas muaj nplua nuj kawg. Nws tos ntsoov kom lawv hwm Nws los ntawm kev txi txiv. Lawv yuav tsum nthuav tawm tej hauv paus ntsiab lus ntawm Nws lub nceeg vaj. Nyob hauv nruab nrab ntawm ib lub ntiajteb uas poob rau hauv kev txhaum thiab kev phem, lawv yuav tsum sawv cev rau Vajtswv tus cwj pwm.”</w:t>
      </w:r>
    </w:p>
    <w:p>
      <w:pPr>
        <w:pStyle w:val="ArticleScripture"/>
        <w:jc w:val="left"/>
      </w:pPr>
      <w:r>
        <w:rPr>
          <w:rFonts w:ascii="Times New Roman" w:hAnsi="Times New Roman" w:eastAsia="Times New Roman" w:cs="Times New Roman"/>
        </w:rPr>
        <w:t>“Raws li lawv yog tus Tswv lub vaj hmab, lawv yuav tsum txi txiv uas txawv kiag li ntawm cov haiv neeg tsis paub Vajtswv. Cov neeg pe dab mlom no tau muab lawv tus kheej cob rau kev ua phem kev tsis ncaj. Kev ua phem quab yuam thiab kev txhaum, kev ntshaw nyiaj txiag, kev tsim txom, thiab tej kev coj ua qias vuab tsuab tshaj plaws, lawv tau ua yam tsis muaj kev txwv li. Kev tsis ncaj, kev poob qes, thiab kev txom nyem yog tej txiv hmab ntawm tsob ntoo phem qias ntawd. Tiamsis cov txiv uas txi rau ntawm txoj hmab uas Vajtswv cog yuav tsum txawv deb heev.”</w:t>
      </w:r>
    </w:p>
    <w:p>
      <w:pPr>
        <w:pStyle w:val="ArticleScripture"/>
        <w:jc w:val="left"/>
      </w:pPr>
      <w:r>
        <w:rPr>
          <w:rFonts w:ascii="Times New Roman" w:hAnsi="Times New Roman" w:eastAsia="Times New Roman" w:cs="Times New Roman"/>
        </w:rPr>
        <w:t>“Yog cov Yudais haiv neeg tau txais yog kom sawv cev rau Vajtswv tus yam ntxwv raws li tau raug qhia tawm rau Mauxes. Teb rau Mauxes tej lus thov hais tias, ‘Thov qhia koj lub hwjchim ci ntsa iab rau kuv saib,’ tus Tswv tau cog lus tias, ‘Kuv yuav cia txhua yam ntawm Kuv txoj kev zoo dhau ntawm koj xub ntiag mus.’ Exodus 33:18, 19. ‘Ces tus Tswv hla mus ntawm nws xub ntiag thiab tshaj tawm hais tias, Tus Tswv, tus Tswv Vajtswv, muaj kev khuvleej thiab muaj koob hmoov, ua siab ntev, thiab nplua nuj hauv kev zoo thiab qhov tseeb, khaws cia txoj kev khuvleej rau ntau txhiab leej, zam txim rau kev ua txhaum, kev hla dhau, thiab kev txhaum.’ Exodus 34:6, 7. Qhov no yog cov txiv uas Vajtswv ntshaw ntawm Nws haiv neeg. Hauv lawv tus cwj pwm kev dawb huv, hauv lawv lub neej kev dawb ceev, hauv lawv txoj kev khuvleej thiab kev siab mos siab muag thiab kev hlub tshua, lawv yuav tsum qhia kom pom tias ‘tus Tswv txoj kevcai zoo kawg nkaus, hloov dua siab tshiab rau tus ntsujplig.’ Psalm 19:7.”</w:t>
      </w:r>
    </w:p>
    <w:p>
      <w:pPr>
        <w:pStyle w:val="ArticleScripture"/>
        <w:jc w:val="left"/>
      </w:pPr>
      <w:r>
        <w:rPr>
          <w:rFonts w:ascii="Times New Roman" w:hAnsi="Times New Roman" w:eastAsia="Times New Roman" w:cs="Times New Roman"/>
        </w:rPr>
        <w:t>“Los ntawm haiv neeg Yudais Vajtswv lub hom phiaj yog kom muab tej koob hmoov nplua mias pub rau txhua haiv neeg. Los ntawm cov Ixayees txojkev yuav tsum npaj tseg rau kom Nws lub teeb nthuav mus thoob plaws lub ntiajteb. Cov haiv neeg hauv ntiajteb no, vim lawv ua raws tej kev coj ua phem thiab qias tsis huv, twb plam txojkev paub Vajtswv lawm. Txawm li ntawd los, hauv Nws txojkev khuvleej Vajtswv tsis tau muab lawv rhuav tshem kom ploj mus. Nws tau npaj siab muab sijhawm rau lawv kom tau los paub Nws los ntawm Nws pawg ntseeg. Nws tau teem tseg tias tej ntsiab cai uas raug nthuav tawm los ntawm Nws haiv neeg yuav yog yam uas coj tau kev txum tim rov qab los ntawm Vajtswv tus yam ntxwv ncaj ncees hauv neeg.”</w:t>
      </w:r>
    </w:p>
    <w:p>
      <w:pPr>
        <w:pStyle w:val="ArticleScripture"/>
        <w:jc w:val="left"/>
      </w:pPr>
      <w:r>
        <w:rPr>
          <w:rFonts w:ascii="Times New Roman" w:hAnsi="Times New Roman" w:eastAsia="Times New Roman" w:cs="Times New Roman"/>
        </w:rPr>
        <w:t>“Vajtswv tau yog rau qhov ua kom tiav ntawm lub hom phiaj no uas Vajtswv hu Anplahas tawm ntawm nws cov kwvtij neejtsa uas pe hawm tej mlom, thiab txib nws mus nyob hauv lub tebchaws Khana-as. Nws hais tias, ‘Kuv yuav ua kom koj dhau los ua ib haiv neeg loj, thiab kuv yuav foom koob hmoov rau koj, thiab ua kom koj lub npe loj; thiab koj yuav yog ib txoj koob hmoov.’ Chiv Keeb 12:2.”</w:t>
      </w:r>
    </w:p>
    <w:p>
      <w:pPr>
        <w:pStyle w:val="ArticleScripture"/>
        <w:jc w:val="left"/>
      </w:pPr>
      <w:r>
        <w:rPr>
          <w:rFonts w:ascii="Times New Roman" w:hAnsi="Times New Roman" w:eastAsia="Times New Roman" w:cs="Times New Roman"/>
        </w:rPr>
        <w:t>“Cov xeeb ntxwv ntawm Anplahas, Yakhauj thiab nws caj ces, raug coj nqes mus rau tim Iyi tebchaws kom nyob hauv nruab nrab ntawm haiv neeg loj thiab phem ntawd lawv thiaj yuav qhia tawm tej ntsiab cai ntawm Vajtswv lub nceeg vaj. Yauxej txoj kev ncaj ncees thiab nws txoj hauj lwm txaus hwjchim kawg nkaus hauv kev cawm txoj sia ntawm tag nrho cov neeg Iyi tebchaws yog ib qho sawv cev txog Khetos txoj sia. Mauxes thiab ntau leej lwm tus yog cov timkhawv rau Vajtswv.”</w:t>
      </w:r>
    </w:p>
    <w:p>
      <w:pPr>
        <w:pStyle w:val="ArticleScripture"/>
        <w:jc w:val="left"/>
      </w:pPr>
      <w:r>
        <w:rPr>
          <w:rFonts w:ascii="Times New Roman" w:hAnsi="Times New Roman" w:eastAsia="Times New Roman" w:cs="Times New Roman"/>
        </w:rPr>
        <w:t>“Thaum coj cov Yixayee tawm hauv tebchaws Iyi tebchaws los, tus Tswv rov qhia dua txog Nws lub hwjchim thiab Nws txojkev hlub tshua. Nws tej haujlwm uas zoo kawg hauv lawv txojkev dim tawm hauv txojkev qhev thiab Nws tej kev ua nrog lawv thaum lawv taug kev hla tebchaws moj sab qhua tsis yog rau lawv qhov txiaj ntsig nkaus xwb. Tej no yuav tsum yog ib zaj lus qhuab qhia pom tseeb rau cov tebchaws nyob ib ncig. Tus Tswv tau qhia Nws tus kheej tias yog Vajtswv uas nyob siab dua txhua yam uas yog neeg txoj cai kav thiab neeg txoj kev muaj meej mom loj. Cov cim thiab tej yam hwjchim ci ntsa iab uas Nws tau ua rau Nws haivneeg pom Nws lub hwjchim saum ntuj tsim thiab saum cov loj tshaj plaws ntawm cov uas pe hawm ntuj tsim. Vajtswv tau hla mus thoob lub tebchaws Iyi uas muaj kev khav theeb ib yam li Nws yuav hla mus thoob lub ntiajteb rau hnub kawg. Nrog hluav taws thiab cua daj cua dub, av qeeg thiab kev tuag, tus loj I AM txhiv Nws haivneeg dim. Nws coj lawv tawm hauv thaj av kev qhev. Nws coj lawv hla ‘lub moj sab qhua loj thiab txaus ntshai, qhov uas muaj nab lom, thiab kab kiav txhab, thiab kev qhuav dej.’ Deuteronomy 8:15. Nws ua kom dej tawm los ntawm ‘lub pob zeb tawv’ rau lawv, thiab pub lawv noj ‘cov nplej saum ntuj.’ Psalm 78:24. ‘Vim li no,’ Mauxes hais tias, ‘tus Tswv feem yog Nws haivneeg; Yakhauj yog feem cuab tam uas Nws tau txais. Nws nrhiav tau nws nyob hauv thaj av suab puam, thiab hauv lub moj sab qhua qhuav qhawv uas quaj ntxhe; Nws coj nws mus ncig, Nws qhia nws, Nws khaws nws cia zoo li lub kua muag ntawm Nws lub qhov muag. Ib yam li tus dav dawb hau txhawb nws lub zes, ya yuj saum nws cov me nyuam, nthuav dav nws ob tis, nqa lawv, ris lawv rau saum nws ob tis: tus Tswv tib leeg thiaj coj nws, thiab tsis muaj lwm tus vajtswv txawv tebchaws nrog nws.’ Deuteronomy 32:9–12. Yog li ntawd Nws thiaj coj lawv los cuag Nws tus kheej, kom lawv yuav nyob tau zoo li nyob hauv tus Duab Ntxoo ntawm tus Siab Tshaj Plaws.”</w:t>
      </w:r>
    </w:p>
    <w:p>
      <w:pPr>
        <w:pStyle w:val="ArticleScripture"/>
        <w:jc w:val="left"/>
      </w:pPr>
      <w:r>
        <w:rPr>
          <w:rFonts w:ascii="Times New Roman" w:hAnsi="Times New Roman" w:eastAsia="Times New Roman" w:cs="Times New Roman"/>
        </w:rPr>
        <w:t>“Yexus Khetos yog tus thawj coj ntawm cov me nyuam Ixayees hauv lawv txoj kev taug kev mus los hauv tebchaws moj sab qhua. Muab qhwv nkaus hauv tus ncej huab nruab hnub thiab tus ncej hluav taws hmo ntuj, Nws tau coj thiab qhia lawv txoj kev. Nws tau cawm lawv dim ntawm tej kev phom sij hauv tebchaws moj sab qhua, Nws tau coj lawv mus rau hauv thaj av uas tau cog lus tseg, thiab nyob rau ntawm txhua haiv neeg uas tsis lees paub Vajtswv lub xub ntiag Nws tau tsa Ixayees los ua Nws tus kheej cov cuab yeej uas tau xaiv tseg, uas yog tus Tswv lub vaj txiv hmab.”</w:t>
      </w:r>
    </w:p>
    <w:p>
      <w:pPr>
        <w:pStyle w:val="ArticleScripture"/>
        <w:jc w:val="left"/>
      </w:pPr>
      <w:r>
        <w:rPr>
          <w:rFonts w:ascii="Times New Roman" w:hAnsi="Times New Roman" w:eastAsia="Times New Roman" w:cs="Times New Roman"/>
        </w:rPr>
        <w:t>“Tej lus no tau txais kev tso siab rau tej lus tshwm sim ntawm Vajtswv. Lawv raug puag ncig los ntawm tej kevcai qhia hauv Nws txoj kevcai, yog tej hauv paus ntsiab lus uas nyob mus ib txhis ntawm qhov tseeb, kev ncaj ncees, thiab kev dawb huv. Kev mloog lus rau tej hauv paus ntsiab lus no yuav tsum yog lawv txoj kev tiv thaiv, rau qhov nws yuav cawm lawv dim ntawm kev rhuav tshem lawv tus kheej los ntawm tej kev coj ua txhaum. Thiab ib yam li lub yees hauv lub vaj txiv hmab, Vajtswv tau tsa Nws lub tuam tsev dawb huv rau hauv nruab nrab ntawm lub tebchaws.”</w:t>
      </w:r>
    </w:p>
    <w:p>
      <w:pPr>
        <w:pStyle w:val="ArticleScripture"/>
        <w:jc w:val="left"/>
      </w:pPr>
      <w:r>
        <w:rPr>
          <w:rFonts w:ascii="Times New Roman" w:hAnsi="Times New Roman" w:eastAsia="Times New Roman" w:cs="Times New Roman"/>
        </w:rPr>
        <w:t>“Khetos yog lawv tus Kws Qhia. Ib yam li Nws tau nrog lawv nyob hauv roob moj sab qhua, Nws tseem yuav yog lawv tus Xib Hwb thiab tus Coj. Hauv lub tsev ntaub sib ntsib thiab hauv lub tuam tsev Nws lub yeeb koob tau nyob hauv tus shekinah dawb huv saum lub rooj txhoj txhaum them nqi. Vim lawv, Nws tsis tu ncua tau ua kom pom nws txoj kev hlub thiab kev ua siab ntev nplua nuj.”</w:t>
      </w:r>
    </w:p>
    <w:p>
      <w:pPr>
        <w:pStyle w:val="ArticleScripture"/>
        <w:jc w:val="left"/>
      </w:pPr>
      <w:r>
        <w:rPr>
          <w:rFonts w:ascii="Times New Roman" w:hAnsi="Times New Roman" w:eastAsia="Times New Roman" w:cs="Times New Roman"/>
        </w:rPr>
        <w:t>“Vajtswv xav tsa Nws haiv neeg Ixayees kom ua ib yam kev qhuas thiab ib lub koob meej. Txhua txoj hau kev zoo ntawm sab ntsuj plig twb raug pub rau lawv lawm. Vajtswv tsis tau txwv ib yam dabtsi uas muaj txiaj ntsig rau kev tsim tus cwj pwm kom lawv thiaj ua tau Nws cov sawv cev.</w:t>
      </w:r>
    </w:p>
    <w:p>
      <w:pPr>
        <w:pStyle w:val="ArticleScripture"/>
        <w:jc w:val="left"/>
      </w:pPr>
      <w:r>
        <w:rPr>
          <w:rFonts w:ascii="Times New Roman" w:hAnsi="Times New Roman" w:eastAsia="Times New Roman" w:cs="Times New Roman"/>
        </w:rPr>
        <w:t>Lawv txoj kev mloog lus rau Vajtswv txoj kevcai yuav ua rau lawv dhau los ua yam txaus xav tsis thoob hauv kev vam meej nyob rau ntawm tej haiv neeg hauv ntiajteb no xub ntiag. Tus uas muaj peev xwm pub txawj ntse thiab kev txawj ua haujlwm txhua yam uas xav kom muaj kev txawj ntse ntawd, yuav txuas ntxiv ua lawv tus Xibfwb, thiab yuav tsa lawv kom muaj meejmom thiab siab dua los ntawm txoj kev mloog lus rau Nws txoj kevcai. Yog lawv mloog lus, lawv yuav raug khaws tseg kom dim ntawm tej kab mob uas tsim txom lwm haiv neeg, thiab yuav tau koob hmoov nrog lub zog ntawm lub tswv yim. Vajtswv lub yeeb koob, Nws lub hwjchim ci ntsa iab thiab lub hwjchim muaj zog, yuav tsum raug muab tshwm tawm hauv tag nrho lawv txoj kev vam meej. Lawv yuav tsum yog ib lub tebchaws ntawm cov pov thawj thiab cov nom tswv. Vajtswv tau pub rau lawv txhua txoj hauv kev kom lawv thiaj li dhau los ua haiv neeg loj tshaj plaws nyob saum npoo av.</w:t>
      </w:r>
    </w:p>
    <w:p>
      <w:pPr>
        <w:pStyle w:val="ArticleScripture"/>
        <w:jc w:val="left"/>
      </w:pPr>
      <w:r>
        <w:rPr>
          <w:rFonts w:ascii="Times New Roman" w:hAnsi="Times New Roman" w:eastAsia="Times New Roman" w:cs="Times New Roman"/>
        </w:rPr>
        <w:t>“Nyob rau hauv txojkev meej tseeb tshaj plaws Khetos los ntawm Mauxes tau muab Vajtswv lub hom phiaj tso ua lawv ntej, thiab tau qhia kom tseeb txog tej nqe lus uas lawv txojkev vam meej nyob ntawm. Nws hais tias, ‘Koj yog ib haiv neeg dawb huv rau tus Tswv uas yog koj tus Vajtswv’; ‘tus Tswv uas yog koj tus Vajtswv tau xaiv koj los ua ib haiv neeg tshwj xeeb rau Nws tus kheej, tshaj txhua haiv neeg uas nyob saum npoo av ntiajteb…. Yog li no nej yuav tsum paub tias tus Tswv uas yog nej tus Vajtswv, Nws yog Vajtswv, tus Vajtswv ncaj ncees, tus uas tuav rawv txojlus cog tseg thiab txojkev hlub tshua rau cov uas hlub Nws thiab ua raws li Nws tej lus txib mus txog ib txhiab tiam neeg…. Yog li ntawd koj yuav tsum ceev tej lus txib, thiab tej kevcai, thiab tej kev txiav txim, uas kuv niaj hnub no txib koj, kom ua raws li ntawd. Vim li ntawd yuav muaj li no, yog nej mloog tej kev txiav txim no, thiab ceev, thiab ua raws li ntawd, ces tus Tswv uas yog koj tus Vajtswv yuav tuav rawv rau koj txojlus cog tseg thiab txojkev hlub tshua uas Nws tau cog lus rau koj tej yawg koob; thiab Nws yuav hlub koj, thiab foom koob hmoov rau koj, thiab ua kom nej huaj vam coob zuj zus: Nws kuj yuav foom koob hmoov rau cov txiv ntawm koj lub plab, thiab cov txiv ntawm koj thaj av, koj tej qoob loo, thiab koj tej cawv txiv hmab, thiab koj tej roj, kev nce coob ntawm koj tej nyuj, thiab tej pab yaj ntawm koj tej yaj, nyob hauv thaj av uas Nws tau cog lus rau koj tej yawg koob tias yuav muab rau koj. Koj yuav tau koob hmoov tshaj txhua haiv neeg…. Thiab tus Tswv yuav muab txhua yam mob kev nkeeg tshem tawm ntawm koj mus, thiab yuav tsis muab ib yam ntawm tej kab mob phem hauv Iyi tebchaws, uas koj paub lawm, los tso rau koj.’ Kevcai 7:6, 9, 11–15.”</w:t>
      </w:r>
    </w:p>
    <w:p>
      <w:pPr>
        <w:pStyle w:val="ArticleScripture"/>
        <w:jc w:val="left"/>
      </w:pPr>
      <w:r>
        <w:rPr>
          <w:rFonts w:ascii="Times New Roman" w:hAnsi="Times New Roman" w:eastAsia="Times New Roman" w:cs="Times New Roman"/>
        </w:rPr>
        <w:t>“Yog lawv yuav ceev raws li Nws tej lus txib, Vajtswv tau cog lus tias yuav pub rau lawv cov nplej zoo tshaj plaws, thiab coj zib ntab tawm hauv pob zeb los pub rau lawv. Nws yuav ua kom lawv txaus siab nrog txoj sia ntev, thiab yuav qhia Nws txoj kev cawm dim rau lawv.</w:t>
      </w:r>
    </w:p>
    <w:p>
      <w:pPr>
        <w:pStyle w:val="ArticleScripture"/>
        <w:jc w:val="left"/>
      </w:pPr>
      <w:r>
        <w:rPr>
          <w:rFonts w:ascii="Times New Roman" w:hAnsi="Times New Roman" w:eastAsia="Times New Roman" w:cs="Times New Roman"/>
        </w:rPr>
        <w:t>“Vim yog tsis mloog Vajtswv lus, Adas thiab Evas twb poob lub Vaj Edees lawm, thiab vim txoj kev txhaum tag nrho lub ntiajteb thiaj raug foom. Tiamsis yog Vajtswv haiv neeg ua raws li Nws tej lus qhia, lawv thaj av yuav raug muab kho kom rov muaj txiag nplua mias thiab muaj kev zoo nkauj. Vajtswv Nws tus kheej tau muab tej lus qhia rau lawv txog kev ua liaj ua teb, thiab lawv yuav tsum koom tes nrog Nws hauv kev kho kom thaj av ntawd rov zoo. Yog li ntawd tag nrho thaj av, nyob hauv Vajtswv txoj kev tswj kav, yuav dhau los ua ib zaj lus qhia pom tseeb txog qhov tseeb sab ntsuj plig. Ib yam li thaum lub ntiajteb mloog Nws tej kevcai ntuj tsim ces yuav tsim tau nws tej txiaj ntsig, tib yam ntawd thiab, thaum cov neeg mloog Nws txoj kevcai ncaj ncees, lawv lub siab yuav tsum ci ntsa iab tawm tej yam ntxwv ntawm Nws tus cwj pwm. Txawm yog cov neeg lwm haiv uas pe hawm dab qhuas los kuj yuav lees paub tias cov uas ua haujlwm thiab pe hawm Vajtswv uas muaj txoj sia nyob yeej zoo tshaj.”</w:t>
      </w:r>
    </w:p>
    <w:p>
      <w:pPr>
        <w:pStyle w:val="ArticleScripture"/>
        <w:jc w:val="left"/>
      </w:pPr>
      <w:r>
        <w:rPr>
          <w:rFonts w:ascii="Times New Roman" w:hAnsi="Times New Roman" w:eastAsia="Times New Roman" w:cs="Times New Roman"/>
        </w:rPr>
        <w:t>“‘Saib seb,’ Mauxe hais tias, ‘kuv tau qhia nej txog tej kevcai thiab tej kev txiav txim, raws nraim li tus Tswv kuv tus Vajtswv tau txib kuv, kom nej yuav ua raws li ntawd nyob hauv thaj av uas nej tabtom mus yuav kav ua nej tug. Vim li no, nej yuav tsum ceev faj khaws thiab coj raws tej ntawd; rau qhov qhov no yog nej txoj kev txawj ntse thiab nej txoj kev to taub nyob rau ntawm qhov muag ntawm txhua haivneeg, uas yuav hnov tag nrho tej kevcai no thiab yuav hais tias, Tseeb tiag, haivneeg loj no yog ib haiv neeg muaj tswv yim thiab muaj kev to taub. Rau qhov muaj haiv neeg twg loj npaum li no, uas muaj Vajtswv nyob ze rau lawv, ib yam li tus Tswv peb tus Vajtswv nyob ze rau peb hauv txhua yam uas peb hu thov Nws? Thiab muaj haiv neeg twg loj npaum li no, uas muaj tej kevcai thiab tej kev txiav txim ncaj ncees npaum li txhua txoj cai no, uas kuv muab tso rau ntawm nej xub ntiag hnub no?’ Kevcai 4:5–8.”</w:t>
      </w:r>
    </w:p>
    <w:p>
      <w:pPr>
        <w:pStyle w:val="ArticleScripture"/>
        <w:jc w:val="left"/>
      </w:pPr>
      <w:r>
        <w:rPr>
          <w:rFonts w:ascii="Times New Roman" w:hAnsi="Times New Roman" w:eastAsia="Times New Roman" w:cs="Times New Roman"/>
        </w:rPr>
        <w:t>“Cov neeg Ixayees yuav tsum tuav tag nrho thaj av uas Vajtswv tau teem rau lawv. Cov haiv neeg uas tsis kam lees kev pe hawm thiab kev ua haujlwm rau Vajtswv tseeb yuav tsum raug ntiab tawm ntawm lawv tej qub txeeg qub teg. Tiamsis Vajtswv lub hom phiaj yog tias, los ntawm kev tshwm sim txog Nws tus cwj pwm los ntawm cov Ixayees, tibneeg yuav raug rub los cuag Nws. Txoj kev caw cawm seej yuav tsum muab tshaj tawm rau tag nrho lub ntiajteb. Los ntawm kev qhuab qhia txog txoj kev pabcuam fij txi, yuav tsum tsa Khetos siab rau ntawm txhua haiv neeg xub ntiag, thiab txhua tus uas yuav tig ntsia rau Nws yuav muaj sia. Txhua tus uas, ib yam li Rahab tus Kanaan thiab Ruth tus Mau-a, tig ntawm kev teev mlom los pe hawm Vajtswv tseeb, yuav tsum koom lawv tus kheej nrog Nws haiv neeg uas raug xaiv. Thaum Ixayees coob tuaj lawm lawv yuav tsum nthuav lawv ciam teb mus, mus txog thaum lawv lub nceeg vaj puag thoob plaws lub ntiajteb.”</w:t>
      </w:r>
    </w:p>
    <w:p>
      <w:pPr>
        <w:pStyle w:val="ArticleScripture"/>
        <w:jc w:val="left"/>
      </w:pPr>
      <w:r>
        <w:rPr>
          <w:rFonts w:ascii="Times New Roman" w:hAnsi="Times New Roman" w:eastAsia="Times New Roman" w:cs="Times New Roman"/>
        </w:rPr>
        <w:t>“Vajtswv xav coj txhua haiv neeg los nyob hauv Nws txoj kev kav uas muaj kev hlub tshua. Nws xav kom lub ntiajteb puv npo kev xyiv fab thiab kev thaj yeeb. Nws tsim neeg los rau kev kaj siab, thiab Nws ntshaw heev yuav ua kom tibneeg lub siab puv npo txoj kev thaj yeeb saum ntuj ceeb tsheej. Nws xav kom tej yim neeg hauv qab no ua ib lub cim ntawm tsev neeg loj saum toj.”</w:t>
      </w:r>
    </w:p>
    <w:p>
      <w:pPr>
        <w:pStyle w:val="ArticleScripture"/>
        <w:jc w:val="left"/>
      </w:pPr>
      <w:r>
        <w:rPr>
          <w:rFonts w:ascii="Times New Roman" w:hAnsi="Times New Roman" w:eastAsia="Times New Roman" w:cs="Times New Roman"/>
        </w:rPr>
        <w:t>“Tiamsis cov no tsis ua tiav Vajtswv lub hom phiaj. Tus Tswv tshaj tawm tias, ‘Kuv tau cog koj ua ib tsob hmab zoo tshaj, tag nrho yog ib hom noob tseeb: yog li cas koj thiaj tig los ua ib tsob hmab phem txawv teb chaws rau Kuv?’ Yelemi 2:21. ‘Ixayees yog ib tsob hmab qhuav khoob, nws txi txiv rau nws tus kheej.’ Hosea 10:1. ‘Thiab nim no, nej cov neeg nyob hauv Yeluxalees, thiab nej cov neeg Yudas, thov nej txiav txim nruab nrab Kuv thiab Kuv lub vaj hmab. Puas tseem muaj yam twg ntxiv uas yuav tau ua rau Kuv lub vaj hmab uas Kuv tsis tau ua rau nws lawm? Vim li cas thaum Kuv cia siab tias nws yuav txi txiv hmab, nws ho txi tau txiv qus? Thiab nim no los, Kuv yuav qhia nej tias Kuv yuav ua li cas rau Kuv lub vaj hmab: Kuv yuav muab nws lub laj kab tshem tawm, ces nws yuav raug noj kom puam tsuaj; thiab rhuav nws phab ntsa pov tseg, ces nws yuav raug tsuj kom nqes; thiab Kuv yuav cia nws qhuav qhawv; nws yuav tsis raug txiav tu thiab tsis raug khawb av; tiam sis pos nroj thiab pos ntsuab yuav hlav tuaj; Kuv kuj yuav txib cov huab kom tsis txhob los nag saum nws. Vim tias … Nws nrhiav kev ncaj ncees, tiam sis saib seb, muaj kev tsim txom; nrhiav txoj kev ncaj ncees, tiam sis saib seb, muaj suab quaj.’ Yaxayas 5:3–7.”</w:t>
      </w:r>
    </w:p>
    <w:p>
      <w:pPr>
        <w:pStyle w:val="ArticleScripture"/>
        <w:jc w:val="left"/>
      </w:pPr>
      <w:r>
        <w:rPr>
          <w:rFonts w:ascii="Times New Roman" w:hAnsi="Times New Roman" w:eastAsia="Times New Roman" w:cs="Times New Roman"/>
        </w:rPr>
        <w:t>“Tus Tswv twb tau siv Mauxes muab qhov tshwm sim ntawm kev tsis ncaj ncees rau Nws haiv neeg pom lawm. Los ntawm kev tsis kam ua raws li Nws tej lus cog tseg, lawv yuav txiav lawv tus kheej tawm ntawm Vajtswv txoj sia, thiab Nws txoj koob hmoov yuav tsis los rau saum lawv. ‘Ceev faj,’ Mauxes hais tias, ‘kom koj txhob hnov qab tus Tswv uas yog koj tus Vajtswv, uas yog los ntawm kev tsis ua raws li Nws tej lus txib, thiab Nws tej kevcai txiav txim, thiab Nws tej kab ke, uas kuv niaj hnub no txib rau koj: tsam thaum koj tau noj thiab tsau, thiab tau txhim tsa tej tsev zoo nkauj, thiab nyob hauv tej ntawd; thiab thaum koj tej nyuj tej yaj coob zuj zus, thiab koj tej nyiaj thiab tej kub muaj ntau zuj zus, thiab txhua yam uas koj muaj kuj muaj ntau zuj zus; ces koj lub siab yuav khav theeb, thiab koj yuav hnov qab tus Tswv uas yog koj tus Vajtswv…. Thiab koj hais hauv koj lub siab tias, Kuv lub hwjchim thiab kuv txhais tes lub zog yog tus uas tau khwv tau tej nyiaj txiag no rau kuv…. Thiab yuav muaj li no, yog tias koj yeej hnov qab tus Tswv uas yog koj tus Vajtswv, thiab mus raws lwm cov vajtswv, thiab teev tiam lawv, thiab pe hawm lawv, kuv niaj hnub no ua timkhawv tawm tsam nej tias, nej yeej yuav puastsuaj xwb. Ib yam li tej haiv neeg uas tus Tswv tabtom rhuav tshem ntawm nej xub ntiag, nej kuj yuav puastsuaj ib yam nkaus; vim nej tsis kam mloog tus Tswv nej tus Vajtswv lub suab.’ Kevcai 8:11–14, 17, 19, 20.</w:t>
      </w:r>
    </w:p>
    <w:p>
      <w:pPr>
        <w:pStyle w:val="ArticleScripture"/>
        <w:jc w:val="left"/>
      </w:pPr>
      <w:r>
        <w:rPr>
          <w:rFonts w:ascii="Times New Roman" w:hAnsi="Times New Roman" w:eastAsia="Times New Roman" w:cs="Times New Roman"/>
        </w:rPr>
        <w:t>Cov neeg Yudais tsis tau mloog raws li lo lus ceeb toom ntawd. Lawv tsis nco qab Vajtswv lawm, thiab plam kev pom txog txoj cai loj uas lawv tau txais ua Nws cov sawv cev. Cov koob hmoov uas lawv tau txais los tsis coj koob hmoov los rau ntiajteb no li. Txhua yam txiaj ntsig uas lawv muaj lawv muab coj los siv rau kev qhuas lawv tus kheej. Lawv txeeb Vajtswv txoj hauj lwm uas Nws xav kom lawv ua, thiab lawv txeeb lawv cov kwvtij neej tsa ntawm kev coj qhia txog kev ntseeg thiab ib tug yam ntxwv dawb huv ua qauv. Ib yam li cov neeg uas nyob ua ntej dej nyab lub sijhawm ntawd, lawv ua raws txhua txoj kev xav phem ntawm lawv lub siab. Yog li ntawd lawv thiaj ua rau tej yam dawb huv zoo li ib qho kev thuam luag, hais tias, “Lub tuam tsev ntawm tus Tswv, lub tuam tsev ntawm tus Tswv, yog tej no” (Jeremiah 7:4), thaum tib lub sijhawm lawv tab tom qhia Vajtswv tus cwj pwm yuam kev, thuam Nws lub npe, thiab ua kom Nws lub tuam tsev qias neeg.</w:t>
      </w:r>
    </w:p>
    <w:p>
      <w:pPr>
        <w:pStyle w:val="ArticleScripture"/>
        <w:jc w:val="left"/>
      </w:pPr>
      <w:r>
        <w:rPr>
          <w:rFonts w:ascii="Times New Roman" w:hAnsi="Times New Roman" w:eastAsia="Times New Roman" w:cs="Times New Roman"/>
        </w:rPr>
        <w:t>Cov neeg tu vaj txiv hmab uas tau raug tsa los saib xyuas tus Tswv lub vaj txiv hmab ntawd tsis ncaj ncees rau txoj kev tso siab uas tau muab rau lawv. Cov pov thawj thiab cov xibhwb tsis yog cov qhia rau haiv neeg kom ncaj ncees. Lawv tsis khaws cia rau ntawm lawv xub ntiag txog Vajtswv txoj kev siab zoo thiab txoj kev hlub tshua, thiab Nws txoj cai uas hu kom lawv hlub thiab ua haujlwm rau Nws. Cov neeg tu vaj txiv hmab no nrhiav lawv tus kheej lub meej mom. Lawv xav txeeb cov txiv ntawm lub vaj txiv hmab los ua lawv tug. Lawv kawm thiab npaj siab kom rub neeg txoj kev mloog thiab txoj kev hwm los rau lawv tus kheej.</w:t>
      </w:r>
    </w:p>
    <w:p>
      <w:pPr>
        <w:pStyle w:val="ArticleScripture"/>
        <w:jc w:val="left"/>
      </w:pPr>
      <w:r>
        <w:rPr>
          <w:rFonts w:ascii="Times New Roman" w:hAnsi="Times New Roman" w:eastAsia="Times New Roman" w:cs="Times New Roman"/>
        </w:rPr>
        <w:t>“Kev txhaum ntawm cov thawj coj no hauv cov Yixayee tsis zoo ib yam li kev txhaum ntawm tus neeg txhaum ib txwm. Cov txivneej no sawv nyob hauv qab txoj hauj lwm dawb huv tshaj plaws rau Vajtswv. Lawv tau cog lus rau lawv tus kheej tias yuav qhia ib lo lus hais tias, ‘Tus Tswv hais li no,’ thiab yuav coj txoj kev mloog lus nruj nreem los xyaum hauv lawv lub neej niaj hnub. Tsis yog ua li ntawd, lawv ho tab tom ntxeev lub Ntsiab Lus Dawb Huv. Lawv muab tej nra hnyav tso rau saum tibneeg, yuam kom ua tej kab ke uas ncav mus txog txhua kauj ruam hauv lub neej. Cov neeg nyob hauv kev ntxhov siab tsis tu ncua, vim lawv ua tsis tau raws li tej kev cai uas cov xibhwb rabbi tau teeb tseg. Thaum lawv pom tias tsis muaj peev xwm yuav khaws tau tej lus txib uas tibneeg tsim, lawv thiaj ua neeg lam ua lam tsis quav ntsej txog Vajtswv tej lus txib.”</w:t>
      </w:r>
    </w:p>
    <w:p>
      <w:pPr>
        <w:pStyle w:val="ArticleScripture"/>
        <w:jc w:val="left"/>
      </w:pPr>
      <w:r>
        <w:rPr>
          <w:rFonts w:ascii="Times New Roman" w:hAnsi="Times New Roman" w:eastAsia="Times New Roman" w:cs="Times New Roman"/>
        </w:rPr>
        <w:t>“Tus Tswv tau qhia Nws haiv neeg tias Nws yog tus tswv ntawm lub vaj txiv hmab, thiab tias txhua yam uas lawv muaj twb raug muab rau lawv saib xyuas hauv kev tso siab kom siv rau Nws. Tiamsis cov pov thawj thiab cov xibhwb tsis tau ua tes dej num ntawm lawv txoj hauj lwm dawb huv ib yam li lawv yog cov tuav tswj Vajtswv tej cuab tam. Lawv tau ua tub sab nyiag ntawm Nws, tsis tu ncua txeeb tej cuab yeej thiab tej kev pab uas tau muab cob rau lawv rau kev nthuav dav Nws tes dej num. Lawv txoj kev ntshaw nyiaj txiag thiab kev khav theeb ua rau txawm cov neeg txawv teb chaws los tseem saib tsis taus lawv. Yog li ntawd lub ntiaj teb Lwm Haiv Neeg thiaj tau muaj sijhawm txhais yuam kev txog Vajtswv tus cwj pwm thiab txoj kevcai ntawm Nws lub nceeg vaj.”</w:t>
      </w:r>
    </w:p>
    <w:p>
      <w:pPr>
        <w:pStyle w:val="ArticleScripture"/>
        <w:jc w:val="left"/>
      </w:pPr>
      <w:r>
        <w:rPr>
          <w:rFonts w:ascii="Times New Roman" w:hAnsi="Times New Roman" w:eastAsia="Times New Roman" w:cs="Times New Roman"/>
        </w:rPr>
        <w:t>“Nrog lub siab ntawm ib tug txiv, Vajtswv tau ua siab ntev rau Nws haiv neeg. Nws tau thov ntuas lawv los ntawm tej kev hlub tshua uas pub rau lawv thiab tej kev hlub tshua uas raug rho tawm. Nrog kev ua siab ntev Nws tau tsa lawv tej kev txhaum rau ntawm lawv xub ntiag, thiab hauv kev thev taus Nws tau tos lawv lees paub. Cov yaj saub thiab cov tub txib raug xa mus kom hais tseg Vajtswv txoj cai rau cov neeg tu vaj txiv hmab; tiam sis tsis yog tias lawv yuav raug txais tos, lawv rov raug suav tias yog yeeb ncuab. Cov neeg tu vaj txiv hmab tsim txom thiab tua lawv. Vajtswv tseem xa lwm cov tub txib ntxiv mus, tab sis lawv kuj raug kho ib yam li cov thawj, tsuas yog tias cov neeg tu vaj txiv hmab tau qhia kev ntxub ntxaug uas khov kho dua qub.”</w:t>
      </w:r>
    </w:p>
    <w:p>
      <w:pPr>
        <w:pStyle w:val="ArticleScripture"/>
        <w:jc w:val="left"/>
      </w:pPr>
      <w:r>
        <w:rPr>
          <w:rFonts w:ascii="Times New Roman" w:hAnsi="Times New Roman" w:eastAsia="Times New Roman" w:cs="Times New Roman"/>
        </w:rPr>
        <w:t>“Thaum kawg kawg, Vajtswv txib Nws Leej Tub los, hais tias, ‘Lawv yuav hwm Kuv Leej Tub.’ Tiamsis lawv txoj kev tawm tsam twb ua rau lawv puv npo kev phem chim thiab siab phem pauj kua zaub ntsuab, ces lawv thiaj sib hais hauv lawv tus kheej tias, ‘Tus no yog tus txais qub txeeg qub teg; nej los, cia peb muab Nws tua pov tseg, thiab cia peb txeeb Nws tej qub txeeg qub teg.’ Ces peb yuav nyob tshuav los txaus siab rau lub vaj txiv hmab, thiab ua raws li peb siab nyiam rau cov txiv.”</w:t>
      </w:r>
    </w:p>
    <w:p>
      <w:pPr>
        <w:pStyle w:val="ArticleScripture"/>
        <w:jc w:val="left"/>
      </w:pPr>
      <w:r>
        <w:rPr>
          <w:rFonts w:ascii="Times New Roman" w:hAnsi="Times New Roman" w:eastAsia="Times New Roman" w:cs="Times New Roman"/>
        </w:rPr>
        <w:t>Cov thawjcoj Yudais tsis hlub Vajtswv; yog li ntawd lawv thiaj txiav lawv tus kheej tawm ntawm Nws mus, thiab tsis kam lees txais txhua yam Nws tau thov kom muaj kev sib haum raws li kev ncaj ncees. Khetos, tus uas Vajtswv hlub, tau los lees hais txog tej cai ntawm Tus Tswv uas yog tus tswv lub vaj txiv hmab; tiam sis cov neeg ua liaj ua teb ntawd tau saib tsis taus Nws heev, hais tias, Peb yuav tsis cia tus no kav peb. Lawv khib Khetos txoj kev zoo nkauj ntawm tus cwj pwm. Nws txoj kev qhia zoo tshaj plaws lawv li heev, thiab lawv ntshai Nws txoj kev vam meej. Nws tau ntuas lawv, qhib qhia lawv txoj kev ua neeg siab phem cuav, thiab qhia rau lawv pom cov txiaj ntsig tseeb uas yuav muaj los ntawm lawv txoj kev coj. Qhov no ua rau lawv chim mus txog kev vwm. Lawv raug mob siab los ntawm cov lus qhuab ntuas uas lawv tsis muaj peev xwm ua kom ntsiag to. Lawv ntxub tus qauv siab ntawm txoj kev ncaj ncees uas Khetos niaj hnub muab tso rau ntawm lawv xub ntiag. Lawv pom tias Nws txoj kev qhia tab tom muab lawv tso rau qhov chaw uas lawv txoj kev qia dub yuav raug muab tshem daim npog tawm, thiab lawv txiav txim siab yuav tua Nws. Lawv ntxub Nws tus yam ntxwv ua piv txwv ntawm kev ncaj ncees hauv lus tseeb thiab kev hwm Vajtswv, thiab txoj kev ntsuj plig siab kawg uas tshwm tawm hauv txhua yam Nws ua. Nws lub neej tag nrho yog ib qho lus cem lawv txoj kev qia dub, thiab thaum txoj kev sim siab kawg los txog, txoj kev sim siab uas txhais tias kev mloog lus mus txog txoj sia nyob mus ib txhis lossis kev tsis mloog lus mus txog txoj kev tuag mus ib txhis, lawv tau tsis lees yuav Tus Dawb Huv ntawm cov Yixayee. Thaum nug kom lawv xaiv ntawm Khetos thiab Npala-as, lawv qw nrov nrov hais tias, “Cia Npala-as dim rau peb!” Luka 23:18. Thiab thaum Philaj nug tias, “Yog li ntawd kuv yuav ua li cas rau Yexus?” lawv txawm qw nrog kev npau taws tias, “Kom muab Nws ntsia rau saum ntoo khaublig.” Mathais 27:22. “Kuv puas yuav ntsia nej tus Vajntxwv rau saum ntoo khaublig?” Philaj nug, thiab los ntawm cov pov thawj thiab cov thawjcoj txawm muaj lo lus teb tias, “Peb tsis muaj vajntxwv tsuas yog Xixas xwb.” Yauhas 19:15. Thaum Philaj ntxuav nws ob txhais tes, hais tias, “Kuv tsis muaj txim rau tus neeg ncaj ncees no cov ntshav,” cov pov thawj thiaj koom nrog cov neeg coob uas tsis paub qab hau tshaj tawm nrog kev kub siab tias, “Nws cov ntshav cia poob rau saum peb thiab saum peb cov menyuam.” Mathais 27:24, 25.</w:t>
      </w:r>
    </w:p>
    <w:p>
      <w:pPr>
        <w:pStyle w:val="ArticleScripture"/>
        <w:jc w:val="left"/>
      </w:pPr>
      <w:r>
        <w:rPr>
          <w:rFonts w:ascii="Times New Roman" w:hAnsi="Times New Roman" w:eastAsia="Times New Roman" w:cs="Times New Roman"/>
        </w:rPr>
        <w:t>“Yog li no cov thawjcoj Yudais thiaj tau ua lawv txoj kev xaiv. Lawv txoj kev txiav txim ntawd raug sau cia rau hauv phau ntawv uas Yauhas pom nyob hauv txhais tes ntawm Tus uas zaum saum lub zwm txwv, yog phau ntawv uas tsis muaj leejtwg qhib tau. Nrog rau tag nrho nws txoj kev chim siab pauj phem, txoj kev txiav txim no yuav tshwm rau lawv pom nyob rau hnub uas phau ntawv no raug qhib tej ntsaws ruaj ruaj los ntawm Tsov Ntxhuav ntawm xeem Yudas.”</w:t>
      </w:r>
    </w:p>
    <w:p>
      <w:pPr>
        <w:pStyle w:val="ArticleScripture"/>
        <w:jc w:val="left"/>
      </w:pPr>
      <w:r>
        <w:rPr>
          <w:rFonts w:ascii="Times New Roman" w:hAnsi="Times New Roman" w:eastAsia="Times New Roman" w:cs="Times New Roman"/>
        </w:rPr>
        <w:t>“Haiv neeg Yudais khaws cia lub tswv yim tias lawv yog cov uas ntuj ceeb tsheej hlub tshaj, thiab tias lawv yuav tsum raug tsa siab mus ib txhis ua pawg ntseeg ntawm Vajtswv. Lawv tshaj tawm tias lawv yog Abraham cov me nyuam, thiab lub hauv paus ntawm lawv txoj kev vam meej zoo li ruaj khov kawg rau lawv, txog npaum li lawv twv tawm tsam lub ntiaj teb thiab ntuj ceeb tsheej kom tsis txhob muaj leej twg txeeb tau lawv tej cai ntawm lawv. Tiamsis los ntawm tej neej uas tsis muaj kev ncaj ncees lawv tab tom npaj lawv tus kheej rau kev raug txim saum ntuj ceeb tsheej thiab rau kev raug cais tawm ntawm Vajtswv.</w:t>
      </w:r>
    </w:p>
    <w:p>
      <w:pPr>
        <w:pStyle w:val="ArticleScripture"/>
        <w:jc w:val="left"/>
      </w:pPr>
      <w:r>
        <w:rPr>
          <w:rFonts w:ascii="Times New Roman" w:hAnsi="Times New Roman" w:eastAsia="Times New Roman" w:cs="Times New Roman"/>
        </w:rPr>
        <w:t>“Hauv zaj lus piv txwv txog lub vaj txiv hmab, tom qab Khetos tau nthuav qhia rau cov pov thawj pom txog lawv txoj haujlwm siab kawg ntawm kev phem, Nws thiaj nug lawv hais tias, ‘Yog li ntawd, thaum tus Tswv ntawm lub vaj txiv hmab los txog, nws yuav ua li cas rau cov neeg tu vaj ntawd?’ Cov pov thawj tau ua raws zaj lus ntawd nrog kev txaus siab tob kawg, thiab tsis tau xav txog tias zaj lus ntawd muaj feem rau lawv tus kheej li cas, lawv thiaj koom nrog cov neeg teb hais tias, ‘Nws yuav rhuav tshem cov neeg phem ntawd ua rau lawv puam tsuaj kawg nkaus, thiab yuav muab Nws lub vaj txiv hmab xauj rau lwm cov neeg tu vaj, cov uas yuav muab cov txiv raws caij nyoog rau Nws.’”</w:t>
      </w:r>
    </w:p>
    <w:p>
      <w:pPr>
        <w:pStyle w:val="ArticleScripture"/>
        <w:jc w:val="left"/>
      </w:pPr>
      <w:r>
        <w:rPr>
          <w:rFonts w:ascii="Times New Roman" w:hAnsi="Times New Roman" w:eastAsia="Times New Roman" w:cs="Times New Roman"/>
        </w:rPr>
        <w:t>“Tsis paub hais tias lawv twb tshaj tawm lawv txoj kev puam tsuaj rau lawv tus kheej lawm. Yexus ntsia ntsoov rau lawv, thiab nyob hauv Nws lub ntsej muag uas tshawb nrhiav tob ntawd lawv paub tias Nws nyeem tau tej kev zais cia hauv lawv lub siab. Nws txoj kev ua Vajtswv ci tawm tuaj rau ntawm lawv xub ntiag nrog hwj chim uas tsis muaj leejtwg yuam kev tau. Lawv pom ib daim duab ntawm lawv tus kheej nyob hauv cov neeg ua teb ntawd, thiab lawv thiaj qw tawm los yam tsis nco qab tias, ‘Thov Vajtswv txhob pub li ntawd!’”</w:t>
      </w:r>
    </w:p>
    <w:p>
      <w:pPr>
        <w:pStyle w:val="ArticleScripture"/>
        <w:jc w:val="left"/>
      </w:pPr>
      <w:r>
        <w:rPr>
          <w:rFonts w:ascii="Times New Roman" w:hAnsi="Times New Roman" w:eastAsia="Times New Roman" w:cs="Times New Roman"/>
        </w:rPr>
        <w:t>Yexus Khetos nug hnyav thiab nrog kev tu siab nug hais tias, “Nej puas tsis tau nyeem ib zaug li hauv Vajluskub tias, Pob zeb uas cov kws tsim tsev tsis kam txais ntawd, tib lub ntawd twb los ua lub pob zeb taubhau ntawm lub ces kaum lawm; qhov no yog tus Tswv tes haujlwm, thiab nws yog yam txaus xav tsis thoob rau hauv peb lub qhov muag? Yog li no Kuv hais rau nej tias, Vajtswv lub nceeg vaj yuav raug rho tawm ntawm nej mus, thiab yuav muab rau ib haiv neeg uas txi cov txiv raws li nws. Thiab tus twg uas yuav poob rau saum lub pob zeb no yuav tawg; tabsis rau tus twg uas lub pob zeb no poob los raug, nws yuav muab tus ntawd zom ua hmoov av.”</w:t>
      </w:r>
    </w:p>
    <w:p>
      <w:pPr>
        <w:pStyle w:val="ArticleScripture"/>
        <w:jc w:val="left"/>
      </w:pPr>
      <w:r>
        <w:rPr>
          <w:rFonts w:ascii="Times New Roman" w:hAnsi="Times New Roman" w:eastAsia="Times New Roman" w:cs="Times New Roman"/>
        </w:rPr>
        <w:t>“Yexus Khetos yuav tau thim tau txoj kev puam tsuaj ntawm haiv neeg Yudais yog hais tias cov pejxeem tau txais Nws. Tabsis kev khib thiab kev khav theeb ua rau lawv tawv siab tsis txawj txawj yoog. Lawv txiav txim siab tias lawv yuav tsis lees txais Yexus uas yog neeg Naxales ua tus Mexiyas. Lawv tsis lees yuav qhov Kaj ntawm lub ntiajteb, thiab txij ntawd los lawv lub neej raug ncig los ntawm kev tsaus ntuj ib yam li qhov tsaus ntuj thaum ib tag hmo. Txoj kev puam tsuaj uas twb tau raug qhia yav tom ntej lawm thiaj los poob rau saum haiv neeg Yudais. Lawv tej kev ntshaw kub hnyiab ntawm lawv tus kheej, uas tsis raug tswj kav, yog tus ua rau lawv puam tsuaj. Nyob hauv lawv txoj kev npau taws dig muag lawv rhuav tshem ib leeg ib tug. Lawv txoj kev ntxeev siab thiab txoj kev khav theeb tawv ncauj tau coj kev chim siab ntawm lawv cov neeg Loos uas kov yeej lawv los rau saum lawv. Yeluxalees raug rhuav tshem, lub tuam tsev raug ua pob qij txha lov, thiab thaj chaw uas nws nyob raug laij ib yam li ib daim teb. Cov menyuam ntawm Yudas tuag rau hauv tej yam kev tuag uas txaus ntshai tshaj plaws. Muaj ntau plhom leej raug muag mus ua qhev rau hauv tej tebchaws lwm haiv neeg.”</w:t>
      </w:r>
    </w:p>
    <w:p>
      <w:pPr>
        <w:pStyle w:val="ArticleScripture"/>
        <w:jc w:val="left"/>
      </w:pPr>
      <w:r>
        <w:rPr>
          <w:rFonts w:ascii="Times New Roman" w:hAnsi="Times New Roman" w:eastAsia="Times New Roman" w:cs="Times New Roman"/>
        </w:rPr>
        <w:t>“Raws li ib haiv neeg, cov Yudais tau ua tsis tiav hauv kev ua kom tiav Vajtswv lub hom phiaj, thiab lub vaj txiv hmab raug muab rho ntawm lawv mus. Cov txiaj ntsig tshwj xeeb uas lawv tau siv tsis raws cai, tes haujlwm uas lawv tau saib tsis taus, raug muab tso siab rau lwm tus.”</w:t>
      </w:r>
    </w:p>
    <w:p>
      <w:pPr>
        <w:pStyle w:val="ArticleScripture"/>
        <w:jc w:val="left"/>
      </w:pPr>
      <w:r>
        <w:rPr>
          <w:rFonts w:ascii="Times New Roman" w:hAnsi="Times New Roman" w:eastAsia="Times New Roman" w:cs="Times New Roman"/>
        </w:rPr>
        <w:t>“Zaj lus piv txwv hais txog lub vaj hmab tsis yog siv rau haiv neeg Yudais xwb. Nws muaj ib zaj lus qhuab qhia rau peb. Pawg ntseeg hauv tiam neeg no tau raug Vajtswv pub txiaj ntsim thiab koob hmoov loj heev, thiab Nws cia siab tias yuav muaj tej txiaj ntsig rov qab uas phim raws li ntawd.” Christ’s Object Lessons. 284–296.</w:t>
      </w:r>
    </w:p>
    <w:p>
      <w:pPr>
        <w:pStyle w:val="ArticleBody"/>
        <w:jc w:val="left"/>
      </w:pPr>
      <w:r>
        <w:rPr>
          <w:rFonts w:ascii="Times New Roman" w:hAnsi="Times New Roman" w:eastAsia="Times New Roman" w:cs="Times New Roman"/>
        </w:rPr>
        <w:t>Phau ntawv Yau-ees qhia txog keeb kwm ntawm nag lig thaum kawg ntawm lub ntiajteb no. Nag lig yog Vajtswv txoj xov ceeb toom kawg, yog ntawm tus timtswv thib peb hauv Tshwmsim kaum plaub. Txawm yog nag lig sawv cev rau txoj xov ntawm tus timtswv thib peb, los nws kuj sawv cev rau txoj kev sib txuas lus ntawm Vajtswv txoj Kev Ua Vajtswv thiab noob neej, raws li raug ua cim los ntawm Xakhaliyas cov roj kub, nag thaum ntxov thiab nag lig, hluav taws ntawm lub thaj, thiab lwm yam kev sawv cev. Nag lig tsis yog tsuas yog ib txoj xov, thiab txoj kev sib txuas lus ntawm Vajtswv thiab tibneeg xwb, tiam sis nws kuj yog tib qho “txheej txheej txheem” ntawm kev kawm Vajlugkub uas raug dawb huv thiab raug txhawb nqa nyob hauv Vajtswv Txojlus. Txoj txheej txheem ntawd yog Yaxayas txoj “kab saud kab, kab saud kab” uas pom nyob hauv tshooj nees nkaum yim.</w:t>
      </w:r>
    </w:p>
    <w:p>
      <w:pPr>
        <w:pStyle w:val="ArticleBody"/>
        <w:jc w:val="left"/>
      </w:pPr>
      <w:r>
        <w:rPr>
          <w:rFonts w:ascii="Times New Roman" w:hAnsi="Times New Roman" w:eastAsia="Times New Roman" w:cs="Times New Roman"/>
        </w:rPr>
        <w:t>Thaum pib ntawm cov Yixayee thaum ub thiab cov Yixayee niaj hnub no thiab, Vajtswv, “Tus kws tu vaj txiv hmab,” tau coj cov Yixayee “tawm hauv tebchaws moj sab qhua los.” Txawm yog txoj kev poob cev qhev plaub puas peb caug xyoo hauv tebchaws Iyiv, los yog txoj kev poob cev qhev ntawm Tiam Ntuj Tsaus txij xyoo 538 mus txog 1798, cov Yixayee raug coj tawm hauv “tebchaws moj sab qhua” los, rau qhov “tebchaws moj sab qhua” yog ib lub cim ntawm kev ua qhev thiab kev poob cev qhev. Txawm yog cov Yixayee tseeb thaum ub los yog cov Yixayee sab ntsuj plig niaj hnub no, Vajtswv tau cawm lawv tawm hauv txoj kev poob cev qhev hauv tebchaws moj sab qhua thiab “tsa” lawv “ua Nws tej cuab tam uas Nws xaiv tshwj xeeb, tus Tswv lub vaj txiv hmab,” hu lawv los ua pov thawj hwj thiab ua thawj coj muaj koob meej, uas “tau raug muab cob” nrog txoj cai tshwj xeeb ntawm kev sawv cev rau “Vajtswv tej lus qhia.” Cov “lus qhia” ntawd, rau cov Yixayee thaum ub, yog Txoj Kevcai; hos rau cov Yixayee niaj hnub no, yog ob qho tib si Txoj Kevcai thiab tej lus faj lem.</w:t>
      </w:r>
    </w:p>
    <w:p>
      <w:pPr>
        <w:pStyle w:val="ArticleScripture"/>
        <w:jc w:val="left"/>
      </w:pPr>
      <w:r>
        <w:rPr>
          <w:rFonts w:ascii="Times New Roman" w:hAnsi="Times New Roman" w:eastAsia="Times New Roman" w:cs="Times New Roman"/>
        </w:rPr>
        <w:t>“Vajtswv tau hu Nws pawg ntseeg nyob rau hnub no, ib yam li Nws tau hu cov Yixayee thaum ub, kom sawv ua qhov kaj rau hauv ntiajteb. Los ntawm rab riam txiav loj kawg ntawm qhov tseeb, yog cov lus ntawm thawj tug timtswv, tus timtswv thib ob, thiab tus timtswv thib peb, Nws tau cais lawv tawm ntawm cov pawg ntseeg thiab tawm ntawm lub ntiajteb kom coj lawv los nyob ze Nws hauv qhov dawb huv. Nws tau tsa lawv ua cov uas khaws Nws txoj kevcai thiab tau muab rau lawv cov tseeb loj ntawm tej lus faj lem rau lub sijhawm no. Ib yam li tej lus dawb huv uas tau muab cob rau cov Yixayee thaum ub, tej no yog ib qho kev tso siab dawb huv uas yuav tsum muab tshaj tawm rau lub ntiajteb. Peb tug timtswv hauv Tshwm Sim 14 sawv cev rau cov neeg uas lees txais qhov kaj ntawm Vajtswv cov lus thiab tawm mus ua Nws cov neeg sawv cev kom nrov lub suab ceeb toom mus thoob plaws ntev thiab dav ntawm lub ntiajteb.” Testimonies, volume 5, 455.</w:t>
      </w:r>
    </w:p>
    <w:p>
      <w:pPr>
        <w:pStyle w:val="ArticleBody"/>
        <w:jc w:val="left"/>
      </w:pPr>
      <w:r>
        <w:rPr>
          <w:rFonts w:ascii="Times New Roman" w:hAnsi="Times New Roman" w:eastAsia="Times New Roman" w:cs="Times New Roman"/>
        </w:rPr>
        <w:t>Ixayees niaj hnub no raug tsa tseg kom tshaj tawm txoj suab quaj nrov nrov ntawm tus tim tswv thib peb nyob rau hauv lub hwj chim ntawm nag tom qab, thaum tab tom qhia kom pom tus cwj pwm ntawm Khetos hauv lawv txoj kev paub ntawm tus kheej nyob rau hauv lub hwj chim ntawm Vaj Ntsuj Plig Dawb Huv. Txoj suab quaj nrov nrov ntawm tus tim tswv thib peb raug ua kom tiav thaum lub sij hawm los nag tom qab raug nchuav tawm, nyob rau hauv ib lub caij nyoog uas ib txoj xov nag tom qab cuav hais txog kev thaj yeeb thiab kev nyab xeeb cuav tab tom raug txhawb los ntawm ib pab neeg uas qaug dej qaug cawv los ntawm cov cawv txiv hmab Npanpiloo. Cov no yog Yaxayas cov neeg qaug cawv ntawm Efa-i thiab Yawyees cov neeg haus cawv txiv hmab uas cov cawv tshiab raug txiav tawm ntawm lawv lub qhov ncauj. Cov uas txais txoj xov tseeb txog nag tom qab raug sawv cev los ntawm Daniyee, Mishees, Hananiyas, thiab Axaliyas, uas tsis kam txais cov zaub mov Npanpiloo kom xaiv tej mov saum ntuj ceeb tsheej. Cov no yog ib puas plaub caug plaub txhiab leej uas hu zaj nkauj ntawm Mauxes thiab tus Menyuam Yaj, thiab kuj yog zaj nkauj ntawm lub vaj txiv hmab, rau qhov zaj lus piv txwv txog lub vaj txiv hmab ntawd raug ua kom tiav nyob rau hauv keeb kwm ntawm Mauxes thaum pib ntawm Ixayees thaum ub txoj kev sib raug zoo hauv lo lus cog tseg, thiab nws raug ua kom tiav dua ib zaug ntxiv thaum kawg ntawm Ixayees thaum ub txoj kev sib raug zoo hauv lo lus cog tseg nyob rau hauv keeb kwm ntawm tus Menyuam Yaj.</w:t>
      </w:r>
    </w:p>
    <w:p>
      <w:pPr>
        <w:pStyle w:val="ArticleBody"/>
        <w:jc w:val="left"/>
      </w:pPr>
      <w:r>
        <w:rPr>
          <w:rFonts w:ascii="Times New Roman" w:hAnsi="Times New Roman" w:eastAsia="Times New Roman" w:cs="Times New Roman"/>
        </w:rPr>
        <w:t>Zaj nkauj hais txog lub vaj txiv hmab xaus nrog ib haiv neeg ntawm daim ntawv cog lus qub raug hla dhau thaum ib haiv neeg tshiab ntawm daim ntawv cog lus tshiab tab tom raug yuav rau tus Tswv. Tus Tswv hla dhau cov uas tuag rau hauv plaub caug xyoo kev taug kev hauv tebchaws moj sab qhua thiab nkag mus rau hauv daim ntawv cog lus nrog Yausua tib lub sijhawm uas Nws tab tom nrauj cov uas yuav tuag ntawd. Tus Tswv tab tom nrauj cov neeg Ixayees thaum ub tib lub sijhawm uas Nws tab tom yuav lub Koom Txoos Khixatia. Alpha, lossis keeb kwm thaum pib, yog sawv cev los ntawm Mauxes, thiab omega yog sawv cev los ntawm tus Menyuam Yaj. Keeb kwm uas nkawd ob leeg sawv cev yog keeb kwm ntawm zaj lus piv txwv txog lub vaj txiv hmab; yog li ntawd, Yaxayas zaj nkauj txog lub vaj txiv hmab yog Yauhas tus Qhia Tshwm zaj nkauj ntawm Mauxes thiab tus Menyuam Yaj.</w:t>
      </w:r>
    </w:p>
    <w:p>
      <w:pPr>
        <w:pStyle w:val="ArticleBody"/>
        <w:jc w:val="left"/>
      </w:pPr>
      <w:r>
        <w:rPr>
          <w:rFonts w:ascii="Times New Roman" w:hAnsi="Times New Roman" w:eastAsia="Times New Roman" w:cs="Times New Roman"/>
        </w:rPr>
        <w:t>Peb yuav txuas ntxiv cov kev xav no hauv zaj lus tom ntej.</w:t>
      </w:r>
    </w:p>
    <w:p>
      <w:pPr>
        <w:pStyle w:val="ArticleScripture"/>
        <w:jc w:val="left"/>
      </w:pPr>
      <w:r>
        <w:rPr>
          <w:rFonts w:ascii="Times New Roman" w:hAnsi="Times New Roman" w:eastAsia="Times New Roman" w:cs="Times New Roman"/>
        </w:rPr>
        <w:t>“Cov no tsis yog Tej Lus ntawm Muam White, tiam sis yog Tej Lus ntawm tus Tswv, thiab Nws tus tubtxib tau muab tej lus no rau kuv kom kuv muab rau nej. Vajtswv hu kom nej txhob ua haujlwm tawm tsam Nws lub homphiaj ntxiv lawm. Muaj ntau lo lus qhuab qhia uas tau muab hais txog cov neeg uas lees tias yog Khixatia thaum uas lawv tab tom nthuav tawm tej cwjpwm ntawm Xatas, tawm tsam hauv ntsujplig, hauv lus, thiab hauv tes haujlwm rau kev nce qib ntawm qhov tseeb, thiab yeej tab tom taug txoj kev uas Xatas tab tom coj lawv mus. Nyob hauv lawv txoj kev siab tawv thiab siab txhav lawv tau tuav txoj cai uas tsis yog ntawm lawv li kiag li, thiab uas lawv tsis tsim nyog siv. Tus Xibfwb loj hais tias, ‘Kuv yuav muab rhuav, muab rhuav, muab rhuav.’ Cov neeg hais hauv Battle Creek tias, ‘Peb yog lub tuam tsev ntawm tus Tswv, lub tuam tsev ntawm tus Tswv,’ tiam sis lawv tab tom siv hluavtaws uas yog hluavtaws qias neeg. Lawv lub siab tsis tau raug Vajtswv txoj kev tshav ntuj ua kom muag muag thiab txo hwjchim.” Manuscript Releases, volume 13, 222.</w:t>
      </w:r>
    </w:p>
    <w:p>
      <w:pPr>
        <w:pStyle w:val="ArticleScripture"/>
        <w:jc w:val="left"/>
      </w:pPr>
      <w:r>
        <w:rPr>
          <w:rFonts w:ascii="Times New Roman" w:hAnsi="Times New Roman" w:eastAsia="Times New Roman" w:cs="Times New Roman"/>
        </w:rPr>
        <w:t>“Kev ua siab ntev ntev ntawm Vajtswv muaj ib lub hom phiaj, tiam sis nej tabtom rhuav tshem nws. Nws tabtom cia ib qho xwm txheej los txog uas nej yeej xav kom muab tiv thaiv tom qab no, tiam sis thaum ntawd yuav lig dhau lawm. Vajtswv tau txib Eliyas mus pleev roj tsa Haxa-ees, tus neeg lim hiam thiab dag ntxias, ua vajntxwv kav Syria, kom nws thiaj yog ib tug nplawm rau cov Ixayees uas pe hawm dab mlom. Leejtwg paub tias Vajtswv yuav tsis cia nej mus raws tej kev dag ntxias uas nej hlub? Leejtwg paub tias tej tug xibhwb uas ncaj ncees, ruaj khov, thiab tseeb tiag tej zaum yuav yog cov kawg uas yuav tshaj tawm txoj moo zoo ntawm txojkev thaj yeeb rau peb tej pawg ntseeg uas tsis ua tsaug? Tej zaum cov neeg rhuav tshem twb raug cob qhia lawm nyob hauv Xatas txhais tes thiab tsuas yog tos kom ob peb tug ntxiv ntawm cov tuav chij tawm mus, ces lawv yuav los sawv lawv chaw, thiab nrog tus yaj saub cuav lub suab qw hais tias, ‘Kev thaj yeeb, kev thaj yeeb,’ thaum tus Tswv tsis tau hais txog kev thaj yeeb li. Kuv tsis tshua quaj li, tiam sis nimno kuv pom tias kuv ob lub qhov muag plooj ntais vim kua muag; lawv tabtom ntog saum kuv daim ntawv thaum kuv sau. Tej zaum tsis ntev no txhua yam kev cev lus faj lem hauv peb nruab nrab yuav xaus tas, thiab lub suab uas tau ua rau cov neeg sawv tsees yuav tsis muaj ntxiv los cuam tshuam lawv tej kev tsaug zog ntawm cev nqaij daim tawv.”</w:t>
      </w:r>
    </w:p>
    <w:p>
      <w:pPr>
        <w:pStyle w:val="ArticleScripture"/>
        <w:jc w:val="left"/>
      </w:pPr>
      <w:r>
        <w:rPr>
          <w:rFonts w:ascii="Times New Roman" w:hAnsi="Times New Roman" w:eastAsia="Times New Roman" w:cs="Times New Roman"/>
        </w:rPr>
        <w:t>“Thaum Vajtswv yuav ua Nws tes haujlwm txawv txawv saum npoo ntiajteb no, thaum txhais tes dawb huv tsis ris lub phij xab cog lus ntxiv lawm, kev txom nyem yuav los rau saum cov neeg. Au, yog tias koj twb tau paub lawm, yeej yog koj thiab, nyob rau hnub no uas yog koj hnub, tej yam uas yog rau koj txoj kev thaj yeeb! Au, thov kom peb haiv neeg, ib yam li Nineveh tau ua, hloov siab lees txim kawg lawv lub zog thiab ntseeg kawg lawv lub siab, xwv kom Vajtswv tig Nws txoj kev npau taws kub lug kom deb ntawm lawv.” Testimonies, volume 5, 77.</w:t>
      </w:r>
    </w:p>
    <w:p>
      <w:pPr>
        <w:pStyle w:val="ArticleScripture"/>
        <w:jc w:val="left"/>
      </w:pPr>
      <w:r>
        <w:rPr>
          <w:rFonts w:ascii="Times New Roman" w:hAnsi="Times New Roman" w:eastAsia="Times New Roman" w:cs="Times New Roman"/>
        </w:rPr>
        <w:t>“Yog nej ua raws li lub siab tawv ncauj, thiab vim kev khav theeb thiab kev xav tias koj tus kheej ncaj ncees thiaj tsis lees txim txog koj tej kev yuam kev, ces koj yuav raug tso cia nyob hauv Xatas tej kev ntxias. Yog thaum tus Tswv qhia tawm koj tej kev ua yuam kev los koj tsis hloov siab lees txim los sis tsis qhib ncauj lees, nws txoj kev saib xyuas yuav coj koj rov hla tib thaj av ntawd ib zaug dhau ib zaug ntxiv. Koj yuav raug tso cia kom ua yuam kev uas muaj tus cwj pwm zoo ib yam, koj yuav tseem tsis muaj tswvyim, thiab yuav hu txoj kev txhaum tias yog kev ncaj ncees, thiab hu kev ncaj ncees tias yog kev txhaum. Cov kev dag ntxias coob kawg uas yuav kav nyob rau hauv cov hnub kawg no yuav muab koj</w:t>
      </w:r>
      <w:r>
        <w:rPr>
          <w:rFonts w:ascii="Microsoft YaHei" w:hAnsi="Microsoft YaHei" w:eastAsia="Microsoft YaHei" w:cs="Microsoft YaHei"/>
        </w:rPr>
        <w:t>包围</w:t>
      </w:r>
      <w:r>
        <w:rPr>
          <w:rFonts w:ascii="Times New Roman" w:hAnsi="Times New Roman" w:eastAsia="Times New Roman" w:cs="Times New Roman"/>
        </w:rPr>
        <w:t>, thiab koj yuav hloov thawj coj, los koj yuav tsis paub tias koj twb tau ua li ntawd lawm.”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Lub Koom Txoos Xya-Hnub Kevcai Hnub Xanpataus hauv Laudikias—Tus Naj Npawb Peb</dc:title>
  <dc:subject>Ib Lub Vaj Txiv Hmab Caw Liab</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