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Yau-ees thiab Pawg Ntseeg Xya-Hnub Khixatia Lub Sijhawm Laodikea - Zaj Tsib</w:t>
      </w:r>
    </w:p>
    <w:p>
      <w:pPr>
        <w:pStyle w:val="ArticleSubtitle"/>
        <w:jc w:val="left"/>
      </w:pPr>
      <w:r>
        <w:rPr>
          <w:rFonts w:ascii="Arial" w:hAnsi="Arial" w:eastAsia="Arial" w:cs="Arial"/>
        </w:rPr>
        <w:t>Ntev Li Cas Ntev Npaum Li Cas? Lub Foob Tsib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Body"/>
        <w:jc w:val="left"/>
      </w:pPr>
      <w:r>
        <w:rPr>
          <w:rFonts w:ascii="Times New Roman" w:hAnsi="Times New Roman" w:eastAsia="Times New Roman" w:cs="Times New Roman"/>
        </w:rPr>
        <w:t>Thaum “qhov kaj rau lub sij hawm ntawd raug muab tawm” los lawm, ces yuav yog “tau txais” lossis “raug tsis lees txais.” Txoj kev cais uas raug ua tiav thaum coj qhov kaj los nthuav tawm ntawd yog tes hauj lwm ntawm txoj moo zoo uas nyob mus ib txhis, uas tsis yog tsuas muaj kev muab foob rau Vajtswv haiv neeg xwb, tiam sis kuj muaj kev cais cov nplej thiab cov txhauv nroj. Txoj kev sim siab zaum kawg thiab txheej txheem kev cais pib thaum 9/11, thaum lo lus nug cev lus faj lem nug tias, “ntev li cas?” thiab lo lus teb cev lus faj lem yog, “mus txog rau txoj cai Hnub Caiv.” Zaug kawg uas muaj kev hais txog lub cim ntawm “ntev li cas” raug pom nyob rau hauv daim foob thib tsib hauv phau Ntawv Qhia Tshwm.</w:t>
      </w:r>
    </w:p>
    <w:p>
      <w:pPr>
        <w:pStyle w:val="ArticleScripture"/>
        <w:jc w:val="left"/>
      </w:pPr>
      <w:r>
        <w:rPr>
          <w:rFonts w:ascii="Times New Roman" w:hAnsi="Times New Roman" w:eastAsia="Times New Roman" w:cs="Times New Roman"/>
        </w:rPr>
        <w:t>Thaum Nws tau qhib lub cim thib tsib, kuv pom hauv qab lub thaj txi Ntuj tej ntsuj plig ntawm cov uas raug tua vim yog Vajtswv Txojlus thiab vim yog zaj lus tim khawv uas lawv tuav rawv cia. Thiab lawv tau qw nrov nrov hais tias, Au tus Tswv, tus dawb huv thiab tus tseeb, yuav ntev npaum li cas ntxiv uas Koj tseem tsis txiav txim thiab pauj peb cov ntshav rau cov uas nyob hauv ntiajteb?</w:t>
      </w:r>
    </w:p>
    <w:p>
      <w:pPr>
        <w:pStyle w:val="ArticleScripture"/>
        <w:jc w:val="left"/>
      </w:pPr>
      <w:r>
        <w:rPr>
          <w:rFonts w:ascii="Times New Roman" w:hAnsi="Times New Roman" w:eastAsia="Times New Roman" w:cs="Times New Roman"/>
        </w:rPr>
        <w:t>Thiab muab tsho dawb rau txhua tus ntawm lawv; thiab tau hais rau lawv tias lawv yuav tsum so ib ntus ntxiv me ntsis, mus txog thaum lawv cov kwvtij qhev ua ke nrog lawv thiab lawv cov kwvtij, cov uas yuav raug tua ib yam li lawv raug, yuav ua kom puv tiav. Qhia Tshwm 6:9–11.</w:t>
      </w:r>
    </w:p>
    <w:p>
      <w:pPr>
        <w:pStyle w:val="ArticleBody"/>
        <w:jc w:val="left"/>
      </w:pPr>
      <w:r>
        <w:rPr>
          <w:rFonts w:ascii="Times New Roman" w:hAnsi="Times New Roman" w:eastAsia="Times New Roman" w:cs="Times New Roman"/>
        </w:rPr>
        <w:t>Kev tshoov siab muab lo lus teb rau lo lus nug “ntev npaum li cas” uas raug nug los ntawm “cov ntsuj plig ntawm cov uas raug tua lawm” tso rau yav tom ntej, thaum ib pab thib ob ntawm cov tim khawv tuag rau txoj kev ntseeg uas raug papacy tua raug ua kom puv. Qhov ntawd pib thaum txoj cai hnub Sunday, thiab vim li no Tij Laug Dawb qhia Tshwmsim tshooj kaum yim tias yog qhov ua tiav ntawm pab thib ob ntawm cov tim khawv tuag ntawd. Muaj ob “lub suab” hauv thawj tsib nqe; lub suab thawj qhia txog 9/11 thiab lub suab thib ob hu cov txivneej thiab cov pojniam tawm hauv Npanpiloo thaum txoj cai hnub Sunday. Tij Laug Dawb qhia tias lub cim ntawm “ntev npaum li cas” hauv daim ntawv foob thib tsib txuas nrog thawj tsib nqe ntawm Tshwmsim tshooj kaum yim kom nthuav qhia txij 9/11 mus txog txoj cai hnub Sunday. Lub ntsiab tsis yog hais txog kev cais tawm thiab kev muab Vajtswv haiv neeg kaw cim, tiamsis yog hais txog kev txiav txim rau papacy vim tua cov tim khawv tuag ntawm keeb kwm yav tag los thiab cov tim khawv tuag ntawd thaum lub sijhawm kev kub ntxhov ntawm txoj cai hnub Sunday, uas ua kom tiav pab thib ob ntawm cov tim khawv tuag uas raug papacy tua.</w:t>
      </w:r>
    </w:p>
    <w:p>
      <w:pPr>
        <w:pStyle w:val="ArticleScripture"/>
        <w:jc w:val="left"/>
      </w:pPr>
      <w:r>
        <w:rPr>
          <w:rFonts w:ascii="Times New Roman" w:hAnsi="Times New Roman" w:eastAsia="Times New Roman" w:cs="Times New Roman"/>
        </w:rPr>
        <w:t>“Thaum qhib lub cim thib tsib, Yauhas tus uas tau txais kev tshwm sim, hauv qhov yog toog pom, tau pom hauv qab lub thaj txi Ntuj pab pawg neeg uas raug tua vim yog Lo Lus ntawm Vajtswv thiab vim yog zaj lus tim khawv txog Yexus Khetos. Tom qab no mam los txog cov xwm txheej uas tau piav nyob rau hauv Tshwmsim tshooj kaum yim, thaum cov uas ncaj ncees thiab tseeb raug hu kom tawm hauv Npanpiloos los. [Tshwmsim 18:1–5, quoted.]” Manuscript Releases, volume 20, 14.</w:t>
      </w:r>
    </w:p>
    <w:p>
      <w:pPr>
        <w:pStyle w:val="ArticleBody"/>
        <w:jc w:val="left"/>
      </w:pPr>
      <w:r>
        <w:rPr>
          <w:rFonts w:ascii="Times New Roman" w:hAnsi="Times New Roman" w:eastAsia="Times New Roman" w:cs="Times New Roman"/>
        </w:rPr>
        <w:t>Hauv rau hauv lwm nqe lus uas nws qhia tias cov tim khawv tuag rau txojkev ntseeg ntawm lub cim thib tsib thiab pawg tim khawv tuag rau txojkev ntseeg yav tom ntej, uas raug tsim kom tiav nyob rau hauv kev kub ntxhov ntawm Sunday law, nws hais tias cov xwm txheej ntawd “yuav nyob rau hauv ib ntu sijhawm yav tom ntej.” Ob lub suab ntawm Qhia Tshwm kaum yim sawv cev rau “ib ntu sijhawm yav tom ntej.” Lub suab thawj zaug thaum pib ntawm 9/11 thiab lub suab thib ob ntawm Sunday law</w:t>
      </w:r>
    </w:p>
    <w:p>
      <w:pPr>
        <w:pStyle w:val="ArticleScripture"/>
        <w:jc w:val="left"/>
      </w:pPr>
      <w:r>
        <w:rPr>
          <w:rFonts w:ascii="Times New Roman" w:hAnsi="Times New Roman" w:eastAsia="Times New Roman" w:cs="Times New Roman"/>
        </w:rPr>
        <w:t>“‘Thiab thaum Nws tau qhib lub cim thib tsib lawm, kuv pom nyob hauv qab lub thaj txi Ntuj cov ntsuj plig ntawm cov uas raug tua vim lo lus ntawm Vajtswv, thiab vim zaj lus tim khawv uas lawv tau tuav cia: thiab lawv qw nrov nrov hais tias, Au tus Tswv, tus Dawb Huv thiab tus Tseeb, yuav ntev npaum li cas ntxiv uas Koj tseem tsis txiav txim thiab pauj peb cov ntshav rau saum cov uas nyob hauv ntiajteb? Thiab tau muab tej tsho ntev dawb rau lawv txhua tus [Lawv raug tshaj tawm tias dawb huv thiab huv si]; thiab tau hais rau lawv tias, lawv yuav tsum tau so ib ntus ntxiv, mus txog thaum lawv cov qhev nrog lawv thiab lawv cov kwvtij, cov uas yuav raug tua ib yam li lawv, yuav tiav txhij’ [Revelation 6:9–11]. Ntawm no yog tej xwm txheej uas tau muab qhia rau Yauhas pom, tsis yog yam uas twb muaj tiag thaum ntawd, tiam sis yog yam uas yuav muaj nyob rau ib ntus sijhawm tom ntej.”</w:t>
      </w:r>
    </w:p>
    <w:p>
      <w:pPr>
        <w:pStyle w:val="ArticleScripture"/>
        <w:jc w:val="left"/>
      </w:pPr>
      <w:r>
        <w:rPr>
          <w:rFonts w:ascii="Times New Roman" w:hAnsi="Times New Roman" w:eastAsia="Times New Roman" w:cs="Times New Roman"/>
        </w:rPr>
        <w:t>“Qhia Tshwm Sim 8:1–4 tau raug muab hais tawm.” Manuscript Releases, volume 20, 197.</w:t>
      </w:r>
    </w:p>
    <w:p>
      <w:pPr>
        <w:pStyle w:val="ArticleBody"/>
        <w:jc w:val="left"/>
      </w:pPr>
      <w:r>
        <w:rPr>
          <w:rFonts w:ascii="Times New Roman" w:hAnsi="Times New Roman" w:eastAsia="Times New Roman" w:cs="Times New Roman"/>
        </w:rPr>
        <w:t>Muam White txuas txoj kev tiav ntawm kev tsim tsa pawg tim khawv tuag rau pawg thib ob rau yav tom ntej, thiab hauv lwm nqe lus ntawd nws hais tawm Tshwmsim 18:1–5, uas qhia txog ib lub suab nyob hauv peb nqe thawj thiab lwm lub suab nyob hauv nqe plaub thiab nqe tsib. Lub suab thawj cim txog 9/11 thaum tej vaj tse loj hauv New York poob los, thiab lub suab thib ob yog txoj cai Hnub Caiv thaum Vajtswv hu Nws lwm pab yaj tawm hauv Npanpiloo. Hauv nqe lus thib ob ntawd nws hais txog Tshwmsim tshooj yim thiab plaub nqe thawj, uas qhia txog kev qhib lub foob xya, thaum tej thee ntawm lub thaj raug pov los rau lub ntiaj teb, uas sib haum nrog Hnub Peetekos, thaum hluav taws nqes saum ntuj los thiab ci ntsa iab rau saum cov thwjtim, ib yam li Eliyas kaum ob lub pob zeb tau raug ci ntsa iab, thiab raws li tus sawv cev los ntawm tej nplaig hluav taws saum cov thwjtim.</w:t>
      </w:r>
    </w:p>
    <w:p>
      <w:pPr>
        <w:pStyle w:val="ArticleHeading"/>
        <w:jc w:val="left"/>
      </w:pPr>
      <w:r>
        <w:rPr>
          <w:rFonts w:ascii="Arial" w:hAnsi="Arial" w:eastAsia="Arial" w:cs="Arial"/>
        </w:rPr>
        <w:t>Ntev Ntev Li Cas? Xakhaliyas &amp; Yauhas</w:t>
      </w:r>
    </w:p>
    <w:p>
      <w:pPr>
        <w:pStyle w:val="ArticleBody"/>
        <w:jc w:val="left"/>
      </w:pPr>
      <w:r>
        <w:rPr>
          <w:rFonts w:ascii="Times New Roman" w:hAnsi="Times New Roman" w:eastAsia="Times New Roman" w:cs="Times New Roman"/>
        </w:rPr>
        <w:t>Ntev ntev npaum li cas yog ib lub cim yaj saub ntawm lub sij hawm txij hnub 9/11 mus txog rau txoj cai hnub Sunday, uas twb raug ua hom piv txwv tseg rau hauv zaj keeb kwm ntawm Roob Carmel, hauv keeb kwm ntawm cov Millerites txij xyoo 1840 mus txog 1844, hauv keeb kwm ntawm Mauxes txij kab mob phem zaum yim mus txog zaum kaum, hauv zaj tim khawv ntawm cov tuag ua tim khawv ntawm lub cim thib tsib, thiab hauv Xakhaliyas lo lus nug raug nug tias “ntev npaum li cas” mam li txog thaum Vajtswv yuav muaj txoj kev khuv leej rau Yeluxalees uas tau nyob hauv Npanpiloo tau xya caum xyoo.</w:t>
      </w:r>
    </w:p>
    <w:p>
      <w:pPr>
        <w:pStyle w:val="ArticleScripture"/>
        <w:jc w:val="left"/>
      </w:pPr>
      <w:r>
        <w:rPr>
          <w:rFonts w:ascii="Times New Roman" w:hAnsi="Times New Roman" w:eastAsia="Times New Roman" w:cs="Times New Roman"/>
        </w:rPr>
        <w:t>Ces tus tim tswv ntawm tus Tswv thiaj teb hais tias, Au tus Tswv uas kav tej pab tub rog, koj yuav tsis khuv leej lub nroog Yeluxalees thiab tej nroog hauv Yudas, uas koj tau chim rau no tau xya caum xyoo ntev li cas lawm?</w:t>
      </w:r>
    </w:p>
    <w:p>
      <w:pPr>
        <w:pStyle w:val="ArticleScripture"/>
        <w:jc w:val="left"/>
      </w:pPr>
      <w:r>
        <w:rPr>
          <w:rFonts w:ascii="Times New Roman" w:hAnsi="Times New Roman" w:eastAsia="Times New Roman" w:cs="Times New Roman"/>
        </w:rPr>
        <w:t>Thiab tus Tswv teb tus timtswv uas hais lus nrog kuv nrog tej lus zoo thiab tej lus txhawb siab.</w:t>
      </w:r>
    </w:p>
    <w:p>
      <w:pPr>
        <w:pStyle w:val="ArticleScripture"/>
        <w:jc w:val="left"/>
      </w:pPr>
      <w:r>
        <w:rPr>
          <w:rFonts w:ascii="Times New Roman" w:hAnsi="Times New Roman" w:eastAsia="Times New Roman" w:cs="Times New Roman"/>
        </w:rPr>
        <w:t>Ces tus tim tswv uas nrog kuv hais lus thiaj hais rau kuv tias, Koj cia li qw hais tias, Vajtswv tus Tswv ntawm txhua pab tub rog hais li no; Kuv khib heev rau Yeluxalees thiab rau Xi-oos nrog txoj kev khib loj kawg. Thiab kuv chim hnyav heev rau cov haiv neeg txawv teb chaws uas nyob kaj siab lug; rau qhov kuv tsuas chim me ntsis xwb, los lawv hajyam pab txhawb kom txoj kev txom nyem loj ntxiv. Yog li ntawd Vajtswv hais li no; Kuv tau rov qab los rau Yeluxalees nrog txoj kev hlub tshua: kuv lub tsev yuav raug tsa nyob hauv nws, Vajtswv tus Tswv ntawm txhua pab tub rog hais li ntawd, thiab yuav rub txoj hlua ntsuas hla saum Yeluxalees. Koj tseem cia li qw hais tias, Vajtswv tus Tswv ntawm txhua pab tub rog hais li no; Kuv tej nroog, vim txoj kev vam meej, yuav tseem nthuav dav mus ntxiv; thiab Vajtswv yuav tseem nplij Xi-oos, thiab yuav tseem xaiv Yeluxalees. Xakhaliyas 1:12–17.</w:t>
      </w:r>
    </w:p>
    <w:p>
      <w:pPr>
        <w:pStyle w:val="ArticleBody"/>
        <w:jc w:val="left"/>
      </w:pPr>
      <w:r>
        <w:rPr>
          <w:rFonts w:ascii="Times New Roman" w:hAnsi="Times New Roman" w:eastAsia="Times New Roman" w:cs="Times New Roman"/>
        </w:rPr>
        <w:t>Muam Dawb ncaj qha muab Xakhaliyas lo lus “xya caum xyoo” (seventy years), uas cov Yixayee qub tiag tiag raug nyob hauv kev qhev rau Npanpiloo tiag tiag, los phim rau ib txhiab ob puas rau caum xyoo txij xyoo 538 mus txog 1798 uas Yixayee sab ntsuj plig (cov Khixatia) raug nyob hauv kev qhev rau Npanpiloo sab ntsuj plig (Roman Catholicism).</w:t>
      </w:r>
    </w:p>
    <w:p>
      <w:pPr>
        <w:pStyle w:val="ArticleScripture"/>
        <w:jc w:val="left"/>
      </w:pPr>
      <w:r>
        <w:rPr>
          <w:rFonts w:ascii="Times New Roman" w:hAnsi="Times New Roman" w:eastAsia="Times New Roman" w:cs="Times New Roman"/>
        </w:rPr>
        <w:t>“Vajtswv lub koom txoos saum npoo ntiajteb kuj tau raug kaw ua qhev tiag tiag nyob rau lub sijhawm ntev no ntawm kev tsimtxom tsis tseg, ib yam li cov menyuam Yixayee raug kaw ua qhev nyob hauv Npanpiloos thaum lub sijhawm raug ntiab mus nyob txawv tebchaws.” Prophets and Kings, 714.</w:t>
      </w:r>
    </w:p>
    <w:p>
      <w:pPr>
        <w:pStyle w:val="ArticleBody"/>
        <w:jc w:val="left"/>
      </w:pPr>
      <w:r>
        <w:rPr>
          <w:rFonts w:ascii="Times New Roman" w:hAnsi="Times New Roman" w:eastAsia="Times New Roman" w:cs="Times New Roman"/>
        </w:rPr>
        <w:t>Xyoo 1798, thaum kawg ntawm ib txhiab ob puas rau caum xyoo, thawj ntawm peb tsab xov uas raug sawv cev ua cov tim tswv hauv Tshwmsim tshooj kaum plaub tau tuaj txog. Tsab xov thib ob tau tuaj txog rau lub Plaub Hlis 19, 1844, thiab tsab xov thib peb rau lub Kaum Hlis 22, 1844. Keeb kwm uas raug cim los ntawm lo lus nug tias, “ntev li cas,” yog txij 9/11 mus txog rau txoj cai hnub Sunday, thiab lub sijhawm ntawd tau raug ua qauv qhia ua ntej hauv qhov pib ntawm Adventism hauv Millerite kev txav txij lub Yim Hli 11, 1840 mus txog lub Kaum Hlis 22, 1844. Lub sijhawm ntawd raug piav qhia raws li cim hauv Yauhas tus uas txais Tshwmsim hauv tshooj kaum thaum Yauhas noj phau ntawv me uas qab zib hauv nws lub qhov ncauj, tiam sis iab hauv nws plab.</w:t>
      </w:r>
    </w:p>
    <w:p>
      <w:pPr>
        <w:pStyle w:val="ArticleScripture"/>
        <w:jc w:val="left"/>
      </w:pPr>
      <w:r>
        <w:rPr>
          <w:rFonts w:ascii="Times New Roman" w:hAnsi="Times New Roman" w:eastAsia="Times New Roman" w:cs="Times New Roman"/>
        </w:rPr>
        <w:t>Thiab lub suab uas kuv tau hnov los saum ntuj ceeb tsheej rov hais dua rau kuv, thiab hais tias, Mus coj phau ntawv me uas qhib lawm hauv tes tus tim tswv uas sawv saum hiav txwv thiab saum lub ntiajteb. Thiab kuv mus cuag tus tim tswv, thiab hais rau nws tias, Muab phau ntawv me rau kuv. Thiab nws hais rau kuv tias, Cia li coj nws, thiab noj kom tag; ces nws yuav ua rau koj lub plab iab, tiam sis hauv koj lub qhov ncauj nws yuav qab zib zoo li zib ntab. Thiab kuv tau coj phau ntawv me tawm hauv tes tus tim tswv, thiab noj nws tag; thiab hauv kuv lub qhov ncauj nws qab zib zoo li zib ntab; thiab thaum kuv nyuam qhuav noj nws tag, kuv lub plab txawm iab.</w:t>
      </w:r>
    </w:p>
    <w:p>
      <w:pPr>
        <w:pStyle w:val="ArticleScripture"/>
        <w:jc w:val="left"/>
      </w:pPr>
      <w:r>
        <w:rPr>
          <w:rFonts w:ascii="Times New Roman" w:hAnsi="Times New Roman" w:eastAsia="Times New Roman" w:cs="Times New Roman"/>
        </w:rPr>
        <w:t>Thiab nws hais rau kuv tias, Koj yuav tsum rov hais tej lus faj lem dua ib zaug ntxiv rau ntawm ntau haiv neeg, thiab ntau lub teb chaws, thiab ntau yam lus, thiab ntau tus vajntxwv. Qhia Tshwm 10:8–11.</w:t>
      </w:r>
    </w:p>
    <w:p>
      <w:pPr>
        <w:pStyle w:val="ArticleBody"/>
        <w:jc w:val="left"/>
      </w:pPr>
      <w:r>
        <w:rPr>
          <w:rFonts w:ascii="Times New Roman" w:hAnsi="Times New Roman" w:eastAsia="Times New Roman" w:cs="Times New Roman"/>
        </w:rPr>
        <w:t>Zaj keeb kwm uas Yauhas tab tom piav qhia ntawd raug sawv cev los ntawm phau ntawv uas tau noj, rau qhov kev noj ntawd sawv cev rau cov Millerites uas los nkag siab txog txoj xov thiab lawv txoj kev paub hauv kev tshaj tawm txoj xov ntawd. Yog li ntawd, thaum Yauhas raug hais tam sim ntawd tom qab uas zaj keeb kwm ntawd raug nthuav tawm tias Yauhas yuav tsum cev Vajtswv lus dua, ces qhov kev cev Vajtswv lus uas raug qhia tawm ntawd yog zaj keeb kwm txij xyoo 1840 mus txog 1844. Yauhas raug hais tias keeb kwm Millerite txij xyoo 1840 mus txog 1844 raug rov ua dua hauv keeb kwm ntawm lub sijhawm kawg ntawm Adventism. Thaum kiag uas Yauhas raug hais tias nws yuav tsum cev Vajtswv lus dua, nws kuj raug hais kom ntsuas lub tuam tsev.</w:t>
      </w:r>
    </w:p>
    <w:p>
      <w:pPr>
        <w:pStyle w:val="ArticleScripture"/>
        <w:jc w:val="left"/>
      </w:pPr>
      <w:r>
        <w:rPr>
          <w:rFonts w:ascii="Times New Roman" w:hAnsi="Times New Roman" w:eastAsia="Times New Roman" w:cs="Times New Roman"/>
        </w:rPr>
        <w:t>Thiab kuv tau txais ib tug pas nrig zoo li ib tug qws; thiab tus tim tswv sawv, hais tias, Cia li sawv tsees, thiab ntsuas Vajtswv lub tuam tsev, thiab lub thaj txi Ntuj, thiab cov uas pe hawm nyob hauv ntawd. Tiamsis lub tshav puam uas nyob sab nraud ntawm lub tuam tsev cia tseg tsis txhob ntsuas; rau qhov twb muab rau Lwm Haiv Neeg lawm: thiab lawv yuav tsuj lub nroog dawb huv rau hauv qab ko taw tau plaub caug ob lub hlis. Tshwmsim 11:1, 2.</w:t>
      </w:r>
    </w:p>
    <w:p>
      <w:pPr>
        <w:pStyle w:val="ArticleBody"/>
        <w:jc w:val="left"/>
      </w:pPr>
      <w:r>
        <w:rPr>
          <w:rFonts w:ascii="Times New Roman" w:hAnsi="Times New Roman" w:eastAsia="Times New Roman" w:cs="Times New Roman"/>
        </w:rPr>
        <w:t>Tes hauj lwm uas tau muab rau Adventism tom qab hnub tim Kaum Hli 22, 1844, Yauhas tau sawv cev nws ua qhov ntsuas lossis txhim tsa lub tuam tsev, raws li txoj kev cog lus uas tau hais tseg hauv Xekhaliyas tias “ib txoj hlua ntsuas yuav rov rub tawm saum Yeluxalees”—rau qhov tus Tswv yuav “tseem xaiv Yeluxalees.” Keeb kwm uas tau sawv cev thaum pib ntawm Adventism nrog Filadefias txoj kev txav ntawm Millerite Adventism, rov tshwm dua thaum xaus ntawm Adventism nrog Filadefias txoj kev txav ntawm ib puas plaub caug plaub txhiab leej. Thaum muaj kev poob siab loj ntawm hnub tim Kaum Hli 22, 1844, ib ntu sijhawm, uas tau sawv cev tias yog “hnub nyoog ntawm lub suab ntawm tus tim tswv xya,” tau pib.</w:t>
      </w:r>
    </w:p>
    <w:p>
      <w:pPr>
        <w:pStyle w:val="ArticleScripture"/>
        <w:jc w:val="left"/>
      </w:pPr>
      <w:r>
        <w:rPr>
          <w:rFonts w:ascii="Times New Roman" w:hAnsi="Times New Roman" w:eastAsia="Times New Roman" w:cs="Times New Roman"/>
        </w:rPr>
        <w:t>Tiamsis nyob rau hauv tej hnub uas lub suab ntawm tus timtswv xya, thaum nws yuav pib tshuab raj, qhov tsis pub leejtwg paub ntawm Vajtswv yuav raug ua kom tiav, raws li Nws tau tshaj tawm rau Nws cov tub qhe uas yog cov yaj saub. Qhia Tshwm 10:7.</w:t>
      </w:r>
    </w:p>
    <w:p>
      <w:pPr>
        <w:pStyle w:val="ArticleBody"/>
        <w:jc w:val="left"/>
      </w:pPr>
      <w:r>
        <w:rPr>
          <w:rFonts w:ascii="Times New Roman" w:hAnsi="Times New Roman" w:eastAsia="Times New Roman" w:cs="Times New Roman"/>
        </w:rPr>
        <w:t>Cov lus no tau qab zib rau cov Millerites thaum txoj lus faj lem txog lub sijhawm Islamic ntawm kev txom nyem zaum ob tau tiav raws nraim li cov Millerites tau twv ua ntej txog hnub tim 11 Lub Yim Hli, 1840. Cov lus ntawd tig mus ua iab hauv plab thaum muaj kev chim siab loj rau hnub tim 22 Lub Kaum Hli, 1844. Thaum Yauhas nyuam qhuav ua tiav kev piav qhia txog keeb kwm ntawm 1840 mus txog 1844, nws raug qhia tias nws yuav tsum ua tib yam nkaus ntawd (hais lus faj lem) dua ib zaug ntxiv. Tom qab ntawd nws raug hais kom ntsuas Yeluxalees, thiab thaum nws ua li ntawd nws tab tom koom raws li Xakhaliyas txoj lus faj lem hais txog tus Tswv xaiv Yeluxalees. Txij hnub tim 22 Lub Kaum Hli, 1844 mus lawm tom ntej no, keeb kwm lus faj lem raug sawv cev ua “hnub ntawm suab ntawm tus tim tswv xya.” Cov “hnub” ntawm txoj xov (suab) ntawm tus tim tswv xya (kev txom nyem zaum peb) sawv cev rau ib ntus sijhawm uas Khetos txoj kev ua Vajtswv yuav raug koom ruaj khov mus ib txhis nrog tib neeg, uas yog cov uas yuav los ua ib puas plaub caug plaub txhiab leej. Tes haujlwm ntawd raug ncua los ntawm kev ntxeev siab xyoo 1863, thiab rau 9/11 suab nrov ntawm tus tim tswv xya (kev txom nyem zaum peb) tau pib nrov dua ib zaug ntxiv.</w:t>
      </w:r>
    </w:p>
    <w:p>
      <w:pPr>
        <w:pStyle w:val="ArticleBody"/>
        <w:jc w:val="left"/>
      </w:pPr>
      <w:r>
        <w:rPr>
          <w:rFonts w:ascii="Times New Roman" w:hAnsi="Times New Roman" w:eastAsia="Times New Roman" w:cs="Times New Roman"/>
        </w:rPr>
        <w:t>Hauv keeb kwm dawb huv tus Tswv tau xaiv Yeluxalees los tso Nws lub npe rau qhov ntawd, thiab Nws lub “npe” yog Nws tus cwj pwm. Xakhaliyas hais txog Yeluxalees thiab Xi-oos thaum nws hais tias, “Kuv khib rau Yeluxalees thiab rau Xi-oos nrog kev khib loj heev,” thiab tom qab ntawd hais tias, “tus Tswv yuav tseem nplig Xi-oos, thiab yuav tseem xaiv Yeluxalees.” Xi-oos raug nplig thaum nws txais tus Vaj Ntsuj Plig Dawb Huv uas yog tus “Nplig Siab.” Kev nplij ntawm tus Vaj Ntsuj Plig Dawb Huv tau pib rau 9/11 raws li Khetos tshuab pa rau saum cov thwjtim tom qab Nws nqis los ntawm kev mus ntsib Leej Txiv tom qab Nws sawv hauv qhov tuag rov los. Kev tshwm sim ntawm tus Vaj Ntsuj Plig Dawb Huv tau loj hlob ntau heev rau hnub Peetekos. Lub caij ntawd tau pib nrog thawj cov txiv hmab txiv ntoo fij uas raug tsa sawv rov los, thiab nws xaus nrog thawj cov txiv hmab txiv ntoo fij ntawm Peetekos, thaum ntawd tag nrho lub ntiaj teb thiaj hnov txoj xov ntawd.</w:t>
      </w:r>
    </w:p>
    <w:p>
      <w:pPr>
        <w:pStyle w:val="ArticleScripture"/>
        <w:jc w:val="left"/>
      </w:pPr>
      <w:r>
        <w:rPr>
          <w:rFonts w:ascii="Times New Roman" w:hAnsi="Times New Roman" w:eastAsia="Times New Roman" w:cs="Times New Roman"/>
        </w:rPr>
        <w:t>Nej nej kuv haiv neeg, nej nej kuv haiv neeg, nej tus Vajtswv hais li ntawd. Hais lus nplij siab rau Yeluxalees, thiab qw rau nws tias, nws txoj kev ua rog twb tiav lawm, nws txoj kev tsis ncaj twb raug zam txim lawm: rau qhov nws tau txais ob npaug ntawm tus Tswv txhais tes vim tag nrho nws tej kev txhaum. Yaxayas 41:1, 2.</w:t>
      </w:r>
    </w:p>
    <w:p>
      <w:pPr>
        <w:pStyle w:val="ArticleBody"/>
        <w:jc w:val="left"/>
      </w:pPr>
      <w:r>
        <w:rPr>
          <w:rFonts w:ascii="Times New Roman" w:hAnsi="Times New Roman" w:eastAsia="Times New Roman" w:cs="Times New Roman"/>
        </w:rPr>
        <w:t>Ib puas txhiab plaub caug plaub txhiab leej raug muab khi thaum “lawv txoj kev tsis ncaj raug zam txim.” Qhov no tshwm sim tam sim ua ntej txoj cai Hnub Caiv thaum lawv raug tsa nce ua thawj txiv ntawm Pentekos, tib lub sijhawm tau txais kev nchuav tawm ntawm Vaj Ntsuj Plig Dawb Huv yam tsis muaj kev txwv, ib yam li cov thwjtim tau ua tus qauv qhia tseg hauv hnub Pentekos. Txoj kev txau nag uas pib thaum 9/11 hloov los ua kev nchuav tawm puv npo thaum txog txoj cai Hnub Caiv. Hauv zaj keeb kwm ntawd, txij thawj txiv fij ntawm 9/11 mus txog thawj txiv fij ntawm txoj cai Hnub Caiv—thaum ib puas txhiab plaub caug plaub txhiab leej raug khi thiab raug npaj ua ib qho khoom fij kom raug tsa nce ua ib tug chij txij txoj cai Hnub Caiv mus txog rau thaum lub sijhawm txiav txim siab kaw. Zaj keeb kwm ntawd raug sawv cev los ntawm thawj peb nqe ntawm Tshwmsim kaum yim uas tshaj tawm txog Npanpiloo txoj kev poob, uas yog lub cim hauv phau Vajlugkub sawv cev rau ib “kev ua ob npaug.”</w:t>
      </w:r>
    </w:p>
    <w:p>
      <w:pPr>
        <w:pStyle w:val="ArticleScripture"/>
        <w:jc w:val="left"/>
      </w:pPr>
      <w:r>
        <w:rPr>
          <w:rFonts w:ascii="Times New Roman" w:hAnsi="Times New Roman" w:eastAsia="Times New Roman" w:cs="Times New Roman"/>
        </w:rPr>
        <w:t>Tom qab tej no lawm kuv thiaj pom dua ib tug tim tswv nqes saum ntuj los, muaj hwjchim loj kawg; thiab lub ntiajteb ci ntsa iab vim nws lub yeeb koob. Thiab nws quaj nrov nrov nrog ib lub suab muaj zog, hais tias, Npanpiloo tus loj tau poob lawm, tau poob lawm, thiab tau dhau los ua chaw nyob ntawm dab phem, thiab yog chaw khaws txhua yam ntsujplig qias tsis huv, thiab yog tawb ntawm txhua yam noog qias tsis huv thiab ntxim ntxub. Rau qhov txhua haivneeg twb tau haus cawv txiv hmab ntawm txoj kev chim vim nws txoj kev ua nkauj ua nraug, thiab cov vajntxwv hauv ntiajteb twb tau ua nkauj ua nraug nrog nws, thiab cov tub lag tub luam hauv ntiajteb twb tau nplua nuj los ntawm nws tej kev lom zem nplua mias. Qhia Tshwm 18:1–3.</w:t>
      </w:r>
    </w:p>
    <w:p>
      <w:pPr>
        <w:pStyle w:val="ArticleBody"/>
        <w:jc w:val="left"/>
      </w:pPr>
      <w:r>
        <w:rPr>
          <w:rFonts w:ascii="Times New Roman" w:hAnsi="Times New Roman" w:eastAsia="Times New Roman" w:cs="Times New Roman"/>
        </w:rPr>
        <w:t>Thoob plaws hauv Vajluskub, kev rov hais ob npaug ntawm tej kab lus lossis tej lo lus sawv cev rau kev ua tiav puv npo ntawm Npanpiloo txoj kev poob rau hnub kawg. Qhov ntawd yog lub cim qhia ntawm Alpha thiab Omega tus uas ib txwm piav qhia qhov kawg ntawm ib yam los ntawm qhov pib ntawm ib yam. Npanpiloo ob zaug kev poob raug sawv cev ua Nimrod thiab Belshazzar. Nimrod yog qhov pib ntawm Npanpiloo, thaum ntawd nws tsuas yog Babel xwb. Nimrod txoj kev poob sawv cev rau Belshazzar txoj kev poob, thiab txoj xov ntawm tus tim tswv thib ob thiab tus tim tswv hauv Tshwmsim kaum yim yog tias Nimrod txoj kev poob thaum pib ntawm Npanpiloo tau sawv cev rau Belshazzar txoj kev poob thaum kawg, rau qhov Alpha thiab Omega ib txwm piav qhia qhov kawg ntawm ib yam los ntawm qhov pib ntawm ib yam.</w:t>
      </w:r>
    </w:p>
    <w:p>
      <w:pPr>
        <w:pStyle w:val="ArticleBody"/>
        <w:jc w:val="left"/>
      </w:pPr>
      <w:r>
        <w:rPr>
          <w:rFonts w:ascii="Times New Roman" w:hAnsi="Times New Roman" w:eastAsia="Times New Roman" w:cs="Times New Roman"/>
        </w:rPr>
        <w:t>Ntauwd Nimrod raug coj los poob los ua ib lub cim ntawm nws txoj kev poob, thiab nws yog ib tug qauv qhia ua ntej txog kev poob ntawm ob lub Twin Towers rau hnub 9/11. Kev poob ntawm Belshazzar yog qhov kev sau ntawv rau saum phab ntsa, ua cim txog qhov kawg ntawm Npanpiloo txoj kev kav xya caum xyoo uas yog thawj lub nceeg vaj hauv Vajlugkub tej lus faj lem, thiab yog li ntawd kuj ua qauv qhia ua ntej txog kev poob ntawm Tebchaws Meskas thaum kawg ntawm Yaxayas nees nkaum peb qhov “xya caum xyoo, raws li tej hnub nyoog ntawm ib tug vajntxwv” uas sawv cev rau keeb kwm ntawm Tebchaws Meskas txij xyoo 1798 mus txog rau txoj cai Sunday. Belshazzar qhov kev sau ntawv rau saum phab ntsa sawv cev rau lub sijhawm uas phab ntsa ntawm kev cais pawg ntseeg thiab lub xeev poob rau ntawm txoj cai Sunday, uas yog tib lub ntsiab lus uas lub nceeg vaj thib rau hauv Vajlugkub tej lus faj lem xaus, ib yam li Belshazzar raug tua rau hmo ntawd kiag. Tus ntawv sau rau saum phab ntsa yog txoj cai uas raug sau tseg uas rhuav tshem phab ntsa ntawm kev cais pawg ntseeg thiab lub xeev hauv Txoj Cai Lij Choj.</w:t>
      </w:r>
    </w:p>
    <w:p>
      <w:pPr>
        <w:pStyle w:val="ArticleBody"/>
        <w:jc w:val="left"/>
      </w:pPr>
      <w:r>
        <w:rPr>
          <w:rFonts w:ascii="Times New Roman" w:hAnsi="Times New Roman" w:eastAsia="Times New Roman" w:cs="Times New Roman"/>
        </w:rPr>
        <w:t>“Keeb kwm” uas sawv cev txij hnub 9/11 mus txog rau txoj cai Hnub Caiv thiab tom qab ntawd mus txog rau qhov kaw ntawm tibneeg txoj sijhawm sim siab thiab xya lub nplaim kev raug txim kawg, yog lub sijhawm hauv keeb kwm uas raug cim tseg nyob hauv Vajtswv Txojlus los ntawm kev muab ob npaug rau tej nqe lus lossis tej lo lus. Nyob hauv lub sijhawm ntawd Vaj Ntsuj Plig Dawb Huv raug muab nchuav tawm, pib nrog kev txau me ntsis txij hnub 9/11 mus txog rau txoj cai Hnub Caiv thiab tom qab ntawd yog kev nchuav tawm puv npo. Vaj Ntsuj Plig Dawb Huv tau raug Khetos sawv cev ua tus “Nplig Siab” uas, thaum Nws los lawm, yuav qhia txhua yam rau Vajtswv haiv neeg.</w:t>
      </w:r>
    </w:p>
    <w:p>
      <w:pPr>
        <w:pStyle w:val="ArticleScripture"/>
        <w:jc w:val="left"/>
      </w:pPr>
      <w:r>
        <w:rPr>
          <w:rFonts w:ascii="Times New Roman" w:hAnsi="Times New Roman" w:eastAsia="Times New Roman" w:cs="Times New Roman"/>
        </w:rPr>
        <w:t>Tiamsis tus Nplig Siab, uas yog tus Vaj Ntsuj Plig Dawb Huv, uas Leej Txiv yuav txib los hauv kuv lub npe, nws yuav qhia nej txhua yam, thiab yuav ua kom nej nco txog txhua yam uas kuv tau hais rau nej lawm. Yauhas 14:26.</w:t>
      </w:r>
    </w:p>
    <w:p>
      <w:pPr>
        <w:pStyle w:val="ArticleBody"/>
        <w:jc w:val="left"/>
      </w:pPr>
      <w:r>
        <w:rPr>
          <w:rFonts w:ascii="Times New Roman" w:hAnsi="Times New Roman" w:eastAsia="Times New Roman" w:cs="Times New Roman"/>
        </w:rPr>
        <w:t>Tus Vaj Ntsuj Plig Dawb Huv raug xa mus rau ib puas plaub caug plaub txhiab leej dhau los ntawm “cov roj kub,” uas kuj yog “nag,” thiab kuj yog “Tus Txhawb Nqa.” Thaum raug sawv cev ua “Tus Txhawb Nqa” no, Tus Vaj Ntsuj Plig Dawb Huv tab tom qhia txog ib yam kev tshwm sim tshwj xeeb ntawm Tus Vaj Ntsuj Plig Dawb Huv.</w:t>
      </w:r>
    </w:p>
    <w:p>
      <w:pPr>
        <w:pStyle w:val="ArticleBody"/>
        <w:jc w:val="left"/>
      </w:pPr>
      <w:r>
        <w:rPr>
          <w:rFonts w:ascii="Times New Roman" w:hAnsi="Times New Roman" w:eastAsia="Times New Roman" w:cs="Times New Roman"/>
        </w:rPr>
        <w:t>Haiv neeg ntawm Vajtswv yeej ib txwm tau muaj tus Vaj Ntsuj Plig Dawb Huv thaum lawv tau ua tau raws li tej yam uas txoj moo zoo yuav tsum tseev kom muaj, tiam sis nyob rau lub sijhawm ntawm txoj kev txhawb siab dawb huv tiag tiag, “zoo li hauv cov xyoo thaum ub,” thaum muaj kev tshwm sim tshwj xeeb ntawm tus Vaj Ntsuj Plig Dawb Huv rau ib lub cev koom txoos, tus Vaj Ntsuj Plig Dawb Huv raug sawv cev ua tus Nplig Siab. Qhov tseem ceeb dua yog tias lub cev koom txoos ntawd tab tom raug tus Nplig Siab qoj lawv txoj kev nco thaum nws “coj txhua yam los rau lawv kev nco.” Qhov no lees paub tias cov neeg uas koom nrog hauv txoj kev tshwm sim ntawd muaj txoj kev paub tiag tiag, rau qhov tus Vaj Ntsuj Plig Dawb Huv tab tom koom nrog hauv tej haujlwm ntawm lawv lub siab, rau qhov nws tab tom cuam tshuam txoj kev xav thaum nws coj “txhua yam los rau nej kev nco.”</w:t>
      </w:r>
    </w:p>
    <w:p>
      <w:pPr>
        <w:pStyle w:val="ArticleBody"/>
        <w:jc w:val="left"/>
      </w:pPr>
      <w:r>
        <w:rPr>
          <w:rFonts w:ascii="Times New Roman" w:hAnsi="Times New Roman" w:eastAsia="Times New Roman" w:cs="Times New Roman"/>
        </w:rPr>
        <w:t>Kev nco ntawm tibneeg koom nrog lwm yam xws li kev txiav txim, kev txawj ntse, kev xav raws laj thawj, thiab lub siab xav paub qhov yog qhov tsis yog, los tsim ua ke qhov xwm txheej siab dua ntawm tibneeg, yam uas tus timthawj Paulus hu ua “lub siab.” Qhov xwm txheej siab dua ntawd yog ib lub siab cev nqaij daim tawv, los yog nws yog Tswv Yexus Khetos lub siab.</w:t>
      </w:r>
    </w:p>
    <w:p>
      <w:pPr>
        <w:pStyle w:val="ArticleScripture"/>
        <w:jc w:val="left"/>
      </w:pPr>
      <w:r>
        <w:rPr>
          <w:rFonts w:ascii="Times New Roman" w:hAnsi="Times New Roman" w:eastAsia="Times New Roman" w:cs="Times New Roman"/>
        </w:rPr>
        <w:t>Vim hais tias lub siab cev nqaij daim tawv yog kev ua yeeb ncuab tawm tsam Vajtswv; rau qhov nws tsis mloog Vajtswv txoj kevcai, thiab yeej tsis muaj peev xwm mloog tau li. Loos 8:7.</w:t>
      </w:r>
    </w:p>
    <w:p>
      <w:pPr>
        <w:pStyle w:val="ArticleScripture"/>
        <w:jc w:val="left"/>
      </w:pPr>
      <w:r>
        <w:rPr>
          <w:rFonts w:ascii="Times New Roman" w:hAnsi="Times New Roman" w:eastAsia="Times New Roman" w:cs="Times New Roman"/>
        </w:rPr>
        <w:t>Vim leejtwg thiaj paub tau tus Tswv lub siab, kom nws yuav qhia tau rau nws? Tiamsis peb muaj Khetos lub siab. 1 Khaulee 2:16.</w:t>
      </w:r>
    </w:p>
    <w:p>
      <w:pPr>
        <w:pStyle w:val="ArticleBody"/>
        <w:jc w:val="left"/>
      </w:pPr>
      <w:r>
        <w:rPr>
          <w:rFonts w:ascii="Times New Roman" w:hAnsi="Times New Roman" w:eastAsia="Times New Roman" w:cs="Times New Roman"/>
        </w:rPr>
        <w:t>Tus cwj pwm qis dua, lossis cev nqaij daim tawv, raug teeb tsa los ntawm cov hlab ntsha, kev xav hauv nruab siab, thiab cov txheej txheem tshuaj hormone uas txuas nrog cov kev hnov uas yog “txoj kev nkag ntawm tus ntsuj plig.” Tus cwj pwm siab dua raug tsim los kom kav tus cwj pwm qis dua, thiab vim li ntawd thiaj raug sawv cev ua lub chaw ruaj khov tiv thaiv; thiab lub chaw ruaj khov ntawd raug cov kev hnov (tus cwj pwm qis dua) tawm tsam tas mus li, thiab cov kev tawm tsam ntawd raug ua rau lub chaw ruaj khov ntawd los ntawm cov kev nkag uas coj mus rau hauv lub chaw ruaj khov. Nyob hauv lub chaw ruaj khov ntawm tus cwj pwm siab dua muaj ib lub chaw tswj hwm, lossis yam uas Muam White hu ua lub citadel. Lub citadel yog Chav Dawb Huv Tshaj Plaws hauv lub chaw dawb huv, uas raug faib ua ob ntu tseem ceeb. Lub tshav puam yog cev nqaij daim tawv, lossis tus cwj pwm qis dua, thiab kom los nkag rau hauv lub tshav puam lossis kuj yog kom thauj cov ntshav mus rau hauv chav dawb huv yuav tsum hla dhau ib daim ntaub thaiv lossis daim ntaub npog. Lub tshav puam nyob nruab nrab ntawm ob daim ntaub thaiv.</w:t>
      </w:r>
    </w:p>
    <w:p>
      <w:pPr>
        <w:pStyle w:val="ArticleScripture"/>
        <w:jc w:val="left"/>
      </w:pPr>
      <w:r>
        <w:rPr>
          <w:rFonts w:ascii="Times New Roman" w:hAnsi="Times New Roman" w:eastAsia="Times New Roman" w:cs="Times New Roman"/>
        </w:rPr>
        <w:t>Los ntawm ib txoj kev tshiab thiab muaj sia, uas nws tau fij tseg rau peb, hla dhau daim ntaub thaiv, uas yog hais tias, nws lub cev nqaij daim tawv. Henplais 10:20.</w:t>
      </w:r>
    </w:p>
    <w:p>
      <w:pPr>
        <w:pStyle w:val="ArticleBody"/>
        <w:jc w:val="left"/>
      </w:pPr>
      <w:r>
        <w:rPr>
          <w:rFonts w:ascii="Times New Roman" w:hAnsi="Times New Roman" w:eastAsia="Times New Roman" w:cs="Times New Roman"/>
        </w:rPr>
        <w:t>Lub chaw dawb huv raug faib ua ob feem; lub tshav puam thiab lub tsev dawb huv. Lub tsev dawb huv ntawd kuj rov raug faib ua ob feem ib yam li tus cwj pwm siab dua. Tus cwj pwm siab dua ntawd kuj faib ua ob seem. Ib seem ntawm ntawd raug sawv cev los ntawm Chaw Dawb Huv, hos lwm seem yog Chaw Dawb Huv Tshaj Plaws. Chaw Dawb Huv sawv cev rau tej hauj lwm ntawm lub siab thiab lub tswv yim uas tsim nyog kom tib neeg muaj peev xwm ua tau neej, tiam sis Chaw Dawb Huv Tshaj Plaws yog thaj chaw uas Vajtswv thiab tib neeg sib ntsib. Chaw Dawb Huv Tshaj Plaws yog Vajtswv lub zwm txwv chav, thiab cov uas twb hloov siab los ntseeg lawm raug tsa zaum hauv tej chaw saum ntuj ceeb tsheej nrog Khetos.</w:t>
      </w:r>
    </w:p>
    <w:p>
      <w:pPr>
        <w:pStyle w:val="ArticleScripture"/>
        <w:jc w:val="left"/>
      </w:pPr>
      <w:r>
        <w:rPr>
          <w:rFonts w:ascii="Times New Roman" w:hAnsi="Times New Roman" w:eastAsia="Times New Roman" w:cs="Times New Roman"/>
        </w:rPr>
        <w:t>Thiab tau tsa peb sawv ua ke nrog Nws, thiab tau ua kom peb zaum ua ke hauv tej chaw saum ntuj ceeb tsheej hauv Khetos Yexus. Efexaus 2:6.</w:t>
      </w:r>
    </w:p>
    <w:p>
      <w:pPr>
        <w:pStyle w:val="ArticleBody"/>
        <w:jc w:val="left"/>
      </w:pPr>
      <w:r>
        <w:rPr>
          <w:rFonts w:ascii="Times New Roman" w:hAnsi="Times New Roman" w:eastAsia="Times New Roman" w:cs="Times New Roman"/>
        </w:rPr>
        <w:t>Nqe no raug no yog coj los ntawm ib zaj lus uas muaj ob peb nqe ua ntej lawm, tab sis tseem nyob hauv tib txoj kev xav kiag li, uas Yexus zaum hauv tej chaw saum ntuj ceeb tsheej, ib yam li Nws haiv neeg kuj zaum ntawd thiab.</w:t>
      </w:r>
    </w:p>
    <w:p>
      <w:pPr>
        <w:pStyle w:val="ArticleScripture"/>
        <w:jc w:val="left"/>
      </w:pPr>
      <w:r>
        <w:rPr>
          <w:rFonts w:ascii="Times New Roman" w:hAnsi="Times New Roman" w:eastAsia="Times New Roman" w:cs="Times New Roman"/>
        </w:rPr>
        <w:t>Nws tau ua li ntawd hauv Khetos, thaum Nws tsa Nws sawv hauv qhov tuag rov los, thiab tsa Nws zaum ntawm Nws sab tes xis hauv tej chaw saum ntuj ceeb tsheej. Efexus 1:20.</w:t>
      </w:r>
    </w:p>
    <w:p>
      <w:pPr>
        <w:pStyle w:val="ArticleBody"/>
        <w:jc w:val="left"/>
      </w:pPr>
      <w:r>
        <w:rPr>
          <w:rFonts w:ascii="Times New Roman" w:hAnsi="Times New Roman" w:eastAsia="Times New Roman" w:cs="Times New Roman"/>
        </w:rPr>
        <w:t>Khetos thiab Nws haiv neeg zaum ua ke nyob hauv Qhov Chaw Dawb Huv Tshaj Plaws. Khetos tau sawv hauv qhov tuag rov qab los lawm, ces tau zaum hauv tej chaw saum ntuj ceeb tsheej, thiab Nws haiv neeg kuj raug tsa sawv thiab raug tsa zaum hauv chav zwm txwv ntawm Qhov Chaw Dawb Huv Tshaj Plaws. Povlauj qhia meej tias cov uas raug tsa sawv hauv nqe rau yog cov uas tau sawv hauv qhov tuag rov qab los ntawm kev txhaum raws li nqe ua ntej.</w:t>
      </w:r>
    </w:p>
    <w:p>
      <w:pPr>
        <w:pStyle w:val="ArticleScripture"/>
        <w:jc w:val="left"/>
      </w:pPr>
      <w:r>
        <w:rPr>
          <w:rFonts w:ascii="Times New Roman" w:hAnsi="Times New Roman" w:eastAsia="Times New Roman" w:cs="Times New Roman"/>
        </w:rPr>
        <w:t>Txawm yog thaum peb tseem tuag hauv kev txhaum, Nws twb ua kom peb ciaj sia ua ke nrog Khetos lawm, (vim yog los ntawm txoj kev tshav ntuj nej thiaj dim) thiab Nws twb tsa peb sawv ua ke, thiab tsa peb zaum ua ke hauv tej chaw saum ntuj ceeb tsheej hauv Khetos Yexus. Efexaus 1:5, 6.</w:t>
      </w:r>
    </w:p>
    <w:p>
      <w:pPr>
        <w:pStyle w:val="ArticleBody"/>
        <w:jc w:val="left"/>
      </w:pPr>
      <w:r>
        <w:rPr>
          <w:rFonts w:ascii="Times New Roman" w:hAnsi="Times New Roman" w:eastAsia="Times New Roman" w:cs="Times New Roman"/>
        </w:rPr>
        <w:t>Kev ua tiav zoo tag nrho ntawm nqe lus hauv Ephesians yog ob tug timkhawv hauv Tshwmsim tshooj kaum ib, kaum ib, uas raug sawv hauv qhov tuag rov los thiab tom qab ntawd raug coj nce mus saum ntuj ceeb tsheej ua ib lub chij—tiamsis kuj yog kom zaum rau hauv tej chaw saum ntuj ceeb tsheej thiab. Hauv Qhov Chaw Dawb Huv Tshaj Plaws ob tug timkhawv ntawd sawv cev rau tibneeg kiag hauv Vajtswv lub xub ntiag, thiab lawv txoj kev raug ncaj ncees uas ua rau lawv zaum tau nyob ntawd yog lub cim uas nkawd nyias muaj nyias. Lub cim ntawd yog Vajtswv lub foob, thiab Vajtswv lub foob sawv cev tias tibneeg tau los ua ib tug nrog txoj kev ntuj tsim los ntawm Vajtswv, thiab lub foob ntawd raug sawv cev los ntawm qhov tseeb tias tus Nplig Siab, uas yog Vaj Ntsuj Plig Dawb Huv, tab tom nyob ruaj hauv Qhov Chaw Dawb Huv Tshaj Plaws ntawm “lawv” qhov xwm txheej siab dua. Qhov Chaw Dawb Huv Tshaj Plaws yog Vajtswv lub zwm txwv chav uas qhov kev ntuj tsim los ntawm Vajtswv thiab tibneeg raug koom ua ke, thiab nws sawv cev rau tibneeg lub tuam tsev uas nws qhov xwm txheej siab dua muaj ib Qhov Chaw Dawb Huv Tshaj Plaws uas qhov chaw ntawd ob qho tib si, kev ntuj tsim los ntawm Vajtswv thiab tibneeg, zaum ua ke.</w:t>
      </w:r>
    </w:p>
    <w:p>
      <w:pPr>
        <w:pStyle w:val="ArticleBody"/>
        <w:jc w:val="left"/>
      </w:pPr>
      <w:r>
        <w:rPr>
          <w:rFonts w:ascii="Times New Roman" w:hAnsi="Times New Roman" w:eastAsia="Times New Roman" w:cs="Times New Roman"/>
        </w:rPr>
        <w:t>Kev muab “Tus Txhawb Nqa” nchuav los yog kev muab cim rau ib puas plaub caug plaub txhiab leej, thiab nws qhia txog ib qho kev hloov hauv keeb kwm ntawm txoj kev cawm seej, rau qhov lub sijhawm ntawd pawg ntseeg hloov ntawm pawg ntseeg uas tab tom sib ntaus mus ua pawg ntseeg uas yeej lawm. Lub sijhawm ntawd, nws hloov ntawm Laodicea txoj kev txav ntawm ib puas plaub caug plaub txhiab leej mus rau Philadelphia txoj kev txav ntawm ib puas plaub caug plaub txhiab leej. Lub sijhawm ntawd, nws hloov ntawm txoj kev paub ntawm pawg ntseeg xya mus rau txoj kev paub ntawm pawg ntseeg rau, thiab pawg ntseeg rau yog cov Millerites. Ib qho yam ntxwv yaj saub ntawm pawg ntseeg rau ntawm Philadelphia, raws li nws tau ua tiav los ntawm Millerite txoj kev txav, yog tias nws tsis tau yog ib pawg ntseeg li. Nws tsuas yog ib txoj kev txav xwb mus txog xyoo 1856 thaum nkawd ob leeg White tau txheeb xyuas txoj kev txav ntawd tias yog Laodicea. Xya xyoo tom qab ntawd ces pawg ntseeg raws cai thiaj raug tsim tsa.</w:t>
      </w:r>
    </w:p>
    <w:p>
      <w:pPr>
        <w:pStyle w:val="ArticleBody"/>
        <w:jc w:val="left"/>
      </w:pPr>
      <w:r>
        <w:rPr>
          <w:rFonts w:ascii="Times New Roman" w:hAnsi="Times New Roman" w:eastAsia="Times New Roman" w:cs="Times New Roman"/>
        </w:rPr>
        <w:t>Kev pauv kev cawm dim thaum txog txoj kevcai hnub Sunday tau raug ua qauv tseg los ntawm kev pauv kev cawm dim thaum Hnub Peetekos, uas cim txog kev tsa Khetos ua Tus Pov Thawj Hlob.</w:t>
      </w:r>
    </w:p>
    <w:p>
      <w:pPr>
        <w:pStyle w:val="ArticleScripture"/>
        <w:jc w:val="left"/>
      </w:pPr>
      <w:r>
        <w:rPr>
          <w:rFonts w:ascii="Times New Roman" w:hAnsi="Times New Roman" w:eastAsia="Times New Roman" w:cs="Times New Roman"/>
        </w:rPr>
        <w:t>“Kev nchuav tawm rau hnub Peetekos yog Ntuj Ceeb Tsheej txoj kev tshaj tawm tias txoj kev tsa tus Txhiv Dim los ua haujlwm tau tiav lawm. Raws li Nws tej lus cog tseg, Nws tau xa tus Vaj Ntsuj Plig Dawb Huv saum ntuj ceeb tsheej los rau Nws cov thwjtim ua ib lub cim qhia tias Nws, raws li pov thawj thiab vajntxwv, tau txais tag nrho txoj cai kav saum ntuj ceeb tsheej thiab hauv ntiajteb, thiab yog tus Uas Tau Raug Pleev Tseg kav Nws haiv neeg.” Acts of the Apostles, 38.</w:t>
      </w:r>
    </w:p>
    <w:p>
      <w:pPr>
        <w:pStyle w:val="ArticleBody"/>
        <w:jc w:val="left"/>
      </w:pPr>
      <w:r>
        <w:rPr>
          <w:rFonts w:ascii="Times New Roman" w:hAnsi="Times New Roman" w:eastAsia="Times New Roman" w:cs="Times New Roman"/>
        </w:rPr>
        <w:t>Thaum nag lig thaum kawg raug nchuav tawm yam tsis muaj kev ntsuas rau saum ib puas plaub caug plaub txhiab leej thaum txog txoj cai Hnub Caiv, nws yuav yog “kev sib txuas lus ntawm Saum Ntuj Ceeb Tsheej” uas qhia tias pawg ntseeg tab tom ua rog twb xaus lawm thiab pawg ntseeg uas yeej lawm twb los txog. Kev tsa Khetos ua hauj lwm thaum Hnub Peetekos hauv lub chaw dawb huv saum ntuj ceeb tsheej, yog ib daim qauv qhia txog kev pleev roj rau ib puas plaub caug plaub txhiab leej thaum txog txoj cai Hnub Caiv.</w:t>
      </w:r>
    </w:p>
    <w:p>
      <w:pPr>
        <w:pStyle w:val="ArticleBody"/>
        <w:jc w:val="left"/>
      </w:pPr>
      <w:r>
        <w:rPr>
          <w:rFonts w:ascii="Times New Roman" w:hAnsi="Times New Roman" w:eastAsia="Times New Roman" w:cs="Times New Roman"/>
        </w:rPr>
        <w:t>Kev “Pentecostal” uas txhawb qhia tias Khetos yog Tus Pleev Tseg ntawd sawv cev rau Nws txoj kev raug pleev roj hauv lub koob tsheej qhib haujlwm nyob saum ntuj, tiam sis Nws kuj twb raug pleev roj thaum Nws ua kevcai raus dej thiab. Nws txoj kevcai raus dej (9/11) mus txog Pentecost (txoj cai hnub Sunday) kuj raug sawv cev dua ib zaug ntxiv peb xyoos ib nrab tom qab Nws ua kevcai raus dej los ntawm Nws txoj kev tuag tiag tiag, kev faus, thiab kev sawv rov qab los (kev cai noj thawj txi txiv). Yog li ntawd, 9/11 raug sawv cev thaum Nws ua kevcai raus dej thiab kuj yog thaum Nws sawv rov qab los thiab. Nws txoj kev sawv rov qab los raws cim thiab Nws txoj kev sawv rov qab los tiag tiag cim qhov pib ntawm ob txoj kab lus faj lem uas txhua txoj xaus rau ntawm Pentecost. Ob zaj keeb kwm ntawd pib nrog kev sawv rov qab los ntawm thawj txi txiv fij.</w:t>
      </w:r>
    </w:p>
    <w:p>
      <w:pPr>
        <w:pStyle w:val="ArticleScripture"/>
        <w:jc w:val="left"/>
      </w:pPr>
      <w:r>
        <w:rPr>
          <w:rFonts w:ascii="Times New Roman" w:hAnsi="Times New Roman" w:eastAsia="Times New Roman" w:cs="Times New Roman"/>
        </w:rPr>
        <w:t>Tiamsis nim no twb sawv hauv qhov tuag rov los lawm, thiab tau los ua thawjcov txiv ntawm cov uas tau tsaug zog lawm. Rau qhov txojkev tuag los ntawm tibneeg, txojkev sawv hauv qhov tuag rov los kuj los ntawm tibneeg thiab. Rau qhov ib yam li txhua tus tuag hauv Adas, tib yam ntawd thiab txhua tus yuav raug ua kom ciaj sia nyob hauv Khetos. Tiamsis txhua tus nyias raws li nws tej qeb: Khetos yog thawjcov txiv; tom qab ntawd yog cov uas yog Khetos tug thaum nws los txog. 1 Khaulee 15:20–23.</w:t>
      </w:r>
    </w:p>
    <w:p>
      <w:pPr>
        <w:pStyle w:val="ArticleBody"/>
        <w:jc w:val="left"/>
      </w:pPr>
      <w:r>
        <w:rPr>
          <w:rFonts w:ascii="Times New Roman" w:hAnsi="Times New Roman" w:eastAsia="Times New Roman" w:cs="Times New Roman"/>
        </w:rPr>
        <w:t>Khetos yog thawj-txiaj ntsim fij thaum Nws sawv hauv qhov tuag rov los, uas cim qhia qhov pib ntawm “lub caij Pentekos,” thiab lub caij ntawd xaus nrog thawj-txiaj ntsim fij ntawm Pentekos. Kev sawv rov los ntawm Khetos yog qeb nplej mog yaj, hos qeb nplej txhauv yog cov uas “tom qab ntawd” “yuav yog Khetos tug thaum Nws los.” Cov uas yog “tom qab ntawd” ntawm Khetos txojkev sawv rov los yog “cov uas yog Khetos tug thaum Nws los,” yog li ntawd sawv cev rau qhov sau los ua ke zaum kawg ntawm cov ntsuj plig ncaj ncees thaum kawg ntawm lub ntiajteb, raws li tau sawv cev los ntawm peb txhiab tus ntsuj plig uas tau raug sau los ua ke rau hnub Pentekos.</w:t>
      </w:r>
    </w:p>
    <w:p>
      <w:pPr>
        <w:pStyle w:val="ArticleBody"/>
        <w:jc w:val="left"/>
      </w:pPr>
      <w:r>
        <w:rPr>
          <w:rFonts w:ascii="Times New Roman" w:hAnsi="Times New Roman" w:eastAsia="Times New Roman" w:cs="Times New Roman"/>
        </w:rPr>
        <w:t>Nqe no kuj no kuj sawv hauv qhov tuag rov qab los kuj hais txog txoj kev sawv hauv qhov tuag raws li txoj kev tuag. Kev tuag pib nrog Adas thiab kis mus rau txhua tus neeg, tiam sis nws ua li ntawd “hauv” “kev txiav txim.” Hauv phau Ntawv Tubtxib Tes Haujlwm Petus sau tseg tias thaum phau Yo-ees tab tom raug ua kom tiav rau lub sijhawm ntawd, neeg yuav tsum xa lawv tej kev txhaum mus ua ntej rau txoj kev txiav txim, kom tej ntawd yuav raug lwv tawm thaum lub sijhawm txhawb siab rov qab los ntawm xub ntiag tus Kws Nplig Siab. Khetos tsis tau ntsia rau hauv tej phau ntawv txiav txim kom lwv kev txhaum tawm rau lub sijhawm ntawd, rau qhov txoj kev txiav txim tseem nyob deb tshaj kaum yim puas xyoo tom ntej.</w:t>
      </w:r>
    </w:p>
    <w:p>
      <w:pPr>
        <w:pStyle w:val="ArticleBody"/>
        <w:jc w:val="left"/>
      </w:pPr>
      <w:r>
        <w:rPr>
          <w:rFonts w:ascii="Times New Roman" w:hAnsi="Times New Roman" w:eastAsia="Times New Roman" w:cs="Times New Roman"/>
        </w:rPr>
        <w:t>Lo lus siv hais tias “txhua tus raws li nws qib” pib ntawm Adas, thiab yog li ntawd qhia tias txoj kev txiav txim rau cov neeg tuag pib ntawm Adas mus ntxiv mus txog thaum lub caij txhawb siab rov los txog. Thaum nag lig los txog, txoj kev txiav txim hloov ntawm cov neeg tuag mus rau cov ciaj sia. Hauv lub sijhawm uas nqe ntawd sawv cev rau (txij Khetos sawv hauv qhov tuag rov los mus txog rau Hnub Pheej Hmoo), txij thawj txiv ntawm nplej yas lav mus txog thawj txiv ntawm nplej mog, nag tab tom poob thaum txoj kev txiav txim rau cov ciaj sia tab tom muaj, thiab thaum nag poob, txoj xov uas nag sawv cev rau ntawd tab tom cais cov nplej mog tawm ntawm cov txhauv. Thaum txog txoj cai hnub Sunday, uas yog Hnub Pheej Hmoo, cov nplej mog tsis sib xyaw nrog cov txhauv lawm, thiab thawj txiv ntawm qhov fij nplej mog uas yog ob daim ncuav txawb yuj raug tsa los. Txoj haujlwm ntxuav kom dawb huv txij 9/11 mus txog rau txoj cai hnub Sunday kuj sawv cev nyob hauv Malakis peb thiab thaum ntawd Tus Tubtxib ntawm Txoj Lus Cog Tseg ntxuav kom dawb huv thiab lim cov Levis thiab Nws ua li ntawd los ntawm “hluav taws.” “Hluav taws” yog ib lub cim ntawm ib txoj xov, raws li sawv cev los ntawm tej nplaim hluav taws saum tej nplaig rau Hnub Pheej Hmoo. Hauv keeb kwm uas tab tom raug tshuaj xyuas no, kev cais ob pab neeg uas tsim tau ib puas plaub caug plaub txhiab leej, uas yog ob daim ncuav txawb yuj uas thawj txiv ntawm Hnub Pheej Hmoo sawv cev rau, yuav tsum raug ci kom txhij txhua, vim lawv yog tib qho khoom fij xwb uas muaj ib lub cim ntawm kev txhaum nyob nrog.</w:t>
      </w:r>
    </w:p>
    <w:p>
      <w:pPr>
        <w:pStyle w:val="ArticleBody"/>
        <w:jc w:val="left"/>
      </w:pPr>
      <w:r>
        <w:rPr>
          <w:rFonts w:ascii="Times New Roman" w:hAnsi="Times New Roman" w:eastAsia="Times New Roman" w:cs="Times New Roman"/>
        </w:rPr>
        <w:t>Ob daim ncuav mov viav ob lub ntawd muaj poov xab, thiab poov xab yog ib lub cim ntawm kev txhaum. Poov xab ntawd raug rhuav tshem nyob hauv hluav taws ntawm qhov cub, raws li tau sawv cev los ntawm tus Neeg Xa Xov ntawm Txoj Lus Cog Tseg txoj hluav taws uas lim kom dawb huv. Yaxayas nyob hauv tshooj nees nkaum xya qhia txog ib qho kev sib cav uas pib rau hnub 9/11, uas nws hu ua “hnub cua tuaj sab hnub tuaj.” Nqe lus ntawd qhia tias yog los ntawm txoj kev sib cav ntawd xwb uas cov kev txhaum ntawm Ixayees thiaj raug ua kev theej txhoj. “Txoj kev sib cav” ntawd yog nyob nruab nrab ntawm txoj xov nag lig uas yog qhov tseeb thiab tag nrho lwm yam xov nag lig cuav uas muaj nyob. Ib txoj xov yog “hluav taws,” thiab “hluav taws” yog yam uas tus Neeg Xa Xov ntawm Txoj Lus Cog Tseg siv los ntxuav kom dawb huv thiab tshem kom ploj. Kev sib cav txog txoj xov nag lig tshem tawm poov xab ntawm Pentecostal thawj txiv hmab txiv ntoo cov nplej txi uas raug tsa nce rau hnub Sunday law. Ib puas plaub caug plaub txhiab leej yog Pentecostal thawj txiv hmab txiv ntoo cov nplej txi, cov uas kov yeej los ntawm kev raug ncaj ncees los ntawm Nws cov ntshav thiab kev ua kom dawb huv ntawm lawv zaj lus tim khawv, vim txawm yog Txoj Lus yog yam uas ua kom dawb huv los nws tsuas ua li ntawd thaum lo lus ntawd raug xa tawm los ua ib txoj xov. Kev nthuav tawm ntawm txoj xov ua rau ib puas plaub caug plaub txhiab leej muaj sia nyob, thiab kev nthuav tawm ntawm ib txoj xov nag lig cuav tsim kev tuag.</w:t>
      </w:r>
    </w:p>
    <w:p>
      <w:pPr>
        <w:pStyle w:val="ArticleScripture"/>
        <w:jc w:val="left"/>
      </w:pPr>
      <w:r>
        <w:rPr>
          <w:rFonts w:ascii="Times New Roman" w:hAnsi="Times New Roman" w:eastAsia="Times New Roman" w:cs="Times New Roman"/>
        </w:rPr>
        <w:t>Thiab lawv kov yeej nws los ntawm tus Menyuam Yaj cov ntshav, thiab los ntawm lo lus ntawm lawv zaj lus tim khawv; thiab lawv tsis hlub lawv txoj sia txawm mus txog qhov tuag los. Tshwm Sim 12:11.</w:t>
      </w:r>
    </w:p>
    <w:p>
      <w:pPr>
        <w:pStyle w:val="ArticleBody"/>
        <w:jc w:val="left"/>
      </w:pPr>
      <w:r>
        <w:rPr>
          <w:rFonts w:ascii="Times New Roman" w:hAnsi="Times New Roman" w:eastAsia="Times New Roman" w:cs="Times New Roman"/>
        </w:rPr>
        <w:t>Ib puas plaub caug plaub txhiab tus ntawd raws Khetos qab hauv kev kov yeej ib yam li Nws tau kov yeej, rau qhov hauv txoj kev cev Vajtswv lus lawv raws Khetos qab.</w:t>
      </w:r>
    </w:p>
    <w:p>
      <w:pPr>
        <w:pStyle w:val="ArticleScripture"/>
        <w:jc w:val="left"/>
      </w:pPr>
      <w:r>
        <w:rPr>
          <w:rFonts w:ascii="Times New Roman" w:hAnsi="Times New Roman" w:eastAsia="Times New Roman" w:cs="Times New Roman"/>
        </w:rPr>
        <w:t>Cov no yog cov uas tsis tau qias neeg nrog pojniam; rau qhov lawv yog nkauj xwb. Cov no yog cov uas raws tus Menyuam Yaj mus txhua qhov chaw uas Nws mus. Cov no raug txhiv dim tawm hauv nruab nrab ntawm tibneeg, ua thawj cov txiv ntawm Vajtswv thiab ntawm tus Menyuam Yaj. Tshwmsim 14:4.</w:t>
      </w:r>
    </w:p>
    <w:p>
      <w:pPr>
        <w:pStyle w:val="ArticleBody"/>
        <w:jc w:val="left"/>
      </w:pPr>
      <w:r>
        <w:rPr>
          <w:rFonts w:ascii="Times New Roman" w:hAnsi="Times New Roman" w:eastAsia="Times New Roman" w:cs="Times New Roman"/>
        </w:rPr>
        <w:t>Ntawm no hauv nqe plaub ntawm Qhia Tshwm tshooj kaum plaub, ib puas plaub caug plaub txhiab raug txheeb tias yog “thawj cov txiv.” Lawv kuj raug txheeb tias yog “nkauj xwb,” thiab kev tshoov siab tau ceeb toom rau peb tias zaj lus piv txwv txog kaum tus nkauj xwb hauv Mathais nees nkaum tsib qhia txog kev paub dhau los ntawm haiv neeg Adventist. Tsis yog lawv tsuas yog “nkauj xwb” xwb; lawv kuj tsis “raug qias nrog poj niam,” rau qhov txoj kev sim siab thiab txoj kev cais tawm uas tsim ib puas plaub caug plaub txhiab ntawd tau tsim ib qho kev txawv txav nruab nrab ntawm ib puas plaub caug plaub txhiab thiab “tag nrho” tej kev ntseeg cuav. “Cov no” raws tus Menyuam Yaj mus txhua qhov chaw uas Nws mus, thiab raws li tej xyeem fij ntawm thawj cov txiv, lawv yuav tsum raws Khetos hauv Nws txoj kev tuag, kev faus, thiab kev sawv hauv qhov tuag rov qab los.</w:t>
      </w:r>
    </w:p>
    <w:p>
      <w:pPr>
        <w:pStyle w:val="ArticleBody"/>
        <w:jc w:val="left"/>
      </w:pPr>
      <w:r>
        <w:rPr>
          <w:rFonts w:ascii="Times New Roman" w:hAnsi="Times New Roman" w:eastAsia="Times New Roman" w:cs="Times New Roman"/>
        </w:rPr>
        <w:t>Hauv Tshwm Sim tshooj kaum ib, nqe kaum ib, ob tug tim khawv uas yuav raug tsa kom ua ib tug chij cim, xub raug tua tso mam li sawv hauv qhov tuag rov los tom qab peb hnub thiab ib nrab, ua ib qho xyeem thawj cov txiv hmab txiv ntoo, ib yam li Khetos. Qhov xyeem thawj cov txiv hmab txiv ntoo uas yog thiab tseem yog Khetos ntawd, muaj nrog rau txoj sia ntshav ntawm txoj kev cog lus uas raug muab los txhiv cov uas twb poob nyiaj txiag tas vim ib qho kev paub Laodicea lawm. Hauv ib nqe xwb, (nqe plaub) tag nrho cov ntsiab lus luv luv no ntawm ntau txoj kab ntawm txoj kev kaj yaj saub uas cuam tshuam nrog ib puas plaub caug plaub txhiab leej raug muab nthuav tawm. Thiab nws raug muab nthuav tawm hauv Tshwm Sim 144 los ntawm txhais tes ntawm Palmoni, tus suav lej uas zoo kawg nkaus. Kev muab ob npaug hauv Vajluskub sawv cev rau keeb kwm ntawm nag lig, thiab nag lig yog qhov chaw thiab lub sijhawm uas Tus Nplij Siab raug nchuav los rau saum Vajtswv haiv neeg.</w:t>
      </w:r>
    </w:p>
    <w:p>
      <w:pPr>
        <w:pStyle w:val="ArticleScripture"/>
        <w:jc w:val="left"/>
      </w:pPr>
      <w:r>
        <w:rPr>
          <w:rFonts w:ascii="Times New Roman" w:hAnsi="Times New Roman" w:eastAsia="Times New Roman" w:cs="Times New Roman"/>
        </w:rPr>
        <w:t>Cas zoo nkauj npaum li cas saum cov roob yog ko taw ntawm tus uas nqa txoj xov zoo, uas tshaj tawm txoj kev thaj yeeb; uas nqa txoj xov zoo txog yam zoo, uas tshaj tawm txoj kev cawm seej; uas hais rau Xi-oos tias, Koj tus Vajtswv kav! Koj cov neeg zov yuav tsa suab; lawv yuav hu nkauj ua ke nrog tib lub suab: rau qhov lawv yuav pom ntsej muag rau ntsej muag, thaum tus Tswv yuav coj Xi-oos rov qab los. Nej tej chaw pov tseg hauv Yeluxalees, cia li qw tawm hauv txoj kev xyiv fab, hu nkauj ua ke: rau qhov tus Tswv tau nplij nws haiv neeg siab, nws tau txhiv Yeluxalees lawm. Tus Tswv tau nthuav tawm nws txhais caj npab dawb huv nyob rau hauv qhov muag ntawm txhua haiv neeg; thiab txhua qhov kawg ntawm lub ntiaj teb yuav pom txoj kev cawm seej ntawm peb tus Vajtswv. Cia li khiav tawm mus, khiav tawm mus, nej cia li tawm ntawm qhov ntawd mus, tsis txhob kov yam tsis huv; nej cia li tawm hauv nruab nrab ntawm nws mus; nej cov uas nqa tej twj ntawm tus Tswv, nej cia li ua kom nej tus kheej huv. Yaxayas 52:7–11.</w:t>
      </w:r>
    </w:p>
    <w:p>
      <w:pPr>
        <w:pStyle w:val="ArticleBody"/>
        <w:jc w:val="left"/>
      </w:pPr>
      <w:r>
        <w:rPr>
          <w:rFonts w:ascii="Times New Roman" w:hAnsi="Times New Roman" w:eastAsia="Times New Roman" w:cs="Times New Roman"/>
        </w:rPr>
        <w:t>Xi-oos H6726 yog tib yam li H6725 uas txhais hais tias “lub ntsiab ntawm kev sawv tshwm tseeb; ib tug ncej loj lossis tug ncej coj kev: – cim, npe, lossis paib kev.” Xi-oos yog ib lub cim ntawm tus chij rau ib puas plaub caug plaub txhiab leej, thiab hauv nqe ntawd lawv twb tau txais nag tom qab lawm, rau qhov lawv twb tshaj tawm thiab nthuav tawm txoj xov zoo ntawm kev thaj yeeb lawm. Ib yam uas hais meej txog qhov tseeb ntawd yog tias lawv pom “qhov muag rau qhov muag,” uas sawv cev rau cov thwjtim thaum Hnub Peetekos, vim kaum hnub ua ntej Peetekos sawv cev rau ib ntus ntawm kev koom ib siab. Tus Tswv “tau,” (sawv cev rau lub sijhawm dhau lawm) twb ua tiav peb yam rau cov uas coj txoj xov zoo lawm. Nws tau “nplig nws haiv neeg,” “txhiv dim Yeluxalees” thiab “nthuav tawm nws txhais npab dawb huv rau ntawm txhua haiv neeg lub qhov muag.”</w:t>
      </w:r>
    </w:p>
    <w:p>
      <w:pPr>
        <w:pStyle w:val="ArticleBody"/>
        <w:jc w:val="left"/>
      </w:pPr>
      <w:r>
        <w:rPr>
          <w:rFonts w:ascii="Times New Roman" w:hAnsi="Times New Roman" w:eastAsia="Times New Roman" w:cs="Times New Roman"/>
        </w:rPr>
        <w:t>Nws “nplig” Nws haiv neeg thaum 9/11, cim tseg tias yog qhov pib ntawm ib txoj kev sim raws li Malakhi tshooj peb uas xaus rau thaum txoj cai Hnub Caiv los txog, thaum Nws tsa tus chij ntawm thawj cov txiv txi txiv ntoo fij, raws li tau sawv cev los ntawm qhov uas Nws “nthuav nws txhais npab dawb huv rau ntawm txhua haiv neeg lub qhov muag.” Nws nplig, txhiv dim, thiab tsa ib puas plaub caug plaub txhiab leej. Thaum 9/11 Nws nplig thiab pib txoj kev ntxuav kom dawb huv uas yog qhov chaw Nws txhiv dim Nws haiv neeg thiab tom qab ntawd tsa lawv ua ib tug chij, lossis raws li Malakhi hais tias “Yudas thiab Yeluxalees tej khoom fij yuav txaus siab” “ib yam li thaum ub.”</w:t>
      </w:r>
    </w:p>
    <w:p>
      <w:pPr>
        <w:pStyle w:val="ArticleScripture"/>
        <w:jc w:val="left"/>
      </w:pPr>
      <w:r>
        <w:rPr>
          <w:rFonts w:ascii="Times New Roman" w:hAnsi="Times New Roman" w:eastAsia="Times New Roman" w:cs="Times New Roman"/>
        </w:rPr>
        <w:t>Thiab nws yuav zaum ua tus lim thiab tus ntxuav nyiaj kom huv; thiab nws yuav ntxuav cov tub ntawm Levi kom dawb huv, thiab lim lawv ib yam li kub thiab nyiaj, xwv kom lawv thiaj li yuav muab tau ib qho kev xyeem pub rau tus Tswv hauv txoj kev ncaj ncees. Ces kev xyeem pub ntawm Yudas thiab Yeluxalees yuav yog yam txaus siab rau tus Tswv, ib yam li nyob rau hauv tej hnub thaum ub, thiab ib yam li nyob rau hauv tej xyoos yav tag los. Malakis 3:3, 4.</w:t>
      </w:r>
    </w:p>
    <w:p>
      <w:pPr>
        <w:pStyle w:val="ArticleBody"/>
        <w:jc w:val="left"/>
      </w:pPr>
      <w:r>
        <w:rPr>
          <w:rFonts w:ascii="Times New Roman" w:hAnsi="Times New Roman" w:eastAsia="Times New Roman" w:cs="Times New Roman"/>
        </w:rPr>
        <w:t>Peb yuav coj peb tej kev xav txog “ntev npaum li cas” mus xaus rau hauv zaj lus tom ntej.</w:t>
      </w:r>
    </w:p>
    <w:p>
      <w:pPr>
        <w:pStyle w:val="ArticleScripture"/>
        <w:jc w:val="left"/>
      </w:pPr>
      <w:r>
        <w:rPr>
          <w:rFonts w:ascii="Times New Roman" w:hAnsi="Times New Roman" w:eastAsia="Times New Roman" w:cs="Times New Roman"/>
        </w:rPr>
        <w:t>“‘Tus uas tuav rab nplawm npluag nyob hauv Nws txhais tes, thiab Nws yuav ntxuav Nws lub tshav txhaws nplej kom huv tib si, thiab yuav sau Nws cov nplej mog rau hauv lub txhab.’ Mathais 3:12. Qhov no yog ib zaug ntawm lub sijhawm ntxuav kom huv. Los ntawm cov lus ntawm qhov tseeb, cov plhaub npluag tab tom raug cais tawm ntawm cov nplej mog. Vim lawv muaj kev khav theeb thiab xav tias lawv tus kheej ncaj ncees dhau lawm tsis kam txais lus qhuab qhia, thiab vim lawv hlub lub ntiajteb dhau lawm tsis kam lees txais ib lub neej ntawm kev txo hwjchim, ntau leej thiaj tig nraub qaum ntawm Yexus mus. Coob leej tseem tab tom ua tib yam ntawd. Niaj hnub no tej ntsujplig raug sim ib yam li cov thwj tim ntawd hauv lub tsev sablaj ntawm Kapena-us. Thaum qhov tseeb raug coj los txhaws rau hauv lub siab, lawv pom tias lawv lub neej tsis haum raws li Vajtswv lub siab nyiam. Lawv pom tias lawv tus kheej yuav tsum muaj kev hloov pauv tag nrho; tiam sis lawv tsis kam los ris txoj haujlwm uas yuav tsum tsis lees yus tus kheej ntawd. Vim li ntawd lawv thiaj npau taws thaum lawv tej kev txhaum raug nthuav tawm. Lawv thim mus vim chim siab, ib yam li cov thwj tim tau tso Yexus tseg, yws tias, ‘Lo lus no hnyav kawg; leejtwg thiaj mloog taus?’” The Desire of Ages, 392.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Yau-ees thiab Pawg Ntseeg Xya-Hnub Khixatia Lub Sijhawm Laodikea - Zaj Tsib</dc:title>
  <dc:subject>Ntev Li Cas Ntev Npaum Li Cas? Lub Foob Tsib</dc:subject>
  <dc:creator>Jeff Pippenger</dc:creator>
  <cp:keywords/>
  <dc:description>Generated by ArticleDigger from joel\05_joel.json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