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Yawlees thiab Lub Koom Txoos Xya Hnub Cia Siab uas nyob hauv Laodicea - Zauv Yim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Tus Naj Npawb Yim</w:t>
      </w:r>
    </w:p>
    <w:p>
      <w:pPr>
        <w:pStyle w:val="ArticleScripture"/>
        <w:jc w:val="left"/>
      </w:pPr>
      <w:r>
        <w:rPr>
          <w:rFonts w:ascii="Times New Roman" w:hAnsi="Times New Roman" w:eastAsia="Times New Roman" w:cs="Times New Roman"/>
        </w:rPr>
        <w:t>Nws yuav qhia kev paub rau leejtwg? Thiab nws yuav ua kom leejtwg to taub tej lus qhuab qhia? Yog cov uas twb raug txiav ntawm mis lawm, thiab raug rho tawm ntawm ob lub mis lawm.</w:t>
      </w:r>
    </w:p>
    <w:p>
      <w:pPr>
        <w:pStyle w:val="ArticleScripture"/>
        <w:jc w:val="left"/>
      </w:pPr>
      <w:r>
        <w:rPr>
          <w:rFonts w:ascii="Times New Roman" w:hAnsi="Times New Roman" w:eastAsia="Times New Roman" w:cs="Times New Roman"/>
        </w:rPr>
        <w:t>Vim txoj cai yuav tsum nyob saum txoj cai, txoj cai saum txoj cai; kab saum kab, kab saum kab; ntawm no me ntsis, thiab ntawm tod me ntsis: Rau qhov nrog daim di ncauj txawj txhav thiab lwm yam lus nws yuav hais rau haiv neeg no. Rau cov uas nws tau hais tias, Qhov no yog txoj kev so uas nej yuav ua rau tus qaug zog tau so; thiab qhov no yog txoj kev ua kom rov qab muaj zog tshiab: los lawv yeej tsis kam mloog.</w:t>
      </w:r>
    </w:p>
    <w:p>
      <w:pPr>
        <w:pStyle w:val="ArticleScripture"/>
        <w:jc w:val="left"/>
      </w:pPr>
      <w:r>
        <w:rPr>
          <w:rFonts w:ascii="Times New Roman" w:hAnsi="Times New Roman" w:eastAsia="Times New Roman" w:cs="Times New Roman"/>
        </w:rPr>
        <w:t>Tiamsis Lo Lus cov lus rau lawv yog lus qhuab qhia ntxiv rau lus qhuab qhia, lus qhuab qhia ntxiv rau lus qhuab qhia; kab ntxiv rau kab, kab ntxiv rau kab; ntawm no me ntsis, thiab ntawm tod me ntsis; kom lawv thiaj mus, thiab poob rov qab, thiab raug tawg, thiab raug cuab, thiab raug ntes.</w:t>
      </w:r>
    </w:p>
    <w:p>
      <w:pPr>
        <w:pStyle w:val="ArticleScripture"/>
        <w:jc w:val="left"/>
      </w:pPr>
      <w:r>
        <w:rPr>
          <w:rFonts w:ascii="Times New Roman" w:hAnsi="Times New Roman" w:eastAsia="Times New Roman" w:cs="Times New Roman"/>
        </w:rPr>
        <w:t>Vim li no nej lo lus ntawm tus Tswv, nej cov neeg thuam thuam uas kav haiv neeg no uas nyob hauv Yeluxalees. Vim nej tau hais tias, Peb tau cog lus nrog kev tuag lawm, thiab nrog ntuj txiag teb tsaus peb tau pom zoo lawm; thaum tus nplawm uas nyab lug los hla mus, nws yuav tsis los raug peb li: rau qhov peb tau ua kev dag cuav ua peb qhov chaw nkaum, thiab nyob hauv kev cuav peb tau zais peb tus kheej: Yog li no tus Tswv Vajtswv hais tias, Saib seb, Kuv muab tso rau hauv Xi-oos ib lub pob zeb ua lub hauv paus, yog ib lub pob zeb uas twb raug sim lawm, yog lub pob zeb muaj nqes, yog lub pob zeb kaum tsev, yog lub hauv paus ruaj khov: tus uas ntseeg yuav tsis maj khiav. Kuv kuj yuav muab kev txiav txim ua txoj hlua ntsuas, thiab muab kev ncaj ncees ua rab kav ntsug; thiab lawg yuav cheb mus pov tseg qhov chaw nkaum ntawm kev dag cuav, thiab dej yuav nyab dhau qhov chaw zais. Thiab nej txoj kev cog lus nrog kev tuag yuav raug rhuav tshem, thiab nej txoj kev pom zoo nrog ntuj txiag teb tsaus yuav tsis nyob ruaj; thaum tus nplawm uas nyab lug los hla mus, ces nej yuav raug nws tsuj nthi. Yaxayas 28:9–18.</w:t>
      </w:r>
    </w:p>
    <w:p>
      <w:pPr>
        <w:pStyle w:val="ArticleBody"/>
        <w:jc w:val="left"/>
      </w:pPr>
      <w:r>
        <w:rPr>
          <w:rFonts w:ascii="Times New Roman" w:hAnsi="Times New Roman" w:eastAsia="Times New Roman" w:cs="Times New Roman"/>
        </w:rPr>
        <w:t>Cov neeg thuam thuam uas kav Yeluxalees yog cov thawj coj ntawm pawg ntseeg Seventh-day Adventist hauv lub xeev Laodicea, uas ob peb nqe ua ntej no, Yaxayas tau qhia tias yog cov “qaug cawv ntawm Ephalais” thiab “lub mom khav theeb.” Nyob rau hnub Peetekos, Petus tau teb rau cov uas hais tias txoj xov ntawd tab tom raug tshaj tawm los ntawm cov neeg qaug cawv. Lub sijhawm ntawm nag tom kawg yog hais txog ib txoj xov nag tom kawg tseeb thiab ib txoj xov nag tom kawg cuav. Ib txoj xov los ntawm tus Tswv ib txwm ua kom muaj ob pab neeg pe hawm, thiab ob pab ntawd puav leej haus cawv. Txoj xov uas raug ua kom dawb huv, los yog cawv uas raug ua kom dawb huv, yog yam uas raug txiav tawm ntawm lub qhov ncauj ntawm cov tsis ncaj ncees hauv Yau-ee.</w:t>
      </w:r>
    </w:p>
    <w:p>
      <w:pPr>
        <w:pStyle w:val="ArticleScripture"/>
        <w:jc w:val="left"/>
      </w:pPr>
      <w:r>
        <w:rPr>
          <w:rFonts w:ascii="Times New Roman" w:hAnsi="Times New Roman" w:eastAsia="Times New Roman" w:cs="Times New Roman"/>
        </w:rPr>
        <w:t>Nej nej, nej cov uas qaug cawv, thiab quaj ntsuag; nej txhua tus uas haus cawv txiv hmab, cia li quaj nyiav, vim yog cawv txiv hmab tshiab; rau qhov nws raug txiav tawm ntawm nej qhov ncauj lawm. Joel 1:5.</w:t>
      </w:r>
    </w:p>
    <w:p>
      <w:pPr>
        <w:pStyle w:val="ArticleBody"/>
        <w:jc w:val="left"/>
      </w:pPr>
      <w:r>
        <w:rPr>
          <w:rFonts w:ascii="Times New Roman" w:hAnsi="Times New Roman" w:eastAsia="Times New Roman" w:cs="Times New Roman"/>
        </w:rPr>
        <w:t>Hauv Yauses tshooj ib, cov neeg ua teb phem ntawm lub vaj hmab, uas sawv cev rau pawg ntseeg Xya Hnub Cawmdim Laodicea, raug rau txim thiab raug txiav txim nyob rau hauv kev txuas nrog qhov “cawv txiv hmab tshiab” uas raug “txiav tawm” ntawm lawv lub qhov ncauj. Vajtswv tau txiav tawm lossis tau tuav tseg txoj kev nchuav los ntawm Vajtswv tus Ntsuj Plig nyob rau hauv nag tom qab, raws li tau sawv cev los ntawm cov “kev xyeem mov thiab kev xyeem dej haus,” ntawm cov neeg ua teb qaug cawv phem.</w:t>
      </w:r>
    </w:p>
    <w:p>
      <w:pPr>
        <w:pStyle w:val="ArticleScripture"/>
        <w:jc w:val="left"/>
      </w:pPr>
      <w:r>
        <w:rPr>
          <w:rFonts w:ascii="Times New Roman" w:hAnsi="Times New Roman" w:eastAsia="Times New Roman" w:cs="Times New Roman"/>
        </w:rPr>
        <w:t>Kev xyeem mov thiab xyeem cawv raug txiav tawm ntawm lub tuam tsev ntawm tus Tswv; cov pov thawj, uas yog tus Tswv cov tub qhe, quaj ntsuag. Teb raug puam tsuaj, lub teb chaws quaj ntsuag; vim nplej raug puam tsuaj lawm; cawv tshiab qhuav tag, roj kuj nqhis zog lawm. Nej cov uas ua liaj ua teb, cia li txaj muag; nej cov uas tu vaj hmab, cia li quaj nyiav, vim yog nplej thiab qeb; rau qhov qoob loo hauv teb twb puam tsuaj lawm. Tsob hmab qhuav lawm, tsob txiv ncuav pias kuj nqhis zog lawm; tsob txiv mab txiv ntoo, tsob xibtes thiab, tsob txiv avpom, yog, tag nrho tej ntoo hauv teb kuj qhuav tas lawm; vim txoj kev xyiv fab twb qhuav ploj mus ntawm noob neej lawm. Nej cov pov thawj, cia li muab ntaub seev duav thiab quaj ntsuag; nej cov tub qhe ntawm lub thaj, cia li quaj nyiav; nej cov tub qhe ntawm kuv tus Vajtswv, cia li los pw ib hmos puv npo hauv ntaub seev; rau qhov xyeem mov thiab xyeem cawv raug txwv cia ntawm lub tuam tsev ntawm nej tus Vajtswv. Nej cia li teem ib hnub yoo mov dawb huv, hu ib lub rooj sib txoos loj, sau cov txwj laus thiab txhua tus uas nyob hauv lub teb chaws tuaj rau hauv lub tuam tsev ntawm tus Tswv nej tus Vajtswv, thiab quaj thov rau tus Tswv tias, Au, hnub ntawd! rau qhov hnub ntawm tus Tswv twb nyob ze lawm, thiab nws yuav los zoo li kev puas tsuaj los ntawm tus Uas Muaj Hwjchim Loj Kawg Nkaus. Puas yog mov raug txiav tawm ntawm ntawm peb qhov muag, muaj tseeb, txoj kev xyiv fab thiab kev zoo siab kuj raug txiav tawm ntawm lub tuam tsev ntawm peb tus Vajtswv? Yoos 1:9–16.</w:t>
      </w:r>
    </w:p>
    <w:p>
      <w:pPr>
        <w:pStyle w:val="ArticleBody"/>
        <w:jc w:val="left"/>
      </w:pPr>
      <w:r>
        <w:rPr>
          <w:rFonts w:ascii="Times New Roman" w:hAnsi="Times New Roman" w:eastAsia="Times New Roman" w:cs="Times New Roman"/>
        </w:rPr>
        <w:t>Thaum Yaxayas “cov neeg qaug cawv ntawm Efa-i” “tsaig” hauv Yau-ees, yam xwm txheej uas lawv tsaig los ntsib yog txoj xov nag lig—uas raug sawv cev ua “cawv txiv hmab tshiab.” Qhov no tau raug tuav cia tsis pub rau Vajtswv haiv neeg uas Nws tau xaiv tseg hauv txoj kev cog lus. “Nplej” hauv nqe lus no yog ib lo lus dav dav hais txog qoob loo txhuv nplej, thiab Vajtswv Txojlus yog Mov Mog saum ntuj, thiab hauv nqe lus no, nws tau raug “puam tsuaj.”</w:t>
      </w:r>
    </w:p>
    <w:p>
      <w:pPr>
        <w:pStyle w:val="ArticleBody"/>
        <w:jc w:val="left"/>
      </w:pPr>
      <w:r>
        <w:rPr>
          <w:rFonts w:ascii="Times New Roman" w:hAnsi="Times New Roman" w:eastAsia="Times New Roman" w:cs="Times New Roman"/>
        </w:rPr>
        <w:t>“Cawv txiv hmab tshiab” yog zaj lus ntawm qhov tseeb tam sim no uas tuaj txog thaum 9/11. “Cawv txiv hmab tshiab qhuav tag” thiab “raug txiav tawm” vim “cawv txiv hmab tshiab” tsuas yog raug lees paub los ntawm cov uas rov qab los rau Yelemis “txojkev qub,” rau qhov ib zaj lus “tshiab” yeej ib txwm sib haum nrog zaj lus “qub.” Lo lus uas txhais ua “qhuav tag” hauv Henplais txhais hais tias “yuav txaj muag.”</w:t>
      </w:r>
    </w:p>
    <w:p>
      <w:pPr>
        <w:pStyle w:val="ArticleBody"/>
        <w:jc w:val="left"/>
      </w:pPr>
      <w:r>
        <w:rPr>
          <w:rFonts w:ascii="Times New Roman" w:hAnsi="Times New Roman" w:eastAsia="Times New Roman" w:cs="Times New Roman"/>
        </w:rPr>
        <w:t>Cov neeg uas “txaj muag” yog ib qho ntsiab lus tseem ceeb hauv Yau-ees thiab cov yaj saub. Cov neeg qaug cawv ntawm Efa-i-ees txaj muag rau lawv zaj lus cuav hais txog nag tom qab, uas feem ntau hu ua ib zaj lus “kev thaj yeeb thiab kev nyab xeeb.” Peb lub cim uas yog nplej, cawv tshiab, thiab roj sawv cev rau zaj lus ntawm nag tom qab. Nag tom qab kuj raug sawv cev ua li kev nchuav tawm ntawm tus Vaj Ntsuj Plig Dawb Huv.</w:t>
      </w:r>
    </w:p>
    <w:p>
      <w:pPr>
        <w:pStyle w:val="ArticleBody"/>
        <w:jc w:val="left"/>
      </w:pPr>
      <w:r>
        <w:rPr>
          <w:rFonts w:ascii="Times New Roman" w:hAnsi="Times New Roman" w:eastAsia="Times New Roman" w:cs="Times New Roman"/>
        </w:rPr>
        <w:t>Tes hauj lwm ntawm Vaj Ntsuj Plig Dawb Huv yog ua kom neeg raug txim ntawm kev txhaum, kev ncaj ncees, thiab kev txiav txim, thiab yeej nyob hauv qhov kev txiav txim ntawd ntag. Vajtswv Txojlus ua kom neeg raug txim ntawm kev txhaum, thiab raug sawv cev los ntawm “nplej.” Kev muaj “cawv txiv hmab tshiab” qhia tias lawv yog cov uas muaj Vaj Ntsuj Plig Dawb Huv, tus uas raug sawv cev los ntawm “nag” thiab kuj los ntawm “cawv txiv hmab,” rau qhov ob yam no, “nag” thiab “cawv txiv hmab,” yeej yooj yim ua pov thawj tau tias yog ib txoj lus los sis ib txoj kev qhuab qhia.</w:t>
      </w:r>
    </w:p>
    <w:p>
      <w:pPr>
        <w:pStyle w:val="ArticleScripture"/>
        <w:jc w:val="left"/>
      </w:pPr>
      <w:r>
        <w:rPr>
          <w:rFonts w:ascii="Times New Roman" w:hAnsi="Times New Roman" w:eastAsia="Times New Roman" w:cs="Times New Roman"/>
        </w:rPr>
        <w:t>Txawm li cas los xij, Kuv qhia qhov tseeb rau nej; nws yog yam muaj txiaj ntsig rau nej uas Kuv yuav mus lawm: rau qhov yog Kuv tsis mus lawm, tus Nplig Siab yuav tsis los cuag nej; tab sis yog Kuv ncaim mus, Kuv yuav txib nws los cuag nej. Thiab thaum nws los txog lawm, nws yuav qhuab ntuas lub ntiaj teb txog kev txhaum, thiab txog kev ncaj ncees, thiab txog kev txiav txim: Txog kev txhaum, vim lawv tsis ntseeg Kuv; Txog kev ncaj ncees, vim Kuv mus cuag Kuv Leej Txiv, thiab nej yuav tsis pom Kuv lawm; Txog kev txiav txim, vim tus thawj ntawm lub ntiaj teb no twb raug txiav txim lawm. Kuv tseem muaj ntau yam yuav hais rau nej, los tam sim no nej tseem ris tsis taus. Txawm li ntawd los, thaum nws, tus Ntsuj Plig ntawm qhov tseeb, los txog lawm, nws yuav coj nej mus rau hauv txhua qhov tseeb: rau qhov nws yuav tsis hais raws li nws tus kheej; tab sis txhua yam uas nws hnov, nws yuav hais tej ntawd: thiab nws yuav qhia rau nej txog tej yam yuav tshwm sim tom ntej no. Yauhas 16:7–13.</w:t>
      </w:r>
    </w:p>
    <w:p>
      <w:pPr>
        <w:pStyle w:val="ArticleBody"/>
        <w:jc w:val="left"/>
      </w:pPr>
      <w:r>
        <w:rPr>
          <w:rFonts w:ascii="Times New Roman" w:hAnsi="Times New Roman" w:eastAsia="Times New Roman" w:cs="Times New Roman"/>
        </w:rPr>
        <w:t>Yau-es “nplej” yog Vajtswv Txojlus, uas txiav txim siab txog “kev txhaum.” “Kev ncaj ncees” raug nthuav tawm los ntawm cov uas tau txuas lawv tib neeg xwm nrog Vajtswv xwm los ntawm txoj xov tseeb rau lub sijhawm tam sim no uas raug sawv cev ua “cawv txiv hmab tshiab” (txoj xov) (qhov tseeb rau lub sijhawm tam sim no). “Roj” yog lub cim ntawm “kev txiav txim,” rau qhov “kev txiav txim” yog raws li seb cov uas raug txiav txim puas muaj “roj.” Yau-es cov nplej, cawv txiv hmab tshiab, thiab roj yog kev txiav txim siab txog kev txhaum, kev ncaj ncees, thiab kev txiav txim. Tag nrho txhua yam hauv txoj haujlwm ntawm tus Vaj Ntsuj Plig Dawb Huv uas txuas nrog kev nchuav los ntawm nag tom qab ua ke tsim cov tseeb uas yuav sim Laodicean Adventism pib thaum 9/11 thaum Yau-es txib lawv tias, “Tsaug zog!”</w:t>
      </w:r>
    </w:p>
    <w:p>
      <w:pPr>
        <w:pStyle w:val="ArticleBody"/>
        <w:jc w:val="left"/>
      </w:pPr>
      <w:r>
        <w:rPr>
          <w:rFonts w:ascii="Times New Roman" w:hAnsi="Times New Roman" w:eastAsia="Times New Roman" w:cs="Times New Roman"/>
        </w:rPr>
        <w:t>Peb lub cim ntawm zaj lus kawg nag sib txig nrog peb tus timtswv tej lus hauv Qhia Tshwm tshooj kaum plaub, thiab “cov uas ua liaj ua teb” yuav tsum “txaj muag” hos “cov uas tu vaj txiv hmab” yuav tsum “quaj ntsuag nrov nrov.” Hauv Yo-ees, Vajtswv haiv neeg yuav tsis txhob txaj muag ib txhis li.</w:t>
      </w:r>
    </w:p>
    <w:p>
      <w:pPr>
        <w:pStyle w:val="ArticleScripture"/>
        <w:jc w:val="left"/>
      </w:pPr>
      <w:r>
        <w:rPr>
          <w:rFonts w:ascii="Times New Roman" w:hAnsi="Times New Roman" w:eastAsia="Times New Roman" w:cs="Times New Roman"/>
        </w:rPr>
        <w:t>Thiab nej yuav paub tias kuv nyob hauv nruab nrab ntawm cov Yixayee, thiab tias kuv yog tus Tswv uas yog nej tus Vajtswv, tsis muaj dua lwm tus li; thiab kuv haiv neeg yuav tsis txaj muag ntxiv lawm. Yau-ees 2:27.</w:t>
      </w:r>
    </w:p>
    <w:p>
      <w:pPr>
        <w:pStyle w:val="ArticleBody"/>
        <w:jc w:val="left"/>
      </w:pPr>
      <w:r>
        <w:rPr>
          <w:rFonts w:ascii="Times New Roman" w:hAnsi="Times New Roman" w:eastAsia="Times New Roman" w:cs="Times New Roman"/>
        </w:rPr>
        <w:t>Cov tswv teb thiab cov neeg tu vaj txiv hmab txaj muag thiab quaj nrov nrov, vim zaj lus cuav hais txog nag lig uas lawv nthuav tawm ntawd tsis muaj hwjchim txaus los tsim txoj sia hauv lub vaj txiv hmab uas tau muab rau lawv saib xyuas. Cov Adventist paub los ntawm lawv tus pojniam cev Vajtswv lus hais tias lawv raug hu los ua kom tiav qhov kev paub txog nag lig, tiam sis cov qoob loo hauv tej teb qhuav nrog tag lawm. Lawv txaj muag thiab quaj tshwjxeeb “vim nplej thiab vim barley.” Qhov kev txi thawj qoob loo ntawm “barley” nyob rau hnub uas Khetos sawv hauv qhov tuag rov los tau pib lub caij Pentecost uas xaus rau hnub Pentecost nrog kev txi thawj qoob loo ntawm “nplej” ntawm Pentecost. Cov neeg qaug cawv ntawm Ephraim txaj muag, vim lawv nyob rau sab tsis yog ntawm lub caij Pentecost, uas rov muaj dua txij 9/11 mus txog rau txoj cai Sunday, thaum nag lig tab tom poob.</w:t>
      </w:r>
    </w:p>
    <w:p>
      <w:pPr>
        <w:pStyle w:val="ArticleScripture"/>
        <w:jc w:val="left"/>
      </w:pPr>
      <w:r>
        <w:rPr>
          <w:rFonts w:ascii="Times New Roman" w:hAnsi="Times New Roman" w:eastAsia="Times New Roman" w:cs="Times New Roman"/>
        </w:rPr>
        <w:t>“Coob leej coob tus twb tsis tau txais thawj los nag raws li qhov uas tsim nyog heev. Lawv tseem tsis tau txais txhua yam txiaj ntsig uas Vajtswv tau npaj tseg li no rau lawv. Lawv cia siab tias yam uas tseem tshuav ntawd yuav raug ua kom puv los ntawm los nag yav tom qab. Thaum txoj kev tshav ntuj uas nplua nuj tshaj plaws yuav raug muab pub, lawv npaj siab yuav qhib lawv lub siab los txais nws. Lawv tab tom ua ib qho yuam kev txaus ntshai heev. Tes haujlwm uas Vajtswv tau pib hauv tibneeg lub siab thaum Nws muab Nws txoj kev kaj thiab kev paub, yuav tsum mus ntxiv tsis tu ncua. Txhua tus nyias yuav tsum paub tseeb txog nws tus kheej txoj kev tsim nyog. Lub siab yuav tsum raug muab nchuav kom dawb ntawm txhua yam kev qias neeg thiab raug ntxuav kom tsim nyog rau Vaj Ntsuj Plig nyob hauv. Yog los ntawm kev lees txim thiab tso tseg txoj kev txhaum, los ntawm kev thov Vajtswv uas kub siab thiab kev fij lawv tus kheej rau Vajtswv, cov thwjtim thaum chiv thawj thiaj npaj tau rau txoj kev ntws los ntawm Vaj Ntsuj Plig Dawb Huv rau Hnub Pentekos. Tib tes haujlwm ntawd, tsuas yog yuav tsum ua kom ntau dua xwb, yuav tsum raug ua tam sim no. Tom qab ntawd tus neeg ua haujlwm tibneeg tsuas yog yuav tsum thov kom tau txoj koob hmoov, thiab tos tus Tswv kom ua kom tes haujlwm uas hais txog nws ntawd tiav. Vajtswv yog Tus uas tau pib tes haujlwm ntawd, thiab Nws yuav ua kom Nws tes haujlwm tiav, ua kom tibneeg puv npo hauv Yexus Khetos. Tiamsis yuav tsum tsis txhob saib tsis taus txoj kev tshav ntuj uas thawj los nag sawv cev rau. Tsuas yog cov uas tab tom ua neej raws li txoj kev kaj uas lawv twb muaj lawm xwb thiaj yuav txais tau txoj kev kaj loj dua. Yog peb tsis niaj hnub mus tom ntej hauv kev nthuav tawm cov kev tsim txiaj ua Khetos txojkev ntseeg uas muaj sia thiab muaj zog, peb yuav tsis paub txog tej kev tshwm sim ntawm Vaj Ntsuj Plig Dawb Huv hauv los nag yav tom qab. Tej zaum nws yuav tab tom poob saum tej siab nyob puag ncig peb txhua qhov, los peb yuav tsis pom thiab yuav tsis txais nws.” Testimonies to Ministers, 506, 507.</w:t>
      </w:r>
    </w:p>
    <w:p>
      <w:pPr>
        <w:pStyle w:val="ArticleBody"/>
        <w:jc w:val="left"/>
      </w:pPr>
      <w:r>
        <w:rPr>
          <w:rFonts w:ascii="Times New Roman" w:hAnsi="Times New Roman" w:eastAsia="Times New Roman" w:cs="Times New Roman"/>
        </w:rPr>
        <w:t>Hauv txoj kab lus uas Muam White hu ua lub “caij Pentecost,” “nag thaum ntxov” yog Khetos tshuab pa rau saum cov thwj tim tom qab Nws nqes los ntawm Nws lub rooj sib ntsib saum ntuj tom qab Nws sawv rov los lawm. “Nag thaum kawg” hauv lub ntsiab no yog Pentecost. Ntawm alpha ntawm lub caij Pentecost ob peb tee raug tshuab rau saum cov thwj tim, hos ntawm omega cov thwj tim uas twb raug tshuab rau lawm tab tom hais lus nrog tej nplaig hluav taws rau tag nrho lub ntiajteb. Ib qho kev tshwm sim ntawm Vaj Ntsuj Plig Dawb Huv thaum pib thiab thaum xaus. Vajtswv txoj kev muaj ntuj ceeb tsheej xa Vaj Ntsuj Plig Dawb Huv mus rau noob neej los ntawm ib txoj xov thaum pib, thiab Vajtswv txoj kev muaj ntuj ceeb tsheej nrog noob neej koom ua ke raws li sawv cev los ntawm tej nplaig (noob neej) thiab hluav taws (Vajtswv txoj kev muaj ntuj ceeb tsheej), thiab xa Vaj Ntsuj Plig Dawb Huv mus rau noob neej los ntawm ib txoj xov thaum xaus. Qhov khoom fij thawj cov qoob loo ntawm nplej barley thaum pib sib haum nrog Khetos txoj kev sawv rov los, hos ob lub ncuav mov nplej wheat hauv qhov khoom fij thawj cov qoob loo ntawm Pentecost sib haum nrog Pentecost.</w:t>
      </w:r>
    </w:p>
    <w:p>
      <w:pPr>
        <w:pStyle w:val="ArticleBody"/>
        <w:jc w:val="left"/>
      </w:pPr>
      <w:r>
        <w:rPr>
          <w:rFonts w:ascii="Times New Roman" w:hAnsi="Times New Roman" w:eastAsia="Times New Roman" w:cs="Times New Roman"/>
        </w:rPr>
        <w:t>Ob lub ncuav ntawd yog tib qho kev txi xwb uas muaj keeb xab, uas yog ib lub cim ntawm kev txhaum. Cov ncuav ntawd raug cub ci, yog li ntawd sawv cev rau kev tshem tawm ntawm kev txhaum, los tseem tuav rawv qhov tseeb tias ob lub ncuav yoj uas sawv cev rau ib puas plaub caug plaub txhiab leej ntawd yog txiv neej thiab poj niam uas yog neeg txhaum, tiamsis twb raug ntxuav kom dawb huv ntawm cov kev txhaum ntawd los ntawm tus Neeg Xa Xov ntawm Lus Cog Tseg hauv Malachi tshooj peb. Yog li ntawd, alpha ntawm lub caij Pentecostal sawv cev rau Mov Ci saum Ntuj Ceeb Tsheej uas tab tom qhia Nws cov thwjtim, hos omega ntawm lub caij ntawd kuj muaj cov thwjtim qub ntawd tib si raug cim tseg ua ob lub ncuav mov ci uas raug tsa mus rau saum ntuj. Yog li ntawd, lub cim ntawm Vajtswv-txoj-kev thiab tibneeg-txoj-kev ntawm cov nplaig hluav taws thiab kev tsa siab rau yoj-kev txi, uas yog ib qho qauv qhia txog cov thwjtim nqa txoj xov mus rau lub ntiajteb, koom ua ke los qhia meej tias ib puas plaub caug plaub txhiab leej yuav tsum raug tsa siab ua ib qho kev txi uas sawv cev tau kom zoo kawg nkaus rau Yexus Khetos, thiab Yexus Khetos sawv cev tias Vajtswv-txoj-kev koom nrog tibneeg-txoj-kev tsis txhaum.</w:t>
      </w:r>
    </w:p>
    <w:p>
      <w:pPr>
        <w:pStyle w:val="ArticleBody"/>
        <w:jc w:val="left"/>
      </w:pPr>
      <w:r>
        <w:rPr>
          <w:rFonts w:ascii="Times New Roman" w:hAnsi="Times New Roman" w:eastAsia="Times New Roman" w:cs="Times New Roman"/>
        </w:rPr>
        <w:t>Kev tsis tau “txais nag thaum ntxov” los tseem cia siab tias “qhov uas tsis muaj” ntawm “tag nrho tej koob hmoov uas Vajtswv” tau “npaj tseg” nrog “nag thaum ntxov” ntawd “yuav raug muab ntxiv los ntawm nag thaum lig” yog “ib qho yuam kev txaus ntshai kawg.” Nag thaum ntxov yog Yelemis tej “kev qub,” uas raug txheeb tias yog txoj kev yuav tsum taug thaum 9/11. Nws yog “ib qho yuam kev txaus ntshai kawg” thiab kuj yog ib qho kev dag ntxias loj uas ua rau tibneeg xav tias lawv muaj ib txoj xov nag thaum lig uas raug txhim rau saum lub pob zeb, tsuas yog thaum kawg mam pom tias lawv txoj xov ntawd raug txhim rau saum xuab zeb xwb.</w:t>
      </w:r>
    </w:p>
    <w:p>
      <w:pPr>
        <w:pStyle w:val="ArticleBody"/>
        <w:jc w:val="left"/>
      </w:pPr>
      <w:r>
        <w:rPr>
          <w:rFonts w:ascii="Times New Roman" w:hAnsi="Times New Roman" w:eastAsia="Times New Roman" w:cs="Times New Roman"/>
        </w:rPr>
        <w:t>Petus tsis txaj muag los piav meej ncaj qha tias leejtwg qaug cawv thiab leejtwg tsis qaug cawv hauv nws txoj kev sawv cev rau ib puas plaub caug plaub txhiab leej thaum lub sijhawm nag lig. Tag nrho cov yaj saub hais txog hnub kawg, thiab Yau-ees tab tom txheeb qhia txog “cov qaug cawv ntawm Efa-i” uas tab tom tsim dheev sawv thiab raug ntsib nrog cov pov thawj meej tseeb tias txoj cai tsim nyog ntawm kev ua cov neeg uas yuav tshaj tawm lub suab qw nrov ntawm tus timtswv ceeb tsheej thib peb nyob hauv qab lub hwjchim nag lig ntawd twb raug tshem tawm mus tas ib txhis lawm. Ib puas plaub caug plaub txhiab leej raug txhim kho thiab raug muab khi cim tseg thaum lub sijhawm nag lig txij 9/11 mus txog rau hnub Sunday law. Lawv yog cov uas raws tus Menyuam Yaj mus txhua qhov chaw uas Nws mus.</w:t>
      </w:r>
    </w:p>
    <w:p>
      <w:pPr>
        <w:pStyle w:val="ArticleBody"/>
        <w:jc w:val="left"/>
      </w:pPr>
      <w:r>
        <w:rPr>
          <w:rFonts w:ascii="Times New Roman" w:hAnsi="Times New Roman" w:eastAsia="Times New Roman" w:cs="Times New Roman"/>
        </w:rPr>
        <w:t>Petus nyob rau hnub Peetekos sawv cev rau cov neeg uas tab tom tshaj tawm txoj xov nag lig, uas nws muab raws li phau ntawv Yaw-ee. Cov Yudais, uas twb tau txais lub luag hauj lwm los ua kevcai Peetekos thoob plaws lawv tej keeb kwm tag nrho, raug Petus qhia tias Peetekos uas txhua zaus Peetekos yav tag los tau taw qhia mus rau tom ntej ntawd nim no tab tom raug ua kom tiav. Cov Yudais, ib yam li cov neeg qaug cawv ntawm Efa-i, twb qaug heev rau cawv Npanpiloo lawm ces lawv thiaj li liam Petus thiab kaum ib tug tias qaug cawv, thaum lawv tab tom nthuav txoj xov nag lig nyob hauv lub ntsiab lus ntawm phau ntawv Yaw-ee. Thaum cov neeg qaug cawv ntawm Efa-i “tsim dheev” hauv nqe tsib ntawm Yaw-ee tshooj ib, lawv raug ntsib nrog txoj kev sim siab ntawm nag lig uas muaj ob pab neeg raug tsim tawm los. Hauv txoj kev sim siab ntawd, ib pab lees paub txoj xov nag lig, hos ib pab tsis lees paub.</w:t>
      </w:r>
    </w:p>
    <w:p>
      <w:pPr>
        <w:pStyle w:val="ArticleScripture"/>
        <w:jc w:val="left"/>
      </w:pPr>
      <w:r>
        <w:rPr>
          <w:rFonts w:ascii="Times New Roman" w:hAnsi="Times New Roman" w:eastAsia="Times New Roman" w:cs="Times New Roman"/>
        </w:rPr>
        <w:t>“Peb yuav tsum tsis txhob tos rau nag nplooj zeeg lig. Nws tab tom los rau saum txhua tus uas yuav lees paub thiab txais yuav lwg thiab tej nag tshauv ntawm txoj kev tshav ntuj uas poob los rau saum peb. Thaum peb khaws tej tawg seem ntawm qhov kaj lug, thaum peb txaus siab rau tej kev khuv leej ruaj khov ntawm Vajtswv, tus uas nyiam kom peb tso siab rau Nws, ces txhua lo lus cog tseg yuav tiav. ‘Vim raws li lub ntiajteb txi nws lub hlav tawm los, thiab raws li lub vaj ua kom tej yam uas muab cog rau hauv nws txi tuaj; ib yam nkaus li ntawd tus Tswv Vajtswv yuav ua kom txoj kev ncaj ncees thiab txoj kev qhuas txi tuaj rau ntawm txhua haiv neeg.’ Yaxayas 61:11. Tag nrho lub ntiajteb yuav tsum puv npo nrog Vajtswv lub hwjchim ci ntsa iab.” The Seventh-day Adventist Bible Commentary, volume 7, 984.</w:t>
      </w:r>
    </w:p>
    <w:p>
      <w:pPr>
        <w:pStyle w:val="ArticleBody"/>
        <w:jc w:val="left"/>
      </w:pPr>
      <w:r>
        <w:rPr>
          <w:rFonts w:ascii="Times New Roman" w:hAnsi="Times New Roman" w:eastAsia="Times New Roman" w:cs="Times New Roman"/>
        </w:rPr>
        <w:t>“Paub” txhais hais tias “nco qab dua lossis rov qab tau kev paub,” rau qhov lus ntawm nag tom kawg raug paub los ntawm tej keeb kwm dawb huv yav dhau los uas ua piv txwv qhia txog keeb kwm ntawm nag tom kawg. Keeb kwm ntawm Petus nyob rau hnub Peetekos tau raug teeb tsa nyob rau hauv tus qauv keeb kwm uas Yoos tau nthuav tawm. Qhov chaw teeb meem ntawm Yoos nrog Petus txoj kev ua tiav muab ob tug tim khawv rau keeb kwm ntawm Midnait Khaiv xyoo 1844. Peb tug tim khawv ntawd (thiab lwm tus) yuav tsum raug “paub” tias yog tej yam piv txwv ntawm keeb kwm, chaw teeb meem, thiab lus ntawm nag tom kawg.</w:t>
      </w:r>
    </w:p>
    <w:p>
      <w:pPr>
        <w:pStyle w:val="ArticleBody"/>
        <w:jc w:val="left"/>
      </w:pPr>
      <w:r>
        <w:rPr>
          <w:rFonts w:ascii="Times New Roman" w:hAnsi="Times New Roman" w:eastAsia="Times New Roman" w:cs="Times New Roman"/>
        </w:rPr>
        <w:t>Thaum Khetos tshuab pa rau saum cov thwj tim tom qab Nws tau nce mus thiab rov qab los, qhov ntawd zoo li “ob peb tee dej” ua ntej txoj kev nchuav loj kawg nkaus thaum Hnub Peetekos. Thaum pib thiab thaum xaus muaj ib qho kev tshwm sim ntawm Vaj Ntsuj Plig Dawb Huv raug nchuav tawm. Ob peb tee dej uas los ntawm Khetos mus rau Nws cov thwj tim yog tus alpha ntawm lub caij Peetekos uas xaus nrog tus omega thiab nrog txoj kev nchuav tawm ntawm txoj xov tawm ntawm cov thwj tim mus rau lub ntiajteb. Tus alpha raug cim tseg los ntawm thawj cov qoob thawj txiv ntawm nplej barley thiab xaus nrog thawj cov qoob thawj txiv ntawm nplej wheat. Qhov pib ntawm nag lig raug cim tseg los ntawm kev coj kom cov vaj tse loj ntawm New York City vau rau hnub 9/11. Qhov no cim txog qhov pib ntawm keeb kwm uas coj mus rau txoj cai Hnub Caiv. 9/11 raug sawv cev los ntawm thawj cov qoob thawj txiv ntawm nplej barley, hos txoj cai Hnub Caiv yog thawj cov qoob thawj txiv ntawm nplej wheat.</w:t>
      </w:r>
    </w:p>
    <w:p>
      <w:pPr>
        <w:pStyle w:val="ArticleBody"/>
        <w:jc w:val="left"/>
      </w:pPr>
      <w:r>
        <w:rPr>
          <w:rFonts w:ascii="Times New Roman" w:hAnsi="Times New Roman" w:eastAsia="Times New Roman" w:cs="Times New Roman"/>
        </w:rPr>
        <w:t>Cov neeg qaug cawv ntawm Ephraim raug tsa kom pom qhov tseeb tias lawv lub nceeg vaj yuav raug muab rho tawm ntawm lawv mus thiab muab rau ib haiv neeg uas yuav nqa tau tej txiv tsim nyog. Joel nthuav qhia txoj kev tsis mloog lus ntawm cov neeg qaug cawv los ntawm kev qhia tias tej xyeem “noj” thiab “haus” raug txiav tawm ntawm lub tsev ntawm tus Tswv thiab tias “cawv txiv hmab tshiab” raug txiav tawm ntawm lawv lub qhov ncauj. “Cawv txiv hmab tshiab” hauv lus Henplais yog kua txiv uas nyuam qhuav nias tawm tshiab, tiamsis “cawv txiv hmab” uas cov neeg qaug cawv haus hauv nqe tsib yog kua txiv uas twb qaug lawm. Muaj ob hom cawv txiv hmab, uas sawv cev rau tej lus qhuab qhia, thiab hauv Joel cov ntsiab lus no, tej lus qhuab qhia ntawd yog txoj xov nag lig. Cov neeg qaug cawv ntawm Ephraim tau haus kua txiv uas twb qaug lawm, thiab lawv raug “txiav tawm” ntawm cov kua txiv “tshiab” uas nyuam qhuav nias tawm tshiab. Ob hom cawv txiv hmab sawv cev rau ob txoj xov nag lig, thiab cov neeg qaug cawv raug “txiav” tawm ntawm txoj xov dawb huv. Lo lus Henplais uas txhais ua “txiav tawm” yog raws li txoj kev coj qub ntawm kev khi lus cog tseg uas muab tsiaj txiav thiab taug kev hla nruab nrab ntawm tej seem ntawd. Kev raug “txiav tawm” yog raug tsis lees txais ua Vajtswv haiv neeg ntawm nws txoj kev cog lus.</w:t>
      </w:r>
    </w:p>
    <w:p>
      <w:pPr>
        <w:pStyle w:val="ArticleBody"/>
        <w:jc w:val="left"/>
      </w:pPr>
      <w:r>
        <w:rPr>
          <w:rFonts w:ascii="Times New Roman" w:hAnsi="Times New Roman" w:eastAsia="Times New Roman" w:cs="Times New Roman"/>
        </w:rPr>
        <w:t>Phau ntawv Yau-ees tab tom qhia txog Vajtswv haiv neeg nyob rau hnub kawg, pib nrog cov Millerites uas raug tsa sawv los vim yog qhov qhib cov ntawv ntawm phau Daniel xyoo 1798, thiab xaus nrog ib puas plaub caug plaub txhiab leej uas raug tsa sawv los vim yog qhov qhib cov ntawv ntawm phau Daniel xyoo 1989. Thaum chiv thawj, kev ntws tawm ntawm tus Vaj Ntsuj Plig Dawb Huv tau raug sawv cev los ntawm lub sijhawm txij thaum lub rooj sib txoos pw hav zoov Exeter mus txog rau txoj kev poob siab hnub tim 22 lub Kaum Hli, 1844. Zaj keeb kwm ntawd tau ua kom tiav zaj lus piv txwv txog kaum tus ntxhais nkauj xwb hauv Mathais nees nkaum tsib, uas rov ua dua ib yam nkaus txhua tsab ntawv hauv keeb kwm ntawm ib puas plaub caug plaub txhiab leej.</w:t>
      </w:r>
    </w:p>
    <w:p>
      <w:pPr>
        <w:pStyle w:val="ArticleScripture"/>
        <w:jc w:val="left"/>
      </w:pPr>
      <w:r>
        <w:rPr>
          <w:rFonts w:ascii="Times New Roman" w:hAnsi="Times New Roman" w:eastAsia="Times New Roman" w:cs="Times New Roman"/>
        </w:rPr>
        <w:t>“Zaj lus piv txwv hais txog kaum tus ntxhais nkauj xwb nyob hauv Mathais 25 kuj qhia txog tej uas haiv Adventist tau ntsib.” The Great Controversy, 393.</w:t>
      </w:r>
    </w:p>
    <w:p>
      <w:pPr>
        <w:pStyle w:val="ArticleScripture"/>
        <w:jc w:val="left"/>
      </w:pPr>
      <w:r>
        <w:rPr>
          <w:rFonts w:ascii="Times New Roman" w:hAnsi="Times New Roman" w:eastAsia="Times New Roman" w:cs="Times New Roman"/>
        </w:rPr>
        <w:t>“Kuv feem ntau raug xa mus rau zaj lus piv txwv txog kaum tus nkauj xwb, tsib tug uas muaj tswvyim, thiab tsib tug ruam. Zaj lus piv txwv no twb tau thiab tseem yuav raug ua kom tiav raws nraim ib lo lus ib tsab ntawv, vim nws muaj ib daim ntawv thov tshwj xeeb rau lub sijhawm no, thiab zoo ib yam li zaj xov ntawm tus tim tswv thib peb, nws twb tau raug ua kom tiav lawm thiab yuav tseem txuas ntxiv ua qhov tseeb rau lub sijhawm tam sim no mus txog thaum kawg ntawm lub sijhawm.” Review and Herald, August 19, 1890.</w:t>
      </w:r>
    </w:p>
    <w:p>
      <w:pPr>
        <w:pStyle w:val="ArticleScripture"/>
        <w:jc w:val="left"/>
      </w:pPr>
      <w:r>
        <w:rPr>
          <w:rFonts w:ascii="Times New Roman" w:hAnsi="Times New Roman" w:eastAsia="Times New Roman" w:cs="Times New Roman"/>
        </w:rPr>
        <w:t>“Muaj ib lub ntiajteb pw hauv kev phem, hauv kev dag ntxias, thiab hauv kev ntxias yuam kev, nyob hauv ntxoov ntxoo ntawm txoj kev tuag,—tsaug zog, tsaug zog. Leejtwg thiaj muaj kev txom nyem ntawm tus ntsuj plig los tsa lawv? Lub suab twg thiaj ncav cuag lawv? Kuv lub siab raug coj mus rau yav tom ntej thaum lub cim yuav raug muab hais tias, ‘Saib seb, tus Nraug Vauv los lawm; nej cia li tawm mus ntsib Nws.’ Tiamsis ib txhia yuav tau ncua sij hawm kom tau cov roj los ntxiv rau lawv tej teeb, thiab lig dhau lawm lawv mam paub tias tus cwj pwm, uas cov roj sawv cev rau, hloov muab tsis tau rau lwm tus. Cov roj ntawd yog Khetos txoj kev ncaj ncees. Nws sawv cev rau tus cwj pwm, thiab tus cwj pwm hloov muab tsis tau. Tsis muaj ib tug neeg twg yuav khwv tau nws rau lwm tus. Txhua tus yuav tsum tau rau nws tus kheej ib tug cwj pwm uas twb raug ntxuav kom dawb huv ntawm txhua lub qias neeg ntawm kev txhaum.” Bible Echo, May 4, 1896.</w:t>
      </w:r>
    </w:p>
    <w:p>
      <w:pPr>
        <w:pStyle w:val="ArticleBody"/>
        <w:jc w:val="left"/>
      </w:pPr>
      <w:r>
        <w:rPr>
          <w:rFonts w:ascii="Times New Roman" w:hAnsi="Times New Roman" w:eastAsia="Times New Roman" w:cs="Times New Roman"/>
        </w:rPr>
        <w:t>Leejtwg “tab tom hnov kev txom nyem hauv tus ntsuj plig kom tsa” “ib lub ntiaj teb uas pw hauv txoj kev phem?” Joel teb lo lus nug ntawd:</w:t>
      </w:r>
    </w:p>
    <w:p>
      <w:pPr>
        <w:pStyle w:val="ArticleScripture"/>
        <w:jc w:val="left"/>
      </w:pPr>
      <w:r>
        <w:rPr>
          <w:rFonts w:ascii="Times New Roman" w:hAnsi="Times New Roman" w:eastAsia="Times New Roman" w:cs="Times New Roman"/>
        </w:rPr>
        <w:t>Thiab yuav muaj li no tias, txhua tus uas hu txog tus Tswv lub npe yuav dim: rau qhov nyob saum roob Xi-oos thiab hauv Yeluxalees yuav muaj kev dim, raws li tus Tswv tau hais, thiab nyob hauv cov seem uas tus Tswv yuav hu. Yaw-ee 2:32.</w:t>
      </w:r>
    </w:p>
    <w:p>
      <w:pPr>
        <w:pStyle w:val="ArticleBody"/>
        <w:jc w:val="left"/>
      </w:pPr>
      <w:r>
        <w:rPr>
          <w:rFonts w:ascii="Times New Roman" w:hAnsi="Times New Roman" w:eastAsia="Times New Roman" w:cs="Times New Roman"/>
        </w:rPr>
        <w:t>Peb yuav txuas ntxiv cov ntsiab no hauv tsab ntawv txuas mus ntxiv tom qab no.</w:t>
      </w:r>
    </w:p>
    <w:p>
      <w:pPr>
        <w:pStyle w:val="ArticleScripture"/>
        <w:jc w:val="left"/>
      </w:pPr>
      <w:r>
        <w:rPr>
          <w:rFonts w:ascii="Times New Roman" w:hAnsi="Times New Roman" w:eastAsia="Times New Roman" w:cs="Times New Roman"/>
        </w:rPr>
        <w:t>Thaum yuav tsaus ntuj rau hnub uas Yexus sawv hauv qhov tuag rov qab los, ob tug thwjtim tab tom taug kev mus rau Emmaus, ib lub zos me nyob deb yim mais ntawm Yeluxalees. Cov thwjtim no tsis tau muaj ib qho chaw tseem ceeb hauv Khetos tes haujlwm, tiam sis lawv yog cov ntseeg Nws nrog lub siab kub lug tiag tiag. Lawv tau tuaj rau hauv lub nroog los ua Kevcai Hla Dhau, thiab lawv ntxhov siab heev los ntawm tej xwm txheej uas nyuam qhuav tshwm sim. Lawv tau hnov xov thaum sawv ntxov hais txog qhov uas Khetos lub cev raug tshem tawm hauv lub ntxa mus, thiab kuj tau hnov tej pojniam hais tias lawv tau pom cov timtswv ceebtsheej thiab tau ntsib Yexus. Tam sim no lawv tab tom rov qab mus rau lawv tej vaj tse kom xav tob thiab thov Vajtswv. Nrog kev tu siab lawv taug lawv txoj kev mus thaum yav tsaus ntuj, sib tham txog tej xwm txheej ntawm kev txiav txim thiab kev raug ntsia saum ntoo khaub lig. Dua li yav tas los, lawv tsis tau poob siab tag nrho npaum li no li. Tsis muaj kev cia siab thiab tsis muaj kev ntseeg, lawv tab tom taug kev hauv tus duab ntxoov ntxoo ntawm tus ntoo khaub lig.</w:t>
      </w:r>
    </w:p>
    <w:p>
      <w:pPr>
        <w:pStyle w:val="ArticleScripture"/>
        <w:jc w:val="left"/>
      </w:pPr>
      <w:r>
        <w:rPr>
          <w:rFonts w:ascii="Times New Roman" w:hAnsi="Times New Roman" w:eastAsia="Times New Roman" w:cs="Times New Roman"/>
        </w:rPr>
        <w:t>“Lawv tseem tsis tau mus deb heev hauv lawv txoj kev taug thaum ib tug neeg txawv teb chaws tuaj koom lawv, tiam sis lawv raug lawv txoj kev tu siab thiab kev poob siab nqus siab tag nrho heev uas lawv tsis nco ntsia nws kom meej. Lawv tseem txuas ntxiv lawv txoj kev sib tham, hais tawm tej kev xav hauv lawv lub siab. Lawv tab tom sib cav xav txog cov lus qhia uas Khetos tau muab, tej uas zoo li lawv tsis muaj peev xwm to taub. Thaum lawv tab tom tham txog tej xwm txheej uas tau muaj lawm, Yexus ntshaw heev xav nplij lawv lub siab. Nws tau pom lawv txoj kev quaj ntsuag; Nws to taub tej kev xav sib txeeb, ntxhov siab, uas coj los rau hauv lawv lub siab lo lus nug no tias, Tus Neeg no, uas cia Nws Tus Kheej raug txo hwjchim ua luaj, puas yog tus Khetos? Lawv txoj kev quaj ntsuag txwv tsis taus, thiab lawv quaj. Yexus paub tias lawv lub siab raug khi nrog Nws hauv kev hlub, thiab Nws ntshaw heev xav so lawv tej kua muag, thiab ua kom lawv puv npo nrog kev xyiv fab thiab kev zoo siab. Tiamsis Nws yuav tsum xub muab tej zaj lus qhia rau lawv uas lawv yuav tsis nco qab ib txhis li.”</w:t>
      </w:r>
    </w:p>
    <w:p>
      <w:pPr>
        <w:pStyle w:val="ArticleScripture"/>
        <w:jc w:val="left"/>
      </w:pPr>
      <w:r>
        <w:rPr>
          <w:rFonts w:ascii="Times New Roman" w:hAnsi="Times New Roman" w:eastAsia="Times New Roman" w:cs="Times New Roman"/>
        </w:rPr>
        <w:t>“Nws hais rau nkawd tias, Tej lus sib tham zoo li cas no uas neb tab tom hais rau ib leeg thaum neb taug kev, thiab neb tu siab? Thiab ib tug ntawm nkawd, uas npe hu ua Cleopas, teb hais rau Nws tias, Koj puas yog ib tug qhua txawv teb chaws xwb hauv Yeluxalees, thiab tsis paub tej xwm txheej uas tau tshwm sim nyob ntawd rau cov hnub no?” Nkawd hais rau Nws txog nkawd txoj kev poob siab hais txog lawv tus Tswv, “uas yog ib tug yaj saub muaj hwjchim hauv tes haujlwm thiab hauv lo lus nyob rau ntawm Vajtswv thiab tag nrho cov pejxeem;” tiam sis “cov thawj coj pov thawj thiab peb cov thawjcoj,” nkawd hais tias, “tau muab Nws cob kom raug txiav txim tuag, thiab tau muab Nws ntsia saum ntoo khaublig.” Nrog lub siab mob vim txoj kev poob siab, thiab nrog daim di ncauj tshee hnyo, nkawd ntxiv hais tias, “Peb tau cia siab tias yog Nws tus ntawd uas yuav txhiv cov neeg Ixayees dim: thiab tshaj li txhua yam no, hnub no yog hnub peb txij li thaum tej xwm txheej no tau ua tiav.”</w:t>
      </w:r>
    </w:p>
    <w:p>
      <w:pPr>
        <w:pStyle w:val="ArticleScripture"/>
        <w:jc w:val="left"/>
      </w:pPr>
      <w:r>
        <w:rPr>
          <w:rFonts w:ascii="Times New Roman" w:hAnsi="Times New Roman" w:eastAsia="Times New Roman" w:cs="Times New Roman"/>
        </w:rPr>
        <w:t>“Qhov txawv heev uas cov thwjtim tsis nco txog Khetos tej lus, thiab tsis pom tias Nws twb tau hais yav tom ntej txog tej xwm txheej uas tau tshwm sim lawm! Lawv tsis paub tias ntu kawg ntawm Nws txoj kev qhia ntawd yuav raug ua kom tiav tseeb ib yam li ntu xub thawj, tias hnub peb Nws yuav sawv rov los. Nov yog ntu uas lawv tsim nyog yuav tsum nco. Cov pov thawj hlob thiab cov thawj coj tsis tau hnov qab qhov no. Hnub ‘uas raws qab hnub npaj, cov pov thawj hlob thiab cov Falixai tuaj sib sau ua ke cuag Pilaj, hais tias, Tswv, peb nco tias tus dag ntxias ntawd, thaum Nws tseem ciaj sia, tau hais tias, Tom qab peb hnub Kuv yuav sawv rov los.’ Mathais 27:62, 63. Tiamsis cov thwjtim tsis nco txog cov lus no.”</w:t>
      </w:r>
    </w:p>
    <w:p>
      <w:pPr>
        <w:pStyle w:val="ArticleScripture"/>
        <w:jc w:val="left"/>
      </w:pPr>
      <w:r>
        <w:rPr>
          <w:rFonts w:ascii="Times New Roman" w:hAnsi="Times New Roman" w:eastAsia="Times New Roman" w:cs="Times New Roman"/>
        </w:rPr>
        <w:t>“‘Ces Nws thiaj hais rau lawv tias, Nej cov ruam kawg, thiab nej lub siab qeeb dhau los ntseeg txhua yam uas cov yaj saub tau hais: puas tsis tsim nyog kom Khetos raug txom nyem tej no, thiab mam li nkag mus rau hauv Nws lub yeeb koob?’ Cov thwj tim xav tsis thoob tias tus qhua no yuav yog leejtwg, uas Nws thiaj nkag mus txog hauv lawv tus ntsuj plig tob kawg, thiab hais lus nrog txoj kev kub siab, kev mos siab muag, thiab kev khuv leej, thiab nrog txoj kev cia siab loj. Txij thaum Khetos raug ntxeev siab los txog lub sijhawm ntawd, thawj zaug lawv pib hnov muaj kev cia siab. Feem ntau lawv ntsia lawv tus khub kev taug kev ntawd nrog siab rau siab ntsws, thiab xav tias Nws cov lus yog tib cov lus uas Khetos yuav tau hais. Lawv puv npo kev xav tsis thoob, thiab lawv lub siab pib dhia nrawm nrog txoj kev cia siab muaj kev xyiv fab.”</w:t>
      </w:r>
    </w:p>
    <w:p>
      <w:pPr>
        <w:pStyle w:val="ArticleScripture"/>
        <w:jc w:val="left"/>
      </w:pPr>
      <w:r>
        <w:rPr>
          <w:rFonts w:ascii="Times New Roman" w:hAnsi="Times New Roman" w:eastAsia="Times New Roman" w:cs="Times New Roman"/>
        </w:rPr>
        <w:t>“Pib ntawm Mauxes, tus Alpha tiag tiag ntawm keeb kwm Vajlugkub, Khetos tau piav nthuav hauv txhua phau Vajlugkub txog tej yam uas hais txog Nws Tus Kheej. Yog Nws xub qhia Nws Tus Kheej rau lawv paub, lawv lub siab yuav tau txaus siab lawm. Hauv lawv txoj kev xyiv fab puv npo, lawv yuav tsis tshaib plab rau ib yam dabtsi ntxiv lawm. Tiamsis nws yog qhov tsim nyog rau lawv kom nkag siab txog zaj lus tim khawv uas cov qauv thiab cov lus faj lem hauv Phau Qub tau ua tim khawv txog Nws. Lawv txoj kev ntseeg yuav tsum raug tsa ruaj rau saum tej no. Khetos tsis tau ua ib qho txuj ci tseem ceeb twg kom ua rau lawv ntseeg, tiamsis Nws txoj haujlwm thawj yog los piav qhia Vajlugkub. Lawv tau saib Nws txoj kev tuag zoo li yog kev rhuav tshem tag nrho lawv txoj kev cia siab. Nimno Nws tau qhia los ntawm cov yaj saub tias qhov no yog pov thawj uas muaj hwj chim tshaj plaws rau lawv txoj kev ntseeg.”</w:t>
      </w:r>
    </w:p>
    <w:p>
      <w:pPr>
        <w:pStyle w:val="ArticleScripture"/>
        <w:jc w:val="left"/>
      </w:pPr>
      <w:r>
        <w:rPr>
          <w:rFonts w:ascii="Times New Roman" w:hAnsi="Times New Roman" w:eastAsia="Times New Roman" w:cs="Times New Roman"/>
        </w:rPr>
        <w:t>Hauv kev qhia cov thwjtim no, Yexus tau qhia txog qhov tseem ceeb ntawm Phau Qub raws li ib tug timkhawv rau Nws tes haujlwm. Coob tus uas lees tias yog cov Khixatia nimno muab Phau Qub pov tseg, hais tias nws tsis muaj ib yam txiaj ntsig lawm. Tiamsis qhov ntawd tsis yog Khetos txoj kev qhia. Nws tau muab nuj nqis rau nws siab kawg nkaus, txog npaum li ntawd ib zaug Nws tau hais tias, “Yog lawv tsis mloog Mauxes thiab cov yaj saub, ces txawm muaj ib tug sawv hauv qhov tuag rov los los lawv kuj yuav tsis ntseeg.” Lukas 16:31.</w:t>
      </w:r>
    </w:p>
    <w:p>
      <w:pPr>
        <w:pStyle w:val="ArticleScripture"/>
        <w:jc w:val="left"/>
      </w:pPr>
      <w:r>
        <w:rPr>
          <w:rFonts w:ascii="Times New Roman" w:hAnsi="Times New Roman" w:eastAsia="Times New Roman" w:cs="Times New Roman"/>
        </w:rPr>
        <w:t>“Nws yog lub suab ntawm Khetos uas hais los ntawm cov yawg koob thiab cov yaj saub, txij hnub Adas los mus txog rau tej xwm txheej kaw kawg ntawm lub sijhawm. Tus Cawm Seej raug qhia tawm hauv Phau Qub meej tseeb ib yam li hauv Phau Tshiab. Nws yog qhov kaj tawm hauv yav tag los uas yog kev qhia yav tom ntej uas ua kom txoj sia ntawm Khetos thiab tej lus qhuab qhia ntawm Phau Tshiab tshwm los nrog kev meej thiab kev zoo nkauj. Tej txuj ci tseem ceeb ntawm Khetos yog ib qho pov thawj txog Nws txoj kev yog Vajtswv; tiamsis ib qho pov thawj uas muaj zog dua tias Nws yog tus Txhiv Dim ntawm lub ntiajteb no yog pom muaj nyob hauv kev muab tej lus cev Vajtswv lus hauv Phau Qub los piv nrog keeb kwm hauv Phau Tshiab.”</w:t>
      </w:r>
    </w:p>
    <w:p>
      <w:pPr>
        <w:pStyle w:val="ArticleScripture"/>
        <w:jc w:val="left"/>
      </w:pPr>
      <w:r>
        <w:rPr>
          <w:rFonts w:ascii="Times New Roman" w:hAnsi="Times New Roman" w:eastAsia="Times New Roman" w:cs="Times New Roman"/>
        </w:rPr>
        <w:t>“Raws li txiav txim tawm hauv tej lus faj lem, Khetos tau muab ib txoj kev to taub raug rau Nws cov thwjtim hais txog yam Nws yuav tsum yog hauv tib neeg cev nqaij daim tawv. Lawv txoj kev cia siab txog ib tug Mexiyas uas yuav los txais Nws lub zwm txwv thiab hwjchim ua vajntxwv raws li tibneeg lub siab ntshaw ntawd twb yog ib txoj kev xav yuam kev. Qhov ntawd yuav txwv tsis pub lawv to taub kom raug txog Nws txoj kev nqes los ntawm txoj hauj lwm siab tshaj plaws mus rau txoj hauj lwm qis tshaj plaws uas muaj peev xwm raug tuav tau. Khetos xav kom Nws cov thwjtim tej kev xav huv thiab tseeb rau txhua yam nqe lus ntxaws. Lawv yuav tsum to taub kom deb li deb tau hais txog lub khob kev txom nyem uas twb raug faib tseg rau Nws lawm. Nws tau qhia rau lawv tias txoj kev sib ntaus sib tua txaus ntshai uas lawv tseem tsis tau to taub ntawd yog kev ua kom tiav raws li lo lus cog tseg uas tau raug tsim ua ntej yuav muab lub hauv paus rau lub ntiajteb no. Khetos yuav tsum tuag, ib yam li txhua tus uas ua txhaum txoj kevcai yuav tsum tuag yog nws tseem nyob ruaj hauv txoj kev txhaum. Tag nrho tej no yuav tsum muaj li ntawd, tiam sis nws yuav tsis xaus rau kev swb, yuav xaus rau txoj kev yeej uas muaj hwjchim ci ntsa iab thiab nyob mus ib txhis. Yexus tau hais rau lawv tias yuav tsum siv txhua yam dag zog los cawm lub ntiajteb dim ntawm txoj kev txhaum. Nws cov thwjtim yuav tsum ua neej raws li Nws tau ua neej, thiab ua haujlwm raws li Nws tau ua haujlwm, nrog txoj kev sib zog kub siab thiab kev ua siab ntev tsis tso tseg.”</w:t>
      </w:r>
    </w:p>
    <w:p>
      <w:pPr>
        <w:pStyle w:val="ArticleScripture"/>
        <w:jc w:val="left"/>
      </w:pPr>
      <w:r>
        <w:rPr>
          <w:rFonts w:ascii="Times New Roman" w:hAnsi="Times New Roman" w:eastAsia="Times New Roman" w:cs="Times New Roman"/>
        </w:rPr>
        <w:t>“Yog li no, Khetos thiaj hais rau Nws cov thwjtim li no, qheb lawv lub siab kom lawv thiaj to taub Vajlugkub. Cov thwjtim twb nkees lawm, los txoj kev sib tham tsis qaug zog li. Tej lus muaj txojsia thiab kev ruaj siab poob tawm ntawm tus Cawmseej daim di ncauj. Tiamsis lawv qhov muag tseem raug tuav cia. Thaum Nws piav rau lawv txog Yeluxalees txoj kev raug rhuav tshem, lawv ntsia lub nroog uas raug txiav txim ntawd nrog kua muag ntws. Los lawv tseem tsis tau xav tias tus uas nrog lawv taug kev yog leejtwg. Lawv tsis xav tias yam uas lawv tabtom sib tham txog ntawd twb tabtom taug kev nyob ntawm lawv ib sab; rau qhov Khetos hais txog Nws Tus Kheej ib yam li Nws yog lwm tus neeg. Lawv xav tias Nws yog ib tug ntawm cov uas tau tuaj koom lub koob tsheej loj, thiab nim no tabtom rov qab mus rau nws tsev. Nws taug kev ua tib zoo ib yam li lawv saum tej pob zeb ntxhib, qee zaus kuj nrog lawv nres ib pliag so. Yog li ntawd lawv thiaj mus ntxiv raws txoj kev roob, thaum Tus uas tsis ntev tom qab yuav mus nyob ntawm Vajtswv sab xis, thiab tus uas hais tau tias, ‘Txhua txoj cai kav twb raug muab rau Kuv lawm saum ntuj thiab hauv ntiajteb no,’ taug kev nyob ntawm lawv ib sab. Mathais 28:18.”</w:t>
      </w:r>
    </w:p>
    <w:p>
      <w:pPr>
        <w:pStyle w:val="ArticleScripture"/>
        <w:jc w:val="left"/>
      </w:pPr>
      <w:r>
        <w:rPr>
          <w:rFonts w:ascii="Times New Roman" w:hAnsi="Times New Roman" w:eastAsia="Times New Roman" w:cs="Times New Roman"/>
        </w:rPr>
        <w:t>“Thaum tseem tab tom taug kev ntawd lub hnub twb poob lawm, thiab ua ntej cov neeg taug kev mus txog qhov chaw uas lawv yuav so, cov neeg ua haujlwm hauv tej teb twb tso lawv tes haujlwm lawm. Thaum cov thwjtim yuav nkag mus rau hauv lawv lub tsev, tus qhua neeg txawv txawm tshwm sim ib yam li yog Nws yuav txuas ntxiv Nws txoj kev mus. Tiamsis cov thwjtim hnov lawv raug rub los cuag Nws. Lawv tej ntsuj plig tshaib nqhis xav mloog ntxiv ntawm Nws. ‘Nrog peb nyob os,’ lawv hais. Nws zoo li tsis kam lees qhov kev caw ntawd, tiamsis lawv pheej thov Nws ruaj nreb, txhib hais tias, ‘Nws twb yuav tsaus ntuj lawm, thiab hnub twb lig heev lawm.’ Khetos thiaj lees raws li qhov kev thov khawv no thiab ‘nkag mus nrog lawv nyob.’”</w:t>
      </w:r>
    </w:p>
    <w:p>
      <w:pPr>
        <w:pStyle w:val="ArticleScripture"/>
        <w:jc w:val="left"/>
      </w:pPr>
      <w:r>
        <w:rPr>
          <w:rFonts w:ascii="Times New Roman" w:hAnsi="Times New Roman" w:eastAsia="Times New Roman" w:cs="Times New Roman"/>
        </w:rPr>
        <w:t>“Yog cov thwjtim tsis tau mob siab caw Nws kom nyob, lawv yuav tsis tau paub tias tus uas nrog lawv taug kev yog tus Tswv uas twb sawv hauv qhov tuag rov qab los lawm. Khetos yeej tsis yuam kom Nws nrog leejtwg nyob. Nws saib xyuas cov uas xav tau Nws. Nws zoo siab nkag mus hauv lub tsev txo hwjchim tshaj plaws, thiab txhawb siab rau lub siab qis tshaj plaws. Tiamsis yog tibneeg tsis quav ntsej txaus los xav txog Tus Qhua saum ntuj ceeb tsheej, lossis tsis thov kom Nws nrog lawv nyob, Nws kuj hla mus. Yog li no coob leej raug kev poob zoo loj kawg. Lawv tsis paub Khetos li, ib yam li cov thwjtim tsis tau paub Nws thaum Nws nrog lawv taug kev ntawm txojkev.”</w:t>
      </w:r>
    </w:p>
    <w:p>
      <w:pPr>
        <w:pStyle w:val="ArticleScripture"/>
        <w:jc w:val="left"/>
      </w:pPr>
      <w:r>
        <w:rPr>
          <w:rFonts w:ascii="Times New Roman" w:hAnsi="Times New Roman" w:eastAsia="Times New Roman" w:cs="Times New Roman"/>
        </w:rPr>
        <w:t>Mov ci yooj yim noj thaum tsaus ntuj uas yog mov ci, npaj tau sai sai. Lawv muab nws tso rau ntawm xub ntiag tus qhua, uas tau zaum ntawm qhov chaw taub hau ntawm rooj mov lawm. Nim no Nws tsa Nws ob txhais tes los foom koob hmoov rau cov zaub mov. Cov thwjtim thim rov qab vim muaj kev xav tsis thoob. Tus uas nrog lawv taug kev nthuav Nws ob txhais tes tawm raws nraim li lawv tus Tswv ib txwm ua. Lawv rov ntsia dua, thiab saib seb, lawv pom qhov cim rau ntsia hlau hauv Nws ob txhais tes. Nkawd ob leeg qw ib txhij tias, Yog tus Tswv Yexus! Nws tau sawv hauv qhov tuag rov qab los lawm!</w:t>
      </w:r>
    </w:p>
    <w:p>
      <w:pPr>
        <w:pStyle w:val="ArticleScripture"/>
        <w:jc w:val="left"/>
      </w:pPr>
      <w:r>
        <w:rPr>
          <w:rFonts w:ascii="Times New Roman" w:hAnsi="Times New Roman" w:eastAsia="Times New Roman" w:cs="Times New Roman"/>
        </w:rPr>
        <w:t>“Lawv sawv los ntog pe hawm ntawm Nws ko taw, tiam sis Nws twb ploj ntawm lawv qhov muag lawm. Lawv ntsia rau qhov chaw uas ib tug uas Nws lub cev nyuam qhuav tau pw hauv lub ntxa tau nyob, thiab hais rau ib leeg tias, ‘Peb lub siab puas tsis kub hnyiab hauv peb, thaum Nws nrog peb tham ntawm txoj kev, thiab thaum Nws qhib Vajlugkub rau peb?’”</w:t>
      </w:r>
    </w:p>
    <w:p>
      <w:pPr>
        <w:pStyle w:val="ArticleScripture"/>
        <w:jc w:val="left"/>
      </w:pPr>
      <w:r>
        <w:rPr>
          <w:rFonts w:ascii="Times New Roman" w:hAnsi="Times New Roman" w:eastAsia="Times New Roman" w:cs="Times New Roman"/>
        </w:rPr>
        <w:t>“Tiamsis nrog txoj xov zoo loj no uas yuav tsum tshaj tawm, lawv tsis tuaj yeem zaum thiab sib tham. Lawv txoj kev nkees thiab kev tshaib plab ploj mus lawm. Lawv tso lawv pluas mov tseg yam tsis tau kov li, thiab puv npo kev xyiv fab, tam sim ntawd rov tawm mus raws nraim tib txoj kev uas lawv tau tuaj, maj nroos mus qhia txoj xov ntawd rau cov thwjtim hauv lub nroog. Qee thaj chaw ntawm txoj kev tsis muaj kev nyab xeeb, tab sis lawv nce hla cov chaw ntxhab, swb ntog saum cov pob zeb du. Lawv tsis pom, lawv tsis paub, tias lawv muaj tus uas tau taug txoj kev nrog lawv ntawd tiv thaiv lawv. Nrog tus pas taug kev rau neeg mus nrhiav Vajtswv nyob hauv tes, lawv pheej mus ntxiv, ntshaw mus kom ceev dua li qhov lawv twv kom ua. Lawv poob lawv txoj kab kev, tab sis rov nrhiav tau dua. Qee zaus khiav, qee zaus dawm ntog, lawv mob siab ntso mus tom ntej, lawv tus Khub uas tsis pom nyob ze nraim ntawm lawv ib sab tas txoj kev.”</w:t>
      </w:r>
    </w:p>
    <w:p>
      <w:pPr>
        <w:pStyle w:val="ArticleScripture"/>
        <w:jc w:val="left"/>
      </w:pPr>
      <w:r>
        <w:rPr>
          <w:rFonts w:ascii="Times New Roman" w:hAnsi="Times New Roman" w:eastAsia="Times New Roman" w:cs="Times New Roman"/>
        </w:rPr>
        <w:t>“Hmo ntuj tsaus ntuj nti, tiamsis Lub Hnub ntawm Kev Ncaj Ncees tab tom ci rau saum lawv. Lawv lub siab dhia ploj zoo siab heev. Lawv zoo li nyob hauv ib lub ntiaj teb tshiab. Khetos yog tus Cawmseej uas muaj sia nyob. Lawv tsis quaj ntsuag txog Nws ntxiv lawm ib yam li tus uas twb tuag lawm. Khetos twb sawv hauv qhov tuag rov los lawm—ib zaug dhau ib zaug lawv rov hais li ntawd. Qhov no yog txoj xov uas lawv tab tom nqa mus rau cov uas tab tom quaj ntsuag. Lawv yuav tsum qhia rau lawv zaj keeb kwm zoo kawg ntawm txoj kev taug mus rau Emmaus. Lawv yuav tsum qhia tias leejtwg tau los koom lawv hauv txoj kev. Lawv nqa txoj xov uas loj tshaj plaws uas puas tau muab rau lub ntiaj teb, yog ib txoj xov zoo uas txoj kev cia siab ntawm tib neeg tsev neeg rau lub sij hawm no thiab rau txoj sia nyob mus ib txhis nyob ntawm.”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Yawlees thiab Lub Koom Txoos Xya Hnub Cia Siab uas nyob hauv Laodicea - Zauv Yim</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