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Yauxeeb thiab Pawg Ntseeg Hnub Xya Kas Tos Tos Tus Tswv ntawm Laodicea - Zaj Kaum Cuaj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Tus Naj Npawb Kaum Cuaj</w:t>
      </w:r>
    </w:p>
    <w:p>
      <w:pPr>
        <w:pStyle w:val="ArticleBody"/>
        <w:jc w:val="left"/>
      </w:pPr>
      <w:r>
        <w:rPr>
          <w:rFonts w:ascii="Times New Roman" w:hAnsi="Times New Roman" w:eastAsia="Times New Roman" w:cs="Times New Roman"/>
        </w:rPr>
        <w:t>Tus Tsov Ntxhuav ntawm pawg neeg Yudas yog ib lub npe rau Yexus, uas hais qhia txog Khetos tes haujlwm hauv kev muab Nws Txojlus cev Vajtswv lus ntim cia thiab mam li qhib nws dua. Hauv Tshwm Sim tshooj tsib, Tus Tsov Ntxhuav ntawm pawg neeg Yudas, uas kuj yog Daviv lub hauv paus, tau kov yeej kom qhib tau phau ntawv. Daviv “lub hauv paus” yog Yexej, thiab Yexej lub hauv paus yog Fales, thiab nws lub hauv paus yog Yudas, thiab nws lub hauv paus yog Yakhauj, thiab nws lub hauv paus yog Ixaj, thiab nws lub hauv paus yog Aplahas. Daviv lossis Yexej lub hauv paus thaum hais nrog rau Tus Tsov Ntxhuav ntawm pawg neeg Yudas, yog tab tom hais kom pom meej txog cov hauv paus ntsiab lus ntawm qhov pib thiab qhov kawg, uas yog Alpha thiab Omega. Thaum Tshwm Sim txog Yexus Khetos raug qhib tawm hauv Tshwm Sim tshooj ib, lub cim cwj pwm tseem ceeb tshaj plaws ntawm Nws yog tias Nws yog Alpha thiab Omega. Tus uas Nws yog, kuj yog tib lub hauv paus ntsiab lus uas raug siv los qhib cov lus cev Vajtswv txoj kev qhia yav tom ntej uas Tus Tsov Ntxhuav ntawm pawg neeg Yudas tau muab ntim cia, thaum Nws txiav txim tias txog lub sijhawm lawm.</w:t>
      </w:r>
    </w:p>
    <w:p>
      <w:pPr>
        <w:pStyle w:val="ArticleBody"/>
        <w:jc w:val="left"/>
      </w:pPr>
      <w:r>
        <w:rPr>
          <w:rFonts w:ascii="Times New Roman" w:hAnsi="Times New Roman" w:eastAsia="Times New Roman" w:cs="Times New Roman"/>
        </w:rPr>
        <w:t>Kev qhib tawm ntawm Vajtswv Txojlus uas yog yaj saub yog ib feem ntawm Vajtswv txoj hauj lwm txhiv dim, thaum Nws siv lub hwj chim ntawm Nws Txojlus los ua kom muaj tej kev sawv rov qab los raws li Nws lub siab nyiam. Muam White hais tias thaum phau ntawv Daniel thiab Qhia Tshwm raug to taub zoo dua, ces yuav pom muaj ib qho kev sawv rov qab loj nyob hauv peb nruab nrab. Nws yog txoj kev kaj ntawm Vajtswv Txojlus uas yog yaj saub uas ua kom muaj kev sawv rov qab thiab kev kho dua tshiab raws li Nws lub siab nyiam.</w:t>
      </w:r>
    </w:p>
    <w:p>
      <w:pPr>
        <w:pStyle w:val="ArticleBody"/>
        <w:jc w:val="left"/>
      </w:pPr>
      <w:r>
        <w:rPr>
          <w:rFonts w:ascii="Times New Roman" w:hAnsi="Times New Roman" w:eastAsia="Times New Roman" w:cs="Times New Roman"/>
        </w:rPr>
        <w:t>Muam White, thaum ntsia mus rau hnub kawg, hais txog ib qho kev hloov siab tshiab loj kawg uas yuav tshwm sim nyob hauv Vajtswv haiv neeg nyob rau tiam kawg. Cov kev txhawb siab rov ciaj sia thiab cov kev hloov siab tshiab hauv keeb kwm dawb huv txhua zaus yeej raug tsim tawm los ntawm Vajtswv Txojlus, thiab txhua lub sijhawm dawb huv ntawd yeej taw tes mus rau qhov kev txhawb siab rov ciaj sia thiab kev hloov siab tshiab loj kawg uas pib tsis ntev ua ntej txoj cai Hnub Caiv. Cov kev txhawb siab ntawd raug tsim los ntawm kev qhib tej uas tau muab kaw cia hauv Vajtswv Txojlus. Xya lub suab nroo raug muab kaw cia, ib yam li phau ntawv Daniel hauv tshooj kaum ob kuj raug muab kaw cia thiab.</w:t>
      </w:r>
    </w:p>
    <w:p>
      <w:pPr>
        <w:pStyle w:val="ArticleBody"/>
        <w:jc w:val="left"/>
      </w:pPr>
      <w:r>
        <w:rPr>
          <w:rFonts w:ascii="Times New Roman" w:hAnsi="Times New Roman" w:eastAsia="Times New Roman" w:cs="Times New Roman"/>
        </w:rPr>
        <w:t>Thaum peb siv tej yam cwj pwm uas yog lus faj lem hais txog ib lub sij hawm ntawm kev tawg ua diaspora uas txuas nrog lub cim 1260, peb pom tias nyob hauv Tshwmsim kaum ib, Mauxes thiab Eliyas pw tuag rau ntawm txoj kev tau peb hnub thiab ib nrab. Txog nqe kaum yim, lub sij hawm ntawm Vajtswv txoj kev chim twb los txog lawm. Mauxes thiab Eliyas sawv cev rau Vajtswv haiv neeg nyob ze ua ntej lub caij uas kev sim siab rau tib neeg yuav kaw xaus. Lawv raug tawg ua diaspora tau 1260 hnub uas yog cim hauv tej kev ntawm Xaudoo thiab Iziv, qhov chaw uas Yexus raug ntsia saum ntoo khaub lig.</w:t>
      </w:r>
    </w:p>
    <w:p>
      <w:pPr>
        <w:pStyle w:val="ArticleBody"/>
        <w:jc w:val="left"/>
      </w:pPr>
      <w:r>
        <w:rPr>
          <w:rFonts w:ascii="Times New Roman" w:hAnsi="Times New Roman" w:eastAsia="Times New Roman" w:cs="Times New Roman"/>
        </w:rPr>
        <w:t>Mauxes thiab Eliyas tau txais hwjchim los muab lawv zaj lus tim khawv txij nqe peb mus txog nqe xya, qhov chaw uas lawv raug tua rau ntawm txoj kev. Yauhas ua tiav txoj haujlwm ntsuas lub tuam tsev hauv nqe ob, ces Mauxes thiab Eliyas tau txais hwjchim los muab lawv zaj lus tim khawv, hnav khaub ncaws quaj ntsuag. Zaj lus ntawm Eliyas thiab Mauxes tau muab rau Philadelphian Millerite Adventism xyoo 1844, thiab txog xyoo 1863, lawv tej suab raug faus hauv qab tej kev coj thiab tej kab ke uas raug muab xa mus ib tiam dhau ib tiam. Lawv tau txais hwjchim los muab lawv zaj lus tim khawv tau peb xyoos thiab ib nrab, hnav “khaub ncaws quaj ntsuag,” uas yog ib lub cim ntawm txoj kev tsaus ntuj uas nce zuj zus txij xyoo 1863 mus lawm.</w:t>
      </w:r>
    </w:p>
    <w:p>
      <w:pPr>
        <w:pStyle w:val="ArticleBody"/>
        <w:jc w:val="left"/>
      </w:pPr>
      <w:r>
        <w:rPr>
          <w:rFonts w:ascii="Times New Roman" w:hAnsi="Times New Roman" w:eastAsia="Times New Roman" w:cs="Times New Roman"/>
        </w:rPr>
        <w:t>Thaum peb siv Muam White txoj kev txhais hais tias xya lub nroo sawv cev rau tej xwm txheej ntawm thawj tug timtswv thiab tug timtswv thib ob, raws li txoj kab saum txoj kab, peb txhim tsa ib zaj keeb kwm uas pib nrog ib tug timtswv nqes los nrog ib txoj xov, tiam sis raws txoj kab saum txoj kab, tus timtswv ntawd yog tib si thawj tug timtswv thiab tug timtswv thib ob. Ib tug tsa nws txhais ko taw rau saum thaj av thiab ib txhais ko taw rau saum hiav txwv thaum lub Yim Hli 11, 1840, thiab lwm tug tuaj txog ntawm txoj kev poob siab hnub tim Plaub Hlis 19, 1844.</w:t>
      </w:r>
    </w:p>
    <w:p>
      <w:pPr>
        <w:pStyle w:val="ArticleBody"/>
        <w:jc w:val="left"/>
      </w:pPr>
      <w:r>
        <w:rPr>
          <w:rFonts w:ascii="Times New Roman" w:hAnsi="Times New Roman" w:eastAsia="Times New Roman" w:cs="Times New Roman"/>
        </w:rPr>
        <w:t>Txoj kevcim tom ntej hauv txhua zaj keeb kwm uas sib piv yog Vajtswv txhais tes, uas muaj kev txuas nrog Habakkuk cov laug cam. Nrog tus timtswv thawj, daim phiaj xyoo 1843 tau raug tsim tawm, tiam sis muaj ib qho yuam kev nyob hauv qee cov lej. Nrog tus timtswv thib ob, Vajtswv txhais tes yog ib txoj kevcim ntawm Habakkuk cov laug cam; sawv cev thaum Nws rho Nws txhais tes tawm ntawm qhov yuam kev ntawd. Thaum Nws rho Nws txhais tes lawm, txoj xov ntawd thiaj li maj mam txhim kho mus ntxiv zuj zus mus txog nws qhov kawg ncov ntawm Exeter lub rooj sib tham hauv yeej pw hav zoov, tam sid ua ntej qhov kev poob siab ntawm Lub Kaum Hli 22, 1844.</w:t>
      </w:r>
    </w:p>
    <w:p>
      <w:pPr>
        <w:pStyle w:val="ArticleBody"/>
        <w:jc w:val="left"/>
      </w:pPr>
      <w:r>
        <w:rPr>
          <w:rFonts w:ascii="Times New Roman" w:hAnsi="Times New Roman" w:eastAsia="Times New Roman" w:cs="Times New Roman"/>
        </w:rPr>
        <w:t>Ob kab no qhia txog ib txoj xov uas mus thoob ntiajteb, rau qhov tus timtswv uas los txog ntawd tsa ib txhais ko taw rau saum av thiab ib txhais ko taw rau saum hiav txwv, thiab kev tshoov siab qhia rau peb tias qhov no sawv cev rau ib txoj xov thoob ntiajteb. Tus timtswv ntawd kuj qhia txog qhov pib ntawm lub sij hawm ncua nyob rau hauv zaj lus piv txwv txog kaum tus nkauj xwb. Nyob rau thawj lub cim tseem ceeb no peb kuj pom Vajtswv txhais tes tsim ib lo lus dag. Hnub Tim 19 Lub Plaub Hlis, 1844, raws li txoj kev yaj saub hais, nws zoo li yog tias lub zeem muag tau dag lawm, tiam sis cov uas muaj siab ntev tau tos ntsoov, thiab txawm yog lub zeem muag ncua los, nws tsis tau dag. Tiamsis thaum txoj kab uas peb tab tom txhim tsa pib, lo lus dag ntawm thawj qhov kev poob siab raug cim tseg ua ib qho cwj pwm ntawm thawj lub cim tseem ceeb.</w:t>
      </w:r>
    </w:p>
    <w:p>
      <w:pPr>
        <w:pStyle w:val="ArticleBody"/>
        <w:jc w:val="left"/>
      </w:pPr>
      <w:r>
        <w:rPr>
          <w:rFonts w:ascii="Times New Roman" w:hAnsi="Times New Roman" w:eastAsia="Times New Roman" w:cs="Times New Roman"/>
        </w:rPr>
        <w:t>Ces txoj kev cim ntawm Vajtswv txhais tes thiab Habakkuk tej daim ntawv qhia tias Vajtswv npog ib qho kev yuam kev cia tseg, ces tom qab ntawd muab Nws txhais tes rho tawm ntawm qhov kev yuam kev ntawd. Hauv keeb kwm Millerite, qhov kev yuam kev ntawd yog yam Vajtswv tso cai rau muaj nyob rau lub Tsib Hlis xyoo 1842, thaum daim chart raug luam tawm, thiab tom qab ntawd qhov kev yuam kev ntawd thiaj raug qhia tawm thaum xyoo 1843 xaus lawm; tiam sis yog ib ntus tom qab ntawd mam li yog lub sij hawm uas tus Tswv rho Nws txhais tes tawm ntawm qhov kev yuam kev hauv cov lej. Qhov kev yuam kev ntawd kav txij lub Tsib Hlis xyoo 1842 mus txog rau ib qhov chaw tom qab thawj qhov kev poob siab. Rau tus tim tswv thawj, Vajtswv txhais tes thiab Habakkuk tej daim ntawv raug cim tseg rau lub Tsib Hlis xyoo 1842, tiam sis kev rho Nws txhais tes tawm hauv keeb kwm ntawm tus tim tswv ob yuav yog tsis ntev tom qab thawj qhov kev poob siab.</w:t>
      </w:r>
    </w:p>
    <w:p>
      <w:pPr>
        <w:pStyle w:val="ArticleBody"/>
        <w:jc w:val="left"/>
      </w:pPr>
      <w:r>
        <w:rPr>
          <w:rFonts w:ascii="Times New Roman" w:hAnsi="Times New Roman" w:eastAsia="Times New Roman" w:cs="Times New Roman"/>
        </w:rPr>
        <w:t>Qhov no txheeb xyuas tus cim qhia kev raws kev “tes” ua ib ntu yaj saub. Ib ntu uas pib thaum Nws txhais tes npog ib qho kev ua yuam kev, thiab tom qab ntawd xaus thaum Nws txhais tes raug tshem tawm ntawm qhov kev ua yuam kev ntawd. Ntu no ntawm Nws txhais tes npog thiab qhib tawm yog ib daim duab piv txwv txog txoj hauj lwm ntawm tus Tsov Ntxhuav ntawm pawg neeg Yudas thaum Nws muab lub teeb yaj saub khi cia thiab tom qab ntawd qhib txoj khi ntawd. Nws tau npog qhov tseeb, ces mam li qhia tawm tib qhov tseeb ntawd xwb—hauv ib lub teeb sib txawv uas tsis tawm tsam lub teeb qub. Nws tau ua li ntawd kom tsim tau txoj kev sawv rov qab los thiab kev hloov kho ntawm Millerite Midnight Cry.</w:t>
      </w:r>
    </w:p>
    <w:p>
      <w:pPr>
        <w:pStyle w:val="ArticleBody"/>
        <w:jc w:val="left"/>
      </w:pPr>
      <w:r>
        <w:rPr>
          <w:rFonts w:ascii="Times New Roman" w:hAnsi="Times New Roman" w:eastAsia="Times New Roman" w:cs="Times New Roman"/>
        </w:rPr>
        <w:t>Lub sijhawm uas ncua tseg ntawd, uas tau pib nrog tus tim tswv txoj kev tuaj txog, tau xaus thaum Nws txhais tes raug tshem tawm, yog li qhib lub teeb ntawm kev qhia yav tom ntej uas tau pib “kev txav ntawm lub xya hli,” uas tau coj mus rau txoj xov Midnigh Cry ntawm Exeter lub rooj sib txoos pw hav zoov, qhov uas txoj xov ntawd tig los ua ib nthwv dej loj heev, mus txog rau lub qhov rooj kaw thaum txoj kev poob siab loj. Kev tshwm sim ntawm Vajtswv lub hwjchim los ntawm kev qhib tawm ntawm Nws Txojlus tau tsim kom muaj kev sawv rov los thiab kev kho kom zoo zuj zus ntxiv mus.</w:t>
      </w:r>
    </w:p>
    <w:p>
      <w:pPr>
        <w:pStyle w:val="ArticleBody"/>
        <w:jc w:val="left"/>
      </w:pPr>
      <w:r>
        <w:rPr>
          <w:rFonts w:ascii="Times New Roman" w:hAnsi="Times New Roman" w:eastAsia="Times New Roman" w:cs="Times New Roman"/>
        </w:rPr>
        <w:t>Xyoo 1863, kev txav Millerite ntawm Laodicea raug txwv tsis pub hla tus Dej Yaladees, thiab raug tsa cia rau hauv roob moj sab qhua rau qhov lawv tau muab pob zeb ntaus Eliyas thiab Mauxes. William Miller txoj xov yog Eliyas txoj xov, thiab Miller txoj xov uas yog lub hauv paus yog Mauxes lo lus “xya lub sij hawm.” Kev tsis lees txais “xya lub sij hawm” yog tua Mauxes, thiab kev tsis lees txais qhov tseeb hauv paus uas Miller tau nthuav tawm yog tua Eliyas. Xyoo 1863 tus tub txib thiab txoj xov raug tua nyob hauv txoj kev, thiab txij ntawm lub sijhawm ntawd mus lawm, tib txoj kev thiaj nrhiav tau lawv yog tshawb nrhiav lawv tej ntxa hauv Yelemis tej qub kevcai. Lawv tuag nyob hauv txoj kev—yog li ntawd mus txog thaum lawv raug tsa sawv rov los. Lawv raug tsa sawv rov los thaum “xya lub xob quaj tej xwm txheej yav tom ntej” uas yuav “qhia tawm raws li lawv kev txiav txim” raug rov hais dua—hauv keeb kwm ntawm ib puas plaub caug plaub txhiab leej.</w:t>
      </w:r>
    </w:p>
    <w:p>
      <w:pPr>
        <w:pStyle w:val="ArticleBody"/>
        <w:jc w:val="left"/>
      </w:pPr>
      <w:r>
        <w:rPr>
          <w:rFonts w:ascii="Times New Roman" w:hAnsi="Times New Roman" w:eastAsia="Times New Roman" w:cs="Times New Roman"/>
        </w:rPr>
        <w:t>Thaum keeb kwm ntawm tus tim tswv ib raug muab los npog saum keeb kwm ntawm tus tim tswv ob, tus qauv yaj saub tsim ib qho chaw siv ua chaw taw qhia kom taug raws Khetos txhais tes, uas yog qhov kaj nyob saum txoj kev ntawm Txoj Kev Quaj Thaum Ib Tag Hmo. Qhov kaj qub thawj zaug ntawm Txoj Kev Quaj Thaum Ib Tag Hmo ua kom txoj kev kaj lug, thiab nws yog qhov kaj ntawm Nws “sab tes xis uas muaj hwjchim ci ntsa iab” uas coj txoj kev nce mus saum txoj kab ntawd.</w:t>
      </w:r>
    </w:p>
    <w:p>
      <w:pPr>
        <w:pStyle w:val="ArticleScripture"/>
        <w:jc w:val="left"/>
      </w:pPr>
      <w:r>
        <w:rPr>
          <w:rFonts w:ascii="Times New Roman" w:hAnsi="Times New Roman" w:eastAsia="Times New Roman" w:cs="Times New Roman"/>
        </w:rPr>
        <w:t>“Kuv zoo li raug puag ncig los ntawm qhov kaj, thiab zoo li tab tom nce siab zuj zus deb ntawm lub ntiaj teb. Kuv tig mus nrhiav cov neeg uas tos txog kev los zaum ob hauv ntiaj teb no, tiam sis nrhiav tsis tau lawv, thaum ntawd ib lub suab hais rau kuv tias, ‘Saib dua, thiab saib kom siab zog me ntsis.’ Thaum hnov li ntawd, kuv tsa muag ntsia, thiab pom ib txoj kev ncaj thiab nqaim, raug tsa nyob siab saum lub ntiaj teb. Nyob rau ntawm txoj kev no, cov neeg uas tos txog kev los zaum ob tab tom taug mus rau lub nroog uas nyob ntawm ntug kev kawg. Lawv muaj ib lub teeb ci ntsa iab muab tsa rau tom qab lawv, ntawm qhov pib ntawm txoj kev, uas ib tug tim tswv hais rau kuv tias yog lub ‘suab quaj thaum ib tag hmo.’ Lub teeb no ci raws nkaus txoj kev, thiab pub qhov kaj rau lawv ko taw, kom lawv thiaj tsis dawm.”</w:t>
      </w:r>
    </w:p>
    <w:p>
      <w:pPr>
        <w:pStyle w:val="ArticleScripture"/>
        <w:jc w:val="left"/>
      </w:pPr>
      <w:r>
        <w:rPr>
          <w:rFonts w:ascii="Times New Roman" w:hAnsi="Times New Roman" w:eastAsia="Times New Roman" w:cs="Times New Roman"/>
        </w:rPr>
        <w:t>“Yog lawv khaws lawv tej qhov muag ntsia ruaj rau saum Yexus, tus uas nyob ncaj nraim ntawm lawv xub ntiag, coj lawv mus rau hauv lub nroog, lawv thiaj nyob nyab xeeb. Tiamsis tsis ntev tom qab ntawd, muaj ib txhia qaug zog, thiab hais tias lub nroog tseem nyob deb kawg, thiab lawv twb xav tias lawv yuav tsum tau nkag mus txog ntawd ua ntej lawm. Ces Yexus txhawb lawv siab los ntawm kev tsa Nws sab tes xis uas muaj hwjchim ci ntsa iab, thiab ntawm Nws sab tes txawm muaj ib txoj kev kaj tawm los uas yoj hla saum pab pawg advent, thiab lawv qw tias, ‘Alleluia!’ Lwm tus rov ua siab kub lug tsis lees paub txoj kev kaj uas nyob tom qab lawv, thiab hais tias tsis yog Vajtswv uas tau coj lawv tawm los deb npaum li ntawd. Txoj kev kaj tom qab lawv txawm tuag lawm, cia lawv tej ko taw nyob rau hauv txoj kev tsaus ntuj nti tag nrho, thiab lawv dawm, poob tsis pom lub cim thiab tsis pom Yexus lawm, thiab ntog tawm ntawm txojkev mus rau hauv lub ntiajteb tsaus ntuj thiab phem uas nyob hauv qab no.” Christian Experience and Teachings of Ellen G. White, 57.</w:t>
      </w:r>
    </w:p>
    <w:p>
      <w:pPr>
        <w:pStyle w:val="ArticleBody"/>
        <w:jc w:val="left"/>
      </w:pPr>
      <w:r>
        <w:rPr>
          <w:rFonts w:ascii="Times New Roman" w:hAnsi="Times New Roman" w:eastAsia="Times New Roman" w:cs="Times New Roman"/>
        </w:rPr>
        <w:t>Thaum Khetos tsa Nws sab npab uas muaj hwjchim ci ntsa iab, Nws tab tom siv Nws “txhais tes” ua ib lub cim ntawm Nws txoj haujlwm coj Nws haiv neeg. Thaum peb coj kev tuaj txog ntawm tus timtswv ob los txuas nrog tus timtswv ib uas nqes los rau hnub tim 11 lub Yim Hli, 1840, peb pom tias ob tug timtswv puav leej muaj ib txoj xov nyob hauv lawv txhais tes.</w:t>
      </w:r>
    </w:p>
    <w:p>
      <w:pPr>
        <w:pStyle w:val="ArticleScripture"/>
        <w:jc w:val="left"/>
      </w:pPr>
      <w:r>
        <w:rPr>
          <w:rFonts w:ascii="Times New Roman" w:hAnsi="Times New Roman" w:eastAsia="Times New Roman" w:cs="Times New Roman"/>
        </w:rPr>
        <w:t>“Kuv tau raug qhia kom pom qhov kev txaus siab uas tag nrho saum ntuj ceeb tsheej tau muaj rau txoj hauj lwm uas tab tom ua nyob saum lub ntiaj teb. Yexus tau txib ib tug tim tswv muaj hwjchim loj kom nqis los ceeb toom rau cov neeg nyob hauv ntiaj teb kom npaj txhij rau Nws txoj kev rov tshwm zaum ob. Thaum tus tim tswv tawm hauv Yexus lub xub ntiag saum ntuj ceeb tsheej, ib qho kaj ci ci ntsa iab thiab muaj hwjchim ci ntsa iab heev tau mus ua ntej nws. Kuv raug qhia tias nws lub luag hauj lwm yog los ua kom lub ntiaj teb kaj nrog nws lub yeeb koob thiab ceeb toom tib neeg txog Vajtswv txoj kev chim uas tab tom yuav los. …</w:t>
      </w:r>
    </w:p>
    <w:p>
      <w:pPr>
        <w:pStyle w:val="ArticleScripture"/>
        <w:jc w:val="left"/>
      </w:pPr>
      <w:r>
        <w:rPr>
          <w:rFonts w:ascii="Times New Roman" w:hAnsi="Times New Roman" w:eastAsia="Times New Roman" w:cs="Times New Roman"/>
        </w:rPr>
        <w:t>“Lwm tus timtswv muaj hwjchim dua ntxiv tau raug txib kom nqis los rau ntiajteb. Yexus tso ib phau ntawv sau rau hauv nws txhais tes, thiab thaum nws los txog rau ntiajteb, nws quaj nrov hais tias, ‘Npanpiloo poob lawm, poob lawm.’ Ces kuv rov pom cov uas tau poob siab ntawd tsa lawv qhov muag mus saum ntuj dua, ntsia ntsoov nrog txojkev ntseeg thiab txojkev cia siab rau qhov lawv tus Tswv yuav tshwm sim los. Tiamsis coob leej zoo li tseem nyob hauv ib lub xeev ruam nkoos, ib yam li tabtom tsaug zog; txawm li ntawd los kuv pom tau tus cim ntawm txojkev tu siab tob tob nyob saum lawv tej ntsejmuag. Cov uas tau poob siab ntawd pom ntawm Vajluskub tias lawv nyob hauv lub sijhawm ncua, thiab tias lawv yuav tsum ua siab ntev tos qhov yog toog pom ntawd kom tiav. Tib yam pov thawj uas tau coj lawv kom tos ntsoov lawv tus Tswv hauv xyoo 1843, yog qhov uas ua rau lawv cia siab rau Nws hauv xyoo 1844. Tiamsis kuv pom tias feem coob tsis muaj lub zog khov kho ntawd uas tau cim lawv txojkev ntseeg hauv xyoo 1843. Lawv txojkev poob siab tau ua rau lawv txojkev ntseeg qaug zog.” Early Writings, 246, 247.</w:t>
      </w:r>
    </w:p>
    <w:p>
      <w:pPr>
        <w:pStyle w:val="ArticleBody"/>
        <w:jc w:val="left"/>
      </w:pPr>
      <w:r>
        <w:rPr>
          <w:rFonts w:ascii="Times New Roman" w:hAnsi="Times New Roman" w:eastAsia="Times New Roman" w:cs="Times New Roman"/>
        </w:rPr>
        <w:t>Ob tug timtswv saum ntuj no yog ib feem ntawm peb tug timtswv saum ntuj uas ua ke ua ib lub cim xwb, yog li ntawd lawv sib haum raws li txoj xov uas lawv sawv cev, txawm yog tias lawv txhua tus nyias sawv cev rau nyias ib txoj xov tshwj xeeb. Ob tug timtswv saum ntuj no puav leej muaj ib daim “ntawv sau” nyob hauv lawv txhais tes, uas sawv cev rau ib qho kev sim siab. “Tus timtswv saum ntuj thawj thiab tus timtswv saum ntuj ob yuav tsum khiav mus sib txig” nrog tus timtswv saum ntuj thib peb.</w:t>
      </w:r>
    </w:p>
    <w:p>
      <w:pPr>
        <w:pStyle w:val="ArticleScripture"/>
        <w:jc w:val="left"/>
      </w:pPr>
      <w:r>
        <w:rPr>
          <w:rFonts w:ascii="Times New Roman" w:hAnsi="Times New Roman" w:eastAsia="Times New Roman" w:cs="Times New Roman"/>
        </w:rPr>
        <w:t>“Vajtswv twb tau muab tej lus ntawm Tshwmsim 14 tso rau hauv kab lus faj lem, thiab lawv txoj hauj lwm yuav tsis tsum mus txog thaum kaw ntawm keeb kwm ntiaj teb no. Tej lus ntawm thawj tus timtswv thiab tus timtswv thib ob tseem yog qhov tseeb rau lub sijhawm no, thiab yuav tsum khiav raws ib yam kab nrog qhov no uas tuaj tom qab. Tus timtswv thib peb tshaj tawm nws tej lus ceeb toom nrog ib lub suab nrov nrov. ‘Tom qab tej no lawm,’ Yauhas hais tias, ‘kuv pom dua ib tug timtswv nqes saum ntuj los, muaj hwj chim loj, thiab lub ntiaj teb ci ntsa iab vim nws lub hwjchim ci ntsa iab.’ Hauv qhov kev ci no, qhov kaj ntawm tag nrho peb zaj lus raug muab koom ua ke.” The 1888 Materials, 803, 804.</w:t>
      </w:r>
    </w:p>
    <w:p>
      <w:pPr>
        <w:pStyle w:val="ArticleBody"/>
        <w:jc w:val="left"/>
      </w:pPr>
      <w:r>
        <w:rPr>
          <w:rFonts w:ascii="Times New Roman" w:hAnsi="Times New Roman" w:eastAsia="Times New Roman" w:cs="Times New Roman"/>
        </w:rPr>
        <w:t>Niam Dawb qhia meej tias tus tim tswv thib peb yog tus tim tswv hauv Tshwm Sim kaum yim, thiab nws qhia tias tus tim tswv thib ib thiab tus thib ob yuav tsum khiav mus ib txhij raws li keeb kwm cev Vajtswv lus uas tus tim tswv thib peb hauv Tshwm Sim kaum yim sawv cev. Yog li ntawd, nws tab tom muab kev nqes los ntawm tus tim tswv thib ib thaum lub Yim Hli 11, 1840, los txuas nrog 9/11, thiab qhia tias tus tim tswv hauv Tshwm Sim kaum yim yog “tus tim tswv thib peb.” Tus tim tswv thib peb yog tus kawg ntawm peb tug, thiab raug ua qauv ua ntej los ntawm tus thawj; vim li no Niam Dawb qhia rau peb tias txoj hauj lwm ntawm tus tim tswv thib ib zoo ib yam nkaus li txoj hauj lwm ntawm tus tim tswv hauv Tshwm Sim kaum yim, vim txoj hauj lwm ntawm ob tug tim tswv ntawd yog “ua kom lub ntiaj teb ci ntsa iab nrog nws lub hwjchim ci ntsa iab.”</w:t>
      </w:r>
    </w:p>
    <w:p>
      <w:pPr>
        <w:pStyle w:val="ArticleBody"/>
        <w:jc w:val="left"/>
      </w:pPr>
      <w:r>
        <w:rPr>
          <w:rFonts w:ascii="Times New Roman" w:hAnsi="Times New Roman" w:eastAsia="Times New Roman" w:cs="Times New Roman"/>
        </w:rPr>
        <w:t>“xya xob quaj nroo” sawv cev rau ib qho kev faib meej ntawm tej xwm txheej nyob hauv keeb kwm ntawm tus tim tswv thawj thiab tus tim tswv ob uas yuav rov muaj dua nyob hauv keeb kwm ntawm tus tim tswv peb. Kev Tshoov Siab tau qhia tias thaum peb muab cov keeb kwm no los sib phim “kab raws kab”, tus tim tswv thawj txoj kev nqes los hauv xyoo 1840 sib phim nrog Nws txoj kev nqes los rau hnub 9/11. Qhov no qhia txog ib txoj xov sim siab uas yuav tsum tau noj nrog ob tug tim khawv, thiab muab ib qho kev chim siab los sib phim nrog thawj lub cim qhia kev.</w:t>
      </w:r>
    </w:p>
    <w:p>
      <w:pPr>
        <w:pStyle w:val="ArticleBody"/>
        <w:jc w:val="left"/>
      </w:pPr>
      <w:r>
        <w:rPr>
          <w:rFonts w:ascii="Times New Roman" w:hAnsi="Times New Roman" w:eastAsia="Times New Roman" w:cs="Times New Roman"/>
        </w:rPr>
        <w:t>“Xya lub xob quaj” sawv cev rau lub sijhawm yaj saub uas pib nrog ib qho kev poob siab thiab xaus nrog ib qho kev poob siab loj dua.</w:t>
      </w:r>
    </w:p>
    <w:p>
      <w:pPr>
        <w:pStyle w:val="ArticleBody"/>
        <w:jc w:val="left"/>
      </w:pPr>
      <w:r>
        <w:rPr>
          <w:rFonts w:ascii="Times New Roman" w:hAnsi="Times New Roman" w:eastAsia="Times New Roman" w:cs="Times New Roman"/>
        </w:rPr>
        <w:t>Thaum txoj kab lus yaj saub hais txog kev nqis los ntawm thawj tus tim tswv raug muab sib dhos kom haum nrog kev tuaj txog ntawm tus tim tswv thib ob, ces nws tsim tawm “ib lub qauv ntawm qhov tseeb.” Qhov tseeb raug txhais raws li peb theem, uas thawj theem thiab theem kawg yog tib yam, hos theem nruab nrab sawv cev rau kev ntxeev siab. Thaum muab thawj ob tug tim tswv los sib phim nrog daim qauv no, ces nws tsim ib lub qauv uas muaj thawj tus tim tswv thiab tus tim tswv thib ob, uas piav qhia txog tus tim tswv thib peb hauv Tshwmsim kaum yim, thiab tus tim tswv thib peb hauv Tshwmsim kaum yim yog kev sib txuas ua ke ntawm thawj tus tim tswv thiab tus tim tswv thib ob.</w:t>
      </w:r>
    </w:p>
    <w:p>
      <w:pPr>
        <w:pStyle w:val="ArticleBody"/>
        <w:jc w:val="left"/>
      </w:pPr>
      <w:r>
        <w:rPr>
          <w:rFonts w:ascii="Times New Roman" w:hAnsi="Times New Roman" w:eastAsia="Times New Roman" w:cs="Times New Roman"/>
        </w:rPr>
        <w:t>Tus tim tswv thib peb hauv Tshwm Sim kaum yim muaj ob lub suab. Lub suab thawj tau tiav thaum cov vaj tse hauv New York poob rau hnub 9/11, thiab lub suab thib ob hauv nqe plaub yog txoj cai Hnub Caiv. Hauv lub sijhawm txij 9/11 mus txog rau txoj cai Hnub Caiv, tus tim tswv thib peb hauv Tshwm Sim kaum yim sawv cev rau kev sib xyaw ua ke ntawm tus tim tswv thawj thiab tus tim tswv thib ob. Vim qhov no yog qhov tseeb, kev siv keeb kwm ntawm ob tug tim tswv ntawd ua “kab saum kab,” los sawv cev rau keeb kwm ntawm tus tim tswv thib peb hauv Tshwm Sim kaum yim—yog los muab tus tim tswv thawj thiab tus tim tswv thib ob los sib phim nrog tus tim tswv thawj thiab tus tim tswv thib ob.</w:t>
      </w:r>
    </w:p>
    <w:p>
      <w:pPr>
        <w:pStyle w:val="ArticleBody"/>
        <w:jc w:val="left"/>
      </w:pPr>
      <w:r>
        <w:rPr>
          <w:rFonts w:ascii="Times New Roman" w:hAnsi="Times New Roman" w:eastAsia="Times New Roman" w:cs="Times New Roman"/>
        </w:rPr>
        <w:t>Ob tug timtswv nqes los txog rau thaum thawj qhov kev poob siab, thiab ob tug timtswv ntawd puav leej muaj kev sib raug zoo raws li yav tom ntej, thiab ob leeg puav leej muaj ib txoj xov sim uas nyob hauv tus timtswv txhais tes. Tus cim taw qhia tom ntej uas sawv cev rau hauv kab yog Habakkuk tej phaj, uas txuas ncaj qha nrog Vajtswv txhais tes. Hauv kab ntawm thawj tug timtswv, daim chart 1843 raug tsim tawm rau lub Tsib Hlis xyoo 1842, hos hauv kab ntawm tug timtswv thib ob, tsis muaj daim chart li. Daim chart twb xaus lawm thaum tug timtswv thib ob tuaj txog. Tus cim taw qhia ntawm Habakkuk tej phaj hauv kab ntawm tug timtswv thib ob yog kev tshem Vajtswv txhais tes tawm ntawm ib qho yuam kev hauv cov lej ntawm daim chart 1843.</w:t>
      </w:r>
    </w:p>
    <w:p>
      <w:pPr>
        <w:pStyle w:val="ArticleBody"/>
        <w:jc w:val="left"/>
      </w:pPr>
      <w:r>
        <w:rPr>
          <w:rFonts w:ascii="Times New Roman" w:hAnsi="Times New Roman" w:eastAsia="Times New Roman" w:cs="Times New Roman"/>
        </w:rPr>
        <w:t>Nws txhais tes tau npog ib qho kev yuam kev nyob rau hauv lub cim-kev hauv paus ntawm thawj tug timtswv, thiab Nws txhais tes raug muab tshem tawm ntawm tib lub cim-kev ntawd, nyob rau hauv txoj kab ntawm tus timtswv thib ob. Yog li ntawd; lub cim-kev ntawm Habakkuk cov ntsiav txiag nyob rau hauv cov kab sib npaug ntawm thawj thiab tus timtswv thib ob sawv cev rau ob theem. Hauv thawj theem Nws txhais tes npog ib qho kev yuam kev, thiab thaum kawg ntawm lub sij hawm ntawm lub cim-kev ntawm Habakkuk cov ntsiav txiag, Nws tshem Nws txhais tes tawm. Lub sij hawm ncua tau pib nrog kev los txog ntawm tus timtswv thib ob thiab lub sij hawm ncua xaus zuj zus, pib nrog kev tshem tawm ntawm Nws txhais tes. Lub cim-kev ntawm Habakkuk cov ntsiav txiag sawv cev rau ib lub sij hawm uas raug cim tseg los ntawm Khetos txhais tes thaum pib thiab los ntawm Nws txhais tes thaum kawg.</w:t>
      </w:r>
    </w:p>
    <w:p>
      <w:pPr>
        <w:pStyle w:val="ArticleBody"/>
        <w:jc w:val="left"/>
      </w:pPr>
      <w:r>
        <w:rPr>
          <w:rFonts w:ascii="Times New Roman" w:hAnsi="Times New Roman" w:eastAsia="Times New Roman" w:cs="Times New Roman"/>
        </w:rPr>
        <w:t>Ob txhais tes raug cim tseg ntawm thawj txoj kev chim siab, thiab ob leeg muaj ib txoj xov sim siab uas yuav tsum tau txais thiab noj. Ces ib ntus ntawm lub sij hawm yaj saub, uas sawv cev rau tej kev tseeb uas yog lub hauv paus, pib nrog Vajtswv txhais tes npog thiab xaus nrog Nws txhais tes qhib tawm. Txoj cim kev tom ntej yog lub rooj sib txoos hauv yeej Exeter, uas qhov kev qw thaum ib tag hmo cais tawm thiab ntxuav kom dawb huv cov uas yuav ua raws li Khetos txhais tes mus rau hauv Qhov Chaw Dawb Huv Tshaj Plaws.</w:t>
      </w:r>
    </w:p>
    <w:p>
      <w:pPr>
        <w:pStyle w:val="ArticleBody"/>
        <w:jc w:val="left"/>
      </w:pPr>
      <w:r>
        <w:rPr>
          <w:rFonts w:ascii="Times New Roman" w:hAnsi="Times New Roman" w:eastAsia="Times New Roman" w:cs="Times New Roman"/>
        </w:rPr>
        <w:t>Thaum Khetos txav mus rau hauv Chaw Dawb Huv Tshaj Plaws, Nws tsa Nws txhais tes rau saum ntuj thiab cog lus tias lub sij hawm yuav tsis muaj ntxiv lawm. Nws nyuam qhuav tau kaw cia “xya lub xob quaj” uas sawv cev rau keeb kwm ntawm thawj ob tug tim tswv, rov muaj dua nyob hauv keeb kwm ntawm tus tim tswv thib peb. Nws kaw cia “xya lub xob quaj” ib yam li Nws tau kaw cia tej lus faj lem ntawm Daniyee hauv tshooj kaum ob. Hauv Daniyee tshooj kaum ob, thaum pib ntawm peb lub caij nyoog piv txwv, Khetos tsa ob txhais tes rau saum ntuj thiab tshaj tawm tias thaum kev muab Vajtswv haiv neeg ntiab khiav tawg tas lawm, cov uas dhau los ua “cov neeg uas luag xav tsis thoob” yuav raug ntxuav kom dawb huv thiab raug tsa kom siab ua ib qho khoom fij. Tus qauv ntawm thawj thiab tus tim tswv thib ob uas peb tab tom tshuaj xyuas tam sim no, hauv txoj kev piv txwv, qhia kom pom Vajtswv txhais tes nyob rau txhua kauj ruam.</w:t>
      </w:r>
    </w:p>
    <w:p>
      <w:pPr>
        <w:pStyle w:val="ArticleBody"/>
        <w:jc w:val="left"/>
      </w:pPr>
      <w:r>
        <w:rPr>
          <w:rFonts w:ascii="Times New Roman" w:hAnsi="Times New Roman" w:eastAsia="Times New Roman" w:cs="Times New Roman"/>
        </w:rPr>
        <w:t>Thaum Nws npog qhov tseeb, nws ua kom muaj kev chim siab poob siab, thiab thaum Nws tshem Nws txhais tes mus, qhov kaj raug tsim tawm, thiab qhov kaj ntawd yog qhov kaj ntawm zaj lus ntawm Kev Quaj Nruab Nrab Hmo Ntuj. Kev chim siab poob siab thawj zaug mus txog Kev Chim Siab Poob Siab Loj nqa tau lub cim kos npe ntawm alpha thiab omega thiab raug nthuav qhia nyob hauv tus qauv ntawm qhov tseeb. Qhov pib sawv cev rau qhov kawg, thiab tus cim-kev hauv nruab nrab ntawm ob qhov kev chim siab poob siab qhia txog qhov txiaj ntsig ntawm kev muab foob thiab kev qhib foob ntawm Habakkuk tej phaj, uas yog kev qhib foob ntawm Yelemis tej kev qub, thiab sawv cev rau lub hauv paus uas saum nws lub tuam tsev raug tsa ua ntej txoj cai hnub Sunday thaum lub tuam tsev uas ua tiav lawm raug tsa kom siab dua txhua lub roob. Tus cim-kev nruab nrab hauv lo lus ntawm qhov tseeb sawv cev rau kev ntxeev siab, thiab hauv keeb kwm uas raug sawv cev los ntawm kev sib cais kawg ntawm cov nplej thiab cov txhauv, nws qhia tawm kev ntxeev siab ntawm cov nkauj xwb ruam.</w:t>
      </w:r>
    </w:p>
    <w:p>
      <w:pPr>
        <w:pStyle w:val="ArticleBody"/>
        <w:jc w:val="left"/>
      </w:pPr>
      <w:r>
        <w:rPr>
          <w:rFonts w:ascii="Times New Roman" w:hAnsi="Times New Roman" w:eastAsia="Times New Roman" w:cs="Times New Roman"/>
        </w:rPr>
        <w:t>Txoj kev ntxeev siab uas sawv cev los ntawm lub cim kev ntawm Habakkuk tej ntawv looj txiag yog raug sawv cev ua ib yam uas nce zuj zus mus, rau qhov nws tsis yog ib lub cim kev xwb, tiam sis yog ib ntu sijhawm uas muaj qhov pib thiab qhov xaus meej tseeb, raws li Vajtswv txhais tes sawv cev. Vajtswv txhais tes tshwm ob zaug ntawm thawj qhov kev poob siab, rau qhov muaj ob tug tim tswv uas nkawd ob leeg muaj ib txoj xov nyob hauv nkawd txhais tes. Lub cim kev tom ntej ntawm txoj kev ntxeev siab muaj ib txhais tes pib thiab ib txhais tes xaus, yog li ntawd nws kuj muaj ob txhais tes nyob hauv nws tej yam ntxwv uas yog lus faj lem. Lub cim kev thib peb ntawm qhov kev poob siab loj dua ntawd qhia txog Khetos tsa Nws txhais tes thiab cog lus rau ntuj ceeb tsheej, nyob rau hauv tib nqe ntawv uas xya lub xob quaj raug muab kaw cia, ib yam li nyob hauv Daniyee tshooj kaum ob. Nyob rau ntawm lub ntsiab chaw uas tus tim tswv cim qhov kawg ntawm tus qauv lus faj lem ntawm thawj ob tug tim tswv uas tam sim no peb tab tom xav txog no, Nws xaus kev siv lub sijhawm uas yog lus faj lem, thiab muab Nws tus kheej tso rau hauv ib nqe lus uas mus sib txig nyob hauv phau Daniyee, qhov chaw uas Nws tsis yog tsa Nws txhais tes xwb, tiam sis tsa Nws ob txhais tes tib si.</w:t>
      </w:r>
    </w:p>
    <w:p>
      <w:pPr>
        <w:pStyle w:val="ArticleBody"/>
        <w:jc w:val="left"/>
      </w:pPr>
      <w:r>
        <w:rPr>
          <w:rFonts w:ascii="Times New Roman" w:hAnsi="Times New Roman" w:eastAsia="Times New Roman" w:cs="Times New Roman"/>
        </w:rPr>
        <w:t>Hauv Daniyees kaum ob muaj peb lub sijhawm faj lem uas raug qhib tawm rau hnub kawg, rau qhov no yog yam uas yuav tshwm sim rau Vajtswv haiv neeg hauv hnub kawg. Thawj yam uas raug hais tseg hauv Daniyees zaj yog toog pom kawg uas mus txog ncov siab yog tias Daniyees, uas sawv cev rau Vajtswv cov seem uas tshuav, muaj kev nkag siab txog ob qho tib si, yog yam ntawd thiab yog toog pom ntawd. Yam kawg uas Daniyees tau sau tseg yog tias kev txawj ntse ntxiv zuj zus ntawd raug Tsov Ntxhuav ntawm xeem Yudas siv los tsim kom muaj txoj kev txhawb siab rov qab los thiab txoj kev kho kom tshiab kawg ntawm Vajtswv haiv neeg, uas raug cais tshwj xeeb tias yog cov uas nkag siab. Nws ua kom tiav txoj kev muab Nws haiv neeg khi ntim los ntawm kev qhib tawm “xya lub xob quaj” hauv Tshwmsim, nrog rau kev qhib tawm “peb lub sijhawm” hauv Daniyees kaum ob.</w:t>
      </w:r>
    </w:p>
    <w:p>
      <w:pPr>
        <w:pStyle w:val="ArticleBody"/>
        <w:jc w:val="left"/>
      </w:pPr>
      <w:r>
        <w:rPr>
          <w:rFonts w:ascii="Times New Roman" w:hAnsi="Times New Roman" w:eastAsia="Times New Roman" w:cs="Times New Roman"/>
        </w:rPr>
        <w:t>Thaum Yexus qhia meej tias thaum kawg ntawm peb thiab ib nrab hnub uas muaj ntsiab yaj saub hais txog kev tawg khiav ntawm lub hwj chim ntawm Vajtswv haiv neeg, txhua yam “txuj ci tseem ceeb” yuav raug ua kom tiav lawm—Nws tab tom qhia rau lub Xya hli ntuj 2023, thaum peb thiab ib nrab hnub ntawm txoj kev tuag hauv txoj kev raws li Tshwm Sim kaum ib tau xaus lawm. Tam sim no cov txuj ci tseem ceeb yuav raug ua kom tiav ua ntej txoj cai Sunday. Nws tau cim lub Xya hli ntuj 2023 los ntawm kev tsa tsis yog ib txhais tes xwb, tiam sis tsa ob txhais tes. Los ntawm qhov ntawd Nws tab tom cim qhov kawg ntawm lub sijhawm ncua tos, ib yam li thaum Nws tshem Nws txhais tes tawm ntawm qhov yuam kev hauv keeb kwm Millerite. Qhov kev poob siab thawj zaug tau tshwm sim rau lub Xya hli ntuj 18, 2020, raws li tau ua qauv tseg los ntawm thawj qhov kev poob siab ntawm cov Millerite, thiab lub sijhawm ncua tos tau pib thiab txuas ntxiv mus txog thaum Nws rov ncab Nws txhais tes zaum ob los sau Nws cov neeg seem uas tshuav tseg rau lub Xya hli ntuj 2023.</w:t>
      </w:r>
    </w:p>
    <w:p>
      <w:pPr>
        <w:pStyle w:val="ArticleBody"/>
        <w:jc w:val="left"/>
      </w:pPr>
      <w:r>
        <w:rPr>
          <w:rFonts w:ascii="Times New Roman" w:hAnsi="Times New Roman" w:eastAsia="Times New Roman" w:cs="Times New Roman"/>
        </w:rPr>
        <w:t>Kev chim thawj zaug raug sawv cev los ntawm Vajtswv txhais tes npog ib qho yuam kev, uas rau cov Millerites yog qhov uas lawv txheeb xyoo 1843, tsis yog hnub tim 22 Lub Kaum Hli, 1844. Kev chim ntawd raug sawv cev nyob hauv nqe kaum ob ntawm tshooj kaum ob. Kev chim thawj zaug raug sawv cev los ntawm Nws txhais tes npog qhov yuam kev ntawd, thiab raug ua qauv ua ntej los ntawm cov Millerites uas tau los txog rau kev chim thawj zaug. Lo lus nyob hauv nqe kaum ob yog “los txog.” Foom koob hmoov rau tus uas tos, thiab tus uas “los txog” rau 1335; foom koob hmoov rau tus uas “los txog” rau kev chim ntawm hnub tim 19 Lub Plaub Hlis, 1844. Lo lus uas txhais ua “los txog” txhais tias “kov.” Cov Millerites tau ntsib lawv thawj qhov kev chim thaum xyoo 1843 kov xyoo 1844. Nqe kaum ob ntawm Daniyees kaum ob qhia txog kev chim thawj zaug ntawm ob qho tib si hnub tim 19 Lub Plaub Hlis, 1844, tab sis ncaj qha dua yog kev chim thawj zaug ntawm hnub tim 18 Lub Xya Hli, 2020.</w:t>
      </w:r>
    </w:p>
    <w:p>
      <w:pPr>
        <w:pStyle w:val="ArticleBody"/>
        <w:jc w:val="left"/>
      </w:pPr>
      <w:r>
        <w:rPr>
          <w:rFonts w:ascii="Times New Roman" w:hAnsi="Times New Roman" w:eastAsia="Times New Roman" w:cs="Times New Roman"/>
        </w:rPr>
        <w:t>Lub sij hawm yaj saub thawj zaug thiab lub sij hawm yaj saub kawg ntawm peb lub sij hawm uas raug qhib thaum lub caij kawg, thaum kev paub raug nce ntxiv thiab ua tiav txoj kev cais kawg ntawm cov nplej thiab cov nroj, yog li ntawd qhia meej tias txoj kev qhib ntawm qhov pom kev yaj saub uas muab lub foob rau ib puas plaub caug plaub txhiab leej ntawd yog tib lub sij hawm yaj saub xwb.</w:t>
      </w:r>
    </w:p>
    <w:p>
      <w:pPr>
        <w:pStyle w:val="ArticleBody"/>
        <w:jc w:val="left"/>
      </w:pPr>
      <w:r>
        <w:rPr>
          <w:rFonts w:ascii="Times New Roman" w:hAnsi="Times New Roman" w:eastAsia="Times New Roman" w:cs="Times New Roman"/>
        </w:rPr>
        <w:t>Lub sij hawm thawj zaug hauv nqe xya yog qhov kawg ntawm kev tawg khiav ntawm peb hnub ib nrab hauv Tshwm Sim kaum ib thaum Lub Xya hli xyoo 2023, thiab lub sij hawm hauv nqe kaum ob yog qhov pib ntawm tib qho kev tawg khiav ntawd thaum Lub Xya hli 18, 2020. Alpha thiab Omega tau cim keeb kwm ntawm xya lub xob quaj hauv Daniyees kaum ob tias yog keeb kwm uas pib ntawm txoj kev chim siab thaum Lub Xya hli 18, 2020 thiab xaus peb hnub ib nrab uas yog cim tom qab ntawd thaum Lub Xya hli xyoo 2023. Ib yam tseem ceeb ib yam nkaus yog tias thaum Alpha thiab Omega cim qhov pib thiab qhov kawg ntawm lub sijhawm tos kawg nkaus, Nws tsis tsa ib txhais tes xwb, tiam sis tsa ob txhais tes rau saum ntuj ceeb tsheej thiab cog lus los ntawm Tus uas muaj txoj sia nyob mus ib txhis thiab ib txhis.</w:t>
      </w:r>
    </w:p>
    <w:p>
      <w:pPr>
        <w:pStyle w:val="ArticleBody"/>
        <w:jc w:val="left"/>
      </w:pPr>
      <w:r>
        <w:rPr>
          <w:rFonts w:ascii="Times New Roman" w:hAnsi="Times New Roman" w:eastAsia="Times New Roman" w:cs="Times New Roman"/>
        </w:rPr>
        <w:t>Leej Tub uas yog neeg leej tub tab tom cog lus tseg nrog Leej Txiv, nyob ncaj qha rau qhov chaw uas qhov siab tshaj plaws ntawm zaj keeb kwm ntawm Vajtswv haiv neeg hauv txoj kev cog lus tau pib, thaum Khetos xub hu Anplahas nrog ib lo lus cog tseg, thiab tom qab ntawd lees paub lo lus cog tseg ntawd, nrog ib lo lus cog lus tseg. Hle nej nkawm khau tawm, nej sawv saum thaj av dawb huv!</w:t>
      </w:r>
    </w:p>
    <w:p>
      <w:pPr>
        <w:pStyle w:val="ArticleBody"/>
        <w:jc w:val="left"/>
      </w:pPr>
      <w:r>
        <w:rPr>
          <w:rFonts w:ascii="Times New Roman" w:hAnsi="Times New Roman" w:eastAsia="Times New Roman" w:cs="Times New Roman"/>
        </w:rPr>
        <w:t>Tsab ntawv nruab nrab ntawm peb tsab ntawv faj lem ntawd tsis yog ib yam me xwb; nws yog qhov kev ua tiav omega ntawm faj lem txog lub sijhawm ntawm kev cog lus uas Abram thiab Povlauj hais txog, uas yog 430 xyoo, raws li tau sawv cev hauv 1290 xyoo ntawm nqe kaum ib. Thaum nqe ntawd raug los ze nrog txoj kev nkag siab ntawm cov Millerite, nws qhia txog ib lub sijhawm npaj txhij ntev peb caug xyoo rau txoj hauj lwm papacy, ces tom qab ntawd yog 1260 xyoo ntawm kev tsim txom ntawm papacy. 430 xyoo ntawm Abram sawv cev rau kev ua qhev thiab kev dim hauv ib haiv neeg tshwj xeeb, nrog rau thawj peb caug xyoo uas sawv cev rau tus Tswv nkag mus rau hauv kev cog lus nrog Abram. Peb caug xyoo ntawm kev npaj rau cov pov thawj tau pib xyoo 1989 thaum lub sijhawm kawg, thiab peb caug xyoo ntawd xaus rau hnub Sunday law, thaum nqe ntawd qhia tias yam qias neeg ua rau puam tsuaj yuav raug tsa los, thiab ces nws yuav tsim txom Vajtswv haiv neeg rau 1260 xyoo cim, uas sib haum nrog Yauhas 42 lub hlis cim hauv Tshwm Sim kaum peb.</w:t>
      </w:r>
    </w:p>
    <w:p>
      <w:pPr>
        <w:pStyle w:val="ArticleBody"/>
        <w:jc w:val="left"/>
      </w:pPr>
      <w:r>
        <w:rPr>
          <w:rFonts w:ascii="Times New Roman" w:hAnsi="Times New Roman" w:eastAsia="Times New Roman" w:cs="Times New Roman"/>
        </w:rPr>
        <w:t>Kev txav hloov kho ntawm ib puas plaub caug plaub txhiab leej tau pib xyoo 1989, thaum tus Tswv pib Nws tes hauj lwm los npaj ib pab pov thawj hwj kom ua hauj lwm thaum lub sij hawm kev kub ntxhov thaum ib tag hmo, uas pib ntawm txoj cai hnub Sunday. Tus Alpha thiab Omega sawv saum dej ntawm Hiddekel thiab tsa ob txhais tes rau saum ntuj, cog lus tseg tias thaum kev tawg khiav txij Lub Xya hli ntuj 18, 2020 mus txog Lub Xya hli ntuj 2023 tau tiav lawm, tej yam xav tsis thoob uas txuas nrog Khetos tes hauj lwm ntawm kev muab Nws Txoj Kev Ua Vajtswv los koom ua ke nrog tib neeg txoj sia yuav ua tiav.</w:t>
      </w:r>
    </w:p>
    <w:p>
      <w:pPr>
        <w:pStyle w:val="ArticleBody"/>
        <w:jc w:val="left"/>
      </w:pPr>
      <w:r>
        <w:rPr>
          <w:rFonts w:ascii="Times New Roman" w:hAnsi="Times New Roman" w:eastAsia="Times New Roman" w:cs="Times New Roman"/>
        </w:rPr>
        <w:t>Qhov no yog tib yam lus tshaj tawm hauv tshooj kaum, nyob hauv kab ke ntawm xya lub xob quaj, rau qhov Nws tsis yog tsuas xaus qhov kev siv sijhawm raws li yaj saub nyob ntawd xwb, tab sis Nws kuj tau qhia tias nyob rau hauv cov hnub uas lub xya ncas nrov, qhov tsis txawj to taub ntawm Vajtswv yuav raug ua kom tiav. Nqe lus sib xws hauv Daniyees kaum ob qhia tias thaum kev tawg khiav dim xaus rau lub Xya hli ntuj xyoo 2023, kev ua kom tiav ntawm kev muab lub cim foob rau Vajtswv haiv neeg yuav raug ua kom tiav, raws li sawv cev los ntawm lub xya ncas nrov uas tau sib haum nrog Khetos tsa Nws txhais tes thiab cog lus tseg hauv ob qho nqe lus sib xws.</w:t>
      </w:r>
    </w:p>
    <w:p>
      <w:pPr>
        <w:pStyle w:val="ArticleBody"/>
        <w:jc w:val="left"/>
      </w:pPr>
      <w:r>
        <w:rPr>
          <w:rFonts w:ascii="Times New Roman" w:hAnsi="Times New Roman" w:eastAsia="Times New Roman" w:cs="Times New Roman"/>
        </w:rPr>
        <w:t>Thawj thawj lub sijhawm cev Vajtswv lus thiab lub sijhawm cev Vajtswv lus kawg ntawm zaj lus peb npaug hauv Daniel kaum ob muaj ib lub cim alpha thiab omega. Lub sijhawm thawj hauv nqe xya qhia txog qhov kawg ntawm tib lub sijhawm ntawd uas nqe kaum ob cim pib. Nyob nruab nrab ntawm nqe xya thiab nqe kaum ob, keeb kwm ntawm lub sijhawm kawg txij xyoo 1989 mus txog rau thaum kaw lub sijhawm sim neej raug sawv cev. Nyob nruab nrab ntawm lub sijhawm alpha hauv nqe xya thiab keeb kwm omega hauv nqe kaum ob, txoj kev tawm tsam kawg ntawm tibneeg txij hnub cai Sunday mus txog thaum Michael sawv los raug sawv cev, thiab nws raug sawv cev hauv tib tshooj ntawv uas Michael sawv los.</w:t>
      </w:r>
    </w:p>
    <w:p>
      <w:pPr>
        <w:pStyle w:val="ArticleBody"/>
        <w:jc w:val="left"/>
      </w:pPr>
      <w:r>
        <w:rPr>
          <w:rFonts w:ascii="Times New Roman" w:hAnsi="Times New Roman" w:eastAsia="Times New Roman" w:cs="Times New Roman"/>
        </w:rPr>
        <w:t>Kev ntxeev siab ntawm lub caij nruab nrab feem ntau yog keeb kwm sab nraud ntawm kev ntxeev siab; tiam sis peb caug xyoo thawj yog keeb kwm sab hauv ntawm kev npaj cov pov thawj uas nyob rau hauv kev tawm tsam ncaj qha nrog cov hwjchim sab nraud uas raug sawv cev nyob rau hauv 1260 lub sij hawm tom qab ntawd.</w:t>
      </w:r>
    </w:p>
    <w:p>
      <w:pPr>
        <w:pStyle w:val="ArticleBody"/>
        <w:jc w:val="left"/>
      </w:pPr>
      <w:r>
        <w:rPr>
          <w:rFonts w:ascii="Times New Roman" w:hAnsi="Times New Roman" w:eastAsia="Times New Roman" w:cs="Times New Roman"/>
        </w:rPr>
        <w:t>Lub sijhawm nruab nrab sawv cev rau kev ntxeev siab ntawm tsab ntawv thib kaum peb hauv cov niam ntawv Henplais, thiab nws koom nrog yam sab hauv thaum nws piav txog kev sib ntaus kawg ntawm qhov kev sib cav loj saum lub ntiaj teb no, thaum lub sijhawm sim siab tseem ncua nyob. Nws txoj kev sib xyaw ntawm yam sab nraud thiab yam sab hauv kuj yog zaj lus ntawm Daniyees qhov yog toog pom zaum kawg, uas raug sawv cev los ntawm tus dej Hiddekel thiab peb tshooj uas kuj nqa lub cim kos npe ntawm Alpha thiab Omega, thiab raug txhim tsa saum tus qauv ntawm qhov tseeb. Tshooj thawj thiab tshooj kawg hais txog kev muab lub cim ntim rau Vajtswv haiv neeg, cov uas raug piav raws li cov hnub qub uas ci mus ib txhis. Tshooj nruab nrab ntawm kev ntxeev siab qhia tib keeb kwm uas raug sawv cev hauv nqe kaum ib nrog 1290 xyoo, uas yog nqe nruab nrab hauv tib tus qauv ntawd.</w:t>
      </w:r>
    </w:p>
    <w:p>
      <w:pPr>
        <w:pStyle w:val="ArticleBody"/>
        <w:jc w:val="left"/>
      </w:pPr>
      <w:r>
        <w:rPr>
          <w:rFonts w:ascii="Times New Roman" w:hAnsi="Times New Roman" w:eastAsia="Times New Roman" w:cs="Times New Roman"/>
        </w:rPr>
        <w:t>Thaum Tswv Yexus Khetos siv Nws txhais tes nyob hauv lub qauv yaj saub, nws sawv cev rau ntau yam tseeb, tiamsis nws kuj sawv cev rau txoj kev uas Nws tab tom coj Nws haiv neeg taug. Kev tshwm sim ntawm Yexus Khetos tau pib raug qhib tawm thaum Lub Xya Hli xyoo 2023. Qhov kev qhib tawm ntawd suav nrog kev qhib tawm ntawm xya lub nroo thiab zaj lus ntawm Daniyee raws li tau sawv cev nyob hauv tshooj kaum ob. Qhov kev qhib tawm ntawd tshwm sim nyob hauv keeb kwm zais ntawm nqe plaub caug, uas tau pib xyoo 1989 thiab xaus rau ntawm txoj cai hnub Sunday. Nyob hauv keeb kwm ntawd Vajtswv haiv neeg yuav raug muab ntim, thiab lawv raug ntim los ntawm kev txhawv los ntawm tus Vaj Ntsuj Plig Dawb Huv. Kev txhawv kawg nkaus ntawm tus Vaj Ntsuj Plig Dawb Huv raug qhia tseg nyob hauv tshooj yim ntawm Phau Ntawv Qhia Tshwm, qhov uas nws raug sawv cev ua lub xya, thiab yog li ntawd yog lub cim ntim kawg. Tus Tsov Ntxhuav ntawm xeem Yudas tau kov yeej nyob hauv tshooj tsib kom qhib tau phau ntawv uas raug kaw ruaj nrog xya lub cim ntim.</w:t>
      </w:r>
    </w:p>
    <w:p>
      <w:pPr>
        <w:pStyle w:val="ArticleBody"/>
        <w:jc w:val="left"/>
      </w:pPr>
      <w:r>
        <w:rPr>
          <w:rFonts w:ascii="Times New Roman" w:hAnsi="Times New Roman" w:eastAsia="Times New Roman" w:cs="Times New Roman"/>
        </w:rPr>
        <w:t>Daim ntawv foob thib rau tau tsa lo lus nug nyob rau thaum kawg ntawm tshooj rau, nug tias leejtwg thiaj yuav muaj peev xwm sawv tau nyob rau lub sijhawm uas tsis muaj kev ua tus nruab nrab rau kev txhaum lawm.</w:t>
      </w:r>
    </w:p>
    <w:p>
      <w:pPr>
        <w:pStyle w:val="ArticleScripture"/>
        <w:jc w:val="left"/>
      </w:pPr>
      <w:r>
        <w:rPr>
          <w:rFonts w:ascii="Times New Roman" w:hAnsi="Times New Roman" w:eastAsia="Times New Roman" w:cs="Times New Roman"/>
        </w:rPr>
        <w:t>Vim hnub loj ntawm nws txoj kev npau taws twb los txog lawm; thiab leejtwg thiaj yuav sawv taus? Tshwmsim 6:17.</w:t>
      </w:r>
    </w:p>
    <w:p>
      <w:pPr>
        <w:pStyle w:val="ArticleBody"/>
        <w:jc w:val="left"/>
      </w:pPr>
      <w:r>
        <w:rPr>
          <w:rFonts w:ascii="Times New Roman" w:hAnsi="Times New Roman" w:eastAsia="Times New Roman" w:cs="Times New Roman"/>
        </w:rPr>
        <w:t>Tshooj tom ntej no, los yog koj kuj hais tau tias nqe tom ntej no, nthuav qhia txog kev muab lub cim rau ib puas plaub caug plaub txhiab leej thiab pab neeg coob kawg uas raug sau los rau hauv Vajtswv lub nceeg vaj thaum lub sijhawm muaj kev kub ntxhov ntawm txoj cai Hnub Caiv. Ib puas plaub caug plaub txhiab leej yog lo lus teb rau lo lus nug hauv lub cim thib rau. Tom qab lawv raug sawv cev tseg hauv tshooj xya lawm, ces, tshooj yim qhia meej tias lub cim thib xya thiab lub cim kawg raug muab tshem tawm.</w:t>
      </w:r>
    </w:p>
    <w:p>
      <w:pPr>
        <w:pStyle w:val="ArticleScripture"/>
        <w:jc w:val="left"/>
      </w:pPr>
      <w:r>
        <w:rPr>
          <w:rFonts w:ascii="Times New Roman" w:hAnsi="Times New Roman" w:eastAsia="Times New Roman" w:cs="Times New Roman"/>
        </w:rPr>
        <w:t>Thaum Nws qhib lub foob xya lawm, nyob saum ntuj txawm ntsiag to li ib nrab teev. Thiab kuv pom xya tug timtswv saum ntuj uas sawv ntawm Vajtswv xub ntiag; thiab tau muab xya lub raj rau lawv. Thiab muaj dua ib tug timtswv los sawv ntawm lub thaj, tuav ib lub lauj kaub xyab kub; thiab tau muab xyab ntau heev rau nws, xwv kom nws yuav muab nrog tag nrho tej lus thov ntawm cov neeg dawb huv fij rau saum lub thaj kub uas nyob ntawm lub zwm txwv xub ntiag. Thiab pa taws ntawm cov xyab, uas nrog tej lus thov ntawm cov neeg dawb huv, tau nce mus txog Vajtswv ntawm tes tus timtswv tawm los.</w:t>
      </w:r>
    </w:p>
    <w:p>
      <w:pPr>
        <w:pStyle w:val="ArticleScripture"/>
        <w:jc w:val="left"/>
      </w:pPr>
      <w:r>
        <w:rPr>
          <w:rFonts w:ascii="Times New Roman" w:hAnsi="Times New Roman" w:eastAsia="Times New Roman" w:cs="Times New Roman"/>
        </w:rPr>
        <w:t>Ces tus tim tswv txawm muab lub lauj hlawv xyab los, thiab ntim hluav taws ntawm lub thaj rau hauv nws, ces muab ntuav rau saum lub ntiajteb; thiab muaj suab nrov, thiab xob quaj, thiab xob laim, thiab av qeeg. Qhia Tshwm 8:1–5.</w:t>
      </w:r>
    </w:p>
    <w:p>
      <w:pPr>
        <w:pStyle w:val="ArticleBody"/>
        <w:jc w:val="left"/>
      </w:pPr>
      <w:r>
        <w:rPr>
          <w:rFonts w:ascii="Times New Roman" w:hAnsi="Times New Roman" w:eastAsia="Times New Roman" w:cs="Times New Roman"/>
        </w:rPr>
        <w:t>“Qhov hluav taws,” uas raug sawv cev hauv Yaxayas tshooj rau li ib “thee kub,” uas Muam White qhia tias yog ib lub cim ntawm kev ntxuav kom dawb huv, raug coj tawm hauv lub thaj txi ntuj thiab pov los rau saum lub ntiaj teb. “Qhov hluav taws” los saum ntuj thaum Hnub Peetekos raug sawv cev ua tej nplaig “hluav taws.” “Qhov hluav taws” yog yam uas tus Tubtxib ntawm Txojlus Cog Tseg siv los ntxuav cov tub ntawm Levi kom dawb huv.</w:t>
      </w:r>
    </w:p>
    <w:p>
      <w:pPr>
        <w:pStyle w:val="ArticleScripture"/>
        <w:jc w:val="left"/>
      </w:pPr>
      <w:r>
        <w:rPr>
          <w:rFonts w:ascii="Times New Roman" w:hAnsi="Times New Roman" w:eastAsia="Times New Roman" w:cs="Times New Roman"/>
        </w:rPr>
        <w:t>“‘Nws tus uas Nws rab lauj vab nyob hauv Nws txhais tes, thiab Nws yuav ntxuav Nws lub tshav nplej kom huv si, thiab yuav sau Nws cov nplej mog los rau hauv lub tsev txhab.’ Mathais 3:12. Qhov no yog ib zaug ntawm cov sij hawm ntawm kev ntxuav kom dawb huv. Los ntawm cov lus tseeb, cov quav nplej tab tom raug cais tawm ntawm cov nplej mog. Vim lawv khav theeb dhau thiab xav tias lawv tus kheej ncaj ncees dhau los tsis kam txais kev cem txim, hlub lub ntiaj teb dhau los tsis kam lees txais ib txoj sia ntawm kev txo hwj chim, coob leej thiaj tig nraub qaum ntawm Yexus. Coob leej tseem tab tom ua tib yam no. Nim no los tej ntsuj plig raug sim ib yam li cov thwj tim ntawd hauv lub tsev sablaj ntawm Kapena-us. Thaum qhov tseeb raug coj los chwv lub siab, lawv pom tias lawv lub neej tsis nyob raws li Vajtswv lub siab nyiam. Lawv pom qhov yuav tsum muaj kev hloov pauv tag nrho nyob hauv lawv tus kheej; tiam sis lawv tsis kam lees txais txoj hauj lwm uas yuav tsum tsis lees tus kheej ntawd. Vim li ntawd lawv npau taws thaum lawv tej kev txhaum raug nthuav tawm. Lawv thim mus vim chim siab thiab qaug ntsej muag, ib yam li cov thwj tim uas tau tso Yexus tseg mus, yws yws hais tias, ‘Qhov no yog ib lo lus nyuaj; leejtwg yuav mloog tau?’” The Desire of Ages, 392.</w:t>
      </w:r>
    </w:p>
    <w:p>
      <w:pPr>
        <w:pStyle w:val="ArticleBody"/>
        <w:jc w:val="left"/>
      </w:pPr>
      <w:r>
        <w:rPr>
          <w:rFonts w:ascii="Times New Roman" w:hAnsi="Times New Roman" w:eastAsia="Times New Roman" w:cs="Times New Roman"/>
        </w:rPr>
        <w:t>Hluav taws yog yam uas nqes los saum Eliyas tej kev fij, ib yam li nws tau ua rau Kide-oo tej kev fij rau tus tim tswv. “Hluav taws” ntawm kev ntxuav kom dawb huv yog Vajtswv Txojlus, rau qhov yuav raug ua kom dawb huv, yog raug muab cais kom dawb huv los ntawm Nws Txojlus. “Hluav taws” uas raug pov nqes los rau hauv ntiajteb thaum lub xya lub cim raug qhib tawm, qhia txog lub hwj chim pub rau txoj lus faj lem uas raug qhib tawm nyob rau tiam kawg, thaum lub xya tus raj nrov, thaum qhov kev ua tiav kawg thiab zoo kawg nkaus ntawm tej xwm txheej uas xya lub xob quaj sawv cev rau los txog, thiab uas raug lees paub los ntawm peb ntu sijhawm faj lem hauv Daniyee kaum ob uas raug muab kaw tseg mus txog rau tiam kawg.</w:t>
      </w:r>
    </w:p>
    <w:p>
      <w:pPr>
        <w:pStyle w:val="ArticleBody"/>
        <w:jc w:val="left"/>
      </w:pPr>
      <w:r>
        <w:rPr>
          <w:rFonts w:ascii="Times New Roman" w:hAnsi="Times New Roman" w:eastAsia="Times New Roman" w:cs="Times New Roman"/>
        </w:rPr>
        <w:t>Txoj Kev Qhia Tshwm ntawm Yexus Khetos uas raug qhib tawm meej ua ntej lub sij hawm sim siab rau tib neeg yuav xaus—muaj nrog rau kev qhib tawm ntawm xya lub xob quaj, kev tshem tawm ntawm lub cim xya, kev qhib tawm ntawm Daniyees kaum ob, thiab kev qhib tawm ntawm keeb kwm uas tau muab zais tseg hauv nqe plaub caug ntawm Daniyees kaum ib, yog tib keeb kwm ntawd uas tus tim tswv nug Tus Txiv Neej hnav ntaub linen tias thaum kawg ntawm tej yam txuj ci no yuav yog dab tsi.</w:t>
      </w:r>
    </w:p>
    <w:p>
      <w:pPr>
        <w:pStyle w:val="ArticleBody"/>
        <w:jc w:val="left"/>
      </w:pPr>
      <w:r>
        <w:rPr>
          <w:rFonts w:ascii="Times New Roman" w:hAnsi="Times New Roman" w:eastAsia="Times New Roman" w:cs="Times New Roman"/>
        </w:rPr>
        <w:t>Tus Txiv Neej hnav ntaub linen teb hais tias—Thaum nej los txog rau qhov xaus ntawm lub sijhawm ncua nyob rau lub Xya hli ntuj xyoo 2023, nej twb los txog rau zaj keeb kwm ntawm kev muab cim rau ib puas plaub caug plaub txhiab leej lawm.</w:t>
      </w:r>
    </w:p>
    <w:p>
      <w:pPr>
        <w:pStyle w:val="ArticleBody"/>
        <w:jc w:val="left"/>
      </w:pPr>
      <w:r>
        <w:rPr>
          <w:rFonts w:ascii="Times New Roman" w:hAnsi="Times New Roman" w:eastAsia="Times New Roman" w:cs="Times New Roman"/>
        </w:rPr>
        <w:t>Nws kuj tau hais thiab tias—thaum kawg ntawm peb hnub thiab ib nrab uas yog cov hnub cim hauv Tshwmsim kaum ib, ib txoj xov cev lus faj lem los ntawm phau Daniyees yuav raug qhib tawm, raws li tau ua qauv piv txwv los ntawm lub caij kawg nyob rau xyoo 1798. Qhov tseeb uas yuav raug qhib tawm thaum ntawd, thaum kawg ntawm peb hnub thiab ib nrab uas yog cov hnub cim, yuav nyob rau hauv tib cuaj nqe ntawd hauv phau Daniyees uas qhia thiab txhais txog kev kaw thiab kev qhib tawm ntawm phau Daniyees.</w:t>
      </w:r>
    </w:p>
    <w:p>
      <w:pPr>
        <w:pStyle w:val="ArticleBody"/>
        <w:jc w:val="left"/>
      </w:pPr>
      <w:r>
        <w:rPr>
          <w:rFonts w:ascii="Times New Roman" w:hAnsi="Times New Roman" w:eastAsia="Times New Roman" w:cs="Times New Roman"/>
        </w:rPr>
        <w:t>Peb yuav txuas ntxiv hais txog tej no hauv tsab xov xwm tom ntej.</w:t>
      </w:r>
    </w:p>
    <w:p>
      <w:pPr>
        <w:pStyle w:val="ArticleScripture"/>
        <w:jc w:val="left"/>
      </w:pPr>
      <w:r>
        <w:rPr>
          <w:rFonts w:ascii="Times New Roman" w:hAnsi="Times New Roman" w:eastAsia="Times New Roman" w:cs="Times New Roman"/>
        </w:rPr>
        <w:t>“Thaum Khetos los rau hauv lub ntiajteb no, tej kevcai qub uas tau muab cob qhia los ib tiam dhau ib tiam, thiab tibneeg txojkev txhais Vajlugkub raws li tibneeg, tau zais qhov tseeb raws li nws nyob hauv Yexus ntawm tibneeg lub qhov muag. Qhov tseeb raug faus nyob hauv ib pawg kevcai qub loj heev. Lub ntsiab lus sab ntsujplig ntawm cov ntawv dawb huv raug ploj lawm; rau qhov vim lawv txojkev tsis ntseeg, tibneeg tau kaw lub qhov rooj ntawm lub txhab nyiaj saum ntuj ceebtsheej. Kev tsaus ntuj tau npog lub ntiajteb, thiab kev tsaus ntuj tuab heev tau npog cov haivneeg. Qhov tseeb tau ntsia saum ntuj los rau hauv ntiajteb; tiamsis tsis muaj ib qho chaw twg uas qhia tawm lub cim txhab saum ntuj. Ib txojkev tsaus ntuj nti zoo li daim ntaub npog kev tuag tau nthuav dav thoob plaws lub ntiajteb.”</w:t>
      </w:r>
    </w:p>
    <w:p>
      <w:pPr>
        <w:pStyle w:val="ArticleScripture"/>
        <w:jc w:val="left"/>
      </w:pPr>
      <w:r>
        <w:rPr>
          <w:rFonts w:ascii="Times New Roman" w:hAnsi="Times New Roman" w:eastAsia="Times New Roman" w:cs="Times New Roman"/>
        </w:rPr>
        <w:t>“Tiamsis Tsov Ntxhuav ntawm xeem Yudas tau kov yeej lawm. Nws qhib lub foob uas kaw phau ntawv ntawm kev qhuab qhia saum ntuj los. Lub ntiajteb raug pub kom ntsia tau qhov tseeb huv si, tsis muaj ib qho kev sib tov cuav li. Qhov Tseeb nws tus kheej nqes los muab qhov tsaus ntuj yob rov qab thiab tawm tsam kev yuam kev. Ib tug Xibhwb raug txib los saum ntuj ceeb tsheej los nrog txoj kev kaj uas yuav ci rau txhua tus neeg uas los rau hauv lub ntiajteb no. Muaj tej txivneej thiab tej pojniam uas mob siab nrhiav kev paub, yog lo lus tseeb ruaj khov ntawm tej yaj saub tej lus faj lem, thiab thaum nws los txog, nws zoo li ib txoj kev kaj ci nyob hauv qhov chaw tsaus ntuj.” Spalding Magan, 58.</w:t>
      </w:r>
    </w:p>
    <w:p>
      <w:pPr>
        <w:pStyle w:val="ArticleScripture"/>
        <w:jc w:val="left"/>
      </w:pPr>
      <w:r>
        <w:rPr>
          <w:rFonts w:ascii="Times New Roman" w:hAnsi="Times New Roman" w:eastAsia="Times New Roman" w:cs="Times New Roman"/>
        </w:rPr>
        <w:t>“Cov xibfwb kevcai thiab cov Falixai lees hais tias lawv piav qhia Vajlugkub, tiamsis lawv piav nws raws li lawv tej kev xav thiab tej kevcai qub txeeg qub teg ntawm lawv tus kheej. Lawv tej kev coj noj coj ua thiab tej lus qhuab qhia uas lawv tsa ua cai haj yam nruj thiab hnyav zuj zus. Hauv nws lub ntsiab lus sab ntsuj plig, Lo Lus dawb huv ntawd rau cov neeg zoo li ib phau ntawv uas raug muab kaw ruaj khov nrog ib daim foob, kaw tsis pub lawv nkag siab.” Signs of the Times, May 17,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Yauxeeb thiab Pawg Ntseeg Hnub Xya Kas Tos Tos Tus Tswv ntawm Laodicea - Zaj Kaum Cuaj</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