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Yaw-ees thiab Pawg Ntseeg Xya Hnub Advenees Hauv Laodicea — Zauv Nees Nkaum Plaub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Tus Naj Npawb Nees nkaum plaub</w:t>
      </w:r>
    </w:p>
    <w:p>
      <w:pPr>
        <w:pStyle w:val="ArticleBody"/>
        <w:jc w:val="left"/>
      </w:pPr>
      <w:r>
        <w:rPr>
          <w:rFonts w:ascii="Times New Roman" w:hAnsi="Times New Roman" w:eastAsia="Times New Roman" w:cs="Times New Roman"/>
        </w:rPr>
        <w:t>Peb xaus peb tsab xov xwm dhau los no los ntawm kev chwv txog peb txoj kab uas mus raws nraim ib yam ntawm zaj lus timkhawv uas yog lus faj lem, uas raug sawv cev los ntawm tshooj kaum ib mus txog tshooj nees nkaum-ob hauv Chiv Keeb, thawj phau ntawv ntawm Phau Qub; Mathai, thawj phau ntawv ntawm Phau Tshiab; thiab Tshwm Sim, phau kawg ntawm ob qho tib si Phau Tshiab thiab Phau Vajlugkub. Txoj kab hauv Chiv Keeb qhia txog txoj kev khi lus nrog Anplam, txoj kab hauv Mathai qhia txog txoj kev khi lus nrog pawg ntseeg Khetos, nrog Petus ua lub cim ntawm qhov pib thiab qhov kawg ntawm cov Yixayee sab ntsuj plig niaj hnub no. Cov nqe nyob nruab nrab ntawm ob txoj kab no qhia txog Vajtswv lub cim foob; rau Anplam, nws yog “kev ua kevcai txiav daim tawv qau,” hos rau Petus nws yog nws lub npe raug hloov. Nqe nyob nruab nrab ntawm txoj kab hauv Tshwm Sim yog tshooj kaum xya, nqe kaum ob.</w:t>
      </w:r>
    </w:p>
    <w:p>
      <w:pPr>
        <w:pStyle w:val="ArticleScripture"/>
        <w:jc w:val="left"/>
      </w:pPr>
      <w:r>
        <w:rPr>
          <w:rFonts w:ascii="Times New Roman" w:hAnsi="Times New Roman" w:eastAsia="Times New Roman" w:cs="Times New Roman"/>
        </w:rPr>
        <w:t>Thiab kaum kub uas koj tau pom ntawd yog kaum tug vajntxwv, cov uas tseem tsis tau txais ib lub nceeg vaj li; tiam sis lawv yuav txais hwjchim ua vajntxwv ib teev nrog tus tsiaj qus. Revelation 17:12.</w:t>
      </w:r>
    </w:p>
    <w:p>
      <w:pPr>
        <w:pStyle w:val="ArticleBody"/>
        <w:jc w:val="left"/>
      </w:pPr>
      <w:r>
        <w:rPr>
          <w:rFonts w:ascii="Times New Roman" w:hAnsi="Times New Roman" w:eastAsia="Times New Roman" w:cs="Times New Roman"/>
        </w:rPr>
        <w:t>Chiv Keeb thiab Mathais qhia txog txoj kev sib yuav ntawm Vajtswv txoj kev Tswv Ntuj nrog tib neeg, thiab Tshwmsim qhia txog txoj kev sib yuav ntawm tus tsiaj qus thiab tus zaj thaum txoj cai Hnub Xaum yuav raug tsa. Peb txoj kab lus no txhua txoj puav leej taw mus rau txoj cai Hnub Xaum, qhov chaw uas ib pawg neeg nthuav tawm lub cim ntawm tus tsiaj qus hos lwm pawg nthuav tawm lub foob ntawm Vajtswv. Tus cuav uas yog tus tsiaj qus thiab tus zaj hauv nqe kaum ob yog qhov kev hais txog omega ntawm Nimrod lub yees hauv Chiv Keeb kaum ib. Nyob ntawd txoj kev ntseeg cuav uas yog kev cog lus cuav tau ntsib nws txoj kev txiav txim, thiab hauv Tshwmsim kaum xya tus niam ntiav—uas yog Npanpiloo tus loj—raug txiav txim. Nimrod yog alpha rau Vatican tus omega, thiab vim li no txoj kev papacy yog Npanpiloo tus loj, yog omega rau Nimrod lub Babel uas yog alpha.</w:t>
      </w:r>
    </w:p>
    <w:p>
      <w:pPr>
        <w:pStyle w:val="ArticleBody"/>
        <w:jc w:val="left"/>
      </w:pPr>
      <w:r>
        <w:rPr>
          <w:rFonts w:ascii="Times New Roman" w:hAnsi="Times New Roman" w:eastAsia="Times New Roman" w:cs="Times New Roman"/>
        </w:rPr>
        <w:t>Qhov tsim nyog ua tib zoo nco tseg nyob rau hauv peb nqe nruab nrab no yog tias zaj lus tim khawv uas muaj nyob hauv txhua lub ntsiab nruab nrab ntawm txoj kab ntawd, qhov tseeb tiag, yog peb nqe.</w:t>
      </w:r>
    </w:p>
    <w:p>
      <w:pPr>
        <w:pStyle w:val="ArticleScripture"/>
        <w:jc w:val="left"/>
      </w:pPr>
      <w:r>
        <w:rPr>
          <w:rFonts w:ascii="Times New Roman" w:hAnsi="Times New Roman" w:eastAsia="Times New Roman" w:cs="Times New Roman"/>
        </w:rPr>
        <w:t>Nov yog kuv tej lus cog tseg, uas nej yuav tsum ceev cia, nyob nruab nrab ntawm kuv thiab nej thiab nej caj ces tom qab nej; txhua tus menyuam tub hauv nej yuav tsum ua kevcai txiav. Thiab nej yuav tsum txiav daim tawv ntawm nej lub chaw mos; thiab qhov ntawd yuav ua lub cim ntawm tej lus cog tseg nyob nruab nrab ntawm kuv thiab nej. Thiab tus uas muaj yim hnub nyoog yuav tsum ua kevcai txiav hauv nej, txhua tus menyuam tub thoob plaws nej tej tiam neeg, tus uas yug hauv tsev, lossis tus uas muas los nrog nyiaj ntawm ib tug neeg txawv tebchaws, uas tsis yog ntawm nej caj ces. Chivkeeb 17:10–12.</w:t>
      </w:r>
    </w:p>
    <w:p>
      <w:pPr>
        <w:pStyle w:val="ArticleScripture"/>
        <w:jc w:val="left"/>
      </w:pPr>
      <w:r>
        <w:rPr>
          <w:rFonts w:ascii="Times New Roman" w:hAnsi="Times New Roman" w:eastAsia="Times New Roman" w:cs="Times New Roman"/>
        </w:rPr>
        <w:t>Yexus teb nws hais tias, Koj tau koob hmoov lawm, Ximoos Npajona; rau qhov cev nqaij daim tawv thiab ntshav tsis tau qhia qhov no rau koj, tiam sis yog kuv Leej Txiv uas nyob saum ntuj. Thiab kuv kuj hais rau koj thiab tias, koj yog Petus, thiab saum lub pob zeb no kuv yuav txhim tsa kuv pawg ntseeg; thiab tej rooj vag ntawm ntuj txiag teb tsaus yuav tsis kov yeej tau nws li. Thiab kuv yuav muab cov yuam sij ntawm lub nceeg vaj saum ntuj rau koj: thiab yam twg koj khi rau hauv ntiajteb yuav raug khi rau saum ntuj: thiab yam twg koj daws rau hauv ntiajteb yuav raug daws rau saum ntuj. Mathais 16:17–19.</w:t>
      </w:r>
    </w:p>
    <w:p>
      <w:pPr>
        <w:pStyle w:val="ArticleScripture"/>
        <w:jc w:val="left"/>
      </w:pPr>
      <w:r>
        <w:rPr>
          <w:rFonts w:ascii="Times New Roman" w:hAnsi="Times New Roman" w:eastAsia="Times New Roman" w:cs="Times New Roman"/>
        </w:rPr>
        <w:t>Thiab tus tsiaj qus uas twb muaj lawm, thiab nim no tsis muaj lawm, txawm yog nws tus ntawd los nws yog tus thib yim, thiab yog los ntawm xya tus ntawd, thiab nws yuav mus rau hauv kev puas tsuaj. Thiab kaum lub kub uas koj tau pom yog kaum tus vajntxwv, uas tseem tsis tau txais ib lub nceeg vaj li; tiam sis lawv yuav txais hwjchim ua vajntxwv ib teev nrog tus tsiaj qus. Cov no muaj ib lub siab, thiab lawv yuav muab lawv lub hwjchim thiab lawv lub zog rau tus tsiaj qus. Tshwm Sim 17:11–13.</w:t>
      </w:r>
    </w:p>
    <w:p>
      <w:pPr>
        <w:pStyle w:val="ArticleBody"/>
        <w:jc w:val="left"/>
      </w:pPr>
      <w:r>
        <w:rPr>
          <w:rFonts w:ascii="Times New Roman" w:hAnsi="Times New Roman" w:eastAsia="Times New Roman" w:cs="Times New Roman"/>
        </w:rPr>
        <w:t>Zaj dab neeg txog txoj kev cog lus cuav uas Nimrod cov cib thiab cov nplaum sawv cev rau, thiab nws txoj kev cai cuav ntawm pawg ntseeg thiab lub xeev, uas tus yees thiab lub nroog sawv cev rau, yog ib daim qauv qhia txog txoj kev cai cuav ntawm tus duab ntawm tus tsiaj qus uas sawv cev rau hauv omega ntawm Nimrod zaj dab neeg. Peb txoj kab, nrog peb lub ntsiab nruab nrab ntawm peb nqe, uas txhua txoj kab puav leej ua tim khawv txog txoj kev cog lus ntawm txoj sia thiab txoj kev cog lus ntawm txoj kev tuag. Ib puas plaub caug plaub txhiab leej yog tus yim tiag uas tawm hauv xya los, thiab lub hwjchim kav ntawm tus pope tsuas yog tus cuav xwb. Nimrod pawg neeg muaj kev sib haum xeeb hauv tib lub siab thaum lawv sib yuav, uas yog ib qho cuav piv rau ib puas plaub caug plaub txhiab leej, cov uas raug koom ua ib nrog Khetos lub siab. Tus tsiaj qus cuav uas “yav tas los muaj, tiam sis tam sim no tsis muaj lawm,” yog ib qho cuav piv rau Khetos tus uas yav tas los muaj, thiab tam sim no muaj, thiab tseem yuav los ntxiv thiab. Hauv nqe yim, qhov kev nthuav tawm puv npo ntawm yam cuav uas lub hwjchim kav ntawm tus pope sawv cev rau ntawd raug hais tawm meej.</w:t>
      </w:r>
    </w:p>
    <w:p>
      <w:pPr>
        <w:pStyle w:val="ArticleScripture"/>
        <w:jc w:val="left"/>
      </w:pPr>
      <w:r>
        <w:rPr>
          <w:rFonts w:ascii="Times New Roman" w:hAnsi="Times New Roman" w:eastAsia="Times New Roman" w:cs="Times New Roman"/>
        </w:rPr>
        <w:t>Tus tsiaj nyaum uas koj pom ntawd, yav tas los nws muaj, tiam sis nim no tsis muaj lawm; thiab nws yuav nce tawm hauv lub qhov tob uas tsis muaj hauv qab, thiab yuav mus rau hauv kev puam tsuaj: thiab cov uas nyob saum lub ntiajteb yuav xav tsis thoob, cov uas lawv tej npe tsis tau raug sau cia rau hauv phau ntawv txoj sia txij thaum lub hauv paus ntawm lub ntiajteb raug muab tso, thaum lawv pom tus tsiaj nyaum uas yav tas los muaj, thiab nim no tsis muaj lawm, thiab los tseem muaj. Qhia Tshwm 17:8.</w:t>
      </w:r>
    </w:p>
    <w:p>
      <w:pPr>
        <w:pStyle w:val="ArticleBody"/>
        <w:jc w:val="left"/>
      </w:pPr>
      <w:r>
        <w:rPr>
          <w:rFonts w:ascii="Times New Roman" w:hAnsi="Times New Roman" w:eastAsia="Times New Roman" w:cs="Times New Roman"/>
        </w:rPr>
        <w:t>Yexus yog Tus uas yog tus qub, thiab yog, thiab tseem yuav los, thiab txoj kev ua papacy, tus yim uas yog ntawm xya, yog tus tsiaj qus uas “yav tas los muaj, nim no tsis muaj, thiab txawm li ntawd los tseem muaj.” “Ib teev” ntawd uas kev sib yuav ntawm tus zaj thiab tus tsiaj qus sawv cev rau keeb kwm txij ntawm txoj cai Hnub Caiv, thaum cov ib puas txhiab uas Petus thiab Anplahas sawv cev rau, nce mus rau saum ntuj ceeb tsheej ua ib lub chij, tib lub sijhawm uas txoj kev ua papacy nce siab.</w:t>
      </w:r>
    </w:p>
    <w:p>
      <w:pPr>
        <w:pStyle w:val="ArticleBody"/>
        <w:jc w:val="left"/>
      </w:pPr>
      <w:r>
        <w:rPr>
          <w:rFonts w:ascii="Times New Roman" w:hAnsi="Times New Roman" w:eastAsia="Times New Roman" w:cs="Times New Roman"/>
        </w:rPr>
        <w:t>Peb tau nrhiav los hais txog phau ntawv Yau-ees raws li txoj kev xav tias Petus, thaum Hnub Peetekos, tau qhia nws zaj lus Peetekos tias yog kev ua tiav raws li Yau-ees. Hauv peb txoj kab kevcai cog lus, txhua txoj muaj kaum ob tshooj, peb nqe nruab nrab ntawm txhua txoj kab hais txog tib zaj keeb kwm ntawd, thiab Petus raug sawv cev hauv zaj keeb kwm ntawd tias nyob nrog Yexus ntawm Kaisarees Filipis, uas yog Panium, uas yog qhov chaw uas lub ntiaj teb tam sim no tab tom nyob ntawm ntug kev yuav ntsib. Ntawm Panium, Petus kuj nyob hauv Yeluxalees thaum txoj kev ntws los ntawm tus Ntsuj Plig nyob rau Hnub Peetekos. Peb txoj kab ntawm kaum ob tshooj sib tshuam ua ke ntawm Panium thiab Hnub Peetekos thaum Vajtswv lub foob raug nias rau saum Khetos tus nkauj nyab thiab tus tsiaj qus lub cim raug nias rau saum Xatas tus nkauj nyab. Phau ntawv Yau-ees tab tom qhia txog lub suab hu kom tsim dheev nyob hauv zaj lus piv txwv txog kaum tus nkauj xwb, thaum pawg ntseeg Lasodikees Xya-Hnub Cov Ntseeg Tos Txog Rov Los sawv los paub qhov tseeb tias lawv twb ploj lawm.</w:t>
      </w:r>
    </w:p>
    <w:p>
      <w:pPr>
        <w:pStyle w:val="ArticleBody"/>
        <w:jc w:val="left"/>
      </w:pPr>
      <w:r>
        <w:rPr>
          <w:rFonts w:ascii="Times New Roman" w:hAnsi="Times New Roman" w:eastAsia="Times New Roman" w:cs="Times New Roman"/>
        </w:rPr>
        <w:t>Phau ntawv Yau-ee raug teeb tsa nyob rau hauv lub ntsiab lus teb ntawm plaub tiam neeg.</w:t>
      </w:r>
    </w:p>
    <w:p>
      <w:pPr>
        <w:pStyle w:val="ArticleScripture"/>
        <w:jc w:val="left"/>
      </w:pPr>
      <w:r>
        <w:rPr>
          <w:rFonts w:ascii="Times New Roman" w:hAnsi="Times New Roman" w:eastAsia="Times New Roman" w:cs="Times New Roman"/>
        </w:rPr>
        <w:t>Lo lus ntawm tus Tswv uas los txog rau Yawlees, tus tub ntawm Pethuyees.</w:t>
      </w:r>
    </w:p>
    <w:p>
      <w:pPr>
        <w:pStyle w:val="ArticleScripture"/>
        <w:jc w:val="left"/>
      </w:pPr>
      <w:r>
        <w:rPr>
          <w:rFonts w:ascii="Times New Roman" w:hAnsi="Times New Roman" w:eastAsia="Times New Roman" w:cs="Times New Roman"/>
        </w:rPr>
        <w:t>Nej nej no, nej txhua tus uas nyob hauv lub tebchaws, mloog lo lus no.</w:t>
      </w:r>
    </w:p>
    <w:p>
      <w:pPr>
        <w:pStyle w:val="ArticleScripture"/>
        <w:jc w:val="left"/>
      </w:pPr>
      <w:r>
        <w:rPr>
          <w:rFonts w:ascii="Times New Roman" w:hAnsi="Times New Roman" w:eastAsia="Times New Roman" w:cs="Times New Roman"/>
        </w:rPr>
        <w:t>Qhov no puas tau muaj hauv nej tej hnub, lossis txawm nyob hauv nej tej yawg koob tej hnub? Nej cia li qhia txog qhov no rau nej tej me nyuam, thiab nej tej me nyuam cia li qhia rau lawv tej me nyuam, thiab lawv tej me nyuam rau dua ib tiam ntxiv. Yam uas tus kab palmerworm tshuav cia, tus kooj txig twb noj lawm; thiab yam uas tus kooj txig tshuav cia, tus kab cankerworm twb noj lawm; thiab yam uas tus kab cankerworm tshuav cia, tus kab caterpiller twb noj lawm. Joel 1:1–4.</w:t>
      </w:r>
    </w:p>
    <w:p>
      <w:pPr>
        <w:pStyle w:val="ArticleBody"/>
        <w:jc w:val="left"/>
      </w:pPr>
      <w:r>
        <w:rPr>
          <w:rFonts w:ascii="Times New Roman" w:hAnsi="Times New Roman" w:eastAsia="Times New Roman" w:cs="Times New Roman"/>
        </w:rPr>
        <w:t>Cov “txwj laus” yog cov thawj coj ntawm pawg ntseeg Xya-hnub Adventist Laodicea nyob rau lub sijhawm muab lub cim foob rau ib puas plaub caug plaub txhiab leej, thiab txoj kev muab lub cim foob ntawd raug ua tiav thaum Vaj Ntsuj Plig Dawb Huv raug nchuav los. Cov “txwj laus” no raug Ezekiel sawv cev hu ua “cov txwj laus thaum ub.”</w:t>
      </w:r>
    </w:p>
    <w:p>
      <w:pPr>
        <w:pStyle w:val="ArticleScripture"/>
        <w:jc w:val="left"/>
      </w:pPr>
      <w:r>
        <w:rPr>
          <w:rFonts w:ascii="Times New Roman" w:hAnsi="Times New Roman" w:eastAsia="Times New Roman" w:cs="Times New Roman"/>
        </w:rPr>
        <w:t>Ces nws hais rau kuv tias, Tub ntawm neeg, koj puas tau pom yam uas cov txwj laus ntawm tsev neeg Ixayees ua hauv qhov tsaus ntuj, txhua tus nyob hauv chav zais ntawm nws tej duab mlom? rau qhov lawv hais tias, Tus Tswv tsis pom peb; Tus Tswv tau tso lub ntiajteb tseg lawm. Exekees 8:12.</w:t>
      </w:r>
    </w:p>
    <w:p>
      <w:pPr>
        <w:pStyle w:val="ArticleBody"/>
        <w:jc w:val="left"/>
      </w:pPr>
      <w:r>
        <w:rPr>
          <w:rFonts w:ascii="Times New Roman" w:hAnsi="Times New Roman" w:eastAsia="Times New Roman" w:cs="Times New Roman"/>
        </w:rPr>
        <w:t>Kev tshoov siab qhia meej tias txoj kev muab lub cim ntim nyob rau hauv Ezekiel tshooj cuaj yog tib txoj kev muab lub cim ntim li nyob rau hauv Qhia Tshwm tshooj xya. Kuj qhia meej thiab tias cov “txwj laus” ntawm plaub txoj kev qias vuab tsuab uas nce zuj zus hauv tshooj yim, raug sawv cev los ntawm tus naj npawb 25. Nees nkaum tsib tug “txwj laus” uas tsim nyog yuav tsum yog cov saib xyuas Vajtswv pab yaj, yog cov txiv neej uas pe hawm lub hnub. Lawv yog thawj pab uas raug txiav txim. Hauv lub ntsiab lus ntawm lub tuam tsev dawb huv uas lawv tig nraub qaum rau, lawv sawv cev rau ob pawg ntawm kaum ob tug pov thawj thiab tus pov thawj hlob. Thaum txoj cai hnub Sunday los txog, lawv pe hawm lub hnub thiab lees txais lub cim ntawm tus tsiaj qus, cog lus tias lawv pom zoo nrog tus zaj, tus tsiaj qus thiab tus yaj saub cuav. Cov 25 no raug ua tus qauv los ntawm cov 250 hauv Khaulas, Dathas thiab Anpisas qhov kev ntxeev siab, uas sawv cev rau txoj kev koom siab peb txheej uas cov 250 tug txiv neej uas xyeem xyab koom nrog. Peb tug thawj coj loj ntawm txoj kev thim kev ntseeg tuag thaum lub ntiajteb qhib nws lub qhov ncauj thiab nqos lawv mus.</w:t>
      </w:r>
    </w:p>
    <w:p>
      <w:pPr>
        <w:pStyle w:val="ArticleScripture"/>
        <w:jc w:val="left"/>
      </w:pPr>
      <w:r>
        <w:rPr>
          <w:rFonts w:ascii="Times New Roman" w:hAnsi="Times New Roman" w:eastAsia="Times New Roman" w:cs="Times New Roman"/>
        </w:rPr>
        <w:t>Thiab Mauxes hais tias, Los ntawm qhov no nej yuav paub tias tus Tswv tau txib kuv los ua txhua yam haujlwm no; vim kuv tsis tau ua tej no raws li kuv lub siab xav. Yog cov txiv neej no tuag ib yam li tibneeg sawvdaws tuag, lossis yog lawv raug ntsib raws li txoj kev ntsib uas los rau tibneeg sawvdaws; ces tus Tswv tsis tau txib kuv. Tiamsis yog tus Tswv ua ib yam tshiab, thiab lub ntiajteb qhib nws lub qhov ncauj, thiab nqos lawv mus, nrog rau txhua yam uas yog lawv li, thiab lawv nqes ciaj sia mus rau hauv lub qhov taub; ces nej yuav to taub tias cov txiv neej no tau ua kom tus Tswv chim.</w:t>
      </w:r>
    </w:p>
    <w:p>
      <w:pPr>
        <w:pStyle w:val="ArticleScripture"/>
        <w:jc w:val="left"/>
      </w:pPr>
      <w:r>
        <w:rPr>
          <w:rFonts w:ascii="Times New Roman" w:hAnsi="Times New Roman" w:eastAsia="Times New Roman" w:cs="Times New Roman"/>
        </w:rPr>
        <w:t>Thiab tau muaj tias, thaum nws hais tag nrho tej lus no tas lawm, thaj av hauv qab lawv txawm ntais ua ob sab: thiab lub ntiajteb txawm qhib nws lub qhov ncauj, nqos lawv mus, nrog rau lawv tsev neeg, thiab txhua tus neeg uas zwm rau Khaujlas, thiab tag nrho lawv tej cuab tam. Lawv, thiab txhua yam uas zwm rau lawv, txawm poob ciaj sia mus rau hauv qhov tob, thiab lub ntiajteb txawm kaw los saum lawv: lawv thiaj puastsuaj ploj mus ntawm cov koom txoos.</w:t>
      </w:r>
    </w:p>
    <w:p>
      <w:pPr>
        <w:pStyle w:val="ArticleScripture"/>
        <w:jc w:val="left"/>
      </w:pPr>
      <w:r>
        <w:rPr>
          <w:rFonts w:ascii="Times New Roman" w:hAnsi="Times New Roman" w:eastAsia="Times New Roman" w:cs="Times New Roman"/>
        </w:rPr>
        <w:t>Thiab txhua haiv neeg Ixayees uas nyob puag ncig lawv khiav tawm thaum hnov lawv lub suab quaj; rau qhov lawv hais tias, “Ntshai tsam lub ntiajteb nqos peb thiab.” Ces muaj hluav taws tawm ntawm tus Tswv los, thiab kub hnyiab ob puas tsib caug leej txivneej uas tau xyeem xyab ntawd. Xwm Txheej 16:28–35.</w:t>
      </w:r>
    </w:p>
    <w:p>
      <w:pPr>
        <w:pStyle w:val="ArticleBody"/>
        <w:jc w:val="left"/>
      </w:pPr>
      <w:r>
        <w:rPr>
          <w:rFonts w:ascii="Times New Roman" w:hAnsi="Times New Roman" w:eastAsia="Times New Roman" w:cs="Times New Roman"/>
        </w:rPr>
        <w:t>Kev ntxeev siab xyoo 1888 raug ua piv txwv los ntawm kev ntxeev siab ntawm Korah, Dahan, Abiram thiab 250 tus txivneej uas tau fij xyab. Cov 250 tus txivneej ntawd tau tsim ib qho kev sib koom tes nrog ib txoj kev koom ua ke peb ceg, uas los txog rau txoj cai Sunday thaum Tebchaws Meskas, tus tsiaj qus ntawm lub ntiajteb, qhib nws lub qhov ncauj thiab hais lus ib yam li zaj. Nyob rau lub sijhawm ntawd, nag lig raug nchuav los yam tsis muaj kev txwv, ib yam li 250 tus txivneej uas tau fij xyab raug rhuav tshem los ntawm hluav taws nqes saum ntuj los. Cov 250 tus txivneej sawv cev rau ib txoj kev cai dab qhuas cuav uas raug rhuav tshem thaum lub sijhawm nchuav tawm nag lig ntawm txoj cai Sunday. Lub ntiajteb qhib rau saum Korah thiab nws cov neeg koom nrog, yog av qeeg hauv Tshwm Sim kaum ib, uas qhia txog Tebchaws Meskas qhib nws lub qhov ncauj thiab hais lus ib yam li zaj. Thaum hluav taws nqes saum ntuj los rau saum 250 tus ntawd, nws tau ua piv txwv txog Eliyas hluav taws saum Roob Khamel, thaum cov cev Vajtswv lus cuav ntawd raug tua pov tseg. Eliyas hluav taws saum Roob Khamel haum raws nraim nrog txoj cai Sunday, yog li ntawd hluav taws saum 250 tus txivneej yog hluav taws ntawm nag lig nyob rau txoj cai Sunday.</w:t>
      </w:r>
    </w:p>
    <w:p>
      <w:pPr>
        <w:pStyle w:val="ArticleBody"/>
        <w:jc w:val="left"/>
      </w:pPr>
      <w:r>
        <w:rPr>
          <w:rFonts w:ascii="Times New Roman" w:hAnsi="Times New Roman" w:eastAsia="Times New Roman" w:cs="Times New Roman"/>
        </w:rPr>
        <w:t>Nqe lus hauv Phau Ntawv Naj Npawb hais txog Kaulas txoj kev ntxeev siab ntawd, yog raws li kev yaj saub uas sib haum nrog txoj kev ntxeev siab tawm tsam txoj xov ntawm Lub Tebchaws Cog Tseg, raws li Yausua thiab Kaleb tau nthuav tawm. Txoj kev ntxeev siab ntawd sawv cev rau “hnub ntawm kev chim txias” raws li Vajluskub hais. Nqe lus hais txog Kaulas txoj kev ntxeev siab ntawd hais tias, “nej yuav paub tias cov neeg no tau chim Vajtswv.”</w:t>
      </w:r>
    </w:p>
    <w:p>
      <w:pPr>
        <w:pStyle w:val="ArticleBody"/>
        <w:jc w:val="left"/>
      </w:pPr>
      <w:r>
        <w:rPr>
          <w:rFonts w:ascii="Times New Roman" w:hAnsi="Times New Roman" w:eastAsia="Times New Roman" w:cs="Times New Roman"/>
        </w:rPr>
        <w:t>Yog cov neeg txawj ntse thiaj to taub, thiab cov txawj ntse yuav tsum to taub tias keeb kwm ntawm Khaulas txoj kev ntxeev siab, yuav tsum raug muab tso rau saum txoj kev ntxeev siab tawm tsam Yausuas txoj lus hais txog Lub Tebchaws Cog Tseg. Txoj kev ntxeev siab ntawd tau tshwm sim ntawm Kade, thiab ob qho tib si Kade thiab Khaulas txoj kev ntxeev siab yog txoj kev ntxeev siab ntawm Seventh-day Adventism thaum txoj cai hnub Sunday los txog. Khaulas thiab ob puas tsib caug tus txivneej uas tau fij xyab, yog ib daim qauv ntawm nees nkaum tsib tus txivneej uas tab tom pe hawm lub hnub nyob hauv Exekees 8. Cov txivneej thaum ub hauv Exekees yim sawv cev rau qhov thib plaub ntawm plaub theem kev qias vuab tsuab uas nce zuj zus, uas raug ua kom tiav hauv Yeluxalees, tus cim ntawm Vajtswv pawg ntseeg.</w:t>
      </w:r>
    </w:p>
    <w:p>
      <w:pPr>
        <w:pStyle w:val="ArticleBody"/>
        <w:jc w:val="left"/>
      </w:pPr>
      <w:r>
        <w:rPr>
          <w:rFonts w:ascii="Times New Roman" w:hAnsi="Times New Roman" w:eastAsia="Times New Roman" w:cs="Times New Roman"/>
        </w:rPr>
        <w:t>Qhov thawj yam qias vuab tsuab yog tus mlom ntawm txoj kev khib, qhov thib ob yog tej chav zais, qhov thib peb yog kev quaj rau Tammuz, thiab tom qab ntawd 25 tug txivneej txhos caug pe hawm lub hnub. Ces tshooj cuaj qhia txog cov uas tabtom xyu thiab quaj vim tej yam qias vuab tsuab, raws li tau sawv cev hauv tshooj yim. Cov uas xyu thiab quaj raug tus timtswv uas nce tuaj ntawm sab hnub tuaj muab cim rau. Ib tug timtswv yog ib tug tubtxib xa xov, thiab sawv cev rau ib txoj xov.</w:t>
      </w:r>
    </w:p>
    <w:p>
      <w:pPr>
        <w:pStyle w:val="ArticleBody"/>
        <w:jc w:val="left"/>
      </w:pPr>
      <w:r>
        <w:rPr>
          <w:rFonts w:ascii="Times New Roman" w:hAnsi="Times New Roman" w:eastAsia="Times New Roman" w:cs="Times New Roman"/>
        </w:rPr>
        <w:t>Txoj xov ntawm kev muab cim los ntawm sab hnub tuaj, yog txoj xov ntawm cua sab hnub tuaj, uas yog txoj xov ntawm Islam. Thaum ib puas plaub caug plaub txhiab leej tau raug muab cim lawm, cov tim tswv uas rhuav tshem pib lawv tes haujlwm, ncaj qha rau qhov chaw uas kab sab nraud ntawm kev faj lem qhia tias “kev thim txoj kev ntseeg ntawm lub teb chaws raug ua raws los ntawm kev puam tsuaj ntawm lub teb chaws.” Ua ntej txoj kev txiav txim raug ua kom tiav rau saum cov uas Korah sawv cev rau, cov neeg ntxeev siab raug coj tawm mus sab nraud ntawm Yeluxalees. Cov neeg phem raug tshem tawm ntawm Yeluxalees mus, vim tsis yog cov ncaj ncees uas khiav tawm hauv Yeluxalees.</w:t>
      </w:r>
    </w:p>
    <w:p>
      <w:pPr>
        <w:pStyle w:val="ArticleScripture"/>
        <w:jc w:val="left"/>
      </w:pPr>
      <w:r>
        <w:rPr>
          <w:rFonts w:ascii="Times New Roman" w:hAnsi="Times New Roman" w:eastAsia="Times New Roman" w:cs="Times New Roman"/>
        </w:rPr>
        <w:t>Tsis tas li ntawd, tus Ntsujplig tau tsa kuv sawv thiab coj kuv mus rau lub rooj vag sab hnub tuaj ntawm Yehauvas lub tuam tsev, uas tig ntsia mus rau sab hnub tuaj; thiab saib seb, ntawm lub qhov rooj ntawm lub rooj vag ntawd muaj nees nkaum tsib tug txivneej; hauv lawv kuv pom Yaasaniya tus tub ntawm Axus, thiab Pelatiyas tus tub ntawm Npeyanyas, uas yog cov thawj ntawm haiv neeg.</w:t>
      </w:r>
    </w:p>
    <w:p>
      <w:pPr>
        <w:pStyle w:val="ArticleScripture"/>
        <w:jc w:val="left"/>
      </w:pPr>
      <w:r>
        <w:rPr>
          <w:rFonts w:ascii="Times New Roman" w:hAnsi="Times New Roman" w:eastAsia="Times New Roman" w:cs="Times New Roman"/>
        </w:rPr>
        <w:t>Ces nws hais rau kuv tias, Leej Tub Neeg, cov no yog cov txiv neej uas xav txog kev phem, thiab muab lus ntuas phem hauv lub nroog no; cov uas hais tias, Lub sijhawm ntawd tsis tau los ze; cia peb ua tsev: lub nroog no yog lub lauj kaub, hos peb yog nqaij.</w:t>
      </w:r>
    </w:p>
    <w:p>
      <w:pPr>
        <w:pStyle w:val="ArticleScripture"/>
        <w:jc w:val="left"/>
      </w:pPr>
      <w:r>
        <w:rPr>
          <w:rFonts w:ascii="Times New Roman" w:hAnsi="Times New Roman" w:eastAsia="Times New Roman" w:cs="Times New Roman"/>
        </w:rPr>
        <w:t>Yog li ntawd cia li cev lus faj lem tawm tsam lawv, cev lus faj lem, Au tus tub ntawm neeg. Thiab tus Ntsuj Plig ntawm tus Tswv los nyob saum kuv, thiab hais rau kuv tias, Hais; Tus Tswv hais li no;</w:t>
      </w:r>
    </w:p>
    <w:p>
      <w:pPr>
        <w:pStyle w:val="ArticleScripture"/>
        <w:jc w:val="left"/>
      </w:pPr>
      <w:r>
        <w:rPr>
          <w:rFonts w:ascii="Times New Roman" w:hAnsi="Times New Roman" w:eastAsia="Times New Roman" w:cs="Times New Roman"/>
        </w:rPr>
        <w:t>Nej nej tau hais li no, Au tsev neeg Ixayees: vim kuv paub tej uas nkag los rau hauv nej lub siab, txhua yam tibsi. Nej twb ua kom cov raug tua hauv lub nroog no coob zuj zus tuaj, thiab nej twb ua kom tej kev hauv nws puv npo nrog cov raug tua lawm. Vim li no, tus Tswv Vajtswv hais li no tias; Nej cov raug tua uas nej tau tso rau hauv nruab nrab ntawm lub nroog no, lawv yog nqaij, thiab lub nroog no yog lub lauj kaub rwj: tiamsis kuv yuav coj nej tawm hauv nws nruab nrab los. Nej tau ntshai rab ntaj; thiab kuv yuav coj rab ntaj los rau saum nej, tus Tswv Vajtswv hais li no. Thiab kuv yuav coj nej tawm hauv nws nruab nrab mus, thiab yuav muab nej cob rau hauv tes ntawm cov neeg txawv teb chaws, thiab yuav ua kev txiav txim hauv nej nruab nrab. Nej yuav poob rau ntawm rab ntaj; kuv yuav txiav txim rau nej ntawm ciam teb Ixayees; thiab nej yuav paub tias kuv yog tus Tswv. Lub nroog no yuav tsis yog nej lub lauj kaub rwj, thiab nej yuav tsis yog nqaij nyob hauv nws nruab nrab; tiamsis kuv yuav txiav txim rau nej ntawm ciam teb Ixayees: Thiab nej yuav paub tias kuv yog tus Tswv: vim nej tsis tau taug hauv kuv tej kab ke, thiab tsis tau ua raws li kuv tej kev txiav txim, tiamsis tau ua raws li tej cwj pwm ntawm cov neeg txawv teb chaws uas nyob puag ncig nej.</w:t>
      </w:r>
    </w:p>
    <w:p>
      <w:pPr>
        <w:pStyle w:val="ArticleScripture"/>
        <w:jc w:val="left"/>
      </w:pPr>
      <w:r>
        <w:rPr>
          <w:rFonts w:ascii="Times New Roman" w:hAnsi="Times New Roman" w:eastAsia="Times New Roman" w:cs="Times New Roman"/>
        </w:rPr>
        <w:t>Thiab tau muaj tias, thaum kuv cev lus faj lem, Pelatiah tus tub ntawm Benaiah txawm tuag lawm. Ces kuv txhos caug plhuav ntsej muag rau hauv av, thiab quaj nrov nrov, hais tias, Au tus Tswv Vajtswv! Koj puas yuav rhuav tshem tag nrho cov seem uas tshuav ntawm cov Yixayee? Exekees 11:1–13.</w:t>
      </w:r>
    </w:p>
    <w:p>
      <w:pPr>
        <w:pStyle w:val="ArticleBody"/>
        <w:jc w:val="left"/>
      </w:pPr>
      <w:r>
        <w:rPr>
          <w:rFonts w:ascii="Times New Roman" w:hAnsi="Times New Roman" w:eastAsia="Times New Roman" w:cs="Times New Roman"/>
        </w:rPr>
        <w:t>Yeluxalees raug ntxuav kom dawb huv thaum muaj txoj cai Hnub Caiv, thaum cov nplej raug cais tawm ntawm cov txhauv. Cov txiv neej uas sawv cev los ntawm 25, lossis 250 tus ntawm Khaulee, raug coj tawm mus sab nraud, mus rau “ciam teb” ntawm Yeluxalees kom tuag. 25 yog tus naj npawb ntawm cov pov thawj uas ua hauj lwm ib lim tiam, thiab thaum nws raug cim los ntawm tus naj npawb kaum npaug uas yog 250, nws sawv cev rau pawg ntseeg thoob ntiaj teb, vim kaum yog ib lub cim ntawm qhov thoob ntiaj teb. Pawg ntseeg uas tseem tab tom tawm tsam raug txhais tias yog pawg ntseeg uas muaj ob yam tib si, nplej thiab txhauv, hos pawg ntseeg uas yeej lawm sawv cev rau pawg ntseeg uas tsuas muaj nplej xwb.</w:t>
      </w:r>
    </w:p>
    <w:p>
      <w:pPr>
        <w:pStyle w:val="ArticleScripture"/>
        <w:jc w:val="left"/>
      </w:pPr>
      <w:r>
        <w:rPr>
          <w:rFonts w:ascii="Times New Roman" w:hAnsi="Times New Roman" w:eastAsia="Times New Roman" w:cs="Times New Roman"/>
        </w:rPr>
        <w:t>“Vajtswv tsis muaj ib lub koom txoos uas ciaj sia li lov? Nws muaj ib lub koom txoos, tiam sis nws yog lub koom txoos uas tseem tab tom ua rog, tsis yog lub koom txoos uas twb yeej lawm. Peb tu siab tias muaj tej neeg hauv koom txoos uas tsis zoo tiav, tias muaj nroj phem nyob nruab nrab cov nplej. Yexus hais tias: ‘Lub nceeg vaj saum ntuj zoo li ib tug neeg uas tseb noob zoo rau hauv nws daim teb: tiam sis thaum neeg tsaug zog, nws tus yeeb ncuab txawm los tseb nroj phem rau hauv cov nplej, ces txawm mus lawm.... Yog li ntawd cov tub qhe ntawm tus tswv tsev txawm los hais rau nws tias, Tswv, koj puas tsis tau tseb noob zoo rau hauv koj daim teb? ua li cas ho muaj nroj phem? Nws hais rau lawv tias, Yeeb ncuab yog tus ua li no. Cov tub qhe hais rau nws tias, Yog li ntawd koj puas xav kom peb mus muab lawv rho tawm? Tiamsis nws hais tias, Tsis txhob; tsam thaum nej muab cov nroj phem rho tawm, nej yuav muab cov nplej rho nrog thiab. Cia ob yam loj hlob ua ke mus txog hnub sau qoob loo: thiab thaum txog lub caij sau qoob loo, kuv yuav hais rau cov neeg sau tias, Cia li sau cov nroj phem ua ntej, khi ua tej pob kom hlawv lawv: tiam sis sau cov nplej los tso rau hauv kuv lub txhab.’”</w:t>
      </w:r>
    </w:p>
    <w:p>
      <w:pPr>
        <w:pStyle w:val="ArticleScripture"/>
        <w:jc w:val="left"/>
      </w:pPr>
      <w:r>
        <w:rPr>
          <w:rFonts w:ascii="Times New Roman" w:hAnsi="Times New Roman" w:eastAsia="Times New Roman" w:cs="Times New Roman"/>
        </w:rPr>
        <w:t>“Hauv zaj lus piv txwv txog cov nplej thiab cov nroj, peb pom qhov laj thawj uas tsis tsim nyog muab cov nroj rho tawm; tsam tsam cov nplej yuav raug muab rhawv tawm nrog cov nroj thiab. Tib neeg txoj kev xav thiab kev txiav txim yuav ua yuam kev hnyav heev. Tiamsis, es tsis txhob cia muaj ib qho yuam kev raug ua, thiab ib rab nplej xwb raug rhawv tawm, Tus Tswv hais tias, ‘Cia ob yam ntawd loj hlob ua ke mus txog lub caij sau qoob loo;’ ces cov timtswv saum ntuj yuav sau cov nroj tawm mus, cov uas twb raug teem cia rau kev puam tsuaj lawm. Txawm yog nyob hauv peb cov pawg ntseeg, uas lees tias ntseeg qhov tseeb uas tau nthuav dav ntxiv lawm, tseem muaj cov uas tsis zoo thiab yuam kev, ib yam li cov nroj nyob hauv cov nplej, los Vajtswv kuj ua siab ntev thiab ua siab ntev thev. Nws cem thiab ceeb toom cov uas yuam kev, tabsis Nws tsis rhuav tshem cov uas siv sij hawm ntev los kawm zaj lus uas Nws xav qhia rau lawv; Nws tsis rhawv cov nroj tawm ntawm cov nplej. Cov nroj thiab cov nplej yuav tsum loj hlob ua ke mus txog lub caij sau qoob loo; thaum cov nplej loj hlob mus txog nws qhov puv npo thiab kev txhim kho tag nrho, thiab vim nws tus cwj pwm thaum siav tiav lawm, nws yuav raug cais kom pom tseeb txawv ntawm cov nroj.”</w:t>
      </w:r>
    </w:p>
    <w:p>
      <w:pPr>
        <w:pStyle w:val="ArticleScripture"/>
        <w:jc w:val="left"/>
      </w:pPr>
      <w:r>
        <w:rPr>
          <w:rFonts w:ascii="Times New Roman" w:hAnsi="Times New Roman" w:eastAsia="Times New Roman" w:cs="Times New Roman"/>
        </w:rPr>
        <w:t>“Pawg ntseeg ntawm Khetos nyob hauv ntiajteb no yuav tsis txig, tiam sis Vajtswv tsis rhuav tshem Nws pawg ntseeg vim yog nws qhov tsis txig. Tau muaj thiab tseem yuav muaj cov uas puv npo nrog kev kub siab uas tsis raws li kev paub, cov uas xav ntxuav kom pawg ntseeg dawb huv, thiab rho cov txhauj tawm ntawm nruab nrab cov nplej. Tiam sis Khetos tau muab qhov kaj tshwj xeeb hais txog yuav ua li cas rau cov uas tab tom yuam kev, thiab rau cov uas tseem tsis tau hloov siab tshiab hauv pawg ntseeg. Tsis txhob muaj ib qho kev ua uas kub ceev ceev, kub siab kawg, maj nrawm ua los ntawm cov tswvcuab pawg ntseeg hauv kev txiav tawm cov uas lawv tej zaum xav tias muaj qhov tsis zoo ntawm tus cwj pwm. Cov txhauj yuav tshwm nyob nrog cov nplej; tab sis kev muab cov txhauj rho tawm, tshwj tsis yog raws li txojkev uas Vajtswv tau teem tseg, yuav ua kev puas tsuaj ntau dua li cia lawv nyob ntawd xwb. Thaum tus Tswv coj cov uas hloov siab tshiab tiag tiag los rau hauv pawg ntseeg, tib lub sijhawm Xatas kuj coj cov neeg uas tsis tau hloov siab tshiab los koom nrog nws txoj kev sib raug zoo. Thaum Khetos tab tom tseb cov noob zoo, Xatas tab tom tseb cov txhauj. Muaj ob yam hwjchim sib tawm tsam uas tab tom ua haujlwm tsis tu ncua rau saum cov tswvcuab pawg ntseeg. Ib yam hwjchim ua haujlwm rau kev ntxuav kom pawg ntseeg dawb huv, hos ib yam ntxiv ua haujlwm rau kev ua kom Vajtswv haiv neeg qias tsis huv.” Testimonies to Ministers, 45, 46.</w:t>
      </w:r>
    </w:p>
    <w:p>
      <w:pPr>
        <w:pStyle w:val="ArticleBody"/>
        <w:jc w:val="left"/>
      </w:pPr>
      <w:r>
        <w:rPr>
          <w:rFonts w:ascii="Times New Roman" w:hAnsi="Times New Roman" w:eastAsia="Times New Roman" w:cs="Times New Roman"/>
        </w:rPr>
        <w:t>Cov neeg phem raug coj tawm sab nraud Yeluxalees mus kom raug rhuav tshem. Lawv raug tshem tawm thaum lub caij sau qoob loo, uas kuj yog lub sijhawm thaum cov nplej twb siav tiav lawm, rau qhov yog thaum ntawd cov nplej thiaj raug sau los ua thawj txiv hmab txiv ntoo fij co nthwv dej ntawm ob lub ncuav fij co nthwv dej ntawm Hnub Peetekos. Kev sau thawj cov txiv hmab txiv ntoo ntawm cov nplej yog ib lub ntsiab lus tshwj xeeb ntawm kev cev Vajlugkub tej lus faj lem. Kev cais cov nplej thiab cov txhauv tab tom hais txog tib lub ntsiab lus no, thiab ntau zaj lus piv txwv ntawm Khetos kuj qhia txog tib lub cim ciam lus faj lem uas tseem ceeb heev no.</w:t>
      </w:r>
    </w:p>
    <w:p>
      <w:pPr>
        <w:pStyle w:val="ArticleScripture"/>
        <w:jc w:val="left"/>
      </w:pPr>
      <w:r>
        <w:rPr>
          <w:rFonts w:ascii="Times New Roman" w:hAnsi="Times New Roman" w:eastAsia="Times New Roman" w:cs="Times New Roman"/>
        </w:rPr>
        <w:t>“Dua ib zaug ntxiv, cov lus piv txwv no qhia hais tias yuav tsis muaj sij hawm sim neej ntxiv lawm tom qab txoj kev txiav txim. Thaum txoj hauj lwm ntawm txoj moo zoo tiav lawm, tam sim ntawd yuav muaj kev cais tawm ntawm cov neeg zoo thiab cov neeg phem, thiab txoj hmoo kawg ntawm txhua pawg neeg yuav raug txiav tseg mus ib txhis.” Christ’s Object Lessons, 123.</w:t>
      </w:r>
    </w:p>
    <w:p>
      <w:pPr>
        <w:pStyle w:val="ArticleBody"/>
        <w:jc w:val="left"/>
      </w:pPr>
      <w:r>
        <w:rPr>
          <w:rFonts w:ascii="Times New Roman" w:hAnsi="Times New Roman" w:eastAsia="Times New Roman" w:cs="Times New Roman"/>
        </w:rPr>
        <w:t>Kev txi nplej yog ib puas plaub caug plaub txhiab leej, thiab tus timtswv thib peb cais cov nplej tawm ntawm cov txhauj.</w:t>
      </w:r>
    </w:p>
    <w:p>
      <w:pPr>
        <w:pStyle w:val="ArticleScripture"/>
        <w:jc w:val="left"/>
      </w:pPr>
      <w:r>
        <w:rPr>
          <w:rFonts w:ascii="Times New Roman" w:hAnsi="Times New Roman" w:eastAsia="Times New Roman" w:cs="Times New Roman"/>
        </w:rPr>
        <w:t>“Kuv mam li pom tus timtswv thib peb. Tus timtswv uas nrog kuv hais tias, ‘Nws lo lus ua rau ntshai heev, nws tes haujlwm txaus ntshai kawg. Nws yog tus timtswv uas yuav cais cov nplej tawm ntawm cov txhauj, thiab yuav muab cov nplej ntim lossis khi cia rau hauv lub txhab saum ntuj.’ Tej no tsim nyog yuav txeeb tag nrho lub siab, tag nrho txoj kev mloog. Dua thiab, kuv raug qhia txog qhov yuav tsum muaj rau cov uas ntseeg tias peb tab tom txais zaj lus kawg ntawm txoj kev hlub tshua, kom lawv nyob nyias txawv ntawm cov uas niaj hnub txais lossis nqus tej kev yuam kev tshiab. Kuv pom tias tsis hais hluas los laus, tsis txhob mus koom tej kev sib txoos ntawm cov uas nyob hauv kev yuam kev thiab kev tsaus ntuj. Tus timtswv hais tias, ‘Cia lub siab tseg tsis txhob nyob ntsoov xav txog tej yam uas tsis muaj txiaj ntsig.’” Manuscript Releases, volume 5, 425.</w:t>
      </w:r>
    </w:p>
    <w:p>
      <w:pPr>
        <w:pStyle w:val="ArticleBody"/>
        <w:jc w:val="left"/>
      </w:pPr>
      <w:r>
        <w:rPr>
          <w:rFonts w:ascii="Times New Roman" w:hAnsi="Times New Roman" w:eastAsia="Times New Roman" w:cs="Times New Roman"/>
        </w:rPr>
        <w:t>Tus tim tswv peb muab lub foob rau saum cov nplej, thiab kuj cais cov nplej tawm ntawm cov nroj txhav. Tus tim tswv peb sawv cev rau txoj cai Hnub Sunday, uas yog qhov chaw uas 25 tug txiv neej, sawv cev rau cov thawj coj ntawm pawg ntseeg Laodicean Seventh-day Adventist, raug coj tawm sab nraud ntawm Yeluxalees thiab raug txiav txim. Thaum ntawd pawg ntseeg uas tseem tab tom ua rog hloov mus ua pawg ntseeg uas muaj yeej.</w:t>
      </w:r>
    </w:p>
    <w:p>
      <w:pPr>
        <w:pStyle w:val="ArticleScripture"/>
        <w:jc w:val="left"/>
      </w:pPr>
      <w:r>
        <w:rPr>
          <w:rFonts w:ascii="Times New Roman" w:hAnsi="Times New Roman" w:eastAsia="Times New Roman" w:cs="Times New Roman"/>
        </w:rPr>
        <w:t>“Txoj hauj lwm yuav los xaus sai sai no. Cov tswv cuab ntawm pawg ntseeg uas tseem tab tom sib ntaus rog, cov uas tau ua pov thawj tias lawv ncaj ncees, yuav dhau los ua pawg ntseeg uas yeej lawm. Thaum rov ntsia peb zaj keeb kwm yav dhau los, tau taug hla txhua kauj ruam ntawm txoj kev nce qib mus txog rau qhov chaw uas peb sawv tam sim no, kuv hais tau tias, Cia li qhuas Vajtswv! Thaum kuv pom yam uas Vajtswv tau ua tiav lawm, kuv puv npo nrog kev xav tsis thoob thiab nrog kev cia siab rau Khetos ua Tus Thawj Coj. Peb tsis muaj ib yam dab tsi yuav ntshai txog yav tom ntej li, tsuas yog thaum peb yuav hnov qab txoj kev uas tus Tswv tau coj peb, thiab nws tej lus qhia hauv peb zaj keeb kwm yav dhau los xwb.” General Conference Bulletin, January 29, 1893.</w:t>
      </w:r>
    </w:p>
    <w:p>
      <w:pPr>
        <w:pStyle w:val="ArticleBody"/>
        <w:jc w:val="left"/>
      </w:pPr>
      <w:r>
        <w:rPr>
          <w:rFonts w:ascii="Times New Roman" w:hAnsi="Times New Roman" w:eastAsia="Times New Roman" w:cs="Times New Roman"/>
        </w:rPr>
        <w:t>Lub ntsiab lus cev Vajtswv lus hais txog kev cais cov nroj txhauj tawm ntawm cov nplej yog ib lub ntsiab lus tseem ceeb hauv kev cev Vajtswv lus hauv Phau Vajlugkub. Khetos ntxuav lub tuam tsev yog ib daim duab piv txwv txog txoj hauj lwm no; nws qhov ncov siab tshwm sim thaum txog txoj cai Hnub Caiv, rau qhov peb pom cov uas yuav raug txiav txim raug coj mus txog ntawm ciam teb Yeluxalees kom tuag.</w:t>
      </w:r>
    </w:p>
    <w:p>
      <w:pPr>
        <w:pStyle w:val="ArticleScripture"/>
        <w:jc w:val="left"/>
      </w:pPr>
      <w:r>
        <w:rPr>
          <w:rFonts w:ascii="Times New Roman" w:hAnsi="Times New Roman" w:eastAsia="Times New Roman" w:cs="Times New Roman"/>
        </w:rPr>
        <w:t>“Thaum Yexus pib Nws txoj hauj lwm qhuab qhia rau sawv daws pom, Nws tau ntxuav lub Tuamtsev kom dawb huv ntawm txoj kev ua qias neeg phem uas saib tsis taus yam dawb ceev. Nyob hauv cov haujlwm kawg ntawm Nws txoj hauj lwm qhuab qhia yog qhov kev ntxuav lub Tuamtsev zaum ob. Yog li ntawd, hauv txoj hauj lwm kawg rau kev ceeb toom rau lub ntiajteb, muaj ob lo lus hu sib txawv raug xa mus rau cov pawg ntseeg. Tus timtswv thib ob zaj xov yog, ‘Npanpiloo poob lawm, poob lawm, lub nroog loj ntawd, rau qhov nws tau ua kom txhua haiv neeg haus cawv txiv hmab ntawm txoj kev chim siab ntawm nws txoj kev nkauj kev nraug ua txhaum’ (Tshwm Sim 14:8). Thiab hauv lub suab qw nrov ntawm tus timtswv thib peb zaj xov, ib lub suab hnov los saum ntuj hais tias, ‘Nej kuv haiv neeg, cia li tawm hauv nws los, xwv kom nej txhob koom nrog nws tej kev txhaum, thiab xwv kom nej txhob raug nws tej kab mob kev puas tsuaj. Rau qhov nws tej kev txhaum twb nce mus txog saum ntuj lawm, thiab Vajtswv twb nco txog nws tej kev ua txhaum lawm’ (Tshwm Sim 18:4, 5).” Selected Messages, phau 2, 118.</w:t>
      </w:r>
    </w:p>
    <w:p>
      <w:pPr>
        <w:pStyle w:val="ArticleBody"/>
        <w:jc w:val="left"/>
      </w:pPr>
      <w:r>
        <w:rPr>
          <w:rFonts w:ascii="Times New Roman" w:hAnsi="Times New Roman" w:eastAsia="Times New Roman" w:cs="Times New Roman"/>
        </w:rPr>
        <w:t>Lub koom txoos uas muaj nplej thiab txhauv nyob ua ke ntawd tseem nyob mus txog thaum muaj kev kub ntxhov ntawm txoj cai Hnub Caiv, thaum cov txhauv raug tshem tawm lawm, tsis yog los ntawm tib neeg lub zog, tiam sis yog los ntawm tus tim tswv thib peb—uas sawv cev rau txoj cai Hnub Caiv, tab sis kuj yog txoj xov ntawm nag lig uas thaum ntawd loj hlob mus ua ib lub suab quaj nrov. Cov txhauv yog ib feem hauv zaj lus tim khawv cev lus faj lem, ib yam li nplej thiab. Vajtswv txoj kev saib xyuas ncav mus txog txoj cai Hnub Caiv, thiab tus tim tswv thib peb ntxuav lub tuam tsev zaum ob. Nws tau ntxuav nws thaum Lub Kaum Hli 22, 1844, thiab kev ntxuav lub tuam tsev zaum ob yog txoj cai Hnub Caiv.</w:t>
      </w:r>
    </w:p>
    <w:p>
      <w:pPr>
        <w:pStyle w:val="ArticleBody"/>
        <w:jc w:val="left"/>
      </w:pPr>
      <w:r>
        <w:rPr>
          <w:rFonts w:ascii="Times New Roman" w:hAnsi="Times New Roman" w:eastAsia="Times New Roman" w:cs="Times New Roman"/>
        </w:rPr>
        <w:t>Cov ntsiab cai sab nraud ntawm keeb kwm uas coj mus rau txoj cai hnub Sunday yog ib qho loj hauv zaj lus tim khawv ntawm pawg ntseeg uas yeej lawm, ib yam li cov nroj tsuag phem, cov nplej zoo, thiab kev khi ob pawg ntawd ua ke. Cov lus kawg ntawm Phau Ntawv Qhia Tshwm yog peb tug tim tswv cov lus, thiab lawv cais tawm thiab khi ob pawg ntawd ua ke, tiam sis tseem ceeb uas yuav tsum pom tias Muam White qhia meej tias cov “lus kawg” ntawd “ua kom sau qoob loo siav.” Cov lus kawg uas ua kom sau qoob loo siav yog nag yav tom qab, thiab nws yog hluav taws uas khi 250 tus txivneej ntawd “ua tej pob fagot rau hauv cov hluav taws ntawm kev puastsuaj.”</w:t>
      </w:r>
    </w:p>
    <w:p>
      <w:pPr>
        <w:pStyle w:val="ArticleScripture"/>
        <w:jc w:val="left"/>
      </w:pPr>
      <w:r>
        <w:rPr>
          <w:rFonts w:ascii="Times New Roman" w:hAnsi="Times New Roman" w:eastAsia="Times New Roman" w:cs="Times New Roman"/>
        </w:rPr>
        <w:t>“Rau Yauhas tau qhib tej xwm txheej uas tob kawg thiab ua rau lub siab tshee hnyo txog tej kev paub dhau los ntawm pawg ntseeg. Nws pom txoj hauj lwm, tej kev phom sij, tej kev sib ntaus, thiab txoj kev cawm dim kawg nkaus ntawm Vajtswv haiv neeg. Nws sau tseg txog tej lus kawg uas yuav ua rau qoob loo ntawm lub ntiajteb siav tiav, txawm yog ua tej nplej khi rau hauv lub txhab saum ntuj ceeb tsheej los sis ua tej fagot rau hauv hluav taws kev puas tsuaj. Tej ntsiab lus uas muaj qhov tseem ceeb loj kawg tau raug tshwm rau nws, tshwj xeeb yog rau pawg ntseeg kawg, kom cov uas yuav tig tawm ntawm kev yuam kev los cuag qhov tseeb thiaj tau txais kev qhuab qhia txog tej kev phom sij thiab tej kev sib ntaus uas nyob tom ntej lawv. Tsis muaj leejtwg yuav tsum nyob hauv qhov tsaus ntuj hais txog yam uas tab tom los raug rau lub ntiajteb.” The Great Controversy, 341.</w:t>
      </w:r>
    </w:p>
    <w:p>
      <w:pPr>
        <w:pStyle w:val="ArticleBody"/>
        <w:jc w:val="left"/>
      </w:pPr>
      <w:r>
        <w:rPr>
          <w:rFonts w:ascii="Times New Roman" w:hAnsi="Times New Roman" w:eastAsia="Times New Roman" w:cs="Times New Roman"/>
        </w:rPr>
        <w:t>Nws txoj kev ntxuav lub tuam tsev kuj raug ua piv txwv los ntawm txoj haujlwm ntawm Tus Txiv Neej Khaub Rhuav Av uas Yauhas tus Muab Neeg Ua Kev Cai Raus Dej tau qhia tias yog Tus uas los tom qab nws txoj haujlwm qhuab qhia. Nws yog tus uas cheb tej khib nyiab tawm hauv Miller zaj npau suav.</w:t>
      </w:r>
    </w:p>
    <w:p>
      <w:pPr>
        <w:pStyle w:val="ArticleScripture"/>
        <w:jc w:val="left"/>
      </w:pPr>
      <w:r>
        <w:rPr>
          <w:rFonts w:ascii="Times New Roman" w:hAnsi="Times New Roman" w:eastAsia="Times New Roman" w:cs="Times New Roman"/>
        </w:rPr>
        <w:t>“Tus Tswv tab tom yuav nthuav tawm qhov txawv ntawm cov neeg ncaj ncees thiab cov neeg phem; rau qhov nws ‘rab kiv cua nyob hauv nws txhais tes, thiab nws yuav ntxuav nws lub tshav nplej kom huv si, thiab sau nws cov nplej los rau hauv nws lub tsev txhab; tiam sis nws yuav hlawv cov plhaub nplej kom tag nrog hluav taws uas tua tsis taus li.’” Review and Herald, November 8, 1892.</w:t>
      </w:r>
    </w:p>
    <w:p>
      <w:pPr>
        <w:pStyle w:val="ArticleBody"/>
        <w:jc w:val="left"/>
      </w:pPr>
      <w:r>
        <w:rPr>
          <w:rFonts w:ascii="Times New Roman" w:hAnsi="Times New Roman" w:eastAsia="Times New Roman" w:cs="Times New Roman"/>
        </w:rPr>
        <w:t>Yaxayas raug hais txog los ntawm Muam White, thaum nws tau qhia tias nyob rau xyoo 1849 tus Tswv tau ncab Nws txhais tes zaum ob los sau cov seem ntawm Nws haiv neeg ua ke, thiab Yaxayas nrog Muam White nkawd tab tom qhia txog qhov kev sau los ua ke zaum kawg ntawm ib puas plaub caug plaub txhiab leej. Txoj kev sau los ua ke ntawd muaj nrog rau kev tawg khiav thiab kev sau los ua ke uas raug sawv cev los ntawm thawj qhov kev poob siab, uas coj mus rau kev sau los ua ke thaum kawg ntawm ib lub sijhawm ncua ntev. Txhua yam ntawm cov ntsiab no uas hais txog kev muab cim ntim ntawm ib puas plaub caug plaub txhiab leej yog ib lub ncauj lus tshwj xeeb ntawm Vajlugkub tej lus faj lem. Keeb kwm sab nraud uas tus Tswv siv ua Nws lub cuab tam los coj kev txhaum mus txog nws qhov xaus raug sawv cev nyob hauv Daniyees 11:11; thiab kev sau los ua ke zaum kawg muaj nyob hauv Yaxayas 11:11; thiab qhov kawg ntawm lub sijhawm ncua ntev muaj nyob hauv Tshwmsim 11:11, thiab kev cais cov nplej thiab cov txhauv thaum txoj cai Hnub Caiv cuav Hnub Sunday muaj nyob hauv Exekees 11:11:</w:t>
      </w:r>
    </w:p>
    <w:p>
      <w:pPr>
        <w:pStyle w:val="ArticleScripture"/>
        <w:jc w:val="left"/>
      </w:pPr>
      <w:r>
        <w:rPr>
          <w:rFonts w:ascii="Times New Roman" w:hAnsi="Times New Roman" w:eastAsia="Times New Roman" w:cs="Times New Roman"/>
        </w:rPr>
        <w:t>Lub nroog no yuav tsis yog nej lub lauj kaub, thiab nej yuav tsis yog nqaij nyob hauv nws nruab nrab; tiam sis Kuv yuav txiav txim rau nej ntawm ciam teb Ixayees. Ezekiel 11:11.</w:t>
      </w:r>
    </w:p>
    <w:p>
      <w:pPr>
        <w:pStyle w:val="ArticleBody"/>
        <w:jc w:val="left"/>
      </w:pPr>
      <w:r>
        <w:rPr>
          <w:rFonts w:ascii="Times New Roman" w:hAnsi="Times New Roman" w:eastAsia="Times New Roman" w:cs="Times New Roman"/>
        </w:rPr>
        <w:t>Hauv Yau-ee, “cawv txiv hmab tshiab” raug txiav tawm ntawm cov txwj laus qub thaum ub, cov uas yuav tsum yog cov saib xyuas lub chaw dawb huv. Txoj xov ntawm Midhmo Quaj yog cawv txiv hmab tshiab hauv Yau-ee, thiab qhov hluav taws uas nqes los thaum txoj cai Hnub Caiv twb raug ua qauv tseg los ntawm hluav taws Hnub Peetekos. Hluav taws ntawd sawv cev rau ib txoj xov, uas yog cawv txiv hmab tshiab, tiam sis nws kuj yog txoj xov uas rhuav tshem 250 tus txiv neej uas tau xyeem xyab. Pawg ntseeg Laodikee Seventh-day Adventist xaus rau ntawm txoj cai Hnub Caiv, rau qhov yog thaum ntawd hluav taws raug nchuav tawm yam tsis muaj kev txwv, thiab nws rhuav tshem 250 tus txiv neej uas tau xyeem xyab; yog li ntawd nws rhuav tshem lawv txoj kev pe hawm.</w:t>
      </w:r>
    </w:p>
    <w:p>
      <w:pPr>
        <w:pStyle w:val="ArticleBody"/>
        <w:jc w:val="left"/>
      </w:pPr>
      <w:r>
        <w:rPr>
          <w:rFonts w:ascii="Times New Roman" w:hAnsi="Times New Roman" w:eastAsia="Times New Roman" w:cs="Times New Roman"/>
        </w:rPr>
        <w:t>Yog lub Koom Txoos Seventh-day Adventist yuav ncaj ncees thaum txog txoj cai Sunday law, ces lub hwj chim thiab lub zog ntawm tsoom fwv Meskas yuav kaw nws tseg. Yog nws tsis ncaj ncees, ces nws tsuas yog yuav hloov nws lub npe mus ua Koom Txoos First-day Adventist los sis ib lub npe cuav uas zoo heev rau qub lub npe xwb. Txawm yog ncaj ncees los tsis ncaj ncees, Koom Txoos Seventh-day Adventist yeej tsis hla dhau txoj cai Sunday law. Zaj lus tim khawv txog kev cev Vajtswv lus qhia meej tias Adventism tau tsis lees txais txoj xov ntawm tej qub ke hauv 9/11, thiab tej qub ke ntawd coj mus rau lub qhov rooj kaw thaum txog Sunday law. Cov 25 tug txiv neej raug sawv cev hauv Ezekiel zaj nqe los ntawm “Jaazaniah tus tub ntawm Azur, thiab Pelatiah tus tub ntawm Benaiah, cov thawj ntawm haiv neeg.”</w:t>
      </w:r>
    </w:p>
    <w:p>
      <w:pPr>
        <w:pStyle w:val="ArticleBody"/>
        <w:jc w:val="left"/>
      </w:pPr>
      <w:r>
        <w:rPr>
          <w:rFonts w:ascii="Times New Roman" w:hAnsi="Times New Roman" w:eastAsia="Times New Roman" w:cs="Times New Roman"/>
        </w:rPr>
        <w:t>Lawv lub npe qhia tias lawv lees hais txog tej yam ntxwv ntawm Vajtswv haiv neeg, tiam sis tsuas yog kev lees hais xwb. Jaazaniah txhais tias Vajtswv hnov, thiab nws yog Azur tus tub, uas txhais tias pab thiab tiv thaiv. Muam White hais tias 25 tus txiv neej ntawd yuav tsum yog cov saib xyuas, raws li tau sawv cev los ntawm “Azur.” Nws tus tub lees hais tias nws “hnov” Vajtswv, tiam sis nws yog pawg uas saib los tsis pom, thiab hnov los tsis hnov. Pelatiah txhais tias dim tawm ntawm Vajtswv, thiab nws txiv “Benaiah,” txhais tias Vajtswv tau tsim tsa. Thaum Exekees ua tiav nws zaj lus ceeb toom lawm, Pelatiah txawm tuag.</w:t>
      </w:r>
    </w:p>
    <w:p>
      <w:pPr>
        <w:pStyle w:val="ArticleScripture"/>
        <w:jc w:val="left"/>
      </w:pPr>
      <w:r>
        <w:rPr>
          <w:rFonts w:ascii="Times New Roman" w:hAnsi="Times New Roman" w:eastAsia="Times New Roman" w:cs="Times New Roman"/>
        </w:rPr>
        <w:t>Lub nroog no yuav tsis yog nej lub lauj kaub, thiab nej los yuav tsis yog nqaij nyob hauv nruab nrab thereof; tiam sis kuv yuav txiav txim rau nej ntawm ciam teb Ixayees: Thiab nej yuav paub tias kuv yog tus Tswv: vim nej tsis tau taug kev hauv kuv tej kevcai, thiab tsis tau ua raws li kuv tej kev txiav txim, tiam sis nej tau ua raws li tej kev coj ntawm cov neeg txawv teb chaws uas nyob ib puag ncig nej. Thiab tau muaj tias, thaum kuv cev lus faj lem, Pelatiah tus tub ntawm Benaiah tuag lawm. Ces kuv txawm ntog ntsej muag rau hauv av, thiab quaj nrov nrov, hais tias, Au tus Tswv Vajtswv! koj puas yuav ua kom seem uas tshuav ntawm cov Ixayees ploj tag nrho? Ezekiel 11:11–13.</w:t>
      </w:r>
    </w:p>
    <w:p>
      <w:pPr>
        <w:pStyle w:val="ArticleBody"/>
        <w:jc w:val="left"/>
      </w:pPr>
      <w:r>
        <w:rPr>
          <w:rFonts w:ascii="Times New Roman" w:hAnsi="Times New Roman" w:eastAsia="Times New Roman" w:cs="Times New Roman"/>
        </w:rPr>
        <w:t>Pelatia tuag thaum Exekees qw nrov nrov. Cov nplej tuag saum txoj kev thaum Lub Xya Hli 18, 2020, raws li Kev Qhia Tshwm tshooj kaum ib tau ua tiav. Cov nplej yog Mauxes thiab Eliyas, tus thawj tus sau Vajtswv Txojlus, thiab lo lus cog tseg tias Eliyas yuav los, yog lo lus kawg hauv Phau Qub. Alpha thiab Omega raug tua saum txoj kev ntawm Xaudoo thiab Iziv, tiamsis nkawd raug tsa sawv rov los hauv xyoo 2024, raws li sawv cev nyob hauv Kev Qhia Tshwm 11:11. Thaum nkawd tuag lawm, Xaudoo thiab Iziv zoo siab xyiv fab. Exekees muab Pelatia txoj kev tuag tso rau hauv lub sijhawm ntawm cov seem thaum nws hais tias, “Au tus Tswv Vajtswv! Koj puas yuav rhuav tshem kom tag nrho cov seem ntawm cov Yixayee?” Xaudoo yog pawg ntseeg Xya-Hnub Adventist nyob rau lub sijhawm ntawm cov seem, raws li Yaxayas hais.</w:t>
      </w:r>
    </w:p>
    <w:p>
      <w:pPr>
        <w:pStyle w:val="ArticleScripture"/>
        <w:jc w:val="left"/>
      </w:pPr>
      <w:r>
        <w:rPr>
          <w:rFonts w:ascii="Times New Roman" w:hAnsi="Times New Roman" w:eastAsia="Times New Roman" w:cs="Times New Roman"/>
        </w:rPr>
        <w:t>Nej lub ntuj, cia li mloog; nej lub ntiajteb, cia li qhib ntsej mloog: rau qhov tus Tswv tau hais tias, Kuv tau yug thiab tsa tej menyuam kom loj hlob, los lawv tau ntxeev siab tawm tsam Kuv. Tus nyuj yeej paub nws tus tswv, thiab tus nees luav kuj paub nws tus tswv lub dab zaub; tiam sis cov Yixayee tsis paub, kuv haiv neeg tsis xav txog.</w:t>
      </w:r>
    </w:p>
    <w:p>
      <w:pPr>
        <w:pStyle w:val="ArticleScripture"/>
        <w:jc w:val="left"/>
      </w:pPr>
      <w:r>
        <w:rPr>
          <w:rFonts w:ascii="Times New Roman" w:hAnsi="Times New Roman" w:eastAsia="Times New Roman" w:cs="Times New Roman"/>
        </w:rPr>
        <w:t>Au haiv neeg uas muaj kev txhaum, ib haiv neeg uas ris nra hnyav ntawm kev tsis ncaj, ib caj ces ntawm cov neeg ua phem, cov me nyuam uas ua kom qias: lawv tau tso tus Tswv tseg, lawv tau ua rau tus Dawb Huv ntawm Ixayees chim siab, lawv tau tig rov qab ncaim mus lawm. Ua cas nej tseem yuav raug nplawm ntxiv lawm? Nej yuav tseem ntxeev siab ntau zuj zus xwb: tag nrho lub taub hau mob nkeeg, thiab tag nrho lub siab qaug zog. Txij hauv qab xib taws mus txog saum taub hau tsis muaj ib qho chaw zoo hlo li; tsuas muaj qhov txhab, qhov nqaij doog, thiab qhov rwj xeb xawj: lawv tsis tau muab kaw, tsis tau muab qhwv, thiab tsis tau muab roj pleev kom muag. Nej lub teb chaws puam tsuaj tag, nej tej nroog raug hluav taws kub hnyiab: nej thaj av, cov neeg txawv teb chaws tab tom nqos dev nqos ntshav rau ntawm nej xub ntiag, thiab nws puam tsuaj, ib yam li raug cov neeg txawv teb chaws rhuav tshem. Thiab tus ntxhais Xi-oos tseem tshuav nyob zoo li ib lub tsev pheeb suab me hauv lub vaj txiv hmab, zoo li ib lub chaw zov hauv lub vaj dib, zoo li ib lub nroog uas raug vij lawm.</w:t>
      </w:r>
    </w:p>
    <w:p>
      <w:pPr>
        <w:pStyle w:val="ArticleScripture"/>
        <w:jc w:val="left"/>
      </w:pPr>
      <w:r>
        <w:rPr>
          <w:rFonts w:ascii="Times New Roman" w:hAnsi="Times New Roman" w:eastAsia="Times New Roman" w:cs="Times New Roman"/>
        </w:rPr>
        <w:t>Yog tsis yog tus Tswv ntawm cov tub rog uas tau tseg ib co seem me kawg rau peb, peb yeej yuav tau zoo li Xaudoo, thiab peb yeej yuav tau zoo ib yam li Kaumaula. Nej cov thawj coj ntawm Xaudoo, cia li mloog tus Tswv txoj lus; nej haiv neeg Kaumaula, cia li qhib pob ntseg rau peb tus Vajtswv txoj kevcai. Yaxayas 1:2–10.</w:t>
      </w:r>
    </w:p>
    <w:p>
      <w:pPr>
        <w:pStyle w:val="ArticleBody"/>
        <w:jc w:val="left"/>
      </w:pPr>
      <w:r>
        <w:rPr>
          <w:rFonts w:ascii="Times New Roman" w:hAnsi="Times New Roman" w:eastAsia="Times New Roman" w:cs="Times New Roman"/>
        </w:rPr>
        <w:t>Mauxes thiab Elias raug tua nyob rau hauv Sodom thiab Iyi tebchaws thaum lub sijhawm ntawm cov seem. Iyi tebchaws yog ib lub cim ntawm txojkev kav tebchaws uas raug qias thiab Sodom yog ib lub cim ntawm txojkev kav pawg ntseeg uas raug qias. Pelatiah, tus tub ntawm Benaiah, tuag thaum txoj cai Hnub Caiv, uas Yaxayas muab los sib haum nrog hnub ntawm kev chim siab hauv Vajlugkub, uas yog xws li xyoo 1863, lossis txoj cai Hnub Caiv. Pelatiah, tus tub ntawm Benaiah, sawv cev rau ib qho cuav ntawm cov uas tiag tiag hnov Vajtswv Txojlus. Nyob rau lub sijhawm ntawm cov seem, cov uas Mauxes thiab Elias sawv cev rau raug tua thiab tom qab ntawd raug tsa sawv rov los. Txojkev sawv rov los ntawd tau pib nrog ib lub suab quaj hauv roob moj sab qhua thaum Lub Xya Hli xyoo 2023. Txij xyoo 2024 los, kev cais kawg ntawm cov nplej thiab cov nroj txhav tau tab tom mus ntxiv.</w:t>
      </w:r>
    </w:p>
    <w:p>
      <w:pPr>
        <w:pStyle w:val="ArticleBody"/>
        <w:jc w:val="left"/>
      </w:pPr>
      <w:r>
        <w:rPr>
          <w:rFonts w:ascii="Times New Roman" w:hAnsi="Times New Roman" w:eastAsia="Times New Roman" w:cs="Times New Roman"/>
        </w:rPr>
        <w:t>Thaum txog txoj cai Hnub Xya raws li hnub Sunday, pawg ntseeg Seventh-day Adventist yuav paub tias lawv raug puam tsuaj lawm.</w:t>
      </w:r>
    </w:p>
    <w:p>
      <w:pPr>
        <w:pStyle w:val="ArticleScripture"/>
        <w:jc w:val="left"/>
      </w:pPr>
      <w:r>
        <w:rPr>
          <w:rFonts w:ascii="Times New Roman" w:hAnsi="Times New Roman" w:eastAsia="Times New Roman" w:cs="Times New Roman"/>
        </w:rPr>
        <w:t>Lub nroog no yuav tsis yog nej lub lauj kaub, thiab nej yuav tsis yog cov nqaij nyob hauv nruab nrab thereof; tiamsis Kuv yuav txiav txim rau nej ntawm ciam teb ntawm Ixayees: Thiab nej yuav paub tias Kuv yog tus Tswv; rau qhov nej tsis tau taug kev hauv Kuv tej kevcai, thiab nej tsis tau ua raws li Kuv tej kev txiav txim, tiamsis nej tau ua raws li tej cwj pwm ntawm cov neeg lwm haiv uas nyob ib ncig ntawm nej. Thiab tau muaj li no tias, thaum kuv cev Vajtswv lus, Pelatiah tus tub ntawm Benaiah txawm tuag. Ezekiel 11:11–13.</w:t>
      </w:r>
    </w:p>
    <w:p>
      <w:pPr>
        <w:pStyle w:val="ArticleBody"/>
        <w:jc w:val="left"/>
      </w:pPr>
      <w:r>
        <w:rPr>
          <w:rFonts w:ascii="Times New Roman" w:hAnsi="Times New Roman" w:eastAsia="Times New Roman" w:cs="Times New Roman"/>
        </w:rPr>
        <w:t>Kev tuag ntawm Pelatiah, uas nws lub npe txhais hais tias Vajtswv tau cawm dim, raws li qhov ntsiab lus hauv no txhais tias raug cob rau txoj kev tuag, nyob rau tib lub sijhawm uas cov neeg ua haujlwm teev kaum ib raug cawm dim ntawm tes ntawm tus vajntxwv sab qaum teb hauv Daniel 11 nqe 41. Pelatiah raug cob rau hauv tes ntawm tus vajntxwv sab qaum teb thaum muaj txoj cai Hnub Caiv. Pelatiah, tus tub ntawm Benaiah, txhais hais tias “yam uas yog Vajtswv tau tsim tsa.” Nyob rau lub ntsiab chaw uas Vajtswv rov tsim ib lub tuam tsev dua ib zaug ntxiv, kom tsa nws ua pawg ntseeg yeej kov yeej thaum muaj txoj cai Hnub Caiv, cov uas Pelatiah sawv cev rau ntawd raug cob rau txoj kev tuag, rau qhov es tsis txhob koom tes hauv txoj haujlwm txhim kho dua cov chaw qub uas puam tsuaj, lawv tab tom txhim tsa lawv tus kheej Tobiah lub ntxa. Pelatiah sawv cev rau Yaxayas tej lus hais tias txij saum taub hau mus txog rau xib taws taw, yog ib lub cev uas puv npo nkaus nrog kev txhaum. Lub cev ntawd yog pawg ntseeg Xya-Hnub Adas-ventis Laodicea thaum xaus ntawm plaub tiam ntawm txoj kev ntxeev siab uas loj hlob zuj zus, uas Yaxayas hais tawm tias yog kev ntxeev siab nce ntxiv thaum nws hais tias, “ntxeev siab zuj zus ntxiv.” Hauv txoj kev sim siab kawg uas tau pib xyoo 2024, cov nplej tuag tau peb hnub rhalf thiab ib nrab, ces raug tsa sawv rov los, thaum ntawd lawv yuav paub tias tus Tswv yog Vajtswv.</w:t>
      </w:r>
    </w:p>
    <w:p>
      <w:pPr>
        <w:pStyle w:val="ArticleScripture"/>
        <w:jc w:val="left"/>
      </w:pPr>
      <w:r>
        <w:rPr>
          <w:rFonts w:ascii="Times New Roman" w:hAnsi="Times New Roman" w:eastAsia="Times New Roman" w:cs="Times New Roman"/>
        </w:rPr>
        <w:t>Vim li ntawd cia li cev lus faj lem thiab hais rau lawv tias, Tus Tswv Vajtswv hais li no; Saib maj, nej uas yog kuv haiv neeg, kuv yuav qhib nej tej ntxa, thiab yuav ua kom nej tawm hauv nej tej ntxa los, thiab yuav coj nej mus rau hauv tebchaws Ixayees. Thiab nej yuav paub tias kuv yog tus Tswv, thaum kuv tau qhib nej tej ntxa, nej uas yog kuv haiv neeg, thiab tau coj nej tawm hauv nej tej ntxa los. Thiab kuv yuav tso kuv tus Ntsuj Plig rau hauv nej, ces nej yuav ciaj sia, thiab kuv yuav tsa nej rau hauv nej lub tebchaws: thaum ntawd nej yuav paub tias kuv uas yog tus Tswv tau hais li no, thiab tau ua kom tiav lawm, tus Tswv hais li ntawd. Exekees 37:12–14.</w:t>
      </w:r>
    </w:p>
    <w:p>
      <w:pPr>
        <w:pStyle w:val="ArticleBody"/>
        <w:jc w:val="left"/>
      </w:pPr>
      <w:r>
        <w:rPr>
          <w:rFonts w:ascii="Times New Roman" w:hAnsi="Times New Roman" w:eastAsia="Times New Roman" w:cs="Times New Roman"/>
        </w:rPr>
        <w:t>Lub pov thawj cuav uas nees nkaum tsib tug sawv cev rau thaum txoj cai Hnub Caiv, lawv mam li paub tias tus Tswv yog Vajtswv. Cov nplej paub tias tus Tswv yog Vajtswv hauv xyoo 2024, hos cov nroj tsuag cuav mam li tsim dheev los paub qhov tseeb ntawd thaum txoj cai Hnub Caiv, thaum twb lig dhau lawm. Lub sijhawm ntawd pib nrog ib lub ntxa thiab kev sawv hauv qhov tuag rov los, thiab xaus nrog ib lub ntxa thiab tsis muaj kev sawv rov los. Cov nplej thaum pib paub Vajtswv, thaum Nws ua kom tiav kev sawv rov los ntawm Tshwm Sim tshooj kaum ib, hos cov nroj tsuag cuav paub thaum av qeeg ntawm txoj cai Hnub Caiv hauv tib tshooj ntawd. Nyob nruab nrab ntawm ob lub cim ciam ntawd, txoj kev sim siab ntawm nag yav kawg coj ob pab neeg ntawd los txog kev siav txhij rau lub sij hawm sau qoob loo.</w:t>
      </w:r>
    </w:p>
    <w:p>
      <w:pPr>
        <w:pStyle w:val="ArticleBody"/>
        <w:jc w:val="left"/>
      </w:pPr>
      <w:r>
        <w:rPr>
          <w:rFonts w:ascii="Times New Roman" w:hAnsi="Times New Roman" w:eastAsia="Times New Roman" w:cs="Times New Roman"/>
        </w:rPr>
        <w:t>Yauyees tej lus yog zaj nkauj txog lub vaj txiv hmab, tiam sis thawj yam uas nws tsa los nug yog seb tibneeg puas yuav paub txog hnub kawg raws li hnub nyoog thaum ub. Cov “txwj laus” hauv Yauyees ua tsis tau li ntawd, rau qhov thaum lub suab hu kom tsim los txog thaum ib tag hmo, lawv raug txiav tawm—raug ntuav tawm hauv tus Tswv lub qhov ncauj, ncaj qha rau qhov chaw uas tus tsiaj qus hauv ntiajteb qhib nws lub qhov ncauj hais lus, uas kuj yog qhov chaw uas Npala-as tus luj tshib hais lus, thiab yog qhov chaw uas Yauhas tus Uas Muab Neeg Ua Kev Cai Raus Dej leej txiv hais lus.</w:t>
      </w:r>
    </w:p>
    <w:p>
      <w:pPr>
        <w:pStyle w:val="ArticleBody"/>
        <w:jc w:val="left"/>
      </w:pPr>
      <w:r>
        <w:rPr>
          <w:rFonts w:ascii="Times New Roman" w:hAnsi="Times New Roman" w:eastAsia="Times New Roman" w:cs="Times New Roman"/>
        </w:rPr>
        <w:t>Kev txiav txim rau cov “txwj laus thaum ub” yog raws li lo lus nug tias puas tau muaj li no nyob rau hauv nej tej yawg koob tiam? Zaj no qhib los ntawm kev hais tias, “mloog qhov no.” Ces nws nthuav tawm ob tug timkhawv, ib tug yog plaub tiam neeg, hos ib tug ntxiv yog plaub hom kab. Tom qab ntawd lawv raug tsim los ntawm Lub Suab Quaj Thaum Ib Tag Hmo, tsuas yog pom tias lawv raug hla dhau raws li Vajtswv haiv neeg cog lus uas Nws xaiv. Lawv tsis raug hla dhau vim lawv tsis muaj cawv txiv hmab, lawv raug hla dhau vim lawv muaj cawv txiv hmab tsis yog. Hauv zaj lus piv txwv txog kaum tus nkauj xwb, Yau-ees tej cawv txiv hmab tshiab yog roj.</w:t>
      </w:r>
    </w:p>
    <w:p>
      <w:pPr>
        <w:pStyle w:val="ArticleBody"/>
        <w:jc w:val="left"/>
      </w:pPr>
      <w:r>
        <w:rPr>
          <w:rFonts w:ascii="Times New Roman" w:hAnsi="Times New Roman" w:eastAsia="Times New Roman" w:cs="Times New Roman"/>
        </w:rPr>
        <w:t>Lawv txoj kev cawm seej raug muab tso rau hauv cov nqe lus hais tias seb lawv puas txais “cawv txiv hmab tshiab” ntawm txoj xov nag lig. Yaxayas kuj piav txog “cov txwj laus thiab cov neeg txheej thaum ub” ua “cov neeg qaug cawv ntawm Efa-i”, thiab hauv Tshwmsim xya Efa-i tsis raug sawv cev nyob hauv cov uas raug ntim. Nws raug hloov chaw los ntawm nws tus kwv Manaxes. Nyob nyuaj heev rau nrhiav tau ib tug vajntxwv twg uas phem dua Manaxes, los nws ho hloov chaw rau cov neeg qaug cawv ntawm Efa-i.</w:t>
      </w:r>
    </w:p>
    <w:p>
      <w:pPr>
        <w:pStyle w:val="ArticleScripture"/>
        <w:jc w:val="left"/>
      </w:pPr>
      <w:r>
        <w:rPr>
          <w:rFonts w:ascii="Times New Roman" w:hAnsi="Times New Roman" w:eastAsia="Times New Roman" w:cs="Times New Roman"/>
        </w:rPr>
        <w:t>“Cov neeg uas tsis tu siab rau lawv tus kheej txoj kev poob qis ntawm sab ntsuj plig, thiab tsis quaj ntsuag rau lwm tus tej kev txhaum, yuav raug tso tseg yam tsis muaj Vajtswv lub cim. Tus Tswv txib Nws cov tub txib, yog cov txiv neej uas tuav tej cuab yeej tua neeg hauv lawv txhais tes, hais tias: ‘Nej cia li raws nws mus thoob plaws hauv lub nroog, thiab tua: tsis txhob cia nej lub qhov muag khuv leej, thiab nej tsis txhob muaj kev hlub tshua li: cia li muab tua kom tag nrho cov laus thiab cov hluas, ob leeg ntxhais nkauj xwb, thiab tej me nyuam yaus, thiab cov poj niam: tiam sis tsis txhob txav ze rau ib tug neeg twg uas muaj lub cim ntawd rau saum nws; thiab nej cia li pib ntawm Kuv lub chaw dawb huv. Ces lawv thiaj pib ntawm cov txiv neej laus uas nyob ntawm xub ntiag ntawm lub tuam tsev.’”</w:t>
      </w:r>
    </w:p>
    <w:p>
      <w:pPr>
        <w:pStyle w:val="ArticleScripture"/>
        <w:jc w:val="left"/>
      </w:pPr>
      <w:r>
        <w:rPr>
          <w:rFonts w:ascii="Times New Roman" w:hAnsi="Times New Roman" w:eastAsia="Times New Roman" w:cs="Times New Roman"/>
        </w:rPr>
        <w:t>“Ntawm no peb pom tias pawg ntseeg—tus Tswv lub chaw dawb huv—yog thawj yam uas hnov txoj kev nplawm ntawm Vajtswv txoj kev chim. Cov txwj laus, cov uas Vajtswv tau pub txoj kev kaj loj rau thiab cov uas tau sawv ua cov neeg zov kev txaus siab ntawm sab ntsuj plig rau haiv neeg, tau ntxeev siab rau txoj kev cia siab uas muab tso rau lawv. Lawv tau tuav txoj hauj lwm tias peb tsis tas yuav nrhiav tej txujci tseem ceeb thiab qhov kev tshwm sim pom tseeb ntawm Vajtswv lub hwj chim ib yam li yav tag los. Lub sijhawm twb hloov lawm. Cov lus no txhawb lawv txoj kev tsis ntseeg, thiab lawv hais tias: Tus Tswv yuav tsis ua zoo, thiab Nws kuj yuav tsis ua phem. Nws muaj kev khuv leej dhau lawm uas yuav los xyuas Nws haiv neeg nrog kev txiav txim. Yog li ntawd ‘Kev thaj yeeb nyab xeeb thiab kev nyab xeeb’ yog lub suab quaj ntawm cov neeg uas yuav tsis tsa lawv lub suab dua ib zaug li suab raj kom qhia Vajtswv haiv neeg lawv tej kev txhaum thiab tsev neeg Yakhauj lawv tej kev txhaum. Cov dev ntsiag to uas tsis kam tom no yog cov uas hnov qhov kev pauj ncaj ncees ntawm Vajtswv uas raug ua kom chim. Txiv neej, hluas nkauj, thiab tej me nyuam yaus puav leej piam sij ua ke.”</w:t>
      </w:r>
    </w:p>
    <w:p>
      <w:pPr>
        <w:pStyle w:val="ArticleScripture"/>
        <w:jc w:val="left"/>
      </w:pPr>
      <w:r>
        <w:rPr>
          <w:rFonts w:ascii="Times New Roman" w:hAnsi="Times New Roman" w:eastAsia="Times New Roman" w:cs="Times New Roman"/>
        </w:rPr>
        <w:t>“Cov tej kev qias neeg uas cov neeg ncaj ncees quaj ntsuag thiab quaj thov vim tej ntawd, tsuas yog tej uas qhov muag muaj ciam txwv thiaj pom tau xwb; tiam sis cov kev txhaum phem tshaj plaws, yog cov uas ua rau tus Vajtswv dawb huv thiab huv si khib, tsis tau raug muab nthuav tawm li. Tus Kws Tshawb Nrhiav lub siab loj kawg nkaus ntawd paub txhua txoj kev txhaum uas raug ua hauv qhov zais cia los ntawm cov neeg ua haujlwm ntawm kev tsis ncaj. Cov neeg no pib xav tias lawv nyob ruaj ntseg hauv lawv tej kev dag ntxias, thiab vim yog Nws txoj kev ua siab ntev ntev, lawv thiaj hais tias tus Tswv tsis pom, ces lawv kuj ua ib yam li yog Nws twb tso lub ntiajteb tseg lawm. Tiamsis Nws yuav ntes tau lawv txoj kev ua neeg zoo cuav, thiab yuav qhib rau lwm tus pom tej kev txhaum uas lawv tau ceev faj zais cia heev.”</w:t>
      </w:r>
    </w:p>
    <w:p>
      <w:pPr>
        <w:pStyle w:val="ArticleScripture"/>
        <w:jc w:val="left"/>
      </w:pPr>
      <w:r>
        <w:rPr>
          <w:rFonts w:ascii="Times New Roman" w:hAnsi="Times New Roman" w:eastAsia="Times New Roman" w:cs="Times New Roman"/>
        </w:rPr>
        <w:t>“Tsis muaj kev siab dua hauv qib, hauv meej mom, los sis hauv kev txawj ntse hauv ntiajteb no, thiab tsis muaj ib txoj hauj lwm nyob hauv txoj hauj lwm dawb huv twg, uas yuav cawm tau tibneeg kom tsis txhob txi tej hauv paus ntsiab lus thaum lawv raug tso cia rau lawv tej siab dag ntxias ntawm lawv tus kheej. Cov uas ib txwm raug suav hais tias tsim nyog thiab ncaj ncees, los yeej pom tseeb tias yog cov thawj coj hauv txoj kev thim txoj kev ntseeg thiab yog tej qauv ntawm kev tsis quav ntsej thiab ntawm kev siv tsis ncaj Vajtswv txoj kev hlub tshua. Nws yuav tsis nyiaj taus lawv txoj kev phem ntawd ntxiv lawm, thiab hauv Nws txoj kev chim Nws rau txim rau lawv yam tsis muaj kev khuv leej.</w:t>
      </w:r>
    </w:p>
    <w:p>
      <w:pPr>
        <w:pStyle w:val="ArticleScripture"/>
        <w:jc w:val="left"/>
      </w:pPr>
      <w:r>
        <w:rPr>
          <w:rFonts w:ascii="Times New Roman" w:hAnsi="Times New Roman" w:eastAsia="Times New Roman" w:cs="Times New Roman"/>
        </w:rPr>
        <w:t>“Tus Tswv thim Nws lub xub ntiag tawm ntawm cov uas tau txais koob hmoov nrog qhov kaj loj heev thiab uas tau hnov lo lus hwj chim thaum ua haujlwm qhuab qhia rau lwm tus ntawd, yog ib yam uas Nws ua nrog kev tsis txaus siab. Lawv ib zaug tau yog Nws cov tub qhe ncaj ncees, tau txais kev tshwj xeeb nrog Nws lub xub ntiag thiab Nws txoj kev coj; tiam sis lawv tau ncaim ntawm Nws mus thiab tau coj lwm tus mus rau hauv kev yuam kev, thiab vim li ntawd lawv thiaj raug coj los nyob hauv Vajtswv txoj kev tsis txaus siab.” Testimonies, volume 5, 211, 212.</w:t>
      </w:r>
    </w:p>
    <w:p>
      <w:pPr>
        <w:pStyle w:val="ArticleBody"/>
        <w:jc w:val="left"/>
      </w:pPr>
      <w:r>
        <w:rPr>
          <w:rFonts w:ascii="Times New Roman" w:hAnsi="Times New Roman" w:eastAsia="Times New Roman" w:cs="Times New Roman"/>
        </w:rPr>
        <w:t>Yoosel tab tom hais rau cov thawj coj ntawm lub koom txoos Laodicean Seventh-day Adventist thaum nws txheeb “cov txwj laus,” tiam sis Yoosel kuj tab tom hais rau cov tsis muaj kev kawm, raws li Yaxayas hu cov uas raug muab piv tawm tsam cov muaj kev kawm. Yoosel tab tom hais rau cov txivneej thaum ub uas pe hawm lub hnub nyob hauv Ezekiel tshooj yim, thiab cov ntawd yog thawj pab uas raug txiav txim hauv tshooj cuaj. Nws kuj tab tom hais rau cov tswvcuab sawvdaws hauv lub koom txoos Laodicean Seventh-day Adventist thaum nws hais tias, “Nej cov txwj laus, nej cia li mloog qhov no, thiab nej txhua tus uas nyob hauv lub tebchaws, nej cia li qhib pob ntseg mloog.”</w:t>
      </w:r>
    </w:p>
    <w:p>
      <w:pPr>
        <w:pStyle w:val="ArticleBody"/>
        <w:jc w:val="left"/>
      </w:pPr>
      <w:r>
        <w:rPr>
          <w:rFonts w:ascii="Times New Roman" w:hAnsi="Times New Roman" w:eastAsia="Times New Roman" w:cs="Times New Roman"/>
        </w:rPr>
        <w:t>Cov nees nkaum tsib tus hauv tshooj yim nyob rau ntawm txoj cai Hnub Caiv, qhov chaw uas lawv tab tom pe hawm lub hnub nrog lawv nraub qaum tig rau lub tuam tsev dawb huv. Lawv yog ib “feem kaum” ntawm txoj kev ntxeev siab ntawm 250 leej, uas tau sawv nrog Khaus-las, Dasthas, thiab Anpiras. Cov nees nkaum tsib tus yog ib lub cim ntawm txoj kev ntxeev siab uas raug rov ua dua, raws li kev tshoov siab xyoo 1888, uas yog ib hom duab ua ntej ntawm txoj kev ntxeev siab ntawm cov thawj coj ntawm pawg ntseeg Xya-hnub Adven-tis Laodixias thaum 9/11, txuas mus txog rau txoj cai Hnub Caiv. Lawv sawv cev rau ib “feem kaum” ntawm txoj kev ntxeev siab nyob hauv tib lub sijhawm uas Yaxayas hauv tshooj rau qhia txog cov neeg txawj ntse tias yog ib “feem kaum,” uas muaj keeb txhab nyob sab hauv.</w:t>
      </w:r>
    </w:p>
    <w:p>
      <w:pPr>
        <w:pStyle w:val="ArticleBody"/>
        <w:jc w:val="left"/>
      </w:pPr>
      <w:r>
        <w:rPr>
          <w:rFonts w:ascii="Times New Roman" w:hAnsi="Times New Roman" w:eastAsia="Times New Roman" w:cs="Times New Roman"/>
        </w:rPr>
        <w:t>Yau-ees yog txoj lus tshaj tawm rau cov Adventist, tias lawv lub sijhawm uas tseem raug sim no twb raug kaw lawm lawm, rau qhov lawv tau puv lawv lub khob ntawm lub sijhawm raug sim nrog txoj kev txhaum, thiab qhov puv npo ntawd raug sawv cev ua mob nkeeg txij ntawm lawv taub hau mus txog rau lawv cov ntiv taw, qhia meej tias txoj xov ntawm nag tom qab tau raug txiav tawm ntawm lawv tej qhov ncauj lawm. Yaxayas piav txog tib qho tseeb no hauv tshooj nees nkaum cuaj.</w:t>
      </w:r>
    </w:p>
    <w:p>
      <w:pPr>
        <w:pStyle w:val="ArticleScripture"/>
        <w:jc w:val="left"/>
      </w:pPr>
      <w:r>
        <w:rPr>
          <w:rFonts w:ascii="Times New Roman" w:hAnsi="Times New Roman" w:eastAsia="Times New Roman" w:cs="Times New Roman"/>
        </w:rPr>
        <w:t>Nej nyob twj ywm thiab xav tsis thoob; quaj nrov nrov, yeej quaj tawm los: lawv qaug cawv, tiamsis tsis yog qaug cawv txiv hmab; lawv yuj yees, tiamsis tsis yog vim dej cawv muaj zog. Rau qhov tus Tswv tau nchuav tus ntsuj plig tsaug zog tob rau saum nej, thiab tau kaw nej ob lub qhov muag: cov yaj saub thiab nej cov thawj coj, cov neeg pom yog toog, nws tau npog lawv lawm. Thiab lub zeem muag ntawm txhua yam tau dhau los ua rau nej ib yam li cov lus hauv ib phau ntawv uas raug kaw ntim, uas neeg muab cev rau ib tug uas txawj nyeem, hais tias, Thov nyeem qhov no: thiab nws hais tias, Kuv nyeem tsis tau; rau qhov nws raug kaw ntim. Thiab muab phau ntawv ntawd cev rau tus uas tsis txawj nyeem, hais tias, Thov nyeem qhov no: thiab nws hais tias, Kuv tsis txawj nyeem.</w:t>
      </w:r>
    </w:p>
    <w:p>
      <w:pPr>
        <w:pStyle w:val="ArticleScripture"/>
        <w:jc w:val="left"/>
      </w:pPr>
      <w:r>
        <w:rPr>
          <w:rFonts w:ascii="Times New Roman" w:hAnsi="Times New Roman" w:eastAsia="Times New Roman" w:cs="Times New Roman"/>
        </w:rPr>
        <w:t>Vim li no tus Tswv thiaj hais tias, Vim haiv neeg no los ze kuv ntawm lawv lub ncauj, thiab hwm kuv ntawm lawv daim di ncauj, tiamsis lawv tau muab lawv lub siab txav mus deb ntawm kuv lawm, thiab lawv txoj kev ntshai kuv tsuas yog kawm raws li tej lus qhuab qhia ntawm neeg xwb: Yog li ntawd, saib maj, kuv yuav rov ua ib txoj hauj lwm uas txaus xav tsis thoob nyob hauv haiv neeg no, yog ib txoj hauj lwm txaus xav tsis thoob thiab yog ib qho hwj chim loj kawg nkaus: rau qhov lawv cov neeg txawj ntse txoj kev txawj ntse yuav ploj mus, thiab lawv cov neeg muaj kev to taub txoj kev nkag siab yuav raug muab zais tseg. Txom nyem rau cov uas nrhiav kev nkaum lawv tej tswv yim tob tob ntawm tus Tswv, thiab lawv tej hauj lwm nyob hauv qhov tsaus ntuj, thiab lawv hais tias, Leejtwg pom peb? thiab leejtwg paub peb? Muaj tseeb tiag, nej txoj kev tig txhua yam rov qab yuav raug suav ib yam li tus kws puab lauj kaub cov av nplaum: puas yog yam uas raug tsim yuav hais txog tus uas tsim nws tias, Nws tsis tau tsim kuv? lossis puas yog yam uas raug puab yuav hais txog tus uas puab nws tias, Nws tsis muaj kev to taub? Yaxayas 29:9–16.</w:t>
      </w:r>
    </w:p>
    <w:p>
      <w:pPr>
        <w:pStyle w:val="ArticleBody"/>
        <w:jc w:val="left"/>
      </w:pPr>
      <w:r>
        <w:rPr>
          <w:rFonts w:ascii="Times New Roman" w:hAnsi="Times New Roman" w:eastAsia="Times New Roman" w:cs="Times New Roman"/>
        </w:rPr>
        <w:t>Qhov “kev nkag siab” ntawm cov neeg txawj ntse yog txhim rau saum txoj kev qhib lub cim foob tawm ntawm Vajtswv Txoj Lus cev lus faj lem. Cov uas tau raug cob qhia hauv cov koom haum uas twb raug muab qias tuaj ntawm Adventism tsis muaj peev xwm nyeem phau ntawv cev lus faj lem, thiab lawv liam Vajtswv tias tsis muaj kev nkag siab. Thaum cev lus faj lem raug qhib lub cim foob tawm lawm, lawv tsis tuaj yeem nkag siab tau, yog li ntawd lawv liam Vajtswv tias yog Tus uas tsis muaj kev nkag siab, thiab los ntawm kev ua li ntawd lawv muab tej yam tig ntxeev qab. Cov muaj kev kawm thiab cov tsis muaj kev kawm hauv Adventism tsis tuaj yeem nkag siab txog tej cev lus faj lem uas raug qhib tawm tam sim ua ntej lub sij hawm ntawm kev sim siab kaw, thiab phau ntawv Yau-ee txib kom cov “txwj laus” mloog, tiam sis lawv yog ib pab neeg uas hnov los tsis hnov, thiab pom los tsis pom.</w:t>
      </w:r>
    </w:p>
    <w:p>
      <w:pPr>
        <w:pStyle w:val="ArticleBody"/>
        <w:jc w:val="left"/>
      </w:pPr>
      <w:r>
        <w:rPr>
          <w:rFonts w:ascii="Times New Roman" w:hAnsi="Times New Roman" w:eastAsia="Times New Roman" w:cs="Times New Roman"/>
        </w:rPr>
        <w:t>Lub plawv tob tshaj plaws ntawm lawv txoj kev ntxeev siab raug sawv cev nyob rau hauv lawv qhov uas tsis muaj peev xwm lees paub Khetos tias yog tus thawj thiab tus kawg. Qhov no yog lub ntsiab lus nyob hauv tshooj ntawd uas lo lus nug raug nug tias, “Qhov no puas tau muaj nyob hauv nej tiam, los yog txawm nyob hauv nej cov yawg koob tiam?”</w:t>
      </w:r>
    </w:p>
    <w:p>
      <w:pPr>
        <w:pStyle w:val="ArticleBody"/>
        <w:jc w:val="left"/>
      </w:pPr>
      <w:r>
        <w:rPr>
          <w:rFonts w:ascii="Times New Roman" w:hAnsi="Times New Roman" w:eastAsia="Times New Roman" w:cs="Times New Roman"/>
        </w:rPr>
        <w:t>Puas tau muaj ib lub sijhawm twg hauv keeb kwm ntawm nej tej yawg koob uas ib haiv neeg raug tsa sawv thaum Lub Suab Quaj Nruab Nrab Hmo, tsuas yog thiaj pom tias lawv yog cov nkauj xwb ruam? Cov “txiv neej laus” raug txib kom “tsim dheev,” ib yam li cov Millerite tau raug thaum lub rooj sib txoos hauv Exeter xyoo 1844. Zaj lus piv txwv txog kaum leej nkauj xwb yog zaj lus piv txwv txog kev paub dhau los ntawm haiv neeg Adventist, uas tau ua tiav raws nraim txhua lo lus hauv keeb kwm Millerite, thiab yuav rov ua tiav raws nraim txhua lo lus dua ib zaug ntxiv hauv tej hnub kawg. Qhov uas Laodicean Seventh-day Adventism tsis muaj peev xwm pom tias keeb kwm hauv paus ntawm lawv pawg ntseeg raug rov qab ua dua hauv tej hnub kawg, yog kev hais kom pom tseeb txog txoj cai yaj saub uas yog tus yuam sij qhib txoj lus yaj saub. Qhov no tsis yog tsuas yog txoj cai hauv phau Vajlugkub xwb, tiam sis kuj yog lub plawv ntawm Kev Tshwm Sim txog tus cwj pwm ntawm Yexus Khetos uas raug qhib lub foob tsis ntev ua ntej lub sijhawm kev txiav txim siab rau txhua tus raug kaw.</w:t>
      </w:r>
    </w:p>
    <w:p>
      <w:pPr>
        <w:pStyle w:val="ArticleBody"/>
        <w:jc w:val="left"/>
      </w:pPr>
      <w:r>
        <w:rPr>
          <w:rFonts w:ascii="Times New Roman" w:hAnsi="Times New Roman" w:eastAsia="Times New Roman" w:cs="Times New Roman"/>
        </w:rPr>
        <w:t>Yoos xav hais tias, “Qhov no puas tau muaj nyob hauv nej tej hnub, los txawm nyob hauv nej cov yawg koob tej hnub thiab?” Los kuj yuav nug tau tias, “Nyob hauv nej cov yawg koob tej hnub, puas tau muaj ib txoj kev sim uas cais ib haiv neeg ntawm lo lus cog tseg tshiab tawm ntawm ib haiv neeg ntawm lo lus cog tseg qub?” Muaj tseeb tau muaj, thiab txoj kev cais ntawd tau ua tiav los ntawm txoj xov yaj saub uas nyob rau hauv zaj lus piv txwv raug sawv cev ua roj. “Qhov no puas tau muaj nyob hauv nej tej hnub lossis hauv nej cov yawg koob tej hnub” tam sim ntawd qhia meej tias yam uas tau tshwm sim hauv lawv cov yawg koob tej hnub yog ib qho kev tsim dheev tom qab plaub tiam ntawm kev puas tsuaj uas nce zuj zus, raws li tau sawv cev los ntawm lo lus txib kom xa txoj xov ntawd mus thoob plaub tiam, thiab los ntawm plaub hom kab uas sawv cev rau kev puas tsuaj uas nce zuj zus. Yoos yog kev tshaj tawm txog kev txiav txim tawm tsam ib pawg ntseeg uas tau rov qab ntog thiab tau tso txoj kev ntseeg tseg rau lub sijhawm Midnight Cry. Tsis muaj ib pawg ntseeg twg hauv keeb kwm dawb ceev uas tau sawv tawm tsam qhov kaj loj dua li pawg ntseeg Xya-hnub Advhees. Lub cim ntawm hom kev ntxeev siab tawm tsam qhov tseeb ntawd raug sawv cev los ntawm “Kapenau.”</w:t>
      </w:r>
    </w:p>
    <w:p>
      <w:pPr>
        <w:pStyle w:val="ArticleBody"/>
        <w:jc w:val="left"/>
      </w:pPr>
      <w:r>
        <w:rPr>
          <w:rFonts w:ascii="Times New Roman" w:hAnsi="Times New Roman" w:eastAsia="Times New Roman" w:cs="Times New Roman"/>
        </w:rPr>
        <w:t>Peb yuav txuas ntxiv hauv tsab xov xwm tom ntej.</w:t>
      </w:r>
    </w:p>
    <w:p>
      <w:pPr>
        <w:pStyle w:val="ArticleScripture"/>
        <w:jc w:val="left"/>
      </w:pPr>
      <w:r>
        <w:rPr>
          <w:rFonts w:ascii="Times New Roman" w:hAnsi="Times New Roman" w:eastAsia="Times New Roman" w:cs="Times New Roman"/>
        </w:rPr>
        <w:t>“Hauv Capernaum Yexus tau nyob rau lub sijhawm nruab nrab ntawm Nws tej kev taug mus los, thiab qhov chaw ntawd thiaj raug hu ua ‘Nws tus kheej lub nroog.’ Nws nyob ntawm ntug Hiavtxwv Kalilais, thiab nyob ze ciam teb ntawm daim tiaj zoo nkauj Gennesaret, yog tsis nyob ncaj qha saum nws tiag.” The Desire of Ages, 252.</w:t>
      </w:r>
    </w:p>
    <w:p>
      <w:pPr>
        <w:pStyle w:val="ArticleScripture"/>
        <w:jc w:val="left"/>
      </w:pPr>
      <w:r>
        <w:rPr>
          <w:rFonts w:ascii="Times New Roman" w:hAnsi="Times New Roman" w:eastAsia="Times New Roman" w:cs="Times New Roman"/>
        </w:rPr>
        <w:t>“Nyob rau hauv cov uas lees tias yog Vajtswv cov me nyuam, muaj kev ua siab ntev tshwm sim tsawg npaum li cas, muaj ntau npaum li cas cov lus iab lus khawv uas tau hais tawm, muaj ntau npaum li cas kev rau txim qhuab ntuas uas tau tshaj tawm tawm tsam cov uas tsis yog nyob hauv peb txoj kev ntseeg. Coob leej tau saib cov uas nyob hauv lwm pawg ntseeg zoo li yog cov neeg txhaum loj, thaum tus Tswv tsis saib lawv li ntawd. Cov uas saib cov tswvcuab ntawm lwm pawg ntseeg li ntawd, lawv yuav tsum txo hwjchim lawv tus kheej nyob hauv Vajtswv txhais tes muaj hwjchim loj. Cov uas lawv txiav txim tej zaum tsuas tau txais qhov kaj me ntsis xwb, muaj ob peb lub sijhawm thiab tej cai tshwjxeeb tsawg heev. Yog lawv tau muaj qhov kaj uas ntau tus tswvcuab hauv peb tej pawg ntseeg tau muaj, lawv tej zaum yuav tau vam meej mus sai dua qub heev, thiab yuav tau sawv cev rau lawv txoj kev ntseeg rau ntiajteb zoo dua. Hais txog cov uas khav txog lawv qhov kaj, los tseem tsis taug kev hauv qhov kaj ntawd, Khetos hais tias, ‘Tiamsis kuv hais rau nej, Hnub txiav txim yuav yooj yim dua rau Tyre thiab Sidon, dua li rau nej. Thiab koj, Capernaum [Cov Xya-Hnub Adventist, uas tau txais qhov kaj loj], uas raug tsa siab mus txog saum ntuj [hauv txoj cai tshwjxeeb], yuav raug txo nqis mus rau dabteb: rau qhov yog tej haujlwm muaj hwjchim loj, uas tau ua nyob hauv koj, tau ua nyob hauv Sodom, ces lub nroog ntawd yuav nyob ruaj mus txog hnub no. Tiamsis kuv hais rau nej, Hnub txiav txim yuav yooj yim dua rau lub tebchaws Sodom, dua li rau koj.’ Lub sijhawm ntawd Yexus teb hais tias, ‘Au Txiv, tus Tswv ntawm ntuj thiab ntiajteb, kuv ua koj tsaug, vim koj tau zais tej no ntawm cov txawj ntse thiab cov uas ceev faj [hauv lawv tus kheej txoj kev kwv yees], thiab tau qhia tej no rau cov menyuam mos.’”</w:t>
      </w:r>
    </w:p>
    <w:p>
      <w:pPr>
        <w:pStyle w:val="ArticleScripture"/>
        <w:jc w:val="left"/>
      </w:pPr>
      <w:r>
        <w:rPr>
          <w:rFonts w:ascii="Times New Roman" w:hAnsi="Times New Roman" w:eastAsia="Times New Roman" w:cs="Times New Roman"/>
        </w:rPr>
        <w:t>“‘Thiab nim no, vim hais tias nej twb tau ua txhua yam haujlwm no lawm, tus Tswv hais li no, thiab kuv twb hais rau nej, sawv ntxov ntxov los hais, los nej tsis mloog; thiab kuv hu nej, los nej tsis teb; yog li ntawd kuv yuav ua rau lub tsev no, uas raug hu raws li kuv lub npe, uas nej tso siab rau, thiab rau qhov chaw uas kuv tau muab rau nej thiab rau nej tej yawg koob, ib yam li kuv tau ua rau Shiloh. Thiab kuv yuav ntiab nej tawm ntawm kuv lub xub ntiag, ib yam li kuv tau ntiab nej cov kwv tij txhua tus tawm lawm, yog tag nrho caj ces Ephraim.’”</w:t>
      </w:r>
    </w:p>
    <w:p>
      <w:pPr>
        <w:pStyle w:val="ArticleScripture"/>
        <w:jc w:val="left"/>
      </w:pPr>
      <w:r>
        <w:rPr>
          <w:rFonts w:ascii="Times New Roman" w:hAnsi="Times New Roman" w:eastAsia="Times New Roman" w:cs="Times New Roman"/>
        </w:rPr>
        <w:t>“Tus Tswv tau tsa tej koomhaum uas muaj nqis heev nyob hauv peb, thiab lawv yuav tsum raug tswj hwm, tsis yog raws li tej koomhaum hauv ntiajteb raug tswj hwm, tiam sis raws li Vajtswv txoj kev txiav txim. Lawv yuav tsum raug tswj hwm nrog lub siab tsom nkaus rau Nws lub yeeb koob, xwv kom txhua txoj hau kev cawm tau tej ntsuj plig uas tab tom puam tsuaj. Cov lus tim khawv ntawm tus Ntsuj Plig tau los cuag Vajtswv haiv neeg lawm, los ntau leej tseem tsis tau mloog lus rau tej lus qhuab ntuas, tej lus ceeb toom, thiab tej lus ntuas.”</w:t>
      </w:r>
    </w:p>
    <w:p>
      <w:pPr>
        <w:pStyle w:val="ArticleScripture"/>
        <w:jc w:val="left"/>
      </w:pPr>
      <w:r>
        <w:rPr>
          <w:rFonts w:ascii="Times New Roman" w:hAnsi="Times New Roman" w:eastAsia="Times New Roman" w:cs="Times New Roman"/>
        </w:rPr>
        <w:t>“‘Tam sim no nej, nej haiv neeg ruam thiab tsis muaj kev to taub; uas muaj qhov muag los tsis pom; uas muaj pob ntseg los tsis hnov: nej puas yuav tsis ntshai kuv, tus Tswv hais li no? nej puas yuav tsis tshee hnyo ntawm kuv xub ntiag, kuv uas tau muab cov xuab zeb ua ciam rau hiav txwv los ntawm ib txoj cai uas nyob mus ib txhis, kom nws txhob hla dhau tau; thiab txawm nws cov nthwv dej sawv nphau nphwv los, los lawv yeej kov tsis yeej; txawm lawv nrov qheej qawv los, los lawv yeej hla tsis dhau tau? Tiamsis haiv neeg no muaj ib lub siab ntxeev siab thiab tawm tsam; lawv tau ntxeev mus thiab ploj lawm. Lawv kuj tsis hais hauv lawv lub siab tias, Cia peb tam sim no ntshai tus Tswv uas yog peb tus Vajtswv, tus uas pub nag, ob yam tib si, nag thaum xub thawj thiab nag thaum lig, raws li nws lub caij nyoog: nws khaws cia rau peb tej limtiam uas raug teem tseg rau lub caij sau qoob loo. Nej tej kev phem kev qias tau tig tej no mus lawm, thiab nej tej kev txhaum tau txwv tej yam zoo ntawm nej.... Lawv tsis txiav txim rau rooj plaub, yog rooj plaub ntawm cov me nyuam ntsuag los lawv kuj tsis txiav txim, los lawv tseem vam meej; thiab txoj cai ntawm cov neeg txom nyem lawv kuj tsis txiav txim. Kuv puas yuav tsis tuaj xyuas rau tej no? tus Tswv hais li no; kuv tus ntsuj plig puas yuav tsis pauj rau ib haiv neeg zoo li no?’”</w:t>
      </w:r>
    </w:p>
    <w:p>
      <w:pPr>
        <w:pStyle w:val="ArticleScripture"/>
        <w:jc w:val="left"/>
      </w:pPr>
      <w:r>
        <w:rPr>
          <w:rFonts w:ascii="Times New Roman" w:hAnsi="Times New Roman" w:eastAsia="Times New Roman" w:cs="Times New Roman"/>
        </w:rPr>
        <w:t>“Tus Tswv puas yuav raug yuam kom hais tias, ‘Tsis txhob thov Vajtswv rau haiv neeg no, thiab txhob tsa suab quaj los yog lus thov rau lawv, thiab txhob thov nruab nrab rau kuv: rau qhov kuv yuav tsis mloog koj’? ‘Vim li ntawd cov nag tau raug txwv cia lawm, thiab tsis muaj nag tom qab li.... Txij hnub no mus koj yuav tsis quaj hu rau kuv hais tias, Kuv Txiv, koj yog tus coj kuv txij thaum kuv hluas los?’”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Yaw‑ees thiab Pawg Ntseeg Xya Hnub Advenees Hauv Laodicea — Zauv Nees Nkaum Plaub</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