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Kevcai Hnub Xanpataus Hauv Laodicea - Zaj Nees Nkaum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Tus Lej Nees nkaum tsib</w:t>
      </w:r>
    </w:p>
    <w:p>
      <w:pPr>
        <w:pStyle w:val="ArticleBody"/>
        <w:jc w:val="left"/>
      </w:pPr>
      <w:r>
        <w:rPr>
          <w:rFonts w:ascii="Times New Roman" w:hAnsi="Times New Roman" w:eastAsia="Times New Roman" w:cs="Times New Roman"/>
        </w:rPr>
        <w:t>Phau ntawv Yau-ee ntsib cov thawj coj ntawm pawg ntseeg Xya-Hnub Advenshtis Laodicea nrog zaj lus tim khawv txog nws txoj kev ntxeev siab uas loj hlob zuj zus dhau plaub tiam. Plaub tiam ntawd kuj raug piav qhia hauv Exekees tshooj yim, qhov chaw uas nees nkaum tsib tug txivneej ntawm tiam plaub ntawd hneev pe rau lub hnub. Xyoo 1901, kaum peb xyoos tom qab txoj kev ntxeev siab ntawm xyoo 1888, pawg ntseeg Advenshtis tau teeb tsa ib pawg neeg saib xyuas los coj pawg ntseeg.</w:t>
      </w:r>
    </w:p>
    <w:p>
      <w:pPr>
        <w:pStyle w:val="ArticleBody"/>
        <w:jc w:val="left"/>
      </w:pPr>
      <w:r>
        <w:rPr>
          <w:rFonts w:ascii="Times New Roman" w:hAnsi="Times New Roman" w:eastAsia="Times New Roman" w:cs="Times New Roman"/>
        </w:rPr>
        <w:t>Pawg Thawj Coj Ua Haujlwm ntawm General Conference thaum chiv thawj raug tsa nyob rau lub sijhawm ntawm qhov kev rov teeb tsa loj ntawm 1901 General Conference Session, thiab pawg ntawd muaj 25 tus tswv cuab. Qhov no yog ib qho kev nthuav dav tseem ceeb piv rau pawg thawj coj ua haujlwm ua ntej xyoo 1901, uas tsuas muaj 13 tus tswv cuab xwb. Cov tswv cuab tau nce ntxiv mus thoob plaws ntau xyoo, tiam sis Yexus ib txwm qhia qhov kawg kom phim raws li qhov pib. Thaum pib muaj 25 tus tswv cuab, nrog ib tug ua tus thawj coj, uas sib txuam raws li ib txoj kev qhuab qhia hauv lub chaw dawb huv, uas muaj 24 tug pov thawj thiab ib tug pov thawj hlob.</w:t>
      </w:r>
    </w:p>
    <w:p>
      <w:pPr>
        <w:pStyle w:val="ArticleBody"/>
        <w:jc w:val="left"/>
      </w:pPr>
      <w:r>
        <w:rPr>
          <w:rFonts w:ascii="Times New Roman" w:hAnsi="Times New Roman" w:eastAsia="Times New Roman" w:cs="Times New Roman"/>
        </w:rPr>
        <w:t>Yudas thiab Pawg Xashedrin yog ob lub cim ntawm kev ntxeev siab nyob rau hauv tiam uas Khetos nyob. Pawg Xashedrin sawv cev rau pawg ntseeg Xya-Hnub Adven-tis ntawm Laodikea. Pawg Xashedrin txoj kev koom tes hauv kev muab Khetos ntsia saum ntoo khaub lig, yog ib daim qauv qhia ua ntej txog lub luag hauj lwm ntawm Adven-tis kev ntseeg hauv lub sijhawm muaj kev kub ntxhov ntawm txoj cai Hnub Caiv. Pawg Xashedrin—uas yog pawg sab laj loj tshaj plaws ntawm cov Yudais nyob hauv Yeluxalees, muaj cov thawj pov thawj, cov txwj laus, thiab cov kws sau ntawv ua tswv cuab, thiab tus Pov Thawj Hlob Kaifas ua tus thawj tswj—tau ua lub luag hauj lwm tseem ceeb hauv tej xwm txheej uas coj mus rau Yexus txoj kev tuag.</w:t>
      </w:r>
    </w:p>
    <w:p>
      <w:pPr>
        <w:pStyle w:val="ArticleBody"/>
        <w:jc w:val="left"/>
      </w:pPr>
      <w:r>
        <w:rPr>
          <w:rFonts w:ascii="Times New Roman" w:hAnsi="Times New Roman" w:eastAsia="Times New Roman" w:cs="Times New Roman"/>
        </w:rPr>
        <w:t>Tom qab Yexus raug ntes hauv Khexemanes (uas raug npaj los ntawm Yudas txoj kev ntxeev siab), nws raug coj tuaj sawv ntawm Sanhedrin thaum hmo ntuj hauv Kaiyafas lub tsev. Lawv nrhiav lus tim khawv kom txiav txim rau nws, tsa cov tim khawv uas liam nws tias nws hais lus thuam Vajtswv thiab ntxeev nom ntxeev tswv.</w:t>
      </w:r>
    </w:p>
    <w:p>
      <w:pPr>
        <w:pStyle w:val="ArticleBody"/>
        <w:jc w:val="left"/>
      </w:pPr>
      <w:r>
        <w:rPr>
          <w:rFonts w:ascii="Times New Roman" w:hAnsi="Times New Roman" w:eastAsia="Times New Roman" w:cs="Times New Roman"/>
        </w:rPr>
        <w:t>Thaum Caiaphas nug Yexus ncaj qha tias nws puas yog tus Mexiyas (lossis Leej Tub ntawm Vajtswv), Yexus cov lus teb lees tias, “Koj twb hais li ntawd lawm,” ua rau tus pov thawj hlob tshaj tawm tias, “Kev thuam Vajtswv!” Pawg sab laj txiav txim rau Nws tias tsim nyog raug tua tuag. Vim lawv tsis muaj cai raws li txoj kev kav ntawm Loos los tua raws txim tuag, lawv thiaj muab Yexus cob rau Pontius Pilate, tus tswv xeev Loos, liam tias nws yog tus ntxeev teb chaws kom thiaj tau kev tua raws li Loos. Qhov kev ntsia saum ntoo khaub lig tiag tiag tau ua los ntawm cov tub rog Loos raws li Pilate txoj lus txib, tiamsis tsuas yog tom qab Pilate tso siab rau txoj kev nias siab ntawm cov thawj pov thawj thiab ib pab neeg coob (uas thov kom Yexus tuag thiab kom tso Barabbas tawm).</w:t>
      </w:r>
    </w:p>
    <w:p>
      <w:pPr>
        <w:pStyle w:val="ArticleScripture"/>
        <w:jc w:val="left"/>
      </w:pPr>
      <w:r>
        <w:rPr>
          <w:rFonts w:ascii="Times New Roman" w:hAnsi="Times New Roman" w:eastAsia="Times New Roman" w:cs="Times New Roman"/>
        </w:rPr>
        <w:t>“Thaum Khetos nyob saum nplaim ntiajteb no, lub ntiajteb xaiv Barabas dua. Thiab hnub no lub ntiajteb thiab cov pawg ntseeg tab tom ua tib qho kev xaiv ntawd. Tej xwm txheej ntawm txoj kev ntxeev siab, txoj kev tsis lees txais, thiab txoj kev muab Khetos ntsia saum ntoo khaub lig twb raug ua rov tshwm sim dua, thiab tseem yuav raug ua rov tshwm sim dua rau ib theem loj kawg nkaus. Tibneeg yuav puv npo rau tej cwj pwm ntawm tus yeeb ncuab, thiab nrog lawv ntawd nws tej kev dag ntxias yuav muaj hwjchim loj heev. Raws nraim li qhov uas qhov kaj raug tsis lees txais, yuav muaj kev nkag siab yuam kev thiab kev to taub yuam kev. Cov uas tsis lees txais Khetos thiab xaiv Barabas ua hauj lwm nyob hauv ib txoj kev dag ntxias uas coj mus rau kev puastsuaj. Kev piav yuam kev thiab tim khawv cuav yuav loj hlob mus txog rau kev tawm tsam qhib lug. Lub qhov muag yog phem, ces tag nrho lub cev yuav puv npo rau qhov tsaus ntuj. Cov uas muab lawv txoj kev hlub rau ib tug thawj coj twg uas tsis yog Khetos yuav pom lawv tus kheej nyob hauv qab txoj kev tswj kav, ntawm cev nqaij daim tawv, ntsuj plig, thiab txojsia, los ntawm ib txoj kev ntxias siab vwm plias uas ntxim qhuas txaus heev; nyob hauv nws lub hwjchim ntawd, ntsuj plig tig ntawm kev mloog qhov tseeb mus ntseeg tej lus dag. Lawv raug ntxiab thiab raug ntes lawm, thiab los ntawm lawv txhua yam kev ua lawv quaj hais tias, Tso Barabas rau peb, tiam sis cia li ntsia Khetos saum ntoo khaub lig.”</w:t>
      </w:r>
    </w:p>
    <w:p>
      <w:pPr>
        <w:pStyle w:val="ArticleScripture"/>
        <w:jc w:val="left"/>
      </w:pPr>
      <w:r>
        <w:rPr>
          <w:rFonts w:ascii="Times New Roman" w:hAnsi="Times New Roman" w:eastAsia="Times New Roman" w:cs="Times New Roman"/>
        </w:rPr>
        <w:t>“Txawm yog tam sim no los qhov kev txiav txim siab no tab tom raug txiav txim. Cov xwm txheej uas tau ua tawm ntawm tus ntoo khaublig tab tom raug ua rov qab dua. Hauv cov pawg ntseeg uas tau ncaim ntawm qhov tseeb thiab kev ncaj ncees, tab tom raug qhia tawm tias tib neeg lub cev xeeb ceem yuav ua tau dab tsi thiab yuav ua dab tsi thaum Vajtswv txoj kev hlub tsis yog ib lub hauv paus ntsiab lus uas nyob ruaj khov hauv tus ntsuj plig. Peb tsis tas yuav xav tsis thoob txog ib yam dab tsi uas tej zaum yuav tshwm sim tam sim no. Peb tsis tas yuav xav tsis thoob txog ib qho kev loj hlob twg ntawm kev txaus ntshai. Cov uas tsuj Vajtswv txoj kevcai rau hauv lawv tej ko taw uas tsis dawb huv muaj tib tus ntsuj plig ib yam li cov neeg uas tau thuam thiab ntxeev siab rau Yexus. Tsis muaj ib qho kev cem txim ntawm lub siab nco qab li, lawv yuav ua lawv txiv, uas yog dab ntxwg nyoog, tej haujlwm. Lawv yuav nug lo lus nug uas tau tawm ntawm Yudas tej di ncauj ntxeev siab tias, Nej yuav muab dab tsi rau kuv yog kuv muab Yexus tus Khetos cob rau nej? Txawm yog tam sim no los, Khetos tab tom raug ntxeev siab nyob rau hauv nws cov neeg dawb huv.” Review and Herald, January 30, 1900.</w:t>
      </w:r>
    </w:p>
    <w:p>
      <w:pPr>
        <w:pStyle w:val="ArticleBody"/>
        <w:jc w:val="left"/>
      </w:pPr>
      <w:r>
        <w:rPr>
          <w:rFonts w:ascii="Times New Roman" w:hAnsi="Times New Roman" w:eastAsia="Times New Roman" w:cs="Times New Roman"/>
        </w:rPr>
        <w:t>Yog nqe lus ntawd txhais tiag tiag raws li yam nws hais, ces cov uas raug txheeb tias yog “xaiv Barabbas,” yuav tsis muaj peev xwm to taub yam uas nqe lus ntawd qhia. Cov neeg ntawd yog cov neeg hauv 2 Thessalonians uas tau txais kev ntxias dag uas muaj zog, vim lawv tsis hlub qhov tseeb. Nws hais txog cov uas xaiv Barabbas tias, “Cov uas muab lawv txoj kev hlub rau ib tug thawj coj twg los xij dua li Khetos yuav pom lawv tus kheej nyob hauv qab kev tswj hwm, tag cev nqaij daim tawv, ntsuj plig, thiab sab ntsuj ntsuj, ntawm ib qho kev qaug siab uas ntxias siab heev kawg ua rau nyob hauv nws lub hwj chim tej ntsuj plig tig deb ntawm kev mloog qhov tseeb mus ntseeg txoj kev dag.” Cov uas tab tom xaiv Barabbas, nyob hauv qab Xatas txoj kev tswj hwm ua ntej txog txoj kev cim ntawm tus ntoo khaub lig thiab txoj cai Sunday. Nyob rau hauv qhov xwm txheej ntawd lawv yeej tsis muaj peev xwm to taub yam uas nqe lus ntawd qhia. Yog li ntawd lawv yuav hais tias, “Cov xwm txheej thaum Niam Tsev Dawb sau cov lus no yog rau zaj keeb kwm tshwj xeeb ntawd xwb, tsis yog rau tam sim no.” Tej zaum lawv yuav hais tias, “Nws tab tom hais txog txoj kev ntseeg Khetos dav dav xwb, thiab qhov no tsis siv ncaj qha rau Seventh-day Adventists.” Tsis muaj qab hau.</w:t>
      </w:r>
    </w:p>
    <w:p>
      <w:pPr>
        <w:pStyle w:val="ArticleBody"/>
        <w:jc w:val="left"/>
      </w:pPr>
      <w:r>
        <w:rPr>
          <w:rFonts w:ascii="Times New Roman" w:hAnsi="Times New Roman" w:eastAsia="Times New Roman" w:cs="Times New Roman"/>
        </w:rPr>
        <w:t>Muaj tseeb lawm, tej xwm txheej hauv keeb kwm thaum Muam White sau cov lus ntawd yeej yog ib qho lus piav txog nws tus kheej keeb kwm, tiamsis ib yam li Yauhas hauv Phau Tshwm Sim, thaum ib tug cev Vajtswv lus raug hais kom sau, nws raug hais kom sau “tej yam uas koj tau pom lawm, thiab tej yam uas tam sim no muaj, thiab tej yam uas yuav muaj tom qab no.” Thaum ib tug cev Vajtswv lus sau tseg tej yam uas tam sim no muaj, nws kuj yog tib lub sijhawm tab tom sau tseg tej yam uas yuav muaj thiab.</w:t>
      </w:r>
    </w:p>
    <w:p>
      <w:pPr>
        <w:pStyle w:val="ArticleBody"/>
        <w:jc w:val="left"/>
      </w:pPr>
      <w:r>
        <w:rPr>
          <w:rFonts w:ascii="Times New Roman" w:hAnsi="Times New Roman" w:eastAsia="Times New Roman" w:cs="Times New Roman"/>
        </w:rPr>
        <w:t>Cov thawj coj ntawm Adventism raug sawv cev los ntawm Exekees 25 tug txivneej, uas kuj raug muab tso raws li zaj lus faj lem nrog rau 250 tug txivneej uas tau sawv nrog Khaula, Dathas thiab Anpisas. Ib yam tseem ceeb tib yam nkaus, cov neeg tawm tsam xyoo 1888 thiab lub rooj sablaj dav Minneapolis raug Muam White qhia meej tias yog rov ua dua txoj kev tawm tsam ntawm Khaula, Dathas thiab Anpisas. Muam White qhia ncaj qha tias thaum tus timtswv hauv Tshwm Sim kaum yim nqes los thiab ua kom lub ntiajteb kaj lug nrog nws lub hwjchim ci ntsa iab, ces nag lig pib.</w:t>
      </w:r>
    </w:p>
    <w:p>
      <w:pPr>
        <w:pStyle w:val="ArticleScripture"/>
        <w:jc w:val="left"/>
      </w:pPr>
      <w:r>
        <w:rPr>
          <w:rFonts w:ascii="Times New Roman" w:hAnsi="Times New Roman" w:eastAsia="Times New Roman" w:cs="Times New Roman"/>
        </w:rPr>
        <w:t>“Los nag kawg yuav tsum poob los saum Vajtswv haiv neeg. Ib tug timtswv muaj hwjchim loj yuav nqes los saum ntuj, thiab tag nrho lub ntiajteb yuav raug ci los ntawm nws lub yeeb koob.” Review and Herald, April 21, 1891.</w:t>
      </w:r>
    </w:p>
    <w:p>
      <w:pPr>
        <w:pStyle w:val="ArticleBody"/>
        <w:jc w:val="left"/>
      </w:pPr>
      <w:r>
        <w:rPr>
          <w:rFonts w:ascii="Times New Roman" w:hAnsi="Times New Roman" w:eastAsia="Times New Roman" w:cs="Times New Roman"/>
        </w:rPr>
        <w:t>Muam Dawb White qhia ncaj qha tias tus tim tswv hauv Tshwmsim kaum yim tau nqes los rau hauv lub Rooj Sab Laj General xyoo 1888 nrog tej lus ntawm A. T. Jones thiab E. J. Waggoner. Thaum nws nyob hauv lub Rooj Sab Laj ntawd, nws raug kev ntxeev siab ntawd kub ntxhov siab heev uas nws txiav txim siab yuav khaws nws tej khoom thiab tawm mus, tiam sis ib tug tim tswv hais rau nws tias nws yuav tsum nyob twj ywm thiab sau tseg zaj keeb kwm ntawd, rau qhov nws yog ib qho rov ua dua ntawm Khaulas txoj kev ntxeev siab. Vim li cas tus tim tswv thiaj xav kom sau tseg, yog tias tsis yog rau ib zaj lus tim khawv nyob rau tiam kawg? Yog tias nws yog ib zaj lus tim khawv rau tiam kawg, ces nws yuav txhais tau lwm yam dab tsi ntxiv, tsuas yog hais tias pawg ntseeg Xya-hnub Adventist Laodicea yuav taug raws nraim cov kauj ruam ntawm Sanhedrin thaum lub sij hawm muaj kev kub ntxhov ntawm txoj cai Hnub Caiv, thiab tshwj xeeb yog zaj keeb kwm uas coj mus txog rau ntawd xwb.</w:t>
      </w:r>
    </w:p>
    <w:p>
      <w:pPr>
        <w:pStyle w:val="ArticleBody"/>
        <w:jc w:val="left"/>
      </w:pPr>
      <w:r>
        <w:rPr>
          <w:rFonts w:ascii="Times New Roman" w:hAnsi="Times New Roman" w:eastAsia="Times New Roman" w:cs="Times New Roman"/>
        </w:rPr>
        <w:t>Txoj xov ntawm Jones thiab Waggoner raug nthuav tawm ua “txoj xov txog kev raug ncaj ncees los ntawm txoj kev ntseeg, hauv qhov tseeb tiag,” “txoj xov rau Laodicea,” “txoj xov txog Khetos txoj kev ncaj ncees” thiab “txoj xov ntawm tus tim tswv thib peb.” Cov neeg ntxeev siab tawm tsam txoj xov ntawd, thiab kuj tsis lees txais kev coj ntawm tus Ntsuj Plig ntawm Kev Ceeb Toom thiab cov tub txib uas raug xaiv rau lub rooj sib tham ntawd. Muam White kuj qhia tias thaum tej tsev loj siab hauv Nroog New York raug vau los, los ntawm ib qho kov ntawm Vajtswv lub hwj chim, ces Tshwm Sim 18:1–3 yuav raug ua tiav. Txij li 9/11 los, cov thawj coj ntawm pawg ntseeg Xya-hnub Adventist ntawm Laodicea tau rov ua dua qhov kev ntxeev siab ntawm Korah, qhov kev ntxeev siab ntawm 25 tug txivneej thaum ub, qhov kev ntxeev siab ntawm cov thawj coj xyoo 1888, thiab qhov kev ntxeev siab ntawm Sanhedrin nyob rau lub sijhawm uas coj mus txog saum tus ntoo khaub lig. Cov 25 tug txivneej ntawd yog ib lub cim sawv cev rau ib txoj haujlwm pov thawj Levis cuav.</w:t>
      </w:r>
    </w:p>
    <w:p>
      <w:pPr>
        <w:pStyle w:val="ArticleBody"/>
        <w:jc w:val="left"/>
      </w:pPr>
      <w:r>
        <w:rPr>
          <w:rFonts w:ascii="Times New Roman" w:hAnsi="Times New Roman" w:eastAsia="Times New Roman" w:cs="Times New Roman"/>
        </w:rPr>
        <w:t>Ib tug Levis yuav tsum muaj 25 xyoos thaum nws pib ua hauj lwm teev hawm.</w:t>
      </w:r>
    </w:p>
    <w:p>
      <w:pPr>
        <w:pStyle w:val="ArticleScripture"/>
        <w:jc w:val="left"/>
      </w:pPr>
      <w:r>
        <w:rPr>
          <w:rFonts w:ascii="Times New Roman" w:hAnsi="Times New Roman" w:eastAsia="Times New Roman" w:cs="Times New Roman"/>
        </w:rPr>
        <w:t>Thiab tus Tswv hais rau Mauxes tias, Nov yog yam uas yog rau cov Levis: txij hnub nyoog nees nkaum tsib xyoos rov saud lawv yuav nkag mus ua tes haujlwm ntawm lub tsev ntaub sib ntsib: thiab txij hnub nyoog tsib caug xyoo lawv yuav tsum tseg tsis ua tes haujlwm ntawd lawm, thiab yuav tsis ua haujlwm ntawd ntxiv lawm: tiam sis lawv yuav ua haujlwm nrog lawv cov kwv tij hauv lub tsev ntaub sib ntsib, kom ceev txoj haujlwm uas tau muab cob rau lawv, thiab yuav tsis ua ib yam haujlwm ntawd li. Yog li no koj yuav tsum ua rau cov Levis raws li lawv tes haujlwm. Xwm Txheej 8:23–26.</w:t>
      </w:r>
    </w:p>
    <w:p>
      <w:pPr>
        <w:pStyle w:val="ArticleBody"/>
        <w:jc w:val="left"/>
      </w:pPr>
      <w:r>
        <w:rPr>
          <w:rFonts w:ascii="Times New Roman" w:hAnsi="Times New Roman" w:eastAsia="Times New Roman" w:cs="Times New Roman"/>
        </w:rPr>
        <w:t>Ib tug Levis pib nws txoj hauj lwm thaum muaj nees nkaum tsib xyoos, thiab ua hauj lwm tau nees nkaum tsib xyoos, mus txog thaum nws muaj tsib caug xyoo. Tus Tubtxib ntawm Txoj Kev Cog Lus nyob hauv Malakis peb tab tom ntxuav kom dawb huv thiab kuj lim kom huv cov Levis thaum txog hnub Sunday law, ib yam li Nws tau ua thaum Lub Kaum Hli 22, 1844.</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tab tom nrhiav, yuav los txog nws lub tuam tsev tam sim ntawd, yog tus tubtxib ntawm txoj lus cog tseg, uas nej zoo siab rau nws: saib seb, nws yuav los, hais li tus Tswv ntawm tej pab tub rog.</w:t>
      </w:r>
    </w:p>
    <w:p>
      <w:pPr>
        <w:pStyle w:val="ArticleScripture"/>
        <w:jc w:val="left"/>
      </w:pPr>
      <w:r>
        <w:rPr>
          <w:rFonts w:ascii="Times New Roman" w:hAnsi="Times New Roman" w:eastAsia="Times New Roman" w:cs="Times New Roman"/>
        </w:rPr>
        <w:t>Tiamsis leejtwg yuav nyob taus hnub uas nws los? Thiab leejtwg yuav sawv taus thaum nws tshwm sim? Rau qhov nws zoo li hluav taws uas lim kom huv, thiab zoo li xab npum ntxuav ntaub: Thiab nws yuav zaum ua tus lim thiab tus ua kom nyiaj huv: thiab nws yuav ua kom cov tub ntawm Levi huv, thiab ntxuav lawv kom dawb huv ib yam li kub thiab nyiaj, xwv kom lawv thiaj li yuav coj tau ib qho kev fij rau tus Tswv hauv txoj kev ncaj ncees. Ces txoj kev fij ntawm Yudas thiab Yeluxalees yuav ua rau tus Tswv txaus siab, ib yam li nyob rau tej hnub qub, thiab ib yam li hauv tej xyoos dhau los. Malakhi 3:1–4.</w:t>
      </w:r>
    </w:p>
    <w:p>
      <w:pPr>
        <w:pStyle w:val="ArticleBody"/>
        <w:jc w:val="left"/>
      </w:pPr>
      <w:r>
        <w:rPr>
          <w:rFonts w:ascii="Times New Roman" w:hAnsi="Times New Roman" w:eastAsia="Times New Roman" w:cs="Times New Roman"/>
        </w:rPr>
        <w:t>Tus lej “25” raws li ib lub cim, tsis yog sawv cev rau ib tug Levis uas ncaj ncees xwb, tiam sis kuj sawv cev rau ib tug Levis cuav thiab. Vim li ntawd, “25” raws li ib lub cim yog qhia txog kev cais tawm ntawm ob pawg neeg pe hawm, txawm yog lawv yog cov nkauj xwb txawj ntse thiab cov ruam, yaj thiab tshis, nplej thiab txhauv. Tus lej nees nkaum tsib tsis yog tsuas yog ib lub cim ntawm ib tug Levis xwb, tiam sis ib yam tseem ceeb ib yam nkaus thiab nws yog ib lub cim ntawm kev cais tawm (kev ntxuav kom huv) ntawm cov Levis. Qhov kev cais ntawd yog tshwm sim rau lub sij hawm txoj cai Hnub Caiv, thiab nws yog ib qho ntsiab lus tseem ceeb ntawm Vajtswv Txojlus qhia yav tom ntej. Yog li ntawd, nws phim tsim nyog heev uas Mathais tshooj nees nkaum tsib tsuas yog ib qho kev txuas ntxiv ntawm Yexus tej lus faj lem txog hnub kawg ntawm lub ntiaj teb hauv Mathais nees nkaum plaub.</w:t>
      </w:r>
    </w:p>
    <w:p>
      <w:pPr>
        <w:pStyle w:val="ArticleScripture"/>
        <w:jc w:val="left"/>
      </w:pPr>
      <w:r>
        <w:rPr>
          <w:rFonts w:ascii="Times New Roman" w:hAnsi="Times New Roman" w:eastAsia="Times New Roman" w:cs="Times New Roman"/>
        </w:rPr>
        <w:t>Yexus txawm tawm mus, thiab ncaim ntawm lub tuam tsev mus; nws cov thwjtim txawm los cuag nws kom qhia rau nws pom tej tsev ntawm lub tuam tsev. Thiab Yexus hais rau lawv tias, Nej tsis pom tag nrho tej no lov? Kuv hais tseeb rau nej tias, yuav tsis tshuav ib lub pob zeb nyob saum dua ib lub li no, uas yuav tsis raug rhuav pov tseg. Mathais 24:1, 2.</w:t>
      </w:r>
    </w:p>
    <w:p>
      <w:pPr>
        <w:pStyle w:val="ArticleBody"/>
        <w:jc w:val="left"/>
      </w:pPr>
      <w:r>
        <w:rPr>
          <w:rFonts w:ascii="Times New Roman" w:hAnsi="Times New Roman" w:eastAsia="Times New Roman" w:cs="Times New Roman"/>
        </w:rPr>
        <w:t>Thaum Yexus tawm hauv lub tuam tsev lawm, Nws tsis rov qab los dua li. Hauv cov nqe kawg ntawm tshooj nees nkaum peb, Yexus tau tshaj tawm txoj kev txiav txim saum Sanhedrin, thiab txoj kev txiav txim ntawd raug nthuav tawm ua “yim” lo lus ceeb toom txog kev puas tsuaj, yog li cuav raws li yim tus ntsuj plig saum lub nkoj, hnub yim ntawm kev ua kevcai txiav, hnub yim ntawm txoj kev sawv hauv qhov tuag rov los, yim tiam ntawm Abraham 430 xyoo thiab mus ntxiv. Tus lej “yim” cuav ntawd haum raws li tus Levi cuav.</w:t>
      </w:r>
    </w:p>
    <w:p>
      <w:pPr>
        <w:pStyle w:val="ArticleScripture"/>
        <w:jc w:val="left"/>
      </w:pPr>
      <w:r>
        <w:rPr>
          <w:rFonts w:ascii="Times New Roman" w:hAnsi="Times New Roman" w:eastAsia="Times New Roman" w:cs="Times New Roman"/>
        </w:rPr>
        <w:t>Kuv hais tseeb rau nej tias, txhua yam no yuav los raug tiam neeg no.</w:t>
      </w:r>
    </w:p>
    <w:p>
      <w:pPr>
        <w:pStyle w:val="ArticleScripture"/>
        <w:jc w:val="left"/>
      </w:pPr>
      <w:r>
        <w:rPr>
          <w:rFonts w:ascii="Times New Roman" w:hAnsi="Times New Roman" w:eastAsia="Times New Roman" w:cs="Times New Roman"/>
        </w:rPr>
        <w:t>Au Yeluxalees, Yeluxalees, koj tus uas tua cov yaj saub, thiab xuas pob zeb ntaus cov uas raug txib los cuag koj, kuv yeej xav sau koj cov me nyuam los ua ke ntau zaus npaum li ib tug qaib pojniam sau nws cov me qaib los rau hauv qab nws tis, tiam sis nej tsis kam! Saib maj, nej lub tsev raug tso cia rau nej ua chaw puam tsuaj.</w:t>
      </w:r>
    </w:p>
    <w:p>
      <w:pPr>
        <w:pStyle w:val="ArticleScripture"/>
        <w:jc w:val="left"/>
      </w:pPr>
      <w:r>
        <w:rPr>
          <w:rFonts w:ascii="Times New Roman" w:hAnsi="Times New Roman" w:eastAsia="Times New Roman" w:cs="Times New Roman"/>
        </w:rPr>
        <w:t>Vim kuv hais rau nej tias, txij no mus lawm nej yuav tsis pom kuv ntxiv mus, mus txog thaum nej yuav hais tias, Foom koob hmoov rau tus uas los hauv tus Tswv lub npe. Mathais 23:36–39.</w:t>
      </w:r>
    </w:p>
    <w:p>
      <w:pPr>
        <w:pStyle w:val="ArticleBody"/>
        <w:jc w:val="left"/>
      </w:pPr>
      <w:r>
        <w:rPr>
          <w:rFonts w:ascii="Times New Roman" w:hAnsi="Times New Roman" w:eastAsia="Times New Roman" w:cs="Times New Roman"/>
        </w:rPr>
        <w:t>Mathais tshooj nees nkaum-ob xaus nrog ib zaj piv txwv txog kev khi cov neeg phem ua tej pob, thiab xaus nrog kev sib raug zaum kawg ntawm Khetos thiab cov Yudais uas nyiam sib cav txeeb lus. Ces hauv tshooj 24 Nws tawm hauv lub tuam tsev mus zaum kawg, tseg tseg Nws tej hauj lwm rau cov Yixayee puag thaum ub. Tshooj ntawd xaus rau qhov uas nws tau pib, nrog lo lus tshaj tawm tias lawv lub tsev raug tso cia rau lawv tseg cia khoob lug, thiab yam uas Nws tau hu ua Nws Leej Txiv lub tsev thaum Nws xub ntxuav lub tuam tsev thawj zaug, nim no twb yog lub tsev Yudais uas khoob lug lawm.</w:t>
      </w:r>
    </w:p>
    <w:p>
      <w:pPr>
        <w:pStyle w:val="ArticleBody"/>
        <w:jc w:val="left"/>
      </w:pPr>
      <w:r>
        <w:rPr>
          <w:rFonts w:ascii="Times New Roman" w:hAnsi="Times New Roman" w:eastAsia="Times New Roman" w:cs="Times New Roman"/>
        </w:rPr>
        <w:t>Hauv tshooj 24, Yexus yuav teb cov lus nug txog lub tuam tsev, thiab nws txoj kev raug rhuav tshem uas tab tom yuav los txog. Txoj kev rhuav tshem ntawd yuav tshwm sim hauv tiam ntawd ntag, uas yog ib tiam neeg nab phem. Nws tau tawm ntawm lub tuam tsev ntawd mus tsis rov qab los ntxiv lawm, yog li ntawd cov lus faj lem uas Nws nthuav tawm yog hais txog Ixayees sab ntsuj plig, tsis yog Ixayees raws cev nqaij daim tawv. Thaum Khetos tawm hauv lub tuam tsev uas yog pawg ntseeg Xya Hnub Kev Tos Kev Los zaum kawg hauv Laodicea ib yam li Nws tau ua rau Ixayees thaum ub; tib lub sijhawm ntawd, lub tuam tsev tibneeg ntawm ib puas plaub caug plaub txhiab leej yuav raug koom nrog lub Tuam Tsev Saum Ntuj Ceebtsheej mus ib txhis. Thaum Yexus tawm hauv lub tuam tsev ntawm Ixayees thaum ub, Nws tau txiav kev cog lus sib yuav nrog Nws haiv neeg uas yog neeg ntawm zaj lus cog tseg qub mus ib txhis.</w:t>
      </w:r>
    </w:p>
    <w:p>
      <w:pPr>
        <w:pStyle w:val="ArticleBody"/>
        <w:jc w:val="left"/>
      </w:pPr>
      <w:r>
        <w:rPr>
          <w:rFonts w:ascii="Times New Roman" w:hAnsi="Times New Roman" w:eastAsia="Times New Roman" w:cs="Times New Roman"/>
        </w:rPr>
        <w:t>Tshooj kaum ib mus txog tshooj nees nkaum-ob hauv Mathais yog tus omega rau txoj kab ntawm tshooj kaum ib mus txog nees nkaum-ob hauv phau Chivkeeb. Thaum txoj kab ntawd pib hauv Chivkeeb tshooj kaum ib, nws kuj cim txog qhov pib ntawm Babel thiab Babel txoj kev khi lus ntawm txoj kev tuag, uas ncav cuag nws txoj kev tiav raws li omega hauv Tshwm Sim tshooj kaum xya, nqe kaum ib, uas yog nqe nyob nruab nrab kiag ntawm cov nqe uas tsim ua tshooj kaum ib mus txog nees nkaum-ob. Qhov nruab nrab ntawm tshooj kaum ib mus txog nees nkaum-ob hauv Chivkeeb, Mathais, thiab Tshwm Sim, txhua phau puav leej hais kom tseem ceeb txog tus chij los yog nws tus chij cuav. Hauv Chivkeeb nws yog kev ua kevcai txiav, hauv Mathais nws yog Petus thiab lub Pob Zeb uas Khetos yuav tsa nws pawg ntseeg rau saum, thiab hauv Tshwm Sim nws yog tus tsiaj qus cuav uas tau muaj, thiab yog, thiab yuav sawv los, tus uas yog yim, uas yog ntawm xya, thiab tus uas tom qab ntawd raug yuav rau tus zaj.</w:t>
      </w:r>
    </w:p>
    <w:p>
      <w:pPr>
        <w:pStyle w:val="ArticleBody"/>
        <w:jc w:val="left"/>
      </w:pPr>
      <w:r>
        <w:rPr>
          <w:rFonts w:ascii="Times New Roman" w:hAnsi="Times New Roman" w:eastAsia="Times New Roman" w:cs="Times New Roman"/>
        </w:rPr>
        <w:t>Kaum ib thiab nees nkaum ob yog tej cim uas qhia txog kev sib koom ua ke ntawm Vajtswv Txoj Kev Divinity nrog tib neeg, uas yog qhov teeb meem tseeb uas Khetos sau Nws txoj kevcai rau saum peb lub siab thiab peb lub hlwb sawv cev rau. 11 thiab 22 yog tej cim ntawm txoj kev cog lus ntawm ib puas plaub caug plaub txhiab leej. Hauv Mathai, tshooj nees nkaum peb, txoj pov thawj cuav tau txais yim lo lus ceeblaj; tib lub sijhawm ntawd, txoj pov thawj tseeb raug pleev roj tsa. Cov pov thawj raug fij tseg dawb huv tau xya hnub, thiab rau hnub yim lawv pib ua haujlwm.</w:t>
      </w:r>
    </w:p>
    <w:p>
      <w:pPr>
        <w:pStyle w:val="ArticleBody"/>
        <w:jc w:val="left"/>
      </w:pPr>
      <w:r>
        <w:rPr>
          <w:rFonts w:ascii="Times New Roman" w:hAnsi="Times New Roman" w:eastAsia="Times New Roman" w:cs="Times New Roman"/>
        </w:rPr>
        <w:t>Tsis yog ib qho xwm txheej lam muaj tias xya hnub ntawm kev fij kom dawb huv rau cov pov thawj, uas coj mus rau qhov lawv pib lawv txoj hauj lwm rau hnub yim, pib nyob rau hauv Phau Ntawv Xam Phaj tshooj yim nqe ib, rau qhov “81” yog ib lub cim ntawm cov pov thawj.</w:t>
      </w:r>
    </w:p>
    <w:p>
      <w:pPr>
        <w:pStyle w:val="ArticleScripture"/>
        <w:jc w:val="left"/>
      </w:pPr>
      <w:r>
        <w:rPr>
          <w:rFonts w:ascii="Times New Roman" w:hAnsi="Times New Roman" w:eastAsia="Times New Roman" w:cs="Times New Roman"/>
        </w:rPr>
        <w:t>Thiab tus Tswv hais rau Mauxes tias, Cia li coj Aloos thiab nws cov tub nrog nws tuaj, thiab tej tsoos tsho, thiab cov roj pleev tseg, thiab ib tug nyuj rau qhov txi theej txhoj, thiab ob tug yaj, thiab ib lub tawb mov ncuav tsis xyaw poov xab; thiab koj cia li sau tag nrho lub koom txoos los ua ke rau ntawm qhov rooj ntawm lub tsev ntaub sib ntsib. Thiab Mauxes ua raws li tus Tswv tau txib nws; ces lub koom txoos thiaj raug sau los ua ke rau ntawm qhov rooj ntawm lub tsev ntaub sib ntsib. Thiab Mauxes hais rau lub koom txoos tias, Nov yog yam uas tus Tswv tau txib kom ua. …</w:t>
      </w:r>
    </w:p>
    <w:p>
      <w:pPr>
        <w:pStyle w:val="ArticleScripture"/>
        <w:jc w:val="left"/>
      </w:pPr>
      <w:r>
        <w:rPr>
          <w:rFonts w:ascii="Times New Roman" w:hAnsi="Times New Roman" w:eastAsia="Times New Roman" w:cs="Times New Roman"/>
        </w:rPr>
        <w:t>Thiab nej yuav tsum tsis txhob tawm ntawm lub qhov rooj ntawm lub tsev ntaub sib ntsib mus li xya hnub, mus txog thaum hnub ntawm nej txoj kev fij tseg tiav lawm; rau qhov nws yuav fij nej tseg xya hnub. Raws li nws tau ua hnub no, tib yam nkaus li ntawd tus Tswv tau txib kom ua, kom ua kev theej txhoj rau nej. Yog li ntawd nej yuav tsum nyob ntawm lub qhov rooj ntawm lub tsev ntaub sib ntsib nruab hnub thiab hmo ntuj xya hnub, thiab ceev tus Tswv txoj kevcai saib xyuas, kom nej txhob tuag; rau qhov kuv raug txib li no. Ces Aloos thiab nws cov tub thiaj ua txhua yam raws li tus Tswv tau txib los ntawm Mauxes txhais tes. Thiab tau muaj tias rau hnub yim, Mauxes hu Aloos thiab nws cov tub, thiab cov txwj laus ntawm cov Yixayee; Thiab nws hais rau Aloos tias, Cia li coj ib tug nyuj mos rau koj ua kevcai xyeem txhoj, thiab ib tug yaj rau ua kevcai hlawv, ob tug tib si tsis txhob muaj qhov txhaum, thiab muab fij rau ntawm tus Tswv xub ntiag. … Thiab Mauxes hais tias, Nov yog yam uas tus Tswv tau txib kom nej ua; thiab tus Tswv lub hwjchim ci ntsa iab yuav tshwm rau nej. … Thiab Aloos tsa nws txhais tes rau saum cov neeg, thiab foom koob hmoov rau lawv, ces nqes los tom qab ua kevcai xyeem txhoj, thiab kevcai hlawv, thiab kevcai thaj yeeb. Thiab Mauxes thiab Aloos nkag mus rau hauv lub tsev ntaub sib ntsib, ces tawm los, thiab foom koob hmoov rau cov neeg; thiab tus Tswv lub hwjchim ci ntsa iab tshwm rau txhua haiv neeg. Thiab hluav taws tawm tuaj ntawm tus Tswv xub ntiag, thiab kub nyhiab saum lub thaj tua tsiaj xyeem rau saum kevcai hlawv thiab roj; thaum sawvdaws pom li ntawd lawm, lawv qw nrov nrov, thiab txhos hneev ntsej muag ti nkaus rau hauv av. Leviticus 8:1–5, 33–36; 9:1, 2, 6, 22–24.</w:t>
      </w:r>
    </w:p>
    <w:p>
      <w:pPr>
        <w:pStyle w:val="ArticleBody"/>
        <w:jc w:val="left"/>
      </w:pPr>
      <w:r>
        <w:rPr>
          <w:rFonts w:ascii="Times New Roman" w:hAnsi="Times New Roman" w:eastAsia="Times New Roman" w:cs="Times New Roman"/>
        </w:rPr>
        <w:t>Tshooj nees nkaum-peb tab tom qhia kom paub cov Levi cuav uas raug nthuav tawm rau lub sijhawm uas cov Levi tiag raug muab khi ntim. Mathais tshooj nees nkaum-ob xaus tias tsis muaj leejtwg nug Yexus ib lo lus nug ntxiv li lawm; tom qab ntawd, hauv tshooj nees nkaum-peb, Nws nthuav tawm yim lo lus qhuab ntuas kev txom nyem, qhia kom paub tias lub sijhawm siab ntev rau pawg Sanhedrin twb raug kaw lawm, thiab tias kev txiav txim uas yuav coj mus ua tiav txim twb yuav pib thaum ntawd. Hauv tshooj nees nkaum-plaub, Nws qhia lub tuam tsev ntawd ua cov Yudais lub tsev. Nws yog ib qho tseem ceeb kom pom qhov txheej txheem hauv cov tshooj no.</w:t>
      </w:r>
    </w:p>
    <w:p>
      <w:pPr>
        <w:pStyle w:val="ArticleBody"/>
        <w:jc w:val="left"/>
      </w:pPr>
      <w:r>
        <w:rPr>
          <w:rFonts w:ascii="Times New Roman" w:hAnsi="Times New Roman" w:eastAsia="Times New Roman" w:cs="Times New Roman"/>
        </w:rPr>
        <w:t>Tshooj kaum ib mus rau nees nkaum ob hauv Mathais, tab tom qhia txog kev ua kom tiav ntawm kev muab lub cim foob rau ib puas plaub caug plaub txhiab tus nyob hauv lub ntsiab lus ntawm Vajtswv txoj lus cog tseg nrog ib haiv neeg uas raug xaiv. Palmoni lub cim txhais ntawm alpha tshooj kaum ib, thiab Nws lub cim txhais ntawm omega tshooj nees nkaum ob, ntxiv rau zaj keeb kwm uas nyob hauv cov tshooj ntawd.</w:t>
      </w:r>
    </w:p>
    <w:p>
      <w:pPr>
        <w:pStyle w:val="ArticleBody"/>
        <w:jc w:val="left"/>
      </w:pPr>
      <w:r>
        <w:rPr>
          <w:rFonts w:ascii="Times New Roman" w:hAnsi="Times New Roman" w:eastAsia="Times New Roman" w:cs="Times New Roman"/>
        </w:rPr>
        <w:t>Tshooj nees nkaum peb yog hais txog txoj kev theej txhoj, yog kev koom ua ke ntawm Vajtswv thiab tibneeg raws li tus lej nees nkaum peb sawv cev. Tiamsis tshooj no tab tom hais txog txoj kev txiav txim ua thawj ntawm cov nroj txhauv, cov pov thawj cuav, thiab cov Levis cuav. Txhua tus pov thawj yog Levis, tiamsis tsis yog txhua tus Levis yog pov thawj. Hauv cov xeeb leej xeeb ntxwv ntawm Levi, tsuas yog caj ces ntshav ntawm Aloos xwb thiaj tsim nyog rau txoj hauj lwm pov thawj. Phau Vajlugkub qhia meej tias cov Levis yuav pib ua hauj lwm thaum muaj hnub nyoog nees nkaum tsib xyoos, tiamsis cov tub ntawm Kohath yuav ua hauj lwm thaum muaj hnub nyoog peb caug xyoo.</w:t>
      </w:r>
    </w:p>
    <w:p>
      <w:pPr>
        <w:pStyle w:val="ArticleScripture"/>
        <w:jc w:val="left"/>
      </w:pPr>
      <w:r>
        <w:rPr>
          <w:rFonts w:ascii="Times New Roman" w:hAnsi="Times New Roman" w:eastAsia="Times New Roman" w:cs="Times New Roman"/>
        </w:rPr>
        <w:t>Thiab tus Tswv tau hais rau Mauxes thiab rau Aloos tias, Nej cia li suav cov tub ntawm Kauha tawm hauv cov tub ntawm Levi, raws li lawv tej tsev neeg, raws li tsev neeg ntawm lawv cov yawg koob, txij hnub nyoog peb caug xyoo rov saud mus txog tsib caug xyoo, txhua tus uas nkag mus ua haujlwm hauv pab tub, kom ua tes haujlwm hauv lub tsev ntaub sib txoos. Xwm Txheej 4:1–3.</w:t>
      </w:r>
    </w:p>
    <w:p>
      <w:pPr>
        <w:pStyle w:val="ArticleBody"/>
        <w:jc w:val="left"/>
      </w:pPr>
      <w:r>
        <w:rPr>
          <w:rFonts w:ascii="Times New Roman" w:hAnsi="Times New Roman" w:eastAsia="Times New Roman" w:cs="Times New Roman"/>
        </w:rPr>
        <w:t>Tus lej “30” sawv cev rau cov pov thawj uas nyob hauv caj ces ntshav ntawm Khau-as, uas yog Levis tus tub, thiab Khau-as tus tub yog Aslas, uas yog Aloos txiv. Levi txhais tias “muab txuas los sis koom nrog Vajtswv.” Khau-as txhais tias “sau ua ke nyob ncig Nws lub xub ntiag.” Aslas txhais tias “haiv neeg raug tsa siab,” thiab Aloos txhais tias “tus nqa lub teeb los sis tus neeg nruab nrab raug tsa siab.” Thaum muab ua ke, lawv qhia ib txoj kev txav los ntawm Hiavtxwv Liab mus rau Xina-i, yog li ntawd ua qauv qhia txog txoj kev khi lus ntawm Vajtswv thiab ib puas plaub caug plaub txhiab leej, uas yog lub tuam tsev tibneeg uas koom nrog lub tuam tsev saum ntuj los, thaum Khetos ncab Nws txhais tes zaum ob los sau Nws cov neeg seem los rau hauv Nws lub chaw dawb huv, qhov chaw uas Nws mam tsa lawv siab thiab tsa lawv kom muaj meej mom raws li lawv raug ci ntsa iab nrog tus Pov Thawj Hlob Saum Ntuj Ceeb Tsheej, ib yam li Nws tau ci rau Xadlas, Meshaj thiab Anpekunesaus.</w:t>
      </w:r>
    </w:p>
    <w:p>
      <w:pPr>
        <w:pStyle w:val="ArticleBody"/>
        <w:jc w:val="left"/>
      </w:pPr>
      <w:r>
        <w:rPr>
          <w:rFonts w:ascii="Times New Roman" w:hAnsi="Times New Roman" w:eastAsia="Times New Roman" w:cs="Times New Roman"/>
        </w:rPr>
        <w:t>Tus lej “30” sawv cev rau ib lub sijhawm npaj rau cov pov thawj, thiab 25, raws li lub hnub nyoog ntawm cov Levi, yuav tsum raug siv rau 30, kab txuas kab, rau qhov txhua tus pov thawj yog ib tug Levi, tiamsis tsis yog txhua tus Levi yog ib tug pov thawj. Peb caug sawv cev rau lub sijhawm npaj uas tau pib xyoo 1989, thaum lub sijhawm kawg, thiab nws xaus rau ntawm txoj cai Hnub Caiv hauv Tebchaws Meskas. Tus lej nees nkaum tsib, raws li ib lub cim ntawm cov Levi, kuj yog ib lub cim ntawm kev cais tawm nruab nrab ntawm ob pawg, thiab hauv nws txoj kev sib raug rau cov pov thawj nws qhia txog ib qho kev cais tawm. Nees nkaum tsib cim txog kev cais tawm ntawm cov Levi thiab cov Levi cuav thaum muaj txoj cai Hnub Caiv, thiab hauv lub ntsiab lus hais txog cov pov thawj tiag thiab cov Levi tiag nws kuj tsim kom muaj ib qho kev txawv txav, txawm li cas los xij, tsis yog ib qho kev cais tawm hauv txoj kev tsis zoo, ib yam li nrog cov Levi cuav.</w:t>
      </w:r>
    </w:p>
    <w:p>
      <w:pPr>
        <w:pStyle w:val="ArticleBody"/>
        <w:jc w:val="left"/>
      </w:pPr>
      <w:r>
        <w:rPr>
          <w:rFonts w:ascii="Times New Roman" w:hAnsi="Times New Roman" w:eastAsia="Times New Roman" w:cs="Times New Roman"/>
        </w:rPr>
        <w:t>Kohath yog ib ceg loj ntawm peb ceg ntawm cov Levi (nrog rau Gershon thiab Merari). Txoj kab pov thawj tau los tshwj xeeb dhau los ntawm Kohath tus xeeb leej xeeb ntxwv Aloos. Aloos yog Levi tus xeeb leej xeeb ntxwv tiam plaub, thiab txoj cai tshwj xeeb ntawm txoj hauj lwm pov thawj raug txwv cia rau nws cov xeeb ntxwv txiv neej hauv ceg Kohath no. Cov Kohathi tag nrho (uas yog txhua tus xeeb ntxwv ntawm Kohath) tau txais txoj koob meej ntawm kev ris tej khoom uas dawb huv tshaj plaws, tiam sis tsuas yog Aloos caj ces xwb thiaj muaj cai ua tiag tiag tej hauj lwm pov thawj ntawm lub thaj thiab hauv lub chaw dawb huv. Aloos sawv cev rau tib tiam plaub ntawd ib yam li Yau-ees cov “txwj laus,” lossis cov “txwj laus thaum ub” hauv Exekees tshooj yim, uas pe hawm lub hnub.</w:t>
      </w:r>
    </w:p>
    <w:p>
      <w:pPr>
        <w:pStyle w:val="ArticleBody"/>
        <w:jc w:val="left"/>
      </w:pPr>
      <w:r>
        <w:rPr>
          <w:rFonts w:ascii="Times New Roman" w:hAnsi="Times New Roman" w:eastAsia="Times New Roman" w:cs="Times New Roman"/>
        </w:rPr>
        <w:t>Txoj kev faib ua 24 pab hloov ua haujlwm rau cov pov thawj (thiab ib yam li ntawd rau cov Levis uas tsis yog pov thawj hauv cov haujlwm txhawb xws li cov kws hu nkauj thiab cov neeg zov rooj vag) raug tsa los ntawm Vajntxwv Daviv. Daviv tau npaj cov xeeb leej xeeb ntxwv ntawm Aloos ua 24 pab kom ua haujlwm sib hloov (1 Vaj Keeb Kwm 24:1–19). Daviv, nrog kev pab ntawm cov pov thawj Xadokas (los ntawm Ele-a-xas caj ces) thiab Ahimelej (los ntawm Ithama caj ces), tau faib lawv ua 24 pab (16 pab los ntawm Ele-a-xas tsev neeg loj dua, 8 pab los ntawm Ithama li). Lawv tau pov npav los txiav txim seb kev ua haujlwm yuav raws li qhov kev txiav txim twg.</w:t>
      </w:r>
    </w:p>
    <w:p>
      <w:pPr>
        <w:pStyle w:val="ArticleBody"/>
        <w:jc w:val="left"/>
      </w:pPr>
      <w:r>
        <w:rPr>
          <w:rFonts w:ascii="Times New Roman" w:hAnsi="Times New Roman" w:eastAsia="Times New Roman" w:cs="Times New Roman"/>
        </w:rPr>
        <w:t>Txhua pawg neeg ua hauj lwm txhua pawg ua hauj lwm ib lim tiam (txij Hnub Xanpataus mus txog Hnub Xanpataus), ob zaug hauv ib xyoos, ntxiv rau thaum txhua pawg tuaj ua hauj lwm ua ke rau cov koob tsheej loj (Passover, Pentecost, Tabernacles). Davi kuj tau teeb tsa cov Levis uas tsis yog pov thawj ua 24 pawg rau kev hu nkauj, kev zov rooj vag, thiab lwm yam. (1 Chronicles 23–26). Qhov txheej txheem no tau muab coj los siv nyob rau hauv Xalaumoo lub sijhawm kav (2 Chronicles 8:14) thiab txuas ntxiv mus thoob plaws lub sijhawm Tuam Tsev thib Ob. Xakhaliyas, leej txiv ntawm Yauhas Tus Muab Neeg Ua Kev Cai Raus Dej, nyob hauv pawg Abiya—Luke 1:5; 1 Chronicles 24:10. Qhov kev txiav txim ntawm 24 pawg pov thawj raug xaiv los ntawm kev pov npav, thiab Xakhaliyas nyob hauv pawg Abiya, uas ntawm nees nkaum plaub pawg ntawd sawv cev rau pawg “thib yim.” Xakhaliyas txhais tias “Vajtswv nco ntsoov,” thiab nws txiv lub npe Abiya txhais tias “Vajtswv yog kuv Txiv.”</w:t>
      </w:r>
    </w:p>
    <w:p>
      <w:pPr>
        <w:pStyle w:val="ArticleBody"/>
        <w:jc w:val="left"/>
      </w:pPr>
      <w:r>
        <w:rPr>
          <w:rFonts w:ascii="Times New Roman" w:hAnsi="Times New Roman" w:eastAsia="Times New Roman" w:cs="Times New Roman"/>
        </w:rPr>
        <w:t>Leej Txiv saum ntuj nco txog Nws tej lus cog tseg kom tsa ib tug tubtxib uas yuav npaj txoj kev rau tus Mexiyas. Tiamsis Xakhaliyas kuj phim raws li txoj cai Hnub Chiv, rau qhov yog nyob ntawd uas hnub Xanpataus, hnub uas tibneeg yuav tsum nco ntsoov mus ib txhis—yuav dhau los ua txoj kev sim zaum kawg. Xakhaliyas sawv cev rau ib tug pov thawj, ntawm chav haujlwm Abiya, uas yog chav haujlwm “thib yim.” Xakhaliyas tsis ntseeg tus timtswv saum ntuj ceeb tsheej tej lus, thiab nws thiaj raug ua kom txhaws ncauj, mus txog thaum nws tus tub Yauhas yug los. Thaum Yauhas yug los lawm Xakhaliyas nkag mus rau hauv kev sib tham txog Yauhas lub npe, thiab thaum ntawd nws thiaj hais lus. Txoj kev hais lus uas yog yaj saub hais txog hauv hnub kawg yog thaum Tebchaws Meskas hais lus zoo li ib tug zaj.</w:t>
      </w:r>
    </w:p>
    <w:p>
      <w:pPr>
        <w:pStyle w:val="ArticleScripture"/>
        <w:jc w:val="left"/>
      </w:pPr>
      <w:r>
        <w:rPr>
          <w:rFonts w:ascii="Times New Roman" w:hAnsi="Times New Roman" w:eastAsia="Times New Roman" w:cs="Times New Roman"/>
        </w:rPr>
        <w:t>Thiab tau muaj tias, thaum txog hnub yim lawv tuaj ua kevcai txiav rau tus menyuam; thiab lawv hu nws ua Xakhaliyas raws li nws txiv lub npe. Tiamsis nws niam teb hais tias, Tsis yog li ntawd; nws yuav tsum hu ua Yauhas. Thiab lawv hais rau nws tias, Hauv koj cov neej tsa tsis muaj leejtwg hu ua lub npe no. Thiab lawv ua tes taw rau nws txiv, nug tias nws xav kom hu tus menyuam li cas. Thiab nws thov ib daim txiag sau ntawv, ces sau hais tias, Nws lub npe yog Yauhas. Thiab sawvdaws xav tsis thoob tas nrho. Thiab tam sim ntawd nws lub qhov ncauj qhib lawm, nws tus nplaig raug daws, ces nws hais lus thiab qhuas Vajtswv. Luka 1:59–64.</w:t>
      </w:r>
    </w:p>
    <w:p>
      <w:pPr>
        <w:pStyle w:val="ArticleBody"/>
        <w:jc w:val="left"/>
      </w:pPr>
      <w:r>
        <w:rPr>
          <w:rFonts w:ascii="Times New Roman" w:hAnsi="Times New Roman" w:eastAsia="Times New Roman" w:cs="Times New Roman"/>
        </w:rPr>
        <w:t>Yauhas tus Uas Muab Neeg Ua Kev Cai Raus Dej yog ntawm pab kev txiav txim thib yim ntawm Abiyas, ib yam li nws txiv. Thaum Yauhas ua kev cai txiav tawv qau, nyob rau hnub thib yim nws lub npe raug hloov. Yauhas tus Uas Muab Neeg Ua Kev Cai Raus Dej sawv cev rau cov uas yog pov thawj, ntawm tiam neeg thib plaub, cov uas nyob hauv kev sib cog lus nrog Vajtswv, tus uas hloov lawv lub npe (ntawm Laodikeeya mus rau Filadefiya), muab lub cim ntawm txoj kev cog lus los muab khi rau lawv, thaum Tebchaws Meskas hais lus zoo li ib tug zaj.</w:t>
      </w:r>
    </w:p>
    <w:p>
      <w:pPr>
        <w:pStyle w:val="ArticleBody"/>
        <w:jc w:val="left"/>
      </w:pPr>
      <w:r>
        <w:rPr>
          <w:rFonts w:ascii="Times New Roman" w:hAnsi="Times New Roman" w:eastAsia="Times New Roman" w:cs="Times New Roman"/>
        </w:rPr>
        <w:t>Peb yog Vajtswv lub tuam tsev. Cov kab yaj saub uas hais txog lub tuam tsev ntawd yog hais rau txiv neej thiab poj niam raws li ib leeg zuj zus, thiab kuj hais ua ke raws li ib pawg tib si, rau qhov Vajtswv pawg ntseeg kuj yog ib lub tuam tsev thiab. Thiab yeej muaj ib lub tuam tsev saum ntuj ceeb tsheej, thiab yog Khetos tus uas txhim tsa tus Tswv lub tuam tsev. Nws yog tus uas muab lub hauv paus tso cia thiab muab lub pob zeb kawg rau saum lub tuam tsev. Hais txog tus lej “25” uas yog ib lub cim, 25 sawv cev rau cov Levis, uas raug ntxuav kom dawb huv (cais tawm) ntawm cov Levis cuav hauv Malakhi tshooj peb, thiab uas kuj raug ua kom dawb huv hauv tib nqes ntawd thiab. Hauv Exekees tshooj 40 txog 48, muaj ib lub tuam tsev cim uas raug piav qhia kom ntxaws kawg. Cov dej txojsia ntws tawm hauv lub tuam tsev ntawd los puv nkaus lub ntiajteb.</w:t>
      </w:r>
    </w:p>
    <w:p>
      <w:pPr>
        <w:pStyle w:val="ArticleScripture"/>
        <w:jc w:val="left"/>
      </w:pPr>
      <w:r>
        <w:rPr>
          <w:rFonts w:ascii="Times New Roman" w:hAnsi="Times New Roman" w:eastAsia="Times New Roman" w:cs="Times New Roman"/>
        </w:rPr>
        <w:t>“Zoo kawg nkaus yog tes haujlwm uas Vajtswv npaj yuav ua tiav dhau ntawm Nws cov tub qhe, xwv kom Nws lub npe tau koob meej. Vajtswv tau ua Yauxej los ua ib lub qhov dej txhawv ntawm txoj sia rau haiv neeg Ixayees. Dhau ntawm Yauxej, txoj sia ntawm tag nrho haiv neeg ntawd thiaj raug cawm tseg. Dhau ntawm Daniyee, Vajtswv tau cawm txoj sia ntawm tag nrho cov neeg txawj ntse hauv Npanpiloo. Thiab cov kev cawm dim no zoo li tej zaj kawm ua piv txwv; lawv qhia rau cov neeg pom txog cov koob hmoov sab ntsuj plig uas raug muab rau lawv dhau ntawm txoj kev sib raug zoo nrog tus Vajtswv uas Yauxej thiab Daniyee pe hawm. Yog li ntawd, dhau ntawm Nws haiv neeg niaj hnub no, Vajtswv xav coj koob hmoov los rau lub ntiajteb. Txhua tus neeg ua haujlwm uas Khetos nyob hauv nws lub siab, txhua tus uas yuav qhia Nws txoj kev hlub rau lub ntiajteb, yog ib tug neeg ua haujlwm koom tes nrog Vajtswv rau txoj koob hmoov ntawm tibneeg. Thaum nws txais txoj kev tshav ntuj ntawm tus Cawmseej los faib rau lwm tus, ntawm nws tag nrho lub neej muaj dej nthwv ntawm txoj sia sab ntsuj plig ntws tawm los. Khetos tau los ua Tus Kws Kho Mob Loj tshaj plaws los kho cov qhov txhab uas kev txhaum tau ua rau hauv tsev neeg tibneeg; thiab Nws tus Ntsuj Plig, ua haujlwm dhau ntawm Nws cov tub qhe, pub ib lub hwjchim kho mob muaj zog rau cov tibneeg uas raug kev txhaum ua mob thiab raug kev txom nyem, ib lub hwjchim kho mob uas muaj txiaj ntsig rau cev nqaij daim tawv thiab rau tus ntsuj plig. Vajlugkub hais tias, ‘Hnub ntawd yuav muaj ib lub qhov dej txhawv qhib rau tsev neeg Davi thiab rau cov neeg nyob hauv Yeluxalees, rau kev txhaum thiab rau kev qias neeg.’ Xekhaliya 13:1. Cov dej ntawm lub qhov dej txhawv no muaj tej yam kho mob uas yuav kho tau ob yam kev qaug zog, tsis hais sab cev nqaij daim tawv thiab sab ntsuj plig.”</w:t>
      </w:r>
    </w:p>
    <w:p>
      <w:pPr>
        <w:pStyle w:val="ArticleScripture"/>
        <w:jc w:val="left"/>
      </w:pPr>
      <w:r>
        <w:rPr>
          <w:rFonts w:ascii="Times New Roman" w:hAnsi="Times New Roman" w:eastAsia="Times New Roman" w:cs="Times New Roman"/>
        </w:rPr>
        <w:t>“Ntawm lub qhov dej no txhawv tawm tus dej loj muaj hwjchim uas pom nyob rau hauv Exekees txojkev yog toog pom. ‘Cov dej no ntws mus rau sab hnub tuaj tebchaws, thiab nqis mus rau hauv tebchaws moj sab qhua, thiab nkag mus rau hauv hiavtxwv; thaum coj mus rau hauv hiavtxwv lawm, cov dej yuav raug kho kom zoo. Thiab yuav muaj li no tshwm sim, txhua yam uas muaj sia, uas txav mus los, txhua qhov chaw uas cov dej ntws mus txog, yuav ciaj sia.... Thiab raws tus dej ntawd, ntawm nws ob sab ntug dej, yuav hlob txhua yam ntoo rau noj, uas nws nplooj yuav tsis qhuav, thiab nws txiv yuav tsis tu; nws yuav txi txiv tshiab raws li txhua lub hli, vim lawv cov dej tawm tuaj ntawm lub chaw dawb huv; thiab nws cov txiv yuav yog rau noj, thiab nws cov nplooj yuav yog rau tshuaj kho mob.’ Exekees 47:8–12.” Testimonies, volume 6, 227.</w:t>
      </w:r>
    </w:p>
    <w:p>
      <w:pPr>
        <w:pStyle w:val="ArticleBody"/>
        <w:jc w:val="left"/>
      </w:pPr>
      <w:r>
        <w:rPr>
          <w:rFonts w:ascii="Times New Roman" w:hAnsi="Times New Roman" w:eastAsia="Times New Roman" w:cs="Times New Roman"/>
        </w:rPr>
        <w:t>Lub tuam tsev hauv Exekees yog ib yam cim qhia yav tom ntej uas muaj xwm txheej siab tshaj plaws, thiab hauv Tshwm Sim tshooj kaum ib, Yauhas raug txib kom ntsuas lub tuam tsev, tiamsis kom tseg lub tshav puam nraum zoov. Thaum peb ua ib yam li ntawd rau lub tuam tsev hauv Exekees, peb pom tias ob tug lej uas sawv tawm tshaj plaws hauv tej kev ntsuas ntawm lub tuam tsev ntawd sawv cev rau txoj hauj lwm pov thawj. 50 tshim yog tus lej uas sawv tawm tshaj plaws, thiab nws raug rov hais dua 11 zaug ua qhov ntev dav dav ntawm txhua pawg rooj vag (Exekees 40:15, 21, 25, 29, 33, 36, thiab lwm yam). 50 kuj raug siv rau tej qhov ntev ntawm phab ntsa thiab chav qee qhov (42:7–8). Nws txhais qhia tag nrho txoj kev hla rooj vag txij ntawm qhov chaw nkag nraum zoov mus txog rau qhov chaw nkag sab hauv.</w:t>
      </w:r>
    </w:p>
    <w:p>
      <w:pPr>
        <w:pStyle w:val="ArticleBody"/>
        <w:jc w:val="left"/>
      </w:pPr>
      <w:r>
        <w:rPr>
          <w:rFonts w:ascii="Times New Roman" w:hAnsi="Times New Roman" w:eastAsia="Times New Roman" w:cs="Times New Roman"/>
        </w:rPr>
        <w:t>25 cubits yog qhov tseeb tias yog qhov tseem ceeb tshaj plaws thib ob. Nws rov hais dua 10 zaug ua qhov dav thiab qhov nqaim ntawm cov txheej rooj vag (Exekees 40:13, 21, 25, 29, 30, 33, 36). Thaum muab ua ke, 50 thiab 25 tsim tus qauv sib xws ntawm 50 npaug 25 ua duab plaub ntev rau rau lub rooj vag loj. Qhov kev sib txuam 50 npaug 25 no kav tag nrho txoj kev piav txog kev tsim vaj tsev ntawm cov rooj vag uas coj mus rau hauv tej thaj chaw sab hauv. Tsis muaj lwm khub lej twg uas rov tshwm nrog kev nquag muaj txheej txheem zoo li no nyob hauv lub tuam tsev ntawd tus kheej.</w:t>
      </w:r>
    </w:p>
    <w:p>
      <w:pPr>
        <w:pStyle w:val="ArticleBody"/>
        <w:jc w:val="left"/>
      </w:pPr>
      <w:r>
        <w:rPr>
          <w:rFonts w:ascii="Times New Roman" w:hAnsi="Times New Roman" w:eastAsia="Times New Roman" w:cs="Times New Roman"/>
        </w:rPr>
        <w:t>Cov neeg Levis pib nkag mus ua tes num thaum muaj 25 xyoos (Numbers 8:24: “txij nees nkaum tsib xyoos rov saud lawv yuav nkag mus tos ntsoov ua txoj hauj lwm pab cuam”). Lawv ua tes num mus txog thaum muaj 50 xyoos (Numbers 4:3, 39, 43; 8:25: “mus txog tsib caug xyoos”). Qhov no muab raws nraim 25 xyoos ntawm txoj kev ua tes num nquag (50 – 25 = 25).</w:t>
      </w:r>
    </w:p>
    <w:p>
      <w:pPr>
        <w:pStyle w:val="ArticleBody"/>
        <w:jc w:val="left"/>
      </w:pPr>
      <w:r>
        <w:rPr>
          <w:rFonts w:ascii="Times New Roman" w:hAnsi="Times New Roman" w:eastAsia="Times New Roman" w:cs="Times New Roman"/>
        </w:rPr>
        <w:t>Yog li no, lub ncua nees nkaum tsib xyoos ntawm txoj hauj lwm Levis raug nthuav tawm ncaj qha hauv cov kev ntsuas nees nkaum tsib xyaum tsib caug luj tshib uas kav saum cov rooj vag thiab tus qauv ntawm lub tuam tsev—yog qhov chaw tiag tiag uas cov Levis tau ua hauj lwm. Cov kev ntsuas thawj ntawm Exekees lub tuam tsev, uas yog lub tuam tsev ntawm pawg ntseeg uas yeej lawm thiab ntawm ib puas plaub caug plaub txhiab leej, raug tsim qauv rau hauv lub tuam tsev ntawd kiag uas lawv yuav tsum ua hauj lwm; ib yam nkaus li plaub caug rau chromosome raug txhim rau hauv lub tuam tsev ntawd kiag uas Vajtswv haiv neeg yuav tsum ua hauj lwm. Palmoni tau muab Nws lub npe kos cia rau saum lub tuam tsev tib neeg ib leeg thiab saum lub tuam tsev ntawm lub cev koom ua ke uas yuav tsum yog Nws tus nkauj nyab.</w:t>
      </w:r>
    </w:p>
    <w:p>
      <w:pPr>
        <w:pStyle w:val="ArticleBody"/>
        <w:jc w:val="left"/>
      </w:pPr>
      <w:r>
        <w:rPr>
          <w:rFonts w:ascii="Times New Roman" w:hAnsi="Times New Roman" w:eastAsia="Times New Roman" w:cs="Times New Roman"/>
        </w:rPr>
        <w:t>Peb yuav txuas ntxiv cov kab lus no hauv zaj lus tom ntej.</w:t>
      </w:r>
    </w:p>
    <w:p>
      <w:pPr>
        <w:pStyle w:val="ArticleScripture"/>
        <w:jc w:val="left"/>
      </w:pPr>
      <w:r>
        <w:rPr>
          <w:rFonts w:ascii="Times New Roman" w:hAnsi="Times New Roman" w:eastAsia="Times New Roman" w:cs="Times New Roman"/>
        </w:rPr>
        <w:t>“Cov uas nyob hauv tej haujlwm muaj lub luag hauj lwm tsis txhob cia lawv hloov siab mus raws li tej hauv paus ntsiab lus ntawm lub ntiaj teb uas nyiam txaus siab rau tus kheej thiab siv nyiaj yam khav theeb, rau qhov lawv them tsis taus; thiab txawm yog lawv them taus los xij, tej hauv paus ntsiab lus zoo li Khetos kuj yuav tsis pub ua li ntawd. Yuav tsum muaj ntau yam kev qhuab qhia. ‘Nws yuav qhia kev paub rau leej twg? thiab Nws yuav ua kom leej twg to taub txoj kev qhuab qhia? yog cov uas twb txiav mis lawm, thiab raug rho tawm ntawm lub mis niam lawm. Rau qhov lus qhia yuav tsum ntxiv rau lus qhia, lus qhia rau lus qhia; kab rau kab, kab rau kab; ntawm no me ntsis, thiab qhov ntawd me ntsis.’ Yog li no, lo lus ntawm tus Tswv yuav tsum raug coj los qhia rau cov menyuam nrog kev ua siab ntev, thiab muab khaws cia rau ntawm lawv xub ntiag, los ntawm cov niam txiv uas ntseeg Vajtswv txoj lus. ‘Rau qhov Nws yuav hais rau haiv neeg no los ntawm daim di ncauj txaj muag thiab lwm yam lus. Tus uas Nws tau hais rau lawv tias, Nov yog qhov chaw so uas nej yuav ua kom tus qaug zog tau so; thiab nov yog qhov chaw ua kom rov muaj zog: los lawv yeej tsis kam mloog. Tiamsis lo lus ntawm tus Tswv rau lawv yog lus qhia ntxiv rau lus qhia, lus qhia rau lus qhia; kab rau kab, kab rau kab; ntawm no me ntsis, thiab qhov ntawd me ntsis; kom lawv yuav tau mus, thiab poob rov qab, thiab raug lov ntais, thiab raug cuab, thiab raug ntes.’ Vim li cas?—vim lawv tsis mloog lo lus ntawm tus Tswv uas tuaj cuag lawv.”</w:t>
      </w:r>
    </w:p>
    <w:p>
      <w:pPr>
        <w:pStyle w:val="ArticleScripture"/>
        <w:jc w:val="left"/>
      </w:pPr>
      <w:r>
        <w:rPr>
          <w:rFonts w:ascii="Times New Roman" w:hAnsi="Times New Roman" w:eastAsia="Times New Roman" w:cs="Times New Roman"/>
        </w:rPr>
        <w:t>“Qhov no txhais hais tias cov uas tsis tau txais kev qhuab qhia, tiam sis tau saib muaj nqis rau lawv tus kheej txoj kev txawj ntse, thiab tau xaiv ua hauj lwm raws li lawv tus kheej tej tswv yim. Tus Tswv muab txoj kev sim rau lawv, kom lawv yuav xaiv sawv hauv lawv txoj hauj lwm los ua raws li Nws tej lus ntuas, los sis tsis kam thiab ua raws li lawv tus kheej tej tswv yim, ces tus Tswv yuav tso lawv tseg rau qhov tshwm sim uas yeej yuav muaj tseeb. Hauv txhua txoj kev uas peb taug, hauv txhua yam kev ua hauj lwm uas peb ua rau Vajtswv, Nws hais rau peb tias, ‘Muab koj lub siab rau Kuv.’ Vajtswv xav tau tus ntsuj plig uas txo hwj chim thiab kam txais kev qhuab qhia. Yam uas ua rau kev thov Vajtswv muaj nws txoj kev zoo tshaj plaws yog qhov tseeb uas tias nws raug ua pa tawm ntawm ib lub siab uas muaj kev hlub thiab mloog lus.</w:t>
      </w:r>
    </w:p>
    <w:p>
      <w:pPr>
        <w:pStyle w:val="ArticleScripture"/>
        <w:jc w:val="left"/>
      </w:pPr>
      <w:r>
        <w:rPr>
          <w:rFonts w:ascii="Times New Roman" w:hAnsi="Times New Roman" w:eastAsia="Times New Roman" w:cs="Times New Roman"/>
        </w:rPr>
        <w:t>“Vajtswv xav kom Nws haiv neeg ua tej yam tshwj xeeb; yog lawv hais tias, Kuv yuav tsis muab kuv lub siab los ua yam no, tus Tswv cia lawv mus txuas ntxiv hauv lawv qhov kev txiav txim uas lawv xav tias muaj tswvyim, tsis muaj tswvyim saum ntuj ceeb tsheej, mus txog thaum Vajlugkub nqe no [Isaiah 28:13] tiav. Nej tsis txhob hais tias, Kuv yuav ua raws li tus Tswv txoj kev coj mus txog ib theem uas haum nrog kuv qhov kev txiav txim xwb, ces tseem tuav rawv nej tej tswv yim ntawm nej tus kheej, tsis kam cia kom raug tsim kom zoo ib yam li tus Tswv tus yam ntxwv. Cia lo lus nug raug nug tias, Qhov no puas yog tus Tswv lub siab nyiam? tsis yog, Qhov no puas yog qhov kev xav lossis qhov kev txiav txim ntawm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Kevcai Hnub Xanpataus Hauv Laodicea - Zaj Nees Nkaum Tsib</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