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Yaw-ee thiab Pawg Ntseeg Xya-Hnub Khaws Hnub Caiv La-aus-xis-as—Zauv Nees nkaum cuaj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Zaj Lus Nees Caug Nees Cuaj</w:t>
      </w:r>
    </w:p>
    <w:p>
      <w:pPr>
        <w:pStyle w:val="ArticleBody"/>
        <w:jc w:val="left"/>
      </w:pPr>
      <w:r>
        <w:rPr>
          <w:rFonts w:ascii="Times New Roman" w:hAnsi="Times New Roman" w:eastAsia="Times New Roman" w:cs="Times New Roman"/>
        </w:rPr>
        <w:t>Lo lus faj lem Mexiyas thib tsib hauv phau Ntawv Mathais yog tus cim kev uas qhia txog kev chim siab thiab kev tuag. Hnub tim 18 Lub Xya hli ntuj, 2020, lo lus twv cuav hais txog kev puas tsuaj ntawm Nashville tau tua Eliyas thiab Mauxes.</w:t>
      </w:r>
    </w:p>
    <w:p>
      <w:pPr>
        <w:pStyle w:val="ArticleHeading"/>
        <w:jc w:val="left"/>
      </w:pPr>
      <w:r>
        <w:rPr>
          <w:rFonts w:ascii="Arial" w:hAnsi="Arial" w:eastAsia="Arial" w:cs="Arial"/>
        </w:rPr>
        <w:t>Tus Cim Qhia Txoj Kev Mexiyas thib Tsib yog Kev Tu Siab Loj ntawm Lub Xya hli ntuj 18, 2020</w:t>
      </w:r>
    </w:p>
    <w:p>
      <w:pPr>
        <w:pStyle w:val="ArticleScripture"/>
        <w:jc w:val="left"/>
      </w:pPr>
      <w:r>
        <w:rPr>
          <w:rFonts w:ascii="Times New Roman" w:hAnsi="Times New Roman" w:eastAsia="Times New Roman" w:cs="Times New Roman"/>
        </w:rPr>
        <w:t>Ces tau ua muaj tiav tej uas Yelemis tus yaj saub tau hais tseg lawm tias, Hauv Rama muaj ib lub suab hnov, yog suab quaj ntsuag, quaj, thiab kev tu siab loj heev, Rachel quaj rau nws cov me nyuam, thiab tsis kam txais kev nplij siab, vim lawv twb tsis muaj lawm. Mathais 2:17, 18.</w:t>
      </w:r>
    </w:p>
    <w:p>
      <w:pPr>
        <w:pStyle w:val="ArticleHeading"/>
        <w:jc w:val="left"/>
      </w:pPr>
      <w:r>
        <w:rPr>
          <w:rFonts w:ascii="Arial" w:hAnsi="Arial" w:eastAsia="Arial" w:cs="Arial"/>
        </w:rPr>
        <w:t>Kev Twv Yaj Saub</w:t>
      </w:r>
    </w:p>
    <w:p>
      <w:pPr>
        <w:pStyle w:val="ArticleScripture"/>
        <w:jc w:val="left"/>
      </w:pPr>
      <w:r>
        <w:rPr>
          <w:rFonts w:ascii="Times New Roman" w:hAnsi="Times New Roman" w:eastAsia="Times New Roman" w:cs="Times New Roman"/>
        </w:rPr>
        <w:t>Tus Tswv hais li no tias; Muaj ib lub suab tau hnov nyob rau hauv Ramah, yog suab quaj ntsuag thiab quaj iab heev; Rahel quaj rau nws cov me nyuam, nws tsis kam txais kev nplij siab rau nws cov me nyuam, vim lawv tsis muaj lawm. Jeremiah 31:15.</w:t>
      </w:r>
    </w:p>
    <w:p>
      <w:pPr>
        <w:pStyle w:val="ArticleBody"/>
        <w:jc w:val="left"/>
      </w:pPr>
      <w:r>
        <w:rPr>
          <w:rFonts w:ascii="Times New Roman" w:hAnsi="Times New Roman" w:eastAsia="Times New Roman" w:cs="Times New Roman"/>
        </w:rPr>
        <w:t>Mauxes thiab Elias raug tua nyob hauv tej kev ntawm Xaudoo thiab Ejyptes. Lo lus kawg ntawm Phau Qub qhia tias Elias yuav los ua ntej hnub loj thiab txaus ntshai ntawm tus Tswv. Hnub txaus ntshai ntawd pib thaum Mikha-ee sawv tsees hauv Daniyee kaum ob, thiab tshaj tawm hauv Tshwmsim nees nkaum ob tias, “tus uas ncaj ncees thiab tus uas tsis ncaj ncees” yuav nyob ruaj hauv tus yam ntxwv ntawd mus ib txhis.</w:t>
      </w:r>
    </w:p>
    <w:p>
      <w:pPr>
        <w:pStyle w:val="ArticleScripture"/>
        <w:jc w:val="left"/>
      </w:pPr>
      <w:r>
        <w:rPr>
          <w:rFonts w:ascii="Times New Roman" w:hAnsi="Times New Roman" w:eastAsia="Times New Roman" w:cs="Times New Roman"/>
        </w:rPr>
        <w:t>Thiab lub sijhawm ntawd, Mikhaees yuav sawv los, tus thawj uas loj kawg nkaus uas sawv cev rau cov menyuam ntawm koj haiv neeg; thiab yuav muaj ib lub sijhawm ntawm kev txom nyem, yam uas tsis tau muaj dua txij thaum muaj ib haiv neeg los txog rau lub sijhawm ntawd: thiab lub sijhawm ntawd koj haiv neeg yuav raug cawm dim, txhua tus uas raug pom muaj npe sau tseg hauv phau ntawv. Daniel 12:1.</w:t>
      </w:r>
    </w:p>
    <w:p>
      <w:pPr>
        <w:pStyle w:val="ArticleScripture"/>
        <w:jc w:val="left"/>
      </w:pPr>
      <w:r>
        <w:rPr>
          <w:rFonts w:ascii="Times New Roman" w:hAnsi="Times New Roman" w:eastAsia="Times New Roman" w:cs="Times New Roman"/>
        </w:rPr>
        <w:t>Tus uas tsis ncaj ncees, cia nws tseem ua tsis ncaj ncees ntxiv; thiab tus uas qias neeg, cia nws tseem qias neeg ntxiv; thiab tus uas ncaj ncees, cia nws tseem ua ncaj ncees ntxiv; thiab tus uas dawb huv, cia nws tseem ua dawb huv ntxiv. Tshwm Sim 22:11.</w:t>
      </w:r>
    </w:p>
    <w:p>
      <w:pPr>
        <w:pStyle w:val="ArticleBody"/>
        <w:jc w:val="left"/>
      </w:pPr>
      <w:r>
        <w:rPr>
          <w:rFonts w:ascii="Times New Roman" w:hAnsi="Times New Roman" w:eastAsia="Times New Roman" w:cs="Times New Roman"/>
        </w:rPr>
        <w:t>Eliyas yuav tsum tshwm sim ua ntej lub caij kev sim siab kaw lawm, thiab nws raug tua thiab sawv hauv qhov tuag rov los hauv Tshwm Sim kaum ib, tam sim ua ntej lub caij kev sim siab kaw. Nws sawv hauv qhov tuag rov los thiab tshaj tawm nws txoj xov mus txog thaum lub caij kev sim siab kaw, qhov uas ces muaj dua ib zaug kev sawv hauv qhov tuag rov los, ntawm cov ncaj ncees thiab cov neeg phem.</w:t>
      </w:r>
    </w:p>
    <w:p>
      <w:pPr>
        <w:pStyle w:val="ArticleScripture"/>
        <w:jc w:val="left"/>
      </w:pPr>
      <w:r>
        <w:rPr>
          <w:rFonts w:ascii="Times New Roman" w:hAnsi="Times New Roman" w:eastAsia="Times New Roman" w:cs="Times New Roman"/>
        </w:rPr>
        <w:t>Thiab ntau leej hauv lawv cov uas tsaug zog nyob hauv plua av ntawm lub ntiajteb yuav sawv rov los, ib txhia mus rau txoj sia nyob mus ib txhis, thiab ib txhia mus rau kev txaj muag thiab kev raug saib tsis taus nyob mus ib txhis. Daniel 12:2.</w:t>
      </w:r>
    </w:p>
    <w:p>
      <w:pPr>
        <w:pStyle w:val="ArticleBody"/>
        <w:jc w:val="left"/>
      </w:pPr>
      <w:r>
        <w:rPr>
          <w:rFonts w:ascii="Times New Roman" w:hAnsi="Times New Roman" w:eastAsia="Times New Roman" w:cs="Times New Roman"/>
        </w:rPr>
        <w:t>Qhov kev sawv hauv qhov tuag rov qab tshwjxeeb ntawd raug raws los ntawm Khetos Txoj Kev Los Zaum Ob, qhov uas cov neeg ncaj ncees uas tuag lawm raug tsa sawv rov qab, thiab tom qab ntawd yog ib txhiab xyoo uas cov neeg dawb huv txiav txim rau cov uas ploj lawm. Thaum kawg ntawm ib txhiab xyoo ntawd muaj dua ib qho kev sawv hauv qhov tuag rov qab ntxiv thiab Khetos Txoj Kev Los zaum peb. Kab ke ntawm cov kev sawv hauv qhov tuag rov qab raws li yaj saub txoj lus qhia ntawd suav nrog kev sawv rov qab ntawm tus tsiaj qus papal, tiamsis txhua qhov kev sawv hauv qhov tuag rov qab ntawd yog ib lub ntsiab lus tshwjxeeb hauv Vajtswv Txojlus yaj saub. Hnub Tim 18 Lub Xya Hli, 2020, txoj kev txav Laodicean ntawm ib puas plaub caug plaub txhiab leej tau tua nws tus kheej los ntawm kev ntxeev siab tawm tsam Khetos cov lus txib uas txwv tsis pub siv sijhawm tshaj 1844.</w:t>
      </w:r>
    </w:p>
    <w:p>
      <w:pPr>
        <w:pStyle w:val="ArticleBody"/>
        <w:jc w:val="left"/>
      </w:pPr>
      <w:r>
        <w:rPr>
          <w:rFonts w:ascii="Times New Roman" w:hAnsi="Times New Roman" w:eastAsia="Times New Roman" w:cs="Times New Roman"/>
        </w:rPr>
        <w:t>Ces thiaj hnov ib lub suab hauv Rama, uas txhais hais tias kev khav theeb thiab kev tsa tus kheej kom siab. Rachel, uas txhais hais tias ib tug neeg taug kev zoo, tab tom quaj ntsuag vim Mauxes thiab Eliyas tsis nyob, thiab tseem ceeb tshaj ntawd, lawv tsis muaj peev xwm raug nplij siab. Lawv tsis muaj kev nplij siab li, thiab Vaj Ntsuj Plig Dawb Huv yog Tus Nplig Siab, tus uas yuav raug xa los thaum lub suab hauv tebchaws moj sab qhua pib rau lub Xya Hli xyoo 2023.</w:t>
      </w:r>
    </w:p>
    <w:p>
      <w:pPr>
        <w:pStyle w:val="ArticleBody"/>
        <w:jc w:val="left"/>
      </w:pPr>
      <w:r>
        <w:rPr>
          <w:rFonts w:ascii="Times New Roman" w:hAnsi="Times New Roman" w:eastAsia="Times New Roman" w:cs="Times New Roman"/>
        </w:rPr>
        <w:t>Tej xwm no tshwm sim tam sim ua ntej lub sijhawm siab ntev xaus, thiab raws li Phau Tshwm Sim, tam sim ua ntej lub sijhawm siab ntev xaus, Yexus Khetos txoj kev Tshwm Sim raug qhib lub foob. Txoj kev qhib lub foob ntawd yog yam uas tsa Mauxes thiab Eliyas sawv hauv qhov tuag rov los, cov uas kuj yog Rachel, tus neeg taug kev zoo, tus uas tau quaj thiab tu siab rau nws cov me nyuam, thiab tsis muaj leej twg yuav nplij tau nws. Nws txoj kev quaj ntsuag hloov mus ua kev xyiv fab thaum cov me nyuam ntawd sawv hauv qhov tuag rov los.</w:t>
      </w:r>
    </w:p>
    <w:p>
      <w:pPr>
        <w:pStyle w:val="ArticleScripture"/>
        <w:jc w:val="left"/>
      </w:pPr>
      <w:r>
        <w:rPr>
          <w:rFonts w:ascii="Times New Roman" w:hAnsi="Times New Roman" w:eastAsia="Times New Roman" w:cs="Times New Roman"/>
        </w:rPr>
        <w:t>Thiab nws hais rau kuv tias, Tsis txhob muab lo lus uas yog tej lus faj lem hauv phau ntawv no kaw cia; rau qhov lub sij hawm twb ze lawm. Tshwmsim 22:10.</w:t>
      </w:r>
    </w:p>
    <w:p>
      <w:pPr>
        <w:pStyle w:val="ArticleBody"/>
        <w:jc w:val="left"/>
      </w:pPr>
      <w:r>
        <w:rPr>
          <w:rFonts w:ascii="Times New Roman" w:hAnsi="Times New Roman" w:eastAsia="Times New Roman" w:cs="Times New Roman"/>
        </w:rPr>
        <w:t>Mauxes thiab Eliyas twb tuag nyob rau hauv tej kev ntawm Xaudoo thiab Iyi tebchaws, thiab ib yam li Khetos, ib puas plaub caug plaub txhiab leej yuav raug hu tawm hauv Iyi tebchaws, thaum txoj kev sib sau pib thaum lub Xya hli ntuj xyoo 2023.</w:t>
      </w:r>
    </w:p>
    <w:p>
      <w:pPr>
        <w:pStyle w:val="ArticleHeading"/>
        <w:jc w:val="left"/>
      </w:pPr>
      <w:r>
        <w:rPr>
          <w:rFonts w:ascii="Arial" w:hAnsi="Arial" w:eastAsia="Arial" w:cs="Arial"/>
        </w:rPr>
        <w:t>Qhov Cim Qhia Txoj Kev Mexiyas Thib Rau yog kev hu tawm hauv Iyi tebchaws thaum Lub Xya hli ntuj xyoo 2023</w:t>
      </w:r>
    </w:p>
    <w:p>
      <w:pPr>
        <w:pStyle w:val="ArticleScripture"/>
        <w:jc w:val="left"/>
      </w:pPr>
      <w:r>
        <w:rPr>
          <w:rFonts w:ascii="Times New Roman" w:hAnsi="Times New Roman" w:eastAsia="Times New Roman" w:cs="Times New Roman"/>
        </w:rPr>
        <w:t>Thiab nyob ntawd mus txog thaum Helauj tuag, kom thiaj ua tiav yam uas tus Tswv tau hais los ntawm tus cev Vajtswv lus tias, Kuv tau hu kuv Leej Tub tawm hauv tebchaws Iziv los. Mathai 2:15.</w:t>
      </w:r>
    </w:p>
    <w:p>
      <w:pPr>
        <w:pStyle w:val="ArticleHeading"/>
        <w:jc w:val="left"/>
      </w:pPr>
      <w:r>
        <w:rPr>
          <w:rFonts w:ascii="Arial" w:hAnsi="Arial" w:eastAsia="Arial" w:cs="Arial"/>
        </w:rPr>
        <w:t>Kev Saib Ua Ntej</w:t>
      </w:r>
    </w:p>
    <w:p>
      <w:pPr>
        <w:pStyle w:val="ArticleScripture"/>
        <w:jc w:val="left"/>
      </w:pPr>
      <w:r>
        <w:rPr>
          <w:rFonts w:ascii="Times New Roman" w:hAnsi="Times New Roman" w:eastAsia="Times New Roman" w:cs="Times New Roman"/>
        </w:rPr>
        <w:t>Thaum Yixayee tseem yog ib tug menyuam, thaum ntawd kuv hlub nws, thiab hu kuv tus tub tawm hauv tebchaws Ixayees los. Hosea 11:1.</w:t>
      </w:r>
    </w:p>
    <w:p>
      <w:pPr>
        <w:pStyle w:val="ArticleBody"/>
        <w:jc w:val="left"/>
      </w:pPr>
      <w:r>
        <w:rPr>
          <w:rFonts w:ascii="Times New Roman" w:hAnsi="Times New Roman" w:eastAsia="Times New Roman" w:cs="Times New Roman"/>
        </w:rPr>
        <w:t>Tuag lawm hauv txoj kev ntawm Iyi tebchaws, ib lub suab saum ntuj los ntawm tebchaws moj sab qhua hu rau Exekees lub hav ntawm cov pob txha tuag kom sawv rov qab los muaj txojsia. Lub suab ntawd pib nrov thaum Lub Xya hli ntuj xyoo 2023.</w:t>
      </w:r>
    </w:p>
    <w:p>
      <w:pPr>
        <w:pStyle w:val="ArticleScripture"/>
        <w:jc w:val="left"/>
      </w:pPr>
      <w:r>
        <w:rPr>
          <w:rFonts w:ascii="Times New Roman" w:hAnsi="Times New Roman" w:eastAsia="Times New Roman" w:cs="Times New Roman"/>
        </w:rPr>
        <w:t>Thiab tom qab peb hnub r½, tus Ntsuj Plig ntawm txoj sia uas los ntawm Vajtswv tau nkag los rau hauv nkawd, thiab nkawd sawv tsees ntawm nkawd ko taw; thiab kev ntshai loj heev poob rau saum cov uas pom nkawd. Thiab nkawd hnov ib lub suab nrov nrov loj los saum ntuj ceeb tsheej hais rau nkawd tias, Cia li nce los saum no. Thiab nkawd tau nce mus saum ntuj ceeb tsheej hauv ib tauv huab; thiab nkawd cov yeeb ncuab tau ntsia nkawd. Tshwmsim 11:11, 12.</w:t>
      </w:r>
    </w:p>
    <w:p>
      <w:pPr>
        <w:pStyle w:val="ArticleBody"/>
        <w:jc w:val="left"/>
      </w:pPr>
      <w:r>
        <w:rPr>
          <w:rFonts w:ascii="Times New Roman" w:hAnsi="Times New Roman" w:eastAsia="Times New Roman" w:cs="Times New Roman"/>
        </w:rPr>
        <w:t>Vajtswv hu Nws Leej Tub tawm hauv tebchaws Iyi, thiab Nws kuj hu Mauxes tawm hauv tebchaws Iyi thiab, rau qhov Mauxes ua tus alpha thiab Yexus ua tus omega sawv cev rau txoj kev paub dhau ntawm ib puas plaub caug plaub txhiab leej, cov uas hu zaj nkauj ntawm Mauxes thiab ntawm Tus Menyuam Yaj. Zaj nkauj ntawd muaj nrog kev hu tawm hauv tebchaws Iyi. Hauv Exekees muaj ob theem raug sawv cev, uas twb raug ua duab qhia ua ntej los ntawm ob theem hauv kev tsim Adas. Ua ntej yog lub cev raug tsim, ces pa txoj sia raug tshuab nkag rau hauv lub cev, thiab lub cev thiaj muaj sia. Hauv Tshwmsim kaum ib, thawj theem yog Vajtswv tus Ntsuj Plig nkag mus rau hauv cov neeg uas raug tua lawm, thiab lawv thiaj sawv ntsug rau saum lawv ob txhais taw. Thaum lawv sawv ntsug, lawv yog Vajtswv pab tub rog. Yam uas xa tus Ntsuj Plig hauv tshooj kaum ib ntawd raug sawv cev los ntawm Exekees thawj zaj lus faj lem. Lub suab hauv roob moj sab qhua yog txoj xov faj lem uas nrog tus Vaj Ntsuj Plig Dawb Huv los ua ke.</w:t>
      </w:r>
    </w:p>
    <w:p>
      <w:pPr>
        <w:pStyle w:val="ArticleBody"/>
        <w:jc w:val="left"/>
      </w:pPr>
      <w:r>
        <w:rPr>
          <w:rFonts w:ascii="Times New Roman" w:hAnsi="Times New Roman" w:eastAsia="Times New Roman" w:cs="Times New Roman"/>
        </w:rPr>
        <w:t>Phau ntawv Mathais muaj kaum ob tshooj uas yog tus omega rau kaum ob tshooj hauv Chiv Keeb, uas muab ob tug tim khawv sawv cev rau txoj kev cog lus nrog ib puas plaub caug plaub txhiab leej. Cov txiv neej thiab cov poj niam ntawd raug muab khi ua cim rau txoj sia nyob mus ib txhis hauv ib txoj kev sib raug zoo uas yog Vajtswv txoj kev muaj hwjchim ntuj tsim los koom nrog lawv txoj kev ua neeg. Lawv dhau los ua lub cim rau cov neeg ua haujlwm thaum teev kaum ib.</w:t>
      </w:r>
    </w:p>
    <w:p>
      <w:pPr>
        <w:pStyle w:val="ArticleScripture"/>
        <w:jc w:val="left"/>
      </w:pPr>
      <w:r>
        <w:rPr>
          <w:rFonts w:ascii="Times New Roman" w:hAnsi="Times New Roman" w:eastAsia="Times New Roman" w:cs="Times New Roman"/>
        </w:rPr>
        <w:t>“Tes hauj lwm ntawm tus Ntsuj Plig Dawb Huv yog kom txiav txim rau lub ntiajteb txog kev txhaum, txog kev ncaj ncees, thiab txog kev txiav txim. Lub ntiajteb tsuas yog yuav raug ceeb toom tau thaum pom cov uas ntseeg qhov tseeb raug dawb huv los ntawm qhov tseeb, ua raws li tej ntsiab cai siab thiab dawb huv, qhia tawm nyob rau hauv ib qho siab, qib siab tshaj, txoj kab cais meej ntawm cov uas ua raws li Vajtswv tej lus txib, thiab cov uas tsuj lawv hauv qab lawv ko taw. Kev dawb huv ntawm tus Ntsuj Plig qhia kom meej qhov txawv ntawm cov uas muaj Vajtswv lub foob, thiab cov uas tuav ib hnub so cuav. Thaum lub sijhawm sim los txog, yuav pom tseeb meej tias tus cim ntawm tus tsiaj nyaum yog dabtsi. Nws yog kev ua Hnub Sunday. Cov uas, tom qab tau hnov qhov tseeb lawm, tseem pheej suav hnub no tias yog hnub dawb huv, lawv ris lub cim kos npe ntawm tus neeg txhaum, tus uas xav hloov lub sijhawm thiab tej kevcai.” Bible Training School, December 1, 1903.</w:t>
      </w:r>
    </w:p>
    <w:p>
      <w:pPr>
        <w:pStyle w:val="ArticleBody"/>
        <w:jc w:val="left"/>
      </w:pPr>
      <w:r>
        <w:rPr>
          <w:rFonts w:ascii="Times New Roman" w:hAnsi="Times New Roman" w:eastAsia="Times New Roman" w:cs="Times New Roman"/>
        </w:rPr>
        <w:t>Tus chij ntawm ib puas plaub caug plaub txhiab leej, thaum lawv raug hu nce mus saum ntuj ceeb tsheej hauv Tshwm Sim tshooj kaum ib, lawv xub raug hu tawm hauv Iyiv, uas yog qhov chaw lawv raug tua tuag. Ib lub suab los ntawm roob moj sab qhua hu lawv tawm hauv Iyiv, kom lawv thiaj yuav yog tus cim rau cov neeg ua haujlwm thaum teev kaum ib. Lawv txoj kev sawv hauv qhov tuag rov los hauv xyoo 2024 kuj raug sawv cev ua ib qho kev yug los, thiab ib qho kev tsim dheev tsaug zog sawv, raws li daim duab piv txwv twg tab tom raug txheeb qhia. Hais txog ib qho kev yug los, lawv yog cov uas ua kom tiav zaj lus piv txwv txog kaum tus nkauj xwb, thiab hauv qhov kev nkag siab no, lawv txoj kev yug los yog kev yug los ntawm tus nkauj xwb, thiab lawv yog tus cim.</w:t>
      </w:r>
    </w:p>
    <w:p>
      <w:pPr>
        <w:pStyle w:val="ArticleHeading"/>
        <w:jc w:val="left"/>
      </w:pPr>
      <w:r>
        <w:rPr>
          <w:rFonts w:ascii="Arial" w:hAnsi="Arial" w:eastAsia="Arial" w:cs="Arial"/>
        </w:rPr>
        <w:t>Tus Xya Txoj Kev Cim Qhia Txog tus Mexiyas yog 2024</w:t>
      </w:r>
    </w:p>
    <w:p>
      <w:pPr>
        <w:pStyle w:val="ArticleScripture"/>
        <w:jc w:val="left"/>
      </w:pPr>
      <w:r>
        <w:rPr>
          <w:rFonts w:ascii="Times New Roman" w:hAnsi="Times New Roman" w:eastAsia="Times New Roman" w:cs="Times New Roman"/>
        </w:rPr>
        <w:t>Tam sim no tau ua li no, kom thiaj ua tiav yam uas tus Tswv tau hais los ntawm tus yaj saub tias, Saib maj, ib tug nkauj xwb yuav xeeb tub thiab yuav yug ib tug tub, thiab lawv yuav hu nws lub npe hu ua Emmanuel, uas txhais hais tias, Vajtswv nrog peb nyob. Mathais 1:22, 23.</w:t>
      </w:r>
    </w:p>
    <w:p>
      <w:pPr>
        <w:pStyle w:val="ArticleHeading"/>
        <w:jc w:val="left"/>
      </w:pPr>
      <w:r>
        <w:rPr>
          <w:rFonts w:ascii="Arial" w:hAnsi="Arial" w:eastAsia="Arial" w:cs="Arial"/>
        </w:rPr>
        <w:t>Kev Yaj Saub Qhia Ua Ntej</w:t>
      </w:r>
    </w:p>
    <w:p>
      <w:pPr>
        <w:pStyle w:val="ArticleScripture"/>
        <w:jc w:val="left"/>
      </w:pPr>
      <w:r>
        <w:rPr>
          <w:rFonts w:ascii="Times New Roman" w:hAnsi="Times New Roman" w:eastAsia="Times New Roman" w:cs="Times New Roman"/>
        </w:rPr>
        <w:t>Vim li ntawd tus Tswv nws tus kheej yuav muab ib lub cim rau nej; saib seb, ib tug nkauj xwb yuav xeeb tub, thiab yug tau ib tug tub, thiab yuav hu nws lub npe ua Immanuel. Yaxayas 7:14.</w:t>
      </w:r>
    </w:p>
    <w:p>
      <w:pPr>
        <w:pStyle w:val="ArticleBody"/>
        <w:jc w:val="left"/>
      </w:pPr>
      <w:r>
        <w:rPr>
          <w:rFonts w:ascii="Times New Roman" w:hAnsi="Times New Roman" w:eastAsia="Times New Roman" w:cs="Times New Roman"/>
        </w:rPr>
        <w:t>Muaj tej cim nyob hauv keeb kwm ntawm Mauxes thiab Khetos, ib yam li kuj muaj nyob hauv keeb kwm Millerite. Nyob rau hnub kawg, Laodicean Adventism yuav nrhiav ib lub cim, thiab lawv tib lub cim xwb yog lub cim ntawm Yausnas. Kuj tseem muaj ib lub cim rau cov uas raug tsa sawv rov los hauv xyoo 2024. Lawv lub cim yog “xya zaug” hauv Leviticus nees nkaum rau.</w:t>
      </w:r>
    </w:p>
    <w:p>
      <w:pPr>
        <w:pStyle w:val="ArticleScripture"/>
        <w:jc w:val="left"/>
      </w:pPr>
      <w:r>
        <w:rPr>
          <w:rFonts w:ascii="Times New Roman" w:hAnsi="Times New Roman" w:eastAsia="Times New Roman" w:cs="Times New Roman"/>
        </w:rPr>
        <w:t>Thiab qhov no yuav yog ib lub cim rau koj: Xyoo no nej yuav noj tej uas hlob tuaj ntawm nws tus kheej, thiab xyoo ob nej yuav noj tej uas txhawv los ntawm tib yam ntawd; tiam sis xyoo peb nej cia li tseb, thiab sau qoob loo, thiab cog vaj txiv hmab, thiab noj cov txiv ntawm tej ntawd. Thiab cov seem uas dim ntawm tsev neeg Yudas yuav rov qab ntsis cag mus rau hauv qab, thiab txi txiv mus rau saud. Rau qhov ntawm Yeluxalees yuav muaj ib pab seem tawm mus, thiab cov uas dim tawm ntawm roob Xi-oos: txoj kev kub siab lug ntawm tus Tswv uas kav txhua pab tub rog yuav ua li no. 2 Vajntxwv 19:29–31</w:t>
      </w:r>
    </w:p>
    <w:p>
      <w:pPr>
        <w:pStyle w:val="ArticleScripture"/>
        <w:jc w:val="left"/>
      </w:pPr>
      <w:r>
        <w:rPr>
          <w:rFonts w:ascii="Times New Roman" w:hAnsi="Times New Roman" w:eastAsia="Times New Roman" w:cs="Times New Roman"/>
        </w:rPr>
        <w:t>Thiab yog nej hais tias, Peb yuav noj dab tsi rau xyoo xya? saib seb, peb yuav tsis tseb, thiab tsis sau peb tej qoob loo los: Ces kuv yuav txib kuv txoj koob hmoov los rau saum nej rau xyoo rau, thiab nws yuav txi txiv txaus rau peb xyoos. Thiab nej yuav tseb rau xyoo yim, thiab tseem yuav noj tej txiv qub mus txog xyoo cuaj; mus txog thaum nws tej txiv tshiab los txog nej mam noj tej uas khaws cia qub. Levi Tej Kevcai 25:20–22.</w:t>
      </w:r>
    </w:p>
    <w:p>
      <w:pPr>
        <w:pStyle w:val="ArticleBody"/>
        <w:jc w:val="left"/>
      </w:pPr>
      <w:r>
        <w:rPr>
          <w:rFonts w:ascii="Times New Roman" w:hAnsi="Times New Roman" w:eastAsia="Times New Roman" w:cs="Times New Roman"/>
        </w:rPr>
        <w:t>Cov neeg uas dim dim los kuj raug sawv cev ua cov neeg raug ntiab tawm ntawm cov Yixayee, thiab lawv raug lawv cov kwv tij uas ntxub lawv ntiab tawm mus. Lawv cov kwv tij ntiab lawv tawm, rau qhov lawv ntxub lawv vim lawv tsis muaj peev xwm thim rov qab qhov tseeb hais txog Hnub Xanpataus uas Mauxe cov “xya zaug” sawv cev rau.</w:t>
      </w:r>
    </w:p>
    <w:p>
      <w:pPr>
        <w:pStyle w:val="ArticleScripture"/>
        <w:jc w:val="left"/>
      </w:pPr>
      <w:r>
        <w:rPr>
          <w:rFonts w:ascii="Times New Roman" w:hAnsi="Times New Roman" w:eastAsia="Times New Roman" w:cs="Times New Roman"/>
        </w:rPr>
        <w:t>Tus Tswv tsa Yeluxalees rov los; nws sau cov uas raug ntiab tawm ntawm cov Yixayee los ua ke. Ntawv Nkauj 147:2.</w:t>
      </w:r>
    </w:p>
    <w:p>
      <w:pPr>
        <w:pStyle w:val="ArticleBody"/>
        <w:jc w:val="left"/>
      </w:pPr>
      <w:r>
        <w:rPr>
          <w:rFonts w:ascii="Times New Roman" w:hAnsi="Times New Roman" w:eastAsia="Times New Roman" w:cs="Times New Roman"/>
        </w:rPr>
        <w:t>Tus Tswv pib sau cov seem seem uas tshuav tseg los ua ke thaum Lub Xya hli ntuj xyoo 2023, thiab cov seem seem uas tshuav tseg ntawd yog cov “raug ntiab tawm” ntawm Ixayees. Thaum Lub Xya hli ntuj xyoo 2023, Nws tsa Nws txhais tes zaum ob los sau Nws cov raug ntiab tawm ua ke. Nws tau tsa Nws txhais tes xyoo 1849 zaum ob, ua ntej qhov kaj omega ntawm Mauxes xya lub sij hawm nyob rau xyoo 1856. Qhov kaj alpha tau sawv cev los ntawm Miller qhov kev tshawb pom thawj zaug txog yaj saub—Mauxes xya lub sij hawm.</w:t>
      </w:r>
    </w:p>
    <w:p>
      <w:pPr>
        <w:pStyle w:val="ArticleScripture"/>
        <w:jc w:val="left"/>
      </w:pPr>
      <w:r>
        <w:rPr>
          <w:rFonts w:ascii="Times New Roman" w:hAnsi="Times New Roman" w:eastAsia="Times New Roman" w:cs="Times New Roman"/>
        </w:rPr>
        <w:t>Thiab nyob rau hnub ntawd yuav muaj ib lub hauv paus ntawm Yexai sawv los ua ib lub cim rau tej haiv neeg; cov Lwm Haiv Neeg yuav tuaj nrhiav nws; thiab nws qhov chaw so yuav muaj hwjchim ci ntsa iab. Thiab yuav muaj tias nyob rau hnub ntawd, tus Tswv yuav tsa nws txhais tes dua zaum ob kom rov qab tau cov seem uas tseem tshuav ntawm nws haiv neeg, uas yuav raug tseg cia, tawm ntawm Assyria, thiab tawm ntawm Egypt, thiab tawm ntawm Pathros, thiab tawm ntawm Cush, thiab tawm ntawm Elam, thiab tawm ntawm Shinar, thiab tawm ntawm Hamath, thiab tawm ntawm cov kob hauv hiav txwv. Thiab nws yuav tsa ib lub cim rau txhua haiv neeg, thiab yuav sib sau cov neeg Ixayees uas raug ntiab tawm, thiab yuav sau ua ke cov neeg Yudas uas tawg khiav mus los ntawm plaub ceg kaum ntuj hauv ntiajteb. Yaxayas 11:10–12.</w:t>
      </w:r>
    </w:p>
    <w:p>
      <w:pPr>
        <w:pStyle w:val="ArticleBody"/>
        <w:jc w:val="left"/>
      </w:pPr>
      <w:r>
        <w:rPr>
          <w:rFonts w:ascii="Times New Roman" w:hAnsi="Times New Roman" w:eastAsia="Times New Roman" w:cs="Times New Roman"/>
        </w:rPr>
        <w:t>Thaum cov raug ntiab tawm raug tsa kom ua lub cim, lawv yuav sau cov neeg ua hauj lwm thaum teev kaum ib, cov uas “yuav raug ceeb toom tau tsuas yog los ntawm kev pom” “qhov txawv ntawm cov uas muaj Vajtswv lub foob, thiab cov uas ua raws ib hnub so cuav.” Lub cim rau cov neeg ua hauj lwm thaum teev kaum ib yog cov raug ntiab tawm, thiab lub cim NTAWM cov raug ntiab tawm, yog qhov tsis txawj txhais ntawm, kev noj “xyoo no tej yam uas loj hlob ntawm lawv tus kheej, thiab xyoo ob qhov uas tawm tuaj ntawm tib yam; thiab xyoo peb nej cia li tseb, thiab sau qoob, thiab cog vaj hmab, thiab noj nws cov txiv.”</w:t>
      </w:r>
    </w:p>
    <w:p>
      <w:pPr>
        <w:pStyle w:val="ArticleBody"/>
        <w:jc w:val="left"/>
      </w:pPr>
      <w:r>
        <w:rPr>
          <w:rFonts w:ascii="Times New Roman" w:hAnsi="Times New Roman" w:eastAsia="Times New Roman" w:cs="Times New Roman"/>
        </w:rPr>
        <w:t>Qhov tob tob uas nyuaj to taub ntawm nqe lus no yog tias nws sawv cev rau “xya lub sij hawm” ntawm Leviticus nees nkaum tsib thiab nees nkaum rau. Hnub Xanpataus ntawm thaj av txoj kev so yog ib feem ntawm txoj kev cog lus uas qhia meej ob qho tib si txoj koob hmoov lossis txoj kev foom phem, raws li kev ua raws lossis kev tsis lees txais txoj kev so xyoo xya rau thaj av uas tau cog lus tseg. Lub cim ntawm ib puas plaub caug plaub txhiab yog ib feem ntawm peb feem lus cog tseg ntawm txoj kev cog lus uas raug sawv cev los ntawm hnub Xanpataus xyoo xya ntawm thaj av. Qhov tseeb uas yog lub hauv paus ntawm “xya lub sij hawm,” qhia txog ib qho ntawm peb yam hauv txoj kev cog lus uas cog lus tseg ib lub siab tshiab thiab ib lub tswv yim tshiab, thiab ib lub cev tshiab thiab kuj muaj ib thaj av rau nyob.</w:t>
      </w:r>
    </w:p>
    <w:p>
      <w:pPr>
        <w:pStyle w:val="ArticleBody"/>
        <w:jc w:val="left"/>
      </w:pPr>
      <w:r>
        <w:rPr>
          <w:rFonts w:ascii="Times New Roman" w:hAnsi="Times New Roman" w:eastAsia="Times New Roman" w:cs="Times New Roman"/>
        </w:rPr>
        <w:t>Hnub Xanpataus hnub xya yog lub cim nruab nrab ntawm Vajtswv thiab Nws haiv neeg, tiam sis Hnub Xanpataus hnub xya ntawd kuj sawv cev rau lub luag hauj lwm ntawm txoj kev cog lus uas tau muab rau cov Yixayee thaum ub. Lawv yuav tsum yog cov tiv thaiv, yog cov uas tau muab cia rau saib xyuas Kaum Nqe Kevcai. Muam White hais meej tias cov Yixayee niaj hnub no hauv xyoo 1844, raws li kev phim nrog cov Yixayee thaum ub, tau raug tsa ua cov uas tau muab cia rau saib xyuas tsis yog Kaum Nqe Kevcai xwb, tiam sis kuj yog Vajtswv Txoj Lus yaj saub thiab.</w:t>
      </w:r>
    </w:p>
    <w:p>
      <w:pPr>
        <w:pStyle w:val="ArticleScripture"/>
        <w:jc w:val="left"/>
      </w:pPr>
      <w:r>
        <w:rPr>
          <w:rFonts w:ascii="Times New Roman" w:hAnsi="Times New Roman" w:eastAsia="Times New Roman" w:cs="Times New Roman"/>
        </w:rPr>
        <w:t>“Vajtswv tau hu Nws pawg ntseeg hauv tiam no, ib yam li Nws tau hu cov Yixayee thaum ub, kom sawv ua ib lub teeb nyob hauv ntiajteb. Los ntawm rab riam loj muaj hwjchim ntawm qhov tseeb, uas yog tej lus ntawm tus timtswv thawj, tus timtswv ob, thiab tus timtswv peb, Nws tau cais lawv tawm ntawm tej pawg ntseeg thiab tawm ntawm lub ntiajteb kom coj lawv los nyob ze Nws hauv txoj kev dawbhuv. Nws tau tsa lawv ua cov neeg khaws cia Nws txoj kevcai, thiab tau muab tej qhov tseeb loj ntawm tej yaj saub hais tseg rau tiam no rau lawv. Ib yam li tej lus qhia dawbhuv uas tau muab rau cov Yixayee thaum ub, tej no yog ib qho kev tso siab dawbhuv uas yuav tsum muab tshaj tawm rau lub ntiajteb. Peb tug timtswv hauv Tshwmsim 14 sawv cev rau cov neeg uas lees txais qhov kaj ntawm Vajtswv tej lus thiab tawm mus ua Nws cov neeg sawv cev los tshaj suab ceebtoom mus thoob plaws qhov ntev thiab qhov dav ntawm lub ntiajteb.” Testimonies, volume 5, 455.</w:t>
      </w:r>
    </w:p>
    <w:p>
      <w:pPr>
        <w:pStyle w:val="ArticleBody"/>
        <w:jc w:val="left"/>
      </w:pPr>
      <w:r>
        <w:rPr>
          <w:rFonts w:ascii="Times New Roman" w:hAnsi="Times New Roman" w:eastAsia="Times New Roman" w:cs="Times New Roman"/>
        </w:rPr>
        <w:t>Kaum Kaum Lus Kaum Nqe Kevcai raug sawv cev los ntawm lub cim ntawm Hnub Xanpataus hnub xya, thiab tej kevcai ntawm lus faj lem raug sawv cev los ntawm Hnub Xanpataus xyoo xya. Laodicean Seventh-day Adventism yuav raug txaj muag heev thaum lawv tso nkoj tseg thiab pib pe hawm lub hnub, tiam sis txoj cai hais txog Hnub Xanpataus uas lawv xub tsis lees txais yog Mauxes “xya zaug.”</w:t>
      </w:r>
    </w:p>
    <w:p>
      <w:pPr>
        <w:pStyle w:val="ArticleBody"/>
        <w:jc w:val="left"/>
      </w:pPr>
      <w:r>
        <w:rPr>
          <w:rFonts w:ascii="Times New Roman" w:hAnsi="Times New Roman" w:eastAsia="Times New Roman" w:cs="Times New Roman"/>
        </w:rPr>
        <w:t>Yuav kom yeej tau lub tebchaws uas tau cog lus tseg, Vajtswv haiv neeg yuav tsum to taub thiab tuav rawv tsis yog hnub Xanpataus hnub xya xwb, tiam sis kuj yog Xanpataus xya xyoo thiab. Txoj Kev Ntseeg Adventist Laodicea tsis muaj peev xwm tsis lees qhov tseeb hauv phau Vajlugkub no, txawm yog lawv npog nws nrog tej lus dag los xij. Qhov no yog lub hauv paus ntawm lawv txoj kev ntxub, uas coj lawv mus ntiab cov uas yuav yog tus chij tawm.</w:t>
      </w:r>
    </w:p>
    <w:p>
      <w:pPr>
        <w:pStyle w:val="ArticleScripture"/>
        <w:jc w:val="left"/>
      </w:pPr>
      <w:r>
        <w:rPr>
          <w:rFonts w:ascii="Times New Roman" w:hAnsi="Times New Roman" w:eastAsia="Times New Roman" w:cs="Times New Roman"/>
        </w:rPr>
        <w:t>“Feem coob ntawm kuv txiv feem coob yog cov ntseeg tiag tiag ntawm txoj kev los txog zaum ob, thiab vim peb tau ua tim khawv txog zaj lus qhuab qhia uas muaj hwjchim ci ntsa iab no, xya leej ntawm peb ib zaug tau raug ntiab tawm hauv Methodist Church. Nyob rau lub sijhawm ntawd, cov lus ntawm tus yaj saub muaj nqis heev rau peb: ‘Nej cov kwv tij uas ntxub nej, uas muab nej ntiab tawm vim yog Kuv lub npe, tau hais tias, Cia tus Tswv tau koob meej: tiam sis Nws yuav tshwm los ua nej txoj kev xyiv fab, hos lawv yuav raug txaj muag.’ Yaxayas 66:5.”</w:t>
      </w:r>
    </w:p>
    <w:p>
      <w:pPr>
        <w:pStyle w:val="ArticleScripture"/>
        <w:jc w:val="left"/>
      </w:pPr>
      <w:r>
        <w:rPr>
          <w:rFonts w:ascii="Times New Roman" w:hAnsi="Times New Roman" w:eastAsia="Times New Roman" w:cs="Times New Roman"/>
        </w:rPr>
        <w:t>“Txij lub sijhawm no mus txog rau lub Kaum Ob Hlis, 1844, kuv tej kev xyiv fab, kev sim siab, thiab kev poob siab zoo ib yam li cov ntawm kuv cov phooj ywg Advent uas kuv hlub nyob ib ncig kuv. Nyob rau lub sijhawm ntawd kuv tau mus xyuas ib tug muam hauv peb pawg Advent, thiab thaum sawv ntxov peb txhos caug ua ke nyob ib ncig ntawm tsev neeg lub thaj pe hawm. Tsis yog ib lub sijhawm uas ua rau muaj kev kub siab tshwj xeeb, thiab tsuas muaj tsib leej xwb uas tuaj nyob ntawd, txhua tus yog poj niam. Thaum kuv tab tom thov Vajtswv, Vajtswv lub hwj chim los saum kuv raws li kuv yeej tsis tau hnov dua li yav tas los. Kuv raug muab qhwv rau hauv ib txoj kev yog toog pom txog Vajtswv lub yeeb koob, thiab zoo li kuv tab tom nce siab zuj zus tawm hauv lub ntiajteb, thiab raug qhia qee yam txog txoj kev taug ntawm haiv neeg Advent mus rau Lub Nroog Dawb Huv, raws li tau piav tseg hauv qab no.” Early Writings, 13.</w:t>
      </w:r>
    </w:p>
    <w:p>
      <w:pPr>
        <w:pStyle w:val="ArticleBody"/>
        <w:jc w:val="left"/>
      </w:pPr>
      <w:r>
        <w:rPr>
          <w:rFonts w:ascii="Times New Roman" w:hAnsi="Times New Roman" w:eastAsia="Times New Roman" w:cs="Times New Roman"/>
        </w:rPr>
        <w:t>Ellen White thawj zaj yog toog pom, tau muab rau thaum tsib tug pojniam, (sawv cev rau tsib tug nkauj xwb muaj tswvyim) tau sib sau ua ke tom qab raug lawv cov kwvtij ntiab tawm vim lawv ntxub lawv. Lawv ntxub lawv vim txoj kev qhia txog Kev Rov Los Zaum Ob, li no thiaj ua piv txwv txog cov uas raug ntiab tawm nyob rau hnub kawg.</w:t>
      </w:r>
    </w:p>
    <w:p>
      <w:pPr>
        <w:pStyle w:val="ArticleScripture"/>
        <w:jc w:val="left"/>
      </w:pPr>
      <w:r>
        <w:rPr>
          <w:rFonts w:ascii="Times New Roman" w:hAnsi="Times New Roman" w:eastAsia="Times New Roman" w:cs="Times New Roman"/>
        </w:rPr>
        <w:t>“Kuv pom tias pawg ntseeg uas tsuas yog muaj npe thiab cov Adventist uas tsuas yog muaj npe xwb, ib yam li Yudas, yuav ntxeev siab rau peb rau cov Kas Tos Liv kom tau lawv txoj kev txhawb thiab hwjchim los tawm tsam qhov tseeb. Ces cov neeg dawb huv yuav yog ib haiv neeg uas zais nti, tsis tshua muaj leejtwg paub rau cov Kas Tos Liv; tiam sis cov pawg ntseeg thiab cov Adventist uas tsuas yog muaj npe xwb, uas paub txog peb txoj kev ntseeg thiab peb tej kev coj (vim lawv ntxub peb vim yog Hnub Xanpataus, rau qhov lawv tsis muaj peevxwm thim rov qab nws) yuav ntxeev siab rau cov neeg dawb huv thiab ceeb toom lawv rau cov Kas Tos Liv tias lawv yog cov uas tsis quav ntsej tej kev cai uas yog ntawm cov pejxeem; uas yog hais tias, lawv coj Hnub Xanpataus thiab tsis quav ntsej Hnub Sunday.”</w:t>
      </w:r>
    </w:p>
    <w:p>
      <w:pPr>
        <w:pStyle w:val="ArticleScripture"/>
        <w:jc w:val="left"/>
      </w:pPr>
      <w:r>
        <w:rPr>
          <w:rFonts w:ascii="Times New Roman" w:hAnsi="Times New Roman" w:eastAsia="Times New Roman" w:cs="Times New Roman"/>
        </w:rPr>
        <w:t>“Ces cov Kas Tos Liv yuav txib cov Kas Tos Nkasmus kom mus ntxiv mus tom ntej, thiab tshaj tawm ib txoj cai tias txhua tus uas tsis kam ua raws hnub thawj ntawm lub limtiam, hloov chaw rau hnub xya, yuav raug tua pov tseg. Thiab cov Kas Tos Liv, uas lawv coob heev, yuav sawv nrog cov Kas Tos Nkasmus. Cov Kas Tos Liv yuav muab lawv lub hwjchim rau tus duab ntawm tus tsiaj qus. Thiab cov Kas Tos Nkasmus yuav ua haujlwm ib yam li lawv niam tau ua ua ntej lawv los rhuav tshem cov neeg dawb huv. Tab sis ua ntej lawv txoj cai ntawd yuav coj los sis nqa tau txiv, cov neeg dawb huv yuav raug cawm dim los ntawm Vajtswv Lub Suab.” Spalding and Magan, 1, 2.</w:t>
      </w:r>
    </w:p>
    <w:p>
      <w:pPr>
        <w:pStyle w:val="ArticleBody"/>
        <w:jc w:val="left"/>
      </w:pPr>
      <w:r>
        <w:rPr>
          <w:rFonts w:ascii="Times New Roman" w:hAnsi="Times New Roman" w:eastAsia="Times New Roman" w:cs="Times New Roman"/>
        </w:rPr>
        <w:t>Cov “nominal” (txhais tias tsuas yog muaj npe xwb), cov “Adventists, ib yam li Yudas, yuav ntxeev siab rau peb rau cov Catholics.” Lawv tau ua li ntawd vim “lawv ntxub” cov neeg raug ntiab tawm “vim yog hnub Xanpataus.” Cov Adventists nominal lees tias lawv ceev hnub Xanpataus hnub xya, yog li no tsis yog hnub Xanpataus uas lo lus ntawd hais txog. Lawv ntxub cov neeg raug ntiab tawm, rau qhov lawv paub tias lawv tsis muaj peev xwm txwv tau qhov tseeb hauv paus ntawm xya lub sijhawm ntawm Mauxes, uas yog kev to taub alpha ntawm Eliyas hauv tus neeg ntawm William Miller.</w:t>
      </w:r>
    </w:p>
    <w:p>
      <w:pPr>
        <w:pStyle w:val="ArticleScripture"/>
        <w:jc w:val="left"/>
      </w:pPr>
      <w:r>
        <w:rPr>
          <w:rFonts w:ascii="Times New Roman" w:hAnsi="Times New Roman" w:eastAsia="Times New Roman" w:cs="Times New Roman"/>
        </w:rPr>
        <w:t>“Vajtswv tsis muab ib txoj xov tshiab rau peb. Peb yuav tsum tshaj tawm txoj xov uas nyob rau xyoo 1843 thiab 1844 tau coj peb tawm hauv lwm cov ntseeg pawg ntseeg.” Review and Herald, Lub Ib Hlis 19, 1905.</w:t>
      </w:r>
    </w:p>
    <w:p>
      <w:pPr>
        <w:pStyle w:val="ArticleScripture"/>
        <w:jc w:val="left"/>
      </w:pPr>
      <w:r>
        <w:rPr>
          <w:rFonts w:ascii="Times New Roman" w:hAnsi="Times New Roman" w:eastAsia="Times New Roman" w:cs="Times New Roman"/>
        </w:rPr>
        <w:t>“Tag nrho tej lus tshaj tawm uas tau muab los txij xyoo 1840–1844 yuav tsum raug nthuav tawm kom muaj hwj chim tam sim no, rau qhov muaj coob leej tib neeg uas tau plam lawv txoj kev taw qhia lawm. Tej lus tshaj tawm no yuav tsum mus cuag txhua pawg ntseeg.” Manuscript Releases, volume 21, 437.</w:t>
      </w:r>
    </w:p>
    <w:p>
      <w:pPr>
        <w:pStyle w:val="ArticleScripture"/>
        <w:jc w:val="left"/>
      </w:pPr>
      <w:r>
        <w:rPr>
          <w:rFonts w:ascii="Times New Roman" w:hAnsi="Times New Roman" w:eastAsia="Times New Roman" w:cs="Times New Roman"/>
        </w:rPr>
        <w:t>“Cov lus tseeb uas peb tau txais hauv xyoo 1841, ‘42, ‘43, thiab ‘44 tam sim no yog yam yuav tsum kawm thiab tshaj tawm.” Manuscript Releases, volume 15, 371.</w:t>
      </w:r>
    </w:p>
    <w:p>
      <w:pPr>
        <w:pStyle w:val="ArticleScripture"/>
        <w:jc w:val="left"/>
      </w:pPr>
      <w:r>
        <w:rPr>
          <w:rFonts w:ascii="Times New Roman" w:hAnsi="Times New Roman" w:eastAsia="Times New Roman" w:cs="Times New Roman"/>
        </w:rPr>
        <w:t>“Lus twb tau los lawm hais tias: Tsis txhob cia ib yam dab tsi nkag los uas yuav rhuav los sis cuam tshuam lub hauv paus ntawm txoj kev ntseeg uas peb tau ua tsev rau saum nws txij li thaum txoj xov tau los txog hauv xyoo 1842, 1843, thiab 1844. Kuv twb nyob hauv txoj xov no, thiab txij thaum ntawd los kuv yeej tau sawv nyob ntawm ntiaj teb xub ntiag, ncaj ncees rau qhov kaj uas Vajtswv tau pub rau peb. Peb tsis npaj yuav txav peb txhais taw tawm ntawm lub sam thiaj uas peb tau raug tsa rau saum nws, thaum peb niaj hnub nrhiav tus Tswv nrog kev thov Vajtswv kub siab, nrhiav qhov kaj. Nej puas xav tias kuv yuav tso tseg tau qhov kaj uas Vajtswv tau pub rau kuv? Nws yuav tsum nyob ruaj khov ib yam li Lub Pob Zeb Uas Nyob Mus Ib Txhis. Nws twb tau coj kuv kev txij thaum nws raug muab pub los.” Review and Herald, April 14, 1903.</w:t>
      </w:r>
    </w:p>
    <w:p>
      <w:pPr>
        <w:pStyle w:val="ArticleBody"/>
        <w:jc w:val="left"/>
      </w:pPr>
      <w:r>
        <w:rPr>
          <w:rFonts w:ascii="Times New Roman" w:hAnsi="Times New Roman" w:eastAsia="Times New Roman" w:cs="Times New Roman"/>
        </w:rPr>
        <w:t>Yudas tsis yog ib lub cim rau pawg Sanhedrin uas muaj cov Xadukais thiab cov Falixais, Yudas yog ib tug hauv kaum ob tug thwjtim. Nws yog ib tug hauv tus nkauj nyab ntawm txoj kev cog lus tseg, uas Khetos tab tom yuav los yuav thaum Hnub Peetekos. Kev ntxeev siab tawm tsam cov uas raug ntiab tawm los ntawm Yudas, uas yog pawg ntseeg Xya-hnub Adas-ven-tis Laodixias. Lawv raug sawv cev los ntawm ntau yam cim, xws li cov Levis uas raug tus Tub Txib ntawm Txoj Kev Cog Lus tseg tsis lees txais hauv Malakis peb. Cov Levis raug cais tawm thaum txoj kev ntxuav kom huv ntawd, thiab lawv tus lej yog 25, txawm yog cov ncaj ncees los yog cov tsis ncaj ncees. Cov Levis raug ntxuav kom huv ua ntej lawv raug tsa siab ua ib qho kev fij, ib yam li yav tas los.</w:t>
      </w:r>
    </w:p>
    <w:p>
      <w:pPr>
        <w:pStyle w:val="ArticleScripture"/>
        <w:jc w:val="left"/>
      </w:pPr>
      <w:r>
        <w:rPr>
          <w:rFonts w:ascii="Times New Roman" w:hAnsi="Times New Roman" w:eastAsia="Times New Roman" w:cs="Times New Roman"/>
        </w:rPr>
        <w:t>Thiab nws yuav zaum ua tus lim thiab tus ua kom nyiaj dawb huv huv si; thiab nws yuav ntxuav cov tub ntawm Levi kom dawb huv, thiab lim lawv ib yam li kub thiab nyiaj, xwv kom lawv thiaj tau muab ib qho khoom fij rau tus Tswv hauv txoj kev ncaj ncees. Ces Yehuda thiab Yeluxalees tej khoom fij yuav txaus siab rau tus Tswv, ib yam li yav thaum ub, thiab ib yam li xyoo thaum chiv thawj. Malakis 3:3, 4.</w:t>
      </w:r>
    </w:p>
    <w:p>
      <w:pPr>
        <w:pStyle w:val="ArticleBody"/>
        <w:jc w:val="left"/>
      </w:pPr>
      <w:r>
        <w:rPr>
          <w:rFonts w:ascii="Times New Roman" w:hAnsi="Times New Roman" w:eastAsia="Times New Roman" w:cs="Times New Roman"/>
        </w:rPr>
        <w:t>Cov Levis yog txoj kev txi, rau qhov lawv ua kom pom meej kawg nkaus txog tus yam ntxwv ntawm Khetos, tus uas yog txoj kev txi loj kawg. Thaum nees nkaum tsib tug Levis ntawd raug tsa siab ua txoj kev txi, nees nkaum tsib tug Levis cuav ntawd tab tom pe hawm lub hnub nyob hauv Ezekiel 8.</w:t>
      </w:r>
    </w:p>
    <w:p>
      <w:pPr>
        <w:pStyle w:val="ArticleBody"/>
        <w:jc w:val="left"/>
      </w:pPr>
      <w:r>
        <w:rPr>
          <w:rFonts w:ascii="Times New Roman" w:hAnsi="Times New Roman" w:eastAsia="Times New Roman" w:cs="Times New Roman"/>
        </w:rPr>
        <w:t>Yudas tsis yog tsuas sawv cev rau ib tug Levis uas phem xwb, tiam sis nws kuj yog ib tug pov thawj phem uas raug npaj tseg tau peb caug xyoo, raws li tau sawv cev los ntawm Yudas peb caug daim nyiaj.</w:t>
      </w:r>
    </w:p>
    <w:p>
      <w:pPr>
        <w:pStyle w:val="ArticleScripture"/>
        <w:jc w:val="left"/>
      </w:pPr>
      <w:r>
        <w:rPr>
          <w:rFonts w:ascii="Times New Roman" w:hAnsi="Times New Roman" w:eastAsia="Times New Roman" w:cs="Times New Roman"/>
        </w:rPr>
        <w:t>Ces Yudas, tus uas tau ntxeev siab rau nws lawm, thaum nws pom tias nws raug txiav txim lawm, nws thiaj khuv xim nws tus kheej, thiab nqa peb caug daim nyiaj rov qab mus rau cov thawj pov thawj hlob thiab cov txwj laus, hais tias, Kuv tau ua txhaum lawm, vim kuv tau ntxeev siab rau cov ntshav dawb huv uas tsis muaj txim. Thiab lawv hais tias, Qhov ntawd yog dabtsi rau peb? Koj cia li saib koj tus kheej xwb. Ces nws txawb cov nyiaj ntawd pov rau hauv lub tuam tsev, thiab ncaim mus, ces mus dai nws tus kheej. Mathais 27:3–5.</w:t>
      </w:r>
    </w:p>
    <w:p>
      <w:pPr>
        <w:pStyle w:val="ArticleBody"/>
        <w:jc w:val="left"/>
      </w:pPr>
      <w:r>
        <w:rPr>
          <w:rFonts w:ascii="Times New Roman" w:hAnsi="Times New Roman" w:eastAsia="Times New Roman" w:cs="Times New Roman"/>
        </w:rPr>
        <w:t>Peb caug nyiaj uas Yudas muab pov tseg ntawd, sawv cev rau Tus Tubtxib ntawm Txojlus Cog Tseg uas pov tseg (ntxuav kom huv tawm) cov khib nyiab (nyiaj cuav) hauv Malakhi tshooj peb. Txoj pov thawj phem ntawd raug sawv cev los ntawm Khaulas, Dathas thiab Anpisas txoj kev ntxeev siab thiab cov neeg ntxeev siab xyoo 1888. Txoj pov thawj phem ntawd raug nqos thaum Tebchaws Meskas, tus tsiaj qus ntawm lub ntiajteb, qhib nws lub qhov ncauj. Tom qab ntawd hluav taws rhuav tshem lawv cov thwjtim, thaum muaj kev nchuav tag nrho ntawm nag tom qab, uas pib thaum txoj kevcai hnub Sunday.</w:t>
      </w:r>
    </w:p>
    <w:p>
      <w:pPr>
        <w:pStyle w:val="ArticleBody"/>
        <w:jc w:val="left"/>
      </w:pPr>
      <w:r>
        <w:rPr>
          <w:rFonts w:ascii="Times New Roman" w:hAnsi="Times New Roman" w:eastAsia="Times New Roman" w:cs="Times New Roman"/>
        </w:rPr>
        <w:t>Kev yug los ntawm ib tug nkauj xwb ua ib lub cim nyob rau tiam Khetos, sawv cev rau lub cim ntawm cov nkauj xwb ntse nyob rau hnub kawg. Nyob rau lub sijhawm ntawd, cov Sanhedrin, uas yog pawg ntseeg Xya-Hnub Adventist Laodicea, yuav nrhiav ib lub cim, tiamsis yuav tsis muaj peev xwm pom tib lub cim nkaus xwb uas raug muab rau Laodicea. Lub cim rau pab neeg coob coob, uas yog cov neeg ua haujlwm thaum teev kaum ib, yog pom cov txiv neej thiab cov poj niam tuav Hnub Xabaj hnub xya nyob rau lub sijhawm kev sim siab ntawm txoj cai Hnub Sunday. Lub cim ntawm cov seem tshuav hauv lawv txoj kev sib cav nrog cov neeg ntawm qub kevcai yog Hnub Xabaj xyoo xya, uas sawv cev rau tej hauv paus ruaj khov ntawm Adventism raws li tau txheeb xyuas tias yog tus ncej nruab nrab ntawm ob daim ntawv dawb huv ntawm Habakkuk. Lub cim uas raug muab rau Adventism Laodicea yog lub cim ntawm Yonas, uas raug hais txog hauv kev sib tham ntawm Khetos thiab Petus.</w:t>
      </w:r>
    </w:p>
    <w:p>
      <w:pPr>
        <w:pStyle w:val="ArticleScripture"/>
        <w:jc w:val="left"/>
      </w:pPr>
      <w:r>
        <w:rPr>
          <w:rFonts w:ascii="Times New Roman" w:hAnsi="Times New Roman" w:eastAsia="Times New Roman" w:cs="Times New Roman"/>
        </w:rPr>
        <w:t>Thaum Yexus los txog rau thaj tsam Xesalees Filispos, Nws nug Nws cov thwjtim hais tias, “Neeg hais tias Kuv, Leej Tub ntawm Neeg, yog leejtwg?” Lawv teb hais tias, “Qee leej hais tias Koj yog Yauhas tus Uas Muab Neeg Ua Kevcai Raus Dej; qee leej hais tias, Elias; hos lwm tus hais tias, Yelemis, lossis yog ib tug ntawm cov yaj saub.” Nws hais rau lawv tias, “Tiamsis nej hais tias Kuv yog leejtwg?”</w:t>
      </w:r>
    </w:p>
    <w:p>
      <w:pPr>
        <w:pStyle w:val="ArticleScripture"/>
        <w:jc w:val="left"/>
      </w:pPr>
      <w:r>
        <w:rPr>
          <w:rFonts w:ascii="Times New Roman" w:hAnsi="Times New Roman" w:eastAsia="Times New Roman" w:cs="Times New Roman"/>
        </w:rPr>
        <w:t>Ximoos Petus teb hais tias, Koj yog tus Khetos, yog Vajtswv uas ciaj sia Leej Tub. Yexus teb thiab hais rau nws tias, Koj tau koob hmoov, Ximoos Npas-yoona: rau qhov tsis yog cev nqaij daim tawv thiab ntshav tau qhia qhov no rau koj, tiam sis yog kuv Leej Txiv uas nyob saum ntuj. Thiab kuv kuj hais rau koj thiab tias, koj yog Petus, thiab saum pob zeb no kuv yuav txhim tsa kuv pawg ntseeg; thiab rooj vag ntuj txiag teb tsaus yuav tsis kov yeej tau nws. Thiab kuv yuav muab cov yuam sij ntawm lub nceeg vaj saum ntuj rau koj: thiab yam twg uas koj khi rau hauv ntiaj teb no yuav raug khi rau saum ntuj: thiab yam twg uas koj daws rau hauv ntiaj teb no yuav raug daws rau saum ntuj.</w:t>
      </w:r>
    </w:p>
    <w:p>
      <w:pPr>
        <w:pStyle w:val="ArticleScripture"/>
        <w:jc w:val="left"/>
      </w:pPr>
      <w:r>
        <w:rPr>
          <w:rFonts w:ascii="Times New Roman" w:hAnsi="Times New Roman" w:eastAsia="Times New Roman" w:cs="Times New Roman"/>
        </w:rPr>
        <w:t>Ces nws txawm txib nws cov thwjtim kom lawv txhob qhia rau leejtwg paub tias nws yog Yexus tus Khetos. Mathai 16:13–20.</w:t>
      </w:r>
    </w:p>
    <w:p>
      <w:pPr>
        <w:pStyle w:val="ArticleBody"/>
        <w:jc w:val="left"/>
      </w:pPr>
      <w:r>
        <w:rPr>
          <w:rFonts w:ascii="Times New Roman" w:hAnsi="Times New Roman" w:eastAsia="Times New Roman" w:cs="Times New Roman"/>
        </w:rPr>
        <w:t>Lub cim rau pawg Sanhedrin, thiab yog li ntawd rau Adventism, yog lub cim ntawm Yau-na. Ximoos Npas-yoona raug coj los tso rau hauv nqe no ua ib lub cim ntawm ib tug neeg cog lus, rau qhov nws lub npe twb yuav raug hloov lawm. Anplahas lub npe raug hloov thaum lub sijhawm cog lus. Xa-u lub npe raug hloov mus ua Povlauj. Yakhauj lub npe raug hloov mus ua Ixayees. Peb tug tim khawv no tsa kom muaj tseeb tias thaum ib tug cwj pwm hauv Vajlugkub lub npe raug hloov, lawv sawv cev rau ib tug neeg cog lus, thiab yog li ntawd ua piv txwv rau haiv neeg cog lus kawg, uas yog ib puas plaub caug plaub txhiab leej. Peb tug tim khawv no kuj tsa kom muaj tseeb tias ib tug neeg cog lus lub npe sawv cev rau lub cim yaj saub uas txuas nrog tus neeg uas nws lub npe raug hloov. Xa-u txhais hais tias “tus raug xaiv,” rau qhov nws raug xaiv los nqa txoj moo zoo mus rau lwm haiv neeg. Nws lub npe raug hloov mus ua Povlauj, txhais hais tias me, rau qhov hauv nws tus kheej lub qhov muag nws yog tus me tshaj plaws ntawm cov tubtxib, vim nws tau tsim txom Vajtswv pawg ntseeg. Yakhauj, tus neeg txeeb chaw, raug hloov ob leeg tib si hauv lub npe thiab hauv kev paub dhau los mus ua tus yeej, raws li Ixayees txhais. Petus lub npe yog Ximoos, txhais hais tias tus uas hnov; thiab Npas-yoona, txhais hais tias tus tub ntawm Yau-na.</w:t>
      </w:r>
    </w:p>
    <w:p>
      <w:pPr>
        <w:pStyle w:val="ArticleBody"/>
        <w:jc w:val="left"/>
      </w:pPr>
      <w:r>
        <w:rPr>
          <w:rFonts w:ascii="Times New Roman" w:hAnsi="Times New Roman" w:eastAsia="Times New Roman" w:cs="Times New Roman"/>
        </w:rPr>
        <w:t>Petus tab tom sawv cev rau tiam kawg ntawm Yaunas, rau qhov nws yog Yaunas tus tub. Yaunas txhais hais tias “nquab,” thiab Ximoos yog tus uas tau hnov cov lus ntawm tus nquab, thiab Ximoos Paj-Yaunas tau hnov cov lus ntawm kev pleev roj rau Yexus, thaum Nws raug muab ua kevcai raus dej thiab los ua Yexus Khetos, thiab Vaj Ntsuj Plig Dawb Huv nqes los nyob rau hauv daim yam ntxwv zoo li tus nquab. Cov lus ntawm Yaunas yog cov lus ntawm tus nquab uas sawv cev rau kev pleev roj rau Yexus nrog hwjchim thaum Nws raug muab ua kevcai raus dej. Cov lus ntawm Yaunas raug sawv cev ua Yaunas nyob peb hnub hauv plab tus ntses loj. Peb hnub ntawd yog peb hnub txij Hnub Hla Dhau mus txog rau lub koob tsheej thawj cov txiv, uas raug ua hom ntxoov ntxoo los ntawm Khetos txoj kevcai raus dej thiab los ntawm Yaunas lub sijhawm nyob hauv plab tus ntses loj.</w:t>
      </w:r>
    </w:p>
    <w:p>
      <w:pPr>
        <w:pStyle w:val="ArticleBody"/>
        <w:jc w:val="left"/>
      </w:pPr>
      <w:r>
        <w:rPr>
          <w:rFonts w:ascii="Times New Roman" w:hAnsi="Times New Roman" w:eastAsia="Times New Roman" w:cs="Times New Roman"/>
        </w:rPr>
        <w:t>Lub cim ntawm Yau-na yog lub cim ntawm kev pleev roj rau Khetos thaum Nws txais kev cai raus dej, uas yog tus qauv qhia ua ntej txog kev nqis los ntawm tus tim tswv hauv Tshwm Sim kaum yim rau hnub 9/11. Hnub 9/11 tau pib ib txoj txheej txheem sim siab muaj peb theem raws li sawv cev los ntawm Yau-na peb hnub. Peb theem ntawd kuj raug piav qhia nyob rau hauv keeb kwm Millerite. Lub Yim Hli 11, 1840 cim txog txoj kev sim ntawm tus tim tswv thawj, Lub Plaub Hlis 19, 1844 yog txoj kev sim ntawm tus tim tswv thib ob, thiab Lub Kaum Hli 22, 1844 yog txoj kev sim thib peb. Peb theem ntawd sawv cev rau 9/11, Lub Xya Hli 18, 2020 thiab txoj cai Hnub Caiv.</w:t>
      </w:r>
    </w:p>
    <w:p>
      <w:pPr>
        <w:pStyle w:val="ArticleBody"/>
        <w:jc w:val="left"/>
      </w:pPr>
      <w:r>
        <w:rPr>
          <w:rFonts w:ascii="Times New Roman" w:hAnsi="Times New Roman" w:eastAsia="Times New Roman" w:cs="Times New Roman"/>
        </w:rPr>
        <w:t>Thaum txog txoj cai Hnub Caiv, Yau-na raug ntuav tawm hauv lub qhov ncauj ntawm ib tug ntses, ncaj qha ntawm qhov chaw uas Khetos tab tom ntiab Laodicea tawm ntawm Nws lub qhov ncauj, uas yog tib qho chaw uas Npaala-as tus nees luav qhib nws lub qhov ncauj thiab hais lus, uas kuj yog tib qho chaw uas Yauhas tus Neeg Ua Kev Cai Raus Dej leej txiv Xakhaliyas hais lus, uas kuj yog qhov chaw uas Tebchaws Meskas hais lus ib yam li ib tug zaj. Ces Yau-na tshaj tawm txoj kev ceeb toom kawg rau lub ntiajteb raws li lub cim ntawm cov uas tau sawv rov los ua ke nrog Mauxes thiab Eliyas hauv xyoo 2024. Cov ntsuj plig ntawd tau tuag hauv tej kev ntawm Xaudoo thiab Iyi tebchaws, thiab tom qab ntawd tau sawv rov los ua Exekees cov tub rog muaj hwjchim loj. Thaum lawv sawv rov los lawv thiaj los ua lub cim ntawm Yau-na, rau qhov nws sawv cev rau cov uas tau tuag thiab tau sawv rov los los muab zaj lus kawg rau Nineveh. Yau-na hauv plab ntses loj, Daniyees hauv tsov ntxhuav lub qhov tsua, Yauhas hauv lauj kaub roj kub npau npau sawv cev rau ib puas plaub caug plaub txhiab tus uas tau raug ib txoj kev tuag thiab kev sawv rov los uas yog lub cim. Kev pleev roj thaum 9/11 mus txog rau Exekees cov tub rog muaj hwjchim loj sawv rov los sawv cev rau Khetos txoj kev cai raus dej mus txog rau Nws txoj kev sawv rov los.</w:t>
      </w:r>
    </w:p>
    <w:p>
      <w:pPr>
        <w:pStyle w:val="ArticleScripture"/>
        <w:jc w:val="left"/>
      </w:pPr>
      <w:r>
        <w:rPr>
          <w:rFonts w:ascii="Times New Roman" w:hAnsi="Times New Roman" w:eastAsia="Times New Roman" w:cs="Times New Roman"/>
        </w:rPr>
        <w:t>Cov Falixai kuj nrog cov Xadukais txawm tuaj, thiab sim Nws, thov kom Nws qhia ib lub cim saum ntuj rau lawv. Nws teb thiab hais rau lawv tias, Thaum txog tsaus ntuj, nej hais tias, Huab cua yuav zoo: rau qhov ntuj liab. Thiab thaum sawv ntxov, nej hais tias, Hnub no huab cua yuav phem: rau qhov ntuj liab thiab tsaus nti. Au nej cov neeg dag ntsej muag, nej yeej paub txiav txim lub ntsej muag ntawm ntuj; tiam sis nej tsis paub txiav txim tej cim ntawm lub sijhawm no lov? Ib tiam neeg phem thiab deev luag txij luag nkawm nrhiav ib lub cim; thiab yuav tsis pub ib lub cim twg rau tiam neeg ntawd, tsuas yog lub cim ntawm yaj saub Yau-na xwb. Ces Nws tso lawv tseg, thiab tawm mus lawm. Mathais 16:1–4.</w:t>
      </w:r>
    </w:p>
    <w:p>
      <w:pPr>
        <w:pStyle w:val="ArticleBody"/>
        <w:jc w:val="left"/>
      </w:pPr>
      <w:r>
        <w:rPr>
          <w:rFonts w:ascii="Times New Roman" w:hAnsi="Times New Roman" w:eastAsia="Times New Roman" w:cs="Times New Roman"/>
        </w:rPr>
        <w:t>Qhov txuj ci tseem ceeb uas yog lub mom kub saum toj kawg nkaus yog kev sawv rov qab los ntawm Laxalus.</w:t>
      </w:r>
    </w:p>
    <w:p>
      <w:pPr>
        <w:pStyle w:val="ArticleScripture"/>
        <w:jc w:val="left"/>
      </w:pPr>
      <w:r>
        <w:rPr>
          <w:rFonts w:ascii="Times New Roman" w:hAnsi="Times New Roman" w:eastAsia="Times New Roman" w:cs="Times New Roman"/>
        </w:rPr>
        <w:t>“Hauv qhov uas Nws ncua tsis tuaj cuag Laxalau, Khetos muaj ib lub hom phiaj ntawm txoj kev khuv leej rau cov uas tsis tau txais Nws. Nws nyob twjywm ntawd kom thaum Nws tsa Laxalau sawv hauv qhov tuag rov qab los, Nws thiaj yuav muab ib qho pov thawj ntxiv rau Nws haiv neeg uas tawv ncauj, tsis ntseeg tias Nws yeej yog ‘txoj kev sawv rov los, thiab yog txoj sia.’ Nws tsis kam tso tseg txhua txoj kev cia siab rau cov neeg no, cov yaj pluag uas ploj kev ntawm tsev neeg Ixayees. Nws lub siab mob tawg vim lawv txoj kev tsis hloov siab lees txim. Hauv Nws txoj kev hlub tshua Nws npaj siab yuav muab ib qho pov thawj ntxiv rau lawv tias Nws yog tus Uas Kho Kom Rov Qab Los, tus uas tib leeg nkaus thiaj coj tau txoj sia thiab txoj kev tsis txawj tuag los tshwm rau pom kev. Qhov no yuav tsum yog ib qho pov thawj uas cov pov thawj tsis muaj peev xwm txhais yuam kev tau. Qhov no yog qhov laj thawj uas Nws ncua tsis mus rau Npethani. Txoj txuj ci tseem ceeb no, uas yog qhov siab tshaj plaws, kev tsa Laxalau sawv hauv qhov tuag rov qab los, yuav tsum muab Vajtswv lub foob rau saum Nws tes haujlwm thiab rau saum Nws qhov kev lees tias Nws muaj Vajtswv lub cev xwm txheej.” The Desire of Ages, 528, 529.</w:t>
      </w:r>
    </w:p>
    <w:p>
      <w:pPr>
        <w:pStyle w:val="ArticleBody"/>
        <w:jc w:val="left"/>
      </w:pPr>
      <w:r>
        <w:rPr>
          <w:rFonts w:ascii="Times New Roman" w:hAnsi="Times New Roman" w:eastAsia="Times New Roman" w:cs="Times New Roman"/>
        </w:rPr>
        <w:t>Khetos tau nyob tos ua ntej Nws tsa Laxalau sawv hauv qhov tuag rov los, thiab Laxalau tsis yog tsuas yog “txuj ci tseem ceeb uas ua tiav txhua yam” xwb; nws kuj yog “lub foob” rau saum Vajtswv tes haujlwm thiab. Hauv nqe Vajlugkub ntawd, lub cim ntawm Yau-naus yog tib lub cim rau tiam neeg ua nkauj ua nraug nrog kev txhaum thiab phem ntawd. Nws yog yam tseem ceeb kom pom tias lub sijhawm ntawm txoj kev muab foob ntawd raug qhia meej kawg nkaus. Hauv nqe Vajlugkub uas peb tab tom hais txog, uas Petus lub npe raug hloov, nws qhia rau peb tias txij lub sijhawm ntawd mus Yexus thiaj pib qhia tawm tias Nws yuav raug muab tua pov tseg; tiam sis hauv nqe kawg Mathais sau tseg tias, “Then charged he his disciples that they should tell no man that he was Jesus the Christ.” Ces hauv nqe tom qab ntawd kiag nws sau tseg tias, “From that time forth began Jesus to shew unto his disciples, how that he must go unto Jerusalem, and suffer many things of the elders and chief priests and scribes, and be killed, and be raised again the third day.”</w:t>
      </w:r>
    </w:p>
    <w:p>
      <w:pPr>
        <w:pStyle w:val="ArticleBody"/>
        <w:jc w:val="left"/>
      </w:pPr>
      <w:r>
        <w:rPr>
          <w:rFonts w:ascii="Times New Roman" w:hAnsi="Times New Roman" w:eastAsia="Times New Roman" w:cs="Times New Roman"/>
        </w:rPr>
        <w:t>Nqe lus no pib nrog Yexus nug tias tibneeg xav hais tias Nws yog leejtwg, thiab tom qab ntawd muaj ib lo lus nug ntxiv uas Nws nug cov thwjtim tias lawv xav hais tias Nws yog leejtwg.</w:t>
      </w:r>
    </w:p>
    <w:p>
      <w:pPr>
        <w:pStyle w:val="ArticleScripture"/>
        <w:jc w:val="left"/>
      </w:pPr>
      <w:r>
        <w:rPr>
          <w:rFonts w:ascii="Times New Roman" w:hAnsi="Times New Roman" w:eastAsia="Times New Roman" w:cs="Times New Roman"/>
        </w:rPr>
        <w:t>Thaum Yexus los txog rau thaj tsam Caesarea Philippi, nws nug nws cov thwjtim hais tias, Neeg hais tias kuv, Leej Tub ntawm neeg, yog leejtwg? Lawv teb hais tias, Qee leej hais tias koj yog Yauhas tus Muab Neeg Ua Kev Cai Raus Dej; qee leej hais tias yog Eliyas; hos lwm tus hais tias yog Yelemis, los yog ib tug ntawm cov yaj saub. Nws hais rau lawv tias, Tab sis nej hais tias kuv yog leejtwg? Mathais 16:13–15.</w:t>
      </w:r>
    </w:p>
    <w:p>
      <w:pPr>
        <w:pStyle w:val="ArticleBody"/>
        <w:jc w:val="left"/>
      </w:pPr>
      <w:r>
        <w:rPr>
          <w:rFonts w:ascii="Times New Roman" w:hAnsi="Times New Roman" w:eastAsia="Times New Roman" w:cs="Times New Roman"/>
        </w:rPr>
        <w:t>Thaum Petus teb, nws qhia meej tias Yexus yog tus Khetos thiab yog Leej Tub ntawm Vajtswv uas muaj sia nyob. Lo lus Khetos yog lo lus Kili hais uas sawv cev rau lo lus Henplais uas yog Mexiyas. Yexus tsa lo lus nug hais txog Nws yog leej twg, thiab coj cov thwj tim mus txog qhov tseeb tias Nws yog tus Mexiyas, tiam sis tam sim ntawd Nws ceeb toom rau lawv tias lawv tsis txhob qhia rau leejtwg paub. Txij thaum ntawd los, Nws pib qhia tias Nws yuav ua kom tiav nees nkaum peb lub cim taw qhia hauv peb tshooj kawg ntawm Mathais, tab sis yog ib qho tsim nyog uas tej qhov tseeb uas txuas nrog tus Khetos yuav tsum raug qhib tawm ib theem zuj zus.</w:t>
      </w:r>
    </w:p>
    <w:p>
      <w:pPr>
        <w:pStyle w:val="ArticleBody"/>
        <w:jc w:val="left"/>
      </w:pPr>
      <w:r>
        <w:rPr>
          <w:rFonts w:ascii="Times New Roman" w:hAnsi="Times New Roman" w:eastAsia="Times New Roman" w:cs="Times New Roman"/>
        </w:rPr>
        <w:t>Peb yuav txuas ntxiv cov cim qhia txoj hau kev Mexiyas no hauv zaj lus tom ntej.</w:t>
      </w:r>
    </w:p>
    <w:p>
      <w:pPr>
        <w:pStyle w:val="ArticleHeading"/>
        <w:jc w:val="left"/>
      </w:pPr>
      <w:r>
        <w:rPr>
          <w:rFonts w:ascii="Arial" w:hAnsi="Arial" w:eastAsia="Arial" w:cs="Arial"/>
        </w:rPr>
        <w:t>Lub teeb Alfa ntawm tus tim tswv thib peb</w:t>
      </w:r>
    </w:p>
    <w:p>
      <w:pPr>
        <w:pStyle w:val="ArticleScripture"/>
        <w:jc w:val="left"/>
      </w:pPr>
      <w:r>
        <w:rPr>
          <w:rFonts w:ascii="Times New Roman" w:hAnsi="Times New Roman" w:eastAsia="Times New Roman" w:cs="Times New Roman"/>
        </w:rPr>
        <w:t>“Thaum lub caij nplooj zeeg xyoo 1846 peb pib ua kevcai Hnub Xanpataus hauv phau Vajlugkub, thiab qhia txog nws thiab tiv thaiv nws. Kuv txoj kev xav xub raug hu los rau Hnub Xanpataus thaum kuv mus xyuas New Bedford, Massachusetts, ntxov dua hauv tib lub xyoo ntawd. Nyob ntawd kuv tau paub Txwjlaus Joseph Bates, tus uas tau lees txais txoj kev ntseeg txog kev los zaum ob txij thaum ntxov, thiab yog ib tug uas ua haujlwm kub siab hauv tes haujlwm no. Txwjlaus B. tau tuav Hnub Xanpataus, thiab hais kom pom nws qhov tseem ceeb. Kuv tsis tau hnov nws qhov tseem ceeb, thiab xav tias Txwjlaus B. ua yuam kev hauv qhov uas hais txog nqe lus txib plaub ntau dua li lwm cuaj nqe. Tiamsis tus Tswv tau pub ib lub zeem muag rau kuv txog lub tuam tsev Dawb Huv saum ntuj ceeb tsheej. Lub tuam tsev ntawm Vajtswv raug qhib nyob saum ntuj, thiab kuv raug qhia txog lub phij xab ntawm Vajtswv uas npog nrog lub rooj hlub tshua. Ob tug timtswv sawv, ib tug ntawm txhua qhov kawg ntawm lub phij xab, lawv tis nthuav saum lub rooj hlub tshua, thiab lawv ntsej muag tig mus rau ntawd. Tus timtswv uas nrog kuv tau qhia rau kuv tias tej no sawv cev rau tag nrho pab tub rog saum ntuj uas ntsia nrog kev ntshai hwm tob rau txoj kevcai dawb huv uas tau raug sau los ntawm Vajtswv tus ntiv tes. Yesxus tsa daim npog ntawm lub phij xab, thiab kuv pom ob daim txiag zeb uas Kaum Nqe Kevcai raug sau rau saum. Kuv ceeb thiab txaus ntshai heev thaum kuv pom nqe lus txib plaub nyob nruab nrab kiag ntawm kaum nqe lus qhia ntawd, muaj ib lub voj kaj muag mos ntsa iab vov ncig nws. Tus timtswv hais tias: ‘Nws yog tib nqe xwb hauv kaum nqe uas qhia meej txog Vajtswv tus uas muaj sia, tus uas tsim lub ntuj thiab lub ntiajteb thiab txhua yam uas nyob hauv ntawd. Thaum cov hauv paus ntawm lub ntiajteb raug tsa, thaum ntawd kuj yog lub hauv paus ntawm Hnub Xanpataus raug tsa thiab.’” Testimonies, volume 1, 75.</w:t>
      </w:r>
    </w:p>
    <w:p>
      <w:pPr>
        <w:pStyle w:val="ArticleHeading"/>
        <w:jc w:val="left"/>
      </w:pPr>
      <w:r>
        <w:rPr>
          <w:rFonts w:ascii="Arial" w:hAnsi="Arial" w:eastAsia="Arial" w:cs="Arial"/>
        </w:rPr>
        <w:t>Lub teeb Omega ntawm tus tim tswv thib peb</w:t>
      </w:r>
    </w:p>
    <w:p>
      <w:pPr>
        <w:pStyle w:val="ArticleScripture"/>
        <w:jc w:val="left"/>
      </w:pPr>
      <w:r>
        <w:rPr>
          <w:rFonts w:ascii="Times New Roman" w:hAnsi="Times New Roman" w:eastAsia="Times New Roman" w:cs="Times New Roman"/>
        </w:rPr>
        <w:t>“Cov uas sib raug zoo nrog Vajtswv taug kev hauv qhov kaj ntawm Lub Hnub ntawm Kev Ncaj Ncees. Lawv tsis ua rau lawv tus Txhiv Dim poob meej mom los ntawm kev ua kom lawv txojkev phem ua ntej Vajtswv. Qhov kaj saum ntuj ci los saum lawv. Thaum lawv los ze rau qhov kawg ntawm keeb kwm ntiajteb no, lawv txoj kev paub txog Khetos, thiab txog tej yaj saub lus uas hais txog nws, loj hlob heev. Lawv muaj nqes tsis txawj tag hauv Vajtswv lub qhov muag; vim lawv nyob hauv kev sib haum xeeb nrog nws Leej Tub. Rau lawv, Vajtswv txoj lus muaj kev zoo nkauj thiab ntxim hlub tshaj txhua yam. Lawv pom nws qhov tseem ceeb. Qhov tseeb raug nthuav tawm rau lawv. Txoj lus qhuab qhia hais txog kev yug los ua neeg tau raug qhwv nrog ib txoj kev ci mos muag. Lawv pom tias Vajluskub yog tus yuam sij uas qhib tau txhua yam kev zais thiab daws tau txhua yam kev nyuaj. Cov uas tsis kam txais qhov kaj thiab taug kev hauv qhov kaj yuav tsis muaj peev xwm to taub qhov zais tob ntawm txoj kev pe hawm Vajtswv, tiam sis cov uas tsis tau yig los nqa tus ntoo khaub lig thiab raws Yexus qab, yuav pom qhov kaj hauv Vajtswv qhov kaj.”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Yaw-ee thiab Pawg Ntseeg Xya-Hnub Khaws Hnub Caiv La-aus-xis-as—Zauv Nees nkaum cuaj</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