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Yo-ees thiab Pawg Ntseeg Xya Hnub Cawmdim hauv Laudekheea - Zaj Peb Caug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2026-01-16</w:t>
      </w:r>
    </w:p>
    <w:p>
      <w:pPr>
        <w:pStyle w:val="ArticleHeading"/>
        <w:jc w:val="left"/>
      </w:pPr>
      <w:r>
        <w:rPr>
          <w:rFonts w:ascii="Arial" w:hAnsi="Arial" w:eastAsia="Arial" w:cs="Arial"/>
        </w:rPr>
        <w:t>Tus Zauv Peb Caug</w:t>
      </w:r>
    </w:p>
    <w:p>
      <w:pPr>
        <w:pStyle w:val="ArticleBody"/>
        <w:jc w:val="left"/>
      </w:pPr>
      <w:r>
        <w:rPr>
          <w:rFonts w:ascii="Times New Roman" w:hAnsi="Times New Roman" w:eastAsia="Times New Roman" w:cs="Times New Roman"/>
        </w:rPr>
        <w:t>Cov kev ua tiav uas yog Mexiyas hauv phau ntawv Mathais suav nrog tus cim-kev ntawm lub sij hawm kawg, tus cim-kev ntawm txoj xov raug muab tsa ua qauv raws cai, ob tug timkhawv ntawm tus cim-kev 9/11, ib tug ua timkhawv txog txoj xov sab hauv rau Laodicea thiab lwm tug yog txoj xov sab nraud txog kev ua phem ntawm Islam. Nws tsim nyog heev uas tus cim-kev 9/11 raug sawv cev los ntawm ob ntawm kaum ob qhov kev ua tiav uas yog Mexiyas hauv Mathais, rau qhov 9/11 muaj txoj xov ntawm tus tim tswv thib ob nyob hauv, qhov chaw uas ib txwm muaj kev rov ua ob npaug. Kev tuag ntawm Lub Xya hli ntuj 18, 2020, yog tus cim-kev thib tsib uas peb tau xav txog, ces lub suab nyob hauv roob moj sab qhua nyob rau Lub Xya hli ntuj 2023 yog tus thib rau, thiab txoj kev sawv hauv qhov tuag rov los ntawm 2024 yog tus lej xya. Qhov kev ua tiav uas yog Mexiyas thib yim yog Txoj Kev Quaj Hmo Ib Tag Nrab.</w:t>
      </w:r>
    </w:p>
    <w:p>
      <w:pPr>
        <w:pStyle w:val="ArticleHeading"/>
        <w:jc w:val="left"/>
      </w:pPr>
      <w:r>
        <w:rPr>
          <w:rFonts w:ascii="Arial" w:hAnsi="Arial" w:eastAsia="Arial" w:cs="Arial"/>
        </w:rPr>
        <w:t>Tus Yim Cuaj Hauv Cov Cim Qhia Txog tus Mexiyas yog Lub Suab Qw Nruab Nrab Hmo Ntuj</w:t>
      </w:r>
    </w:p>
    <w:p>
      <w:pPr>
        <w:pStyle w:val="ArticleScripture"/>
        <w:jc w:val="left"/>
      </w:pPr>
      <w:r>
        <w:rPr>
          <w:rFonts w:ascii="Times New Roman" w:hAnsi="Times New Roman" w:eastAsia="Times New Roman" w:cs="Times New Roman"/>
        </w:rPr>
        <w:t>Txhua yam no tau ua li ntawd, kom thiaj li muaj tiav raws li uas tus yaj saub tau hais tseg, hais tias, Cia li hais rau tus ntxhais ntawm Xi-oos tias, Saib seb, koj tus Vajntxwv tabtom los cuag koj, tus uas siab mos siab muag, thiab caij saum ib tug nees luav, yog ib tug menyuam nees luav uas yug los ntawm ib tug nees luav. Mathais 21:4, 5.</w:t>
      </w:r>
    </w:p>
    <w:p>
      <w:pPr>
        <w:pStyle w:val="ArticleHeading"/>
        <w:jc w:val="left"/>
      </w:pPr>
      <w:r>
        <w:rPr>
          <w:rFonts w:ascii="Arial" w:hAnsi="Arial" w:eastAsia="Arial" w:cs="Arial"/>
        </w:rPr>
        <w:t>Kev Yaj Saub Hais Tseg</w:t>
      </w:r>
    </w:p>
    <w:p>
      <w:pPr>
        <w:pStyle w:val="ArticleScripture"/>
        <w:jc w:val="left"/>
      </w:pPr>
      <w:r>
        <w:rPr>
          <w:rFonts w:ascii="Times New Roman" w:hAnsi="Times New Roman" w:eastAsia="Times New Roman" w:cs="Times New Roman"/>
        </w:rPr>
        <w:t>Cia li zoo siab kawg nkaus, Au tus ntxhais Xi-oos; qw nrov nrov, Au tus ntxhais Yeluxalees: saib maj, koj tus Vajntxwv tabtom los cuag koj: nws yog tus ncaj ncees, thiab nqa txoj kev cawm seej los; tus txo hwjchim, thiab caij saum ib tug nees luav, yog saum ib tug menyuam nees luav uas yog tus xeeb ntxwv ntawm nees luav. Xekhaliyas 9:9.</w:t>
      </w:r>
    </w:p>
    <w:p>
      <w:pPr>
        <w:pStyle w:val="ArticleScripture"/>
        <w:jc w:val="left"/>
      </w:pPr>
      <w:r>
        <w:rPr>
          <w:rFonts w:ascii="Times New Roman" w:hAnsi="Times New Roman" w:eastAsia="Times New Roman" w:cs="Times New Roman"/>
        </w:rPr>
        <w:t>“Tsib puas xyoo ua ntej ntawd, tus Tswv tau tshaj tawm los ntawm tus yaj saub Xakhaliyas hais tias, ‘Koj, tus ntxhais Xi-oos, cia li zoo siab kawg nkaus; koj, tus ntxhais Yeluxalees, cia li qw nrov nrov. Saib seb, koj tus Vajntxwv los cuag koj. Nws yog tus ncaj ncees, thiab coj txoj kev cawm dim los; tus txo hwjchim, thiab caij saum ib tug nees luav, yog saum ib tug menyuam nees luav, tus me ntawm tus nees luav.’ [Xakhaliyas 9:9.] Yog cov thwjtim tau paub tias Khetos tabtom mus rau txoj kev txiav txim thiab mus rau kev tuag, lawv yuav ua tsis tau kom raws li zaj lus faj lem no.”</w:t>
      </w:r>
    </w:p>
    <w:p>
      <w:pPr>
        <w:pStyle w:val="ArticleScripture"/>
        <w:jc w:val="left"/>
      </w:pPr>
      <w:r>
        <w:rPr>
          <w:rFonts w:ascii="Times New Roman" w:hAnsi="Times New Roman" w:eastAsia="Times New Roman" w:cs="Times New Roman"/>
        </w:rPr>
        <w:t>Ib yam nkaus ntawd, Miller thiab nws cov phoojywg tau ua kom tiav zaj lus faj lem, thiab tau tshaj tawm ib txoj xov uas kev tshoov siab twb tau hais tseg lawm tias yuav tsum muab rau ntiajteb no, tiamsis lawv yeej tsis muaj peev xwm tshaj tawm tau txoj xov ntawd yog lawv tau to taub tag nrho cov lus faj lem uas qhia txog lawv txoj kev poob siab, thiab uas nthuav tawm lwm txoj xov uas yuav tsum muab tshaj tawm rau txhua haiv neeg ua ntej tus Tswv yuav los. Txoj xov ntawm tus tim tswv thawj thiab tus tim tswv ob tau muab tawm raws lub sijhawm tsim nyog, thiab tau ua tiav tes haujlwm uas Vajtswv npaj tseg kom ua tiav los ntawm lawv.” The Great Controversy, 405.</w:t>
      </w:r>
    </w:p>
    <w:p>
      <w:pPr>
        <w:pStyle w:val="ArticleBody"/>
        <w:jc w:val="left"/>
      </w:pPr>
      <w:r>
        <w:rPr>
          <w:rFonts w:ascii="Times New Roman" w:hAnsi="Times New Roman" w:eastAsia="Times New Roman" w:cs="Times New Roman"/>
        </w:rPr>
        <w:t>Kev tsis to taub Vajtswv Txojlus yav tom ntej tau koom nrog hauv keeb kwm ntawm Khetos txoj kev nkag mus yeej koob meej, thiab kuj koom nrog hauv keeb kwm uas sib txig ntawm kev tshaj tawm txoj xov Midnight Cry xyoo 1844. Ib puas plaub caug plaub txhiab leej raug hu kom to taub “cov lus faj lem uas taw tes qhia lawv txoj kev poob siab.” Yauhas hauv Tshwm Sim tshooj kaum raug qhia ua ntej tias, txoj xov ntawm phau ntawv me uas yuav qab zib hauv nws lub qhov ncauj, yuav tig mus ua iab.</w:t>
      </w:r>
    </w:p>
    <w:p>
      <w:pPr>
        <w:pStyle w:val="ArticleScripture"/>
        <w:jc w:val="left"/>
      </w:pPr>
      <w:r>
        <w:rPr>
          <w:rFonts w:ascii="Times New Roman" w:hAnsi="Times New Roman" w:eastAsia="Times New Roman" w:cs="Times New Roman"/>
        </w:rPr>
        <w:t>“Peb tsis muaj ib yam dab tsi yuav ntshai txog yav tom ntej li, tsuas yog thaum peb yuav tsis nco qab txoj kev uas tus Tswv tau coj peb, thiab Nws tej lus qhuab qhia hauv peb zaj keeb kwm yav dhau los.” Life Sketches, 196.</w:t>
      </w:r>
    </w:p>
    <w:p>
      <w:pPr>
        <w:pStyle w:val="ArticleBody"/>
        <w:jc w:val="left"/>
      </w:pPr>
      <w:r>
        <w:rPr>
          <w:rFonts w:ascii="Times New Roman" w:hAnsi="Times New Roman" w:eastAsia="Times New Roman" w:cs="Times New Roman"/>
        </w:rPr>
        <w:t>“Tus Tswv txoj kev coj” yav tag los raug sawv cev, nrog rau lwm yam dej num ntawm Nws txoj kev saib xyuas, raws li Nws txhais tes uas npog ib qho yuam kev hauv cov lej, rau qhov tsis yog qhov zoo tshaj rau cov Millerite kom to taub ua ntej txog lawv txoj kev poob siab, ib yam li tsis yog qhov zoo tshaj rau cov thwjtim kom to taub tag nrho txhua yam uas muaj nyob hauv lawv txoj kev poob siab ntawm tus ntoo khaub lig. Tiamsis keeb kwm ntawm kev tshaj tawm Txoj Kev Quaj Hu Ib Tag Hmo raug txheeb tias yog qhov kaj uas coj mus rau saum ntuj ceeb tsheej ntag, thiab qhov no raug sau tseg nyob hauv Ellen White thawj zaug ua yog toog pom. Ib puas plaub caug plaub txhiab leej yuav tsum to taub txog cov kev poob siab ntawm cov thwjtim thiab cov Millerite. Kev tsis kam lees qhov kaj ntawd yog poob tawm ntawm txoj kev.</w:t>
      </w:r>
    </w:p>
    <w:p>
      <w:pPr>
        <w:pStyle w:val="ArticleScripture"/>
        <w:jc w:val="left"/>
      </w:pPr>
      <w:r>
        <w:rPr>
          <w:rFonts w:ascii="Times New Roman" w:hAnsi="Times New Roman" w:eastAsia="Times New Roman" w:cs="Times New Roman"/>
        </w:rPr>
        <w:t>“Lawv muaj ib lub teeb ci ntsa iab tsa cia tom qab lawv ntawm qhov pib ntawm txoj kev, uas ib tug tim tswv hais rau kuv tias yog ‘lub suab quaj thaum ib tag hmo.’ Lub teeb no ci mus thoob plaws txoj kev, thiab muab qhov kaj rau lawv ob txhais taw, kom lawv thiaj tsis dawm.”</w:t>
      </w:r>
    </w:p>
    <w:p>
      <w:pPr>
        <w:pStyle w:val="ArticleScripture"/>
        <w:jc w:val="left"/>
      </w:pPr>
      <w:r>
        <w:rPr>
          <w:rFonts w:ascii="Times New Roman" w:hAnsi="Times New Roman" w:eastAsia="Times New Roman" w:cs="Times New Roman"/>
        </w:rPr>
        <w:t>“Yog lawv khaws lawv lub qhov muag ntsia ruaj nreb rau ntawm Yexus, tus uas nyob ncaj nraim ntawm lawv xub ntiag, coj lawv mus rau hauv lub nroog, ces lawv nyob nyab xeeb. Tiamsis tsis ntev ces ib txhia nkees sab, thiab hais tias lub nroog tseem nyob deb heev, thiab lawv xav tias lawv yuav tsum tau nkag mus txog hauv ntawd ua ntej lawm. Ces Yexus txhawb lawv zog los ntawm kev tsa Nws txhais tes xis uas muaj hwjchim ci ntsa iab, thiab ntawm Nws txhais npab ntawd muaj ib qho kaj tawm los uas yuj saum pab pawg advent, thiab lawv qw hais tias, ‘Alleluia!’ Lwm tus ho maj nroos tsis lees paub qhov kaj uas nyob tom qab lawv, thiab hais tias tsis yog Vajtswv uas tau coj lawv tawm los deb npaum li ntawd. Qhov kaj uas nyob tom qab lawv ntawd cia li tuag lawm, ua rau lawv ko taw nyob hauv txoj kev tsaus ntuj nti kawg nkaus, thiab lawv dawm ntog thiab plam qhov muag ntawm lub cim thiab ntawm Yexus, thiab poob ntawm txoj kev nqes mus rau hauv lub ntiajteb tsaus ntuj thiab phem nyob hauv qab no.” Christian Experience and Teachings of Ellen G. White, 57.</w:t>
      </w:r>
    </w:p>
    <w:p>
      <w:pPr>
        <w:pStyle w:val="ArticleBody"/>
        <w:jc w:val="left"/>
      </w:pPr>
      <w:r>
        <w:rPr>
          <w:rFonts w:ascii="Times New Roman" w:hAnsi="Times New Roman" w:eastAsia="Times New Roman" w:cs="Times New Roman"/>
        </w:rPr>
        <w:t>Tus cim thib yim yog Lub Suab Quaj Thaum Ib Tag Hmo, raws li tau ua piv txwv los ntawm Khetos txoj kev nkag yeej rau hauv Yeluxalees.</w:t>
      </w:r>
    </w:p>
    <w:p>
      <w:pPr>
        <w:pStyle w:val="ArticleScripture"/>
        <w:jc w:val="left"/>
      </w:pPr>
      <w:r>
        <w:rPr>
          <w:rFonts w:ascii="Times New Roman" w:hAnsi="Times New Roman" w:eastAsia="Times New Roman" w:cs="Times New Roman"/>
        </w:rPr>
        <w:t>“Lub suab qw thaum ib tag hmo tsis yog tshaj tawm los ntawm kev sib cav ntau npaum li ntawd, txawm yog qhov pov thawj hauv Vaj Lug Kub twb meej thiab txiav txim tau kawg lawm. Muaj ib lub hwjchim thawb nrawm mus nrog nws uas txav tau tus ntsuj plig. Tsis muaj kev ua xyem xyav, tsis muaj kev nug ua xyem xyav li. Thaum lub sijhawm Khetos nkag los hauv Yeluxalees yeej koob meej, cov neeg uas tau sib sau tuaj ntawm txhua thaj av hauv lub tebchaws los ua kevcai noj mov loj, tau ntws tuaj rau saum Roob Txiv Ntoo Roj, thiab thaum lawv koom nrog pab neeg coob uas tabtom nrog Yexus mus, lawv tau txais txoj kev tshoov siab ntawm lub sijhawm ntawd, thiab tau pab ua kom lub suab qw nrov ntxiv tias, ‘Foom koob hmoov rau tus uas los hauv tus Tswv lub npe!’ [Mathais 21:9.] Ib yam li ntawd thiab, cov tsis ntseeg uas tuaj coob coob rau tej rooj sib tham Adventist—ib txhia tuaj vim xav paub, ib txhia tsuas yog tuaj thuam xwb—tau hnov lub hwjchim txhawb kom ntseeg uas nrog txoj xov no tuaj, ‘Saib seb, nraug vauv tabtom los!’” Spirit of Prophecy, volume 4, 250, 251.</w:t>
      </w:r>
    </w:p>
    <w:p>
      <w:pPr>
        <w:pStyle w:val="ArticleBody"/>
        <w:jc w:val="left"/>
      </w:pPr>
      <w:r>
        <w:rPr>
          <w:rFonts w:ascii="Times New Roman" w:hAnsi="Times New Roman" w:eastAsia="Times New Roman" w:cs="Times New Roman"/>
        </w:rPr>
        <w:t>Yuav kom ua tau ib tug nkauj xwb txawj ntse nyob rau hnub kawg, raws li qhov yuav tsum muaj ntawm kev cev lus faj lem, ces cov nkauj xwb txawj ntse ntawd yuav tsum raug kev poob siab; thiab qhov ntawd thiaj ua rau lub sijhawm ncua nyob ntawm zaj lus piv txwv ntawd los txog. Yog tsis muaj txoj kev paub dhau los ntawm lub sijhawm ncua ntawd, koj tsis yog nkauj xwb txawj ntse los yog nkauj xwb ruam li.</w:t>
      </w:r>
    </w:p>
    <w:p>
      <w:pPr>
        <w:pStyle w:val="ArticleScripture"/>
        <w:jc w:val="left"/>
      </w:pPr>
      <w:r>
        <w:rPr>
          <w:rFonts w:ascii="Times New Roman" w:hAnsi="Times New Roman" w:eastAsia="Times New Roman" w:cs="Times New Roman"/>
        </w:rPr>
        <w:t>“Zaj lus piv txwv hais txog kaum tus ntxhais nkauj xwb hauv Mathais 25 kuj qhia meej txog txoj kev paub dhau los ntawm haiv neeg Adventist.” The Great Controversy, 393.</w:t>
      </w:r>
    </w:p>
    <w:p>
      <w:pPr>
        <w:pStyle w:val="ArticleBody"/>
        <w:jc w:val="left"/>
      </w:pPr>
      <w:r>
        <w:rPr>
          <w:rFonts w:ascii="Times New Roman" w:hAnsi="Times New Roman" w:eastAsia="Times New Roman" w:cs="Times New Roman"/>
        </w:rPr>
        <w:t>Txawm li cas los xij, cov nkauj xwb txawj ntse ntawm hnub kawg yuav tsum ntsib ib qho kev chim siab uas phim raws li lub Plaub Hlis 19, 1844, rau qhov kev paub dhau los ntawm zaj lus piv txwv yog kev paub dhau los ntawm ib puas plaub caug plaub txhiab leej, uas Yauhas hauv Phau Ntawv Qhia Tshwm txheeb lawv tias yog nkauj xwb.</w:t>
      </w:r>
    </w:p>
    <w:p>
      <w:pPr>
        <w:pStyle w:val="ArticleScripture"/>
        <w:jc w:val="left"/>
      </w:pPr>
      <w:r>
        <w:rPr>
          <w:rFonts w:ascii="Times New Roman" w:hAnsi="Times New Roman" w:eastAsia="Times New Roman" w:cs="Times New Roman"/>
        </w:rPr>
        <w:t>Cov no yog cov uas tsis tau raug qias nrog poj niam; rau qhov lawv yog nkauj xwb. Cov no yog cov uas raws tus Menyuam Yaj mus txhua qhov chaw uas Nws mus. Cov no raug txhiv dim tawm hauv nruab nrab ntawm tibneeg, ua thawj cov txiv thawj rau Vajtswv thiab rau tus Menyuam Yaj. Qhia Tshwm 14:4.</w:t>
      </w:r>
    </w:p>
    <w:p>
      <w:pPr>
        <w:pStyle w:val="ArticleBody"/>
        <w:jc w:val="left"/>
      </w:pPr>
      <w:r>
        <w:rPr>
          <w:rFonts w:ascii="Times New Roman" w:hAnsi="Times New Roman" w:eastAsia="Times New Roman" w:cs="Times New Roman"/>
        </w:rPr>
        <w:t>Muaj pes tsawg zaj lus piv txwv ntawm Khetos uas raug qhia meej thiab tshwj xeeb tias yuav raug ua tiav raws nraim li txhua lo lus? Txhua zaj lus piv txwv yuav raug ua tiav raws nraim li txhua lo lus, tiam sis zaj lus piv txwv txog kaum tus nkauj xwb raug nthuav tawm tshwj xeeb tias twb raug ua tiav yav tag los thiab yuav raug ua tiav yav tom ntej “raws nraim li txhua lo lus.” Nws raug muab piv rau tus tim tswv thib peb uas yuav tsum nyob ruaj ua qhov tseeb tam sim no txij xyoo 1844 mus tom ntej mus txog thaum Mikhaees sawv tsees thiab lub sijhawm sim siab rau tib neeg kaw lawm.</w:t>
      </w:r>
    </w:p>
    <w:p>
      <w:pPr>
        <w:pStyle w:val="ArticleScripture"/>
        <w:jc w:val="left"/>
      </w:pPr>
      <w:r>
        <w:rPr>
          <w:rFonts w:ascii="Times New Roman" w:hAnsi="Times New Roman" w:eastAsia="Times New Roman" w:cs="Times New Roman"/>
        </w:rPr>
        <w:t>“Feem ntau lawv xa kuv mus rau zaj lus piv txwv hais txog kaum tus ntxhais nkauj xwb, tsib tus txawj ntse, thiab tsib tus ruam. Zaj lus piv txwv no twb tau muaj tiav thiab tseem yuav muaj tiav raws nraim txhua lo lus, rau qhov nws muaj kev siv tshwj xeeb rau lub sijhawm no, thiab, ib yam li txoj xov thib peb tus timtswv, nws twb tau muaj tiav lawm thiab tseem yuav txuas ntxiv ua qhov tseeb rau lub sijhawm tam sim no mus txog thaum kawg ntawm lub sijhawm.” Review and Herald, August 19, 1890.</w:t>
      </w:r>
    </w:p>
    <w:p>
      <w:pPr>
        <w:pStyle w:val="ArticleBody"/>
        <w:jc w:val="left"/>
      </w:pPr>
      <w:r>
        <w:rPr>
          <w:rFonts w:ascii="Times New Roman" w:hAnsi="Times New Roman" w:eastAsia="Times New Roman" w:cs="Times New Roman"/>
        </w:rPr>
        <w:t>Mus txog thaum kawg ntawm lub sijhawm, zaj lus piv txwv txog kaum tus nkauj xwb yog qhov tseeb rau lub sijhawm tam sim no, thiab Lub Suab Quaj Thaum Nruab Nrab Hmo Ntuj yuav raug ua kom tiav dua ib zaug raws nraim li txhua lo lus.</w:t>
      </w:r>
    </w:p>
    <w:p>
      <w:pPr>
        <w:pStyle w:val="ArticleScripture"/>
        <w:jc w:val="left"/>
      </w:pPr>
      <w:r>
        <w:rPr>
          <w:rFonts w:ascii="Times New Roman" w:hAnsi="Times New Roman" w:eastAsia="Times New Roman" w:cs="Times New Roman"/>
        </w:rPr>
        <w:t>“Muaj ib lub ntiajteb uas tab tom pw rau hauv kev phem, hauv kev dag ntxias thiab kev ntxeev siab, nyob hauv tus duab ntxoo ntawm txoj kev tuag,—tsaug zog, tsaug zog. Leejtwg thiaj tab tom raug kev nyuaj siab hauv tus ntsuj plig kom tsa lawv sawv? Lub suab twg thiaj kov cuag tau lawv? Kuv lub siab raug coj mus rau yav tom ntej, thaum yuav muab lub cim qhia. ‘Saib seb, tus Nraug Vauv tab tom los; nej cia li tawm mus ntsib nws.’ Tiamsis ib txhia yuav tau ncua kom tau cov roj los puv lawv tej teeb, thiab lig dhau lawm lawv mam pom tias tus yam ntxwv cwj pwm, uas cov roj sawv cev rau, tsis muaj peev xwm hloov xa tau.” Review and Herald, February 11, 1896.</w:t>
      </w:r>
    </w:p>
    <w:p>
      <w:pPr>
        <w:pStyle w:val="ArticleBody"/>
        <w:jc w:val="left"/>
      </w:pPr>
      <w:r>
        <w:rPr>
          <w:rFonts w:ascii="Times New Roman" w:hAnsi="Times New Roman" w:eastAsia="Times New Roman" w:cs="Times New Roman"/>
        </w:rPr>
        <w:t>Lub Suab Quaj Thaum Ib Tag Hmo yog lub cim taw qhia tom ntej uas tshwm rau ntug qab ntug hauv txoj kev txav mus los ntawm ib puas plaub caug plaub txhiab leej. Lub cim taw qhia ntawd nrog los ua ke nrog kev tsim txom uas pib tawm tsam cov neeg ncaj ncees ua ntej txoj cai hnub Sunday. Txoj kev tsim txom ntawd yog sab nraud, thiab sab hauv, thiab kev tsim txom sab hauv ntawd muaj ob lub cim uas txawv txav meej. Ib lub cim ntawd yog Yudas, hos lwm lub yog Pawg Neeg Sahedrins.</w:t>
      </w:r>
    </w:p>
    <w:p>
      <w:pPr>
        <w:pStyle w:val="ArticleHeading"/>
        <w:jc w:val="left"/>
      </w:pPr>
      <w:r>
        <w:rPr>
          <w:rFonts w:ascii="Arial" w:hAnsi="Arial" w:eastAsia="Arial" w:cs="Arial"/>
        </w:rPr>
        <w:t>Qhov Cim Cuaj Hauv Txoj Kev Taug ntawm Mexiyas yog Kev Ntxeev Siab Rau 30 Daim Nyiaj Kub</w:t>
      </w:r>
      <w:r>
        <w:rPr>
          <w:rFonts w:ascii="Leelawadee UI" w:hAnsi="Leelawadee UI" w:eastAsia="Leelawadee UI" w:cs="Leelawadee UI"/>
        </w:rPr>
        <w:t>៕</w:t>
      </w:r>
    </w:p>
    <w:p>
      <w:pPr>
        <w:pStyle w:val="ArticleScripture"/>
        <w:jc w:val="left"/>
      </w:pPr>
      <w:r>
        <w:rPr>
          <w:rFonts w:ascii="Times New Roman" w:hAnsi="Times New Roman" w:eastAsia="Times New Roman" w:cs="Times New Roman"/>
        </w:rPr>
        <w:t>Ces lo lus uas tus cev Vajtswv lus Yelemis tau hais tseg thiaj li tau tiav raws li no, hais tias, “Lawv thiaj coj peb caug daim nyiaj, yog tus nqe ntawm tus uas raug kwv yees nqi, tus uas cov neeg ntawm cov xeeb leej xeeb ntxwv Yixayee tau kwv yees nqi ntawd; thiab lawv muab tej ntawd rau thaj teb uas tus kws puab lauj kaub muaj, raws li tus Tswv tau tsa kuv tseg.” Mathais 27:9, 10.</w:t>
      </w:r>
    </w:p>
    <w:p>
      <w:pPr>
        <w:pStyle w:val="ArticleHeading"/>
        <w:jc w:val="left"/>
      </w:pPr>
      <w:r>
        <w:rPr>
          <w:rFonts w:ascii="Arial" w:hAnsi="Arial" w:eastAsia="Arial" w:cs="Arial"/>
        </w:rPr>
        <w:t>Kev Yaj Saub Qhia Tseg</w:t>
      </w:r>
    </w:p>
    <w:p>
      <w:pPr>
        <w:pStyle w:val="ArticleScripture"/>
        <w:jc w:val="left"/>
      </w:pPr>
      <w:r>
        <w:rPr>
          <w:rFonts w:ascii="Times New Roman" w:hAnsi="Times New Roman" w:eastAsia="Times New Roman" w:cs="Times New Roman"/>
        </w:rPr>
        <w:t>Thiab kuv txawm hais rau lawv tias, Yog nej pom zoo, ces muab kuv tus nqi zog rau kuv; tab sis yog tsis pom zoo, ces cia li tseg. Lawv txawm luj peb caug daim nyiaj rau kuv tus nqi zog. Ces tus Tswv hais rau kuv tias, Muab pov rau tus kws ua lauj kaub; tus nqi muaj koob meej uas lawv tau muab txiav txim rau kuv. Kuv thiaj nqa peb caug daim nyiaj ntawd, thiab pov rau tus kws ua lauj kaub hauv tsev ntawm tus Tswv. Xekhaliya 11:12, 13.</w:t>
      </w:r>
    </w:p>
    <w:p>
      <w:pPr>
        <w:pStyle w:val="ArticleBody"/>
        <w:jc w:val="left"/>
      </w:pPr>
      <w:r>
        <w:rPr>
          <w:rFonts w:ascii="Times New Roman" w:hAnsi="Times New Roman" w:eastAsia="Times New Roman" w:cs="Times New Roman"/>
        </w:rPr>
        <w:t>Kev ntxeev siab ntawm Yudas sawv cev rau kev ntxeev siab ntawm cov pov thawj cuav, rau qhov tus lej 30 sawv cev rau hnub nyoog ntawm cov pov thawj. Cov pov thawj, uas kuj yog cov Levi thiab, raug tus Tubtxib ntawm Daim Ntawv Cog Lus ntxuav kom dawb huv ib yam li kub thiab nyiaj. Yudas peb caug daim nyiaj sawv cev rau kev lim tawm cov pov thawj cuav thaum hnub cai Sunday, txawm yog Yudas tuag ua ntej tus ntoo khaub lig me ntsis, los tseem yog tib hnub ntawd. Yudas tsis yog lub cim ntawm lub Sanhedrin; nws yog lub cim ntawm ib tug uas neeg tau xav tias yog nyob hauv Khetos cov thwjtim.</w:t>
      </w:r>
    </w:p>
    <w:p>
      <w:pPr>
        <w:pStyle w:val="ArticleBody"/>
        <w:jc w:val="left"/>
      </w:pPr>
      <w:r>
        <w:rPr>
          <w:rFonts w:ascii="Times New Roman" w:hAnsi="Times New Roman" w:eastAsia="Times New Roman" w:cs="Times New Roman"/>
        </w:rPr>
        <w:t>Ua ib tug thwjtim ntawm Khetos, koj kuj yog ib tug thwjtim ntawm Yexus txoj kev pleev roj. Kev pleev roj thaum Nws ua kevcai raus dej tau hloov Yexus lub npe ua Yexus Khetos, rau qhov Khetos txhais hais tias—tus uas raug pleev roj. Ces Nws lub npe thiaj hloov, vim thaum ntawd Nws yuav tsum lees paub txoj kev cog lus nrog coob leej rau ib limtiam, thiab ib lub cim loj tshaj plaws ntawm kev sib raug zoo hauv txoj kev cog lus yog lub npe uas raug hloov. Yexus raug pleev roj nrog hwjchim thaum Nws ua kevcai raus dej. Ua ib tug thwjtim ntawm Khetos, txhais tau tias koj yog ib tug thwjtim ntawm Nws txoj kevcai raus dej. Yog thaum Nws ua kevcai raus dej ntawd uas Nws raug pleev roj nrog hwjchim. Lo lus hais los ntawm Petus hauv Mathais 16:18 yog yam uas paub hauv lub ntiaj teb kev ntseeg Khetos txoj kev kawm Vajlugkub tias yog “Kev Lees Txim Ntseeg Khetos.” Qhov no yog ib qho ntawm cov ntsiab lus loj rau kev sib tham ntawm cov kws qhia vajlugkub thiab cov kws txawj ntse. Feem ntau, ib qho kev sib tham ntawm cov kws qhia vajlugkub thiab cov kws txawj ntse feem ntau txheeb ib yam uas tsis muaj qhov tseemceeb li, lossis tej zaum tsuas muaj me ntsis xwb, los lub ntsiab tseem nyob li qub, uas yog, txoj kev ntseeg Khetos to taub tias thaum Yexus raug pleev roj lawm, Nws thiaj los ua tus Mexiyas.</w:t>
      </w:r>
    </w:p>
    <w:p>
      <w:pPr>
        <w:pStyle w:val="ArticleScripture"/>
        <w:jc w:val="left"/>
      </w:pPr>
      <w:r>
        <w:rPr>
          <w:rFonts w:ascii="Times New Roman" w:hAnsi="Times New Roman" w:eastAsia="Times New Roman" w:cs="Times New Roman"/>
        </w:rPr>
        <w:t>Nws hais rau lawv tias, Tiamsis nej hais tias kuv yog leejtwg? Thiab Ximoos Petus teb hais tias, Koj yog tus Khetos, yog Vajtswv tus Tub ntawm tus Vajtswv uas ciaj sia. Mathais 16:15, 16.</w:t>
      </w:r>
    </w:p>
    <w:p>
      <w:pPr>
        <w:pStyle w:val="ArticleBody"/>
        <w:jc w:val="left"/>
      </w:pPr>
      <w:r>
        <w:rPr>
          <w:rFonts w:ascii="Times New Roman" w:hAnsi="Times New Roman" w:eastAsia="Times New Roman" w:cs="Times New Roman"/>
        </w:rPr>
        <w:t>Petus lub npe qub twb nqa tau qhov tseeb ntawd lawm, rau qhov Ximoos Npajona txhais hais tias “tus uas hnov tus nquab txoj xov,” uas yog txoj xov ntawm Nws txoj kev cai raus dej. Nws txoj kev cai raus dej phim nrog 9/11, thiab Yudas sawv cev rau cov uas muaj ib ntus tau lees tias lawv to taub txog 9/11, tiam sis poob kev raws txoj hau kev. Yudas tsis yog ib lub cim ntawm pawg Xashetis, rau qhov lawv sawv cev rau pawg ntseeg Laodikeas Xya-hnub Adven-tis. Yudas tau muab ib tug tim khawv rau pawg Xashetis, tiam sis lub cim ntawm pawg Xashetis txoj kev ntxeev siab txawv ntawm Yudas txoj kev ntxeev siab. Pawg Xashetis txoj kev ntxeev siab raug nthuav tawm hauv zaj npau suav hauv qab no.</w:t>
      </w:r>
    </w:p>
    <w:p>
      <w:pPr>
        <w:pStyle w:val="ArticleScripture"/>
        <w:jc w:val="left"/>
      </w:pPr>
      <w:r>
        <w:rPr>
          <w:rFonts w:ascii="Times New Roman" w:hAnsi="Times New Roman" w:eastAsia="Times New Roman" w:cs="Times New Roman"/>
        </w:rPr>
        <w:t>“Kuv khaws kuv tej ntawv sau, thiab peb txawm pib peb txoj kev mus. Nyob ntawm txoj kev peb tau tuav ob lub rooj sib txoos hauv Orange thiab tau pom tej pov thawj tias pawg ntseeg tau txais txiaj ntsig thiab tau raug txhawb zog. Peb tus kheej kuj tau txais kev ua kom rov qab muaj zog los ntawm tus Ntsuj Plig ntawm tus Tswv. Hmo ntawd kuv ua npau suav tias kuv nyob hauv Battle Creek ntsia tawm ntawm daim iav sab ntawm lub qhov rooj thiab pom ib pab neeg tab tom taug kev los rau ntawm lub tsev, ob leeg ob leeg. Lawv saib nruj thiab muaj siab ruaj khov. Kuv paub lawv zoo heev thiab tig mus qhib lub qhov rooj chav txais qhua kom txais tos lawv, tiam sis xav tias kuv yuav rov ntsia dua ib zaug. Daim xwm txheej twb hloov lawm. Tam sim no pab neeg ntawd muaj yam ntxwv zoo li ib pab txheej txheem Catholic. Ib tug tuav ib tug ntoo khaub lig hauv nws txhais tes, lwm tus tuav ib tug pas nrig. Thiab thaum lawv los ze, tus uas nqa tus pas nrig ua ib lub voj voog ncig lub tsev, hais peb zaug tias: ‘Lub tsev no raug txwv lawm. Tej khoom yuav tsum raug txeeb. Lawv tau hais tawm tsam peb lub koom txoos dawb huv.’ Kev ntshai loj txeeb kuv, thiab kuv khiav hla hauv lub tsev, tawm ntawm lub qhov rooj qaum teb, thiab pom kuv tus kheej nyob hauv nruab nrab ib pab neeg, ib txhia yog cov kuv paub, tiam sis kuv tsis twv hais ib lo lus rau lawv li vim ntshai tsam raug ntxeev siab. Kuv sim nrhiav ib qho chaw ntsiag to uas kuv yuav quaj thiab thov Vajtswv tau yam tsis ntsib tej qhov muag kub siab, tshawb nrhiav txhua qhov chaw uas kuv tig mus. Kuv rov hais ntau zaus tias: ‘Yog kuv tsuas nkag siab tau qhov no xwb! Yog lawv yuav qhia kuv tias yam twg kuv tau hais los yog yam twg kuv tau ua!’”</w:t>
      </w:r>
    </w:p>
    <w:p>
      <w:pPr>
        <w:pStyle w:val="ArticleScripture"/>
        <w:jc w:val="left"/>
      </w:pPr>
      <w:r>
        <w:rPr>
          <w:rFonts w:ascii="Times New Roman" w:hAnsi="Times New Roman" w:eastAsia="Times New Roman" w:cs="Times New Roman"/>
        </w:rPr>
        <w:t>“Kuv tau quaj thiab thov Vajtswv heev thaum kuv pom peb tej khoom raug txeeb mus. Kuv sim nyeem kev khuv leej los sis kev hlub tshua rau kuv hauv cov ntsej muag ntawm cov uas nyob ib puag ncig kuv, thiab kuv saib xyuas lub ntsej muag ntawm ob peb tug uas kuv xav tias yuav hais lus rau kuv thiab nplij kuv yog lawv tsis ntshai tsam luag lwm tus pom lawv. Kuv tau ua ib zaug los khiav tawm ntawm pawg neeg ntawd, tiam sis thaum kuv pom tias neeg tab tom saib xyuas kuv, kuv thiaj zais kuv lub hom phiaj. Kuv pib quaj nrov nrov thiab hais tias: ‘Yog lawv tsuas qhia rau kuv paub tias kuv tau ua dabtsi los sis tau hais dabtsi xwb!’ Kuv tus txiv, uas tab tom tsaug zog saum ib lub txaj hauv tib chav ntawd, hnov kuv quaj nrov nrov ces tsa kuv sawv. Kuv lub hauv ncoo ntub tag nrog kua muag, thiab ib txoj kev nyuaj siab tob heev tau nyob saum kuv tus ntsuj plig.” Testimonies, volume 1, 577, 578.</w:t>
      </w:r>
    </w:p>
    <w:p>
      <w:pPr>
        <w:pStyle w:val="ArticleBody"/>
        <w:jc w:val="left"/>
      </w:pPr>
      <w:r>
        <w:rPr>
          <w:rFonts w:ascii="Times New Roman" w:hAnsi="Times New Roman" w:eastAsia="Times New Roman" w:cs="Times New Roman"/>
        </w:rPr>
        <w:t>Kev siv lub hauv paus ntsiab cai tias cov yaj saub hais ntau dua txog cov hnub kawg dua li hais txog cov hnub uas lawv tus kheej tau nyob, tsa ib lo lus nug uas hnyav thiab tseem ceeb kawg rau cov thawj coj ntawm pawg ntseeg Xya-Hnub Adventist. Muam White “tau khaws ua ke” nws “cov ntawv uas nws sau” thiab pib rov qab mus rau Battle Creek. Lub sijhawm ntawd, Battle Creek yog lub chaw nruab nrab ntawm tes haujlwm, ib yam li Tacoma Park niaj hnub no, los yog Yeluxalees nyob rau hauv Khetos lub sijhawm. Nws tau khaws nws cov ntawv uas nws sau rau txoj kev taug ntawd, tom qab nws tau nthuav tawm ib qho kev tawm tsam uas nws tau muaj ntsig txog nws cov ntawv uas nws sau. Cov ntsiab lus nyob ib puag ncig ntawm nws zaj npau suav yog hais txog nws cov ntawv uas nws sau. Qhov kev tawm tsam ntawd tau tshwm sim hauv lub nroog Wright.</w:t>
      </w:r>
    </w:p>
    <w:p>
      <w:pPr>
        <w:pStyle w:val="ArticleScripture"/>
        <w:jc w:val="left"/>
      </w:pPr>
      <w:r>
        <w:rPr>
          <w:rFonts w:ascii="Times New Roman" w:hAnsi="Times New Roman" w:eastAsia="Times New Roman" w:cs="Times New Roman"/>
        </w:rPr>
        <w:t>“Thaum peb nyob hauv Wright peb tau xa kuv daim ntawv sau rau Zaj 11 mus rau lub chaw luam tawm, thiab kuv tab tom zoo tuaj yuav luag txhua lub sijhawm thaum tsis nyob hauv rooj sib txoos, kuv siv lub sijhawm ntawd los sau tej ntaub ntawv rau Zaj 12. Kuv lub zog, ob qho tib si ntawm cev nqaij daim tawv thiab ntawm lub siab ntsws, raug siv hnyav heev thaum kuv ua hauj lwm rau pawg ntseeg hauv Wright. Kuv xav tias kuv tsim nyog tau so, tiam sis kuv tsis pom ib lub sijhawm twg rau kev txo kev nyuaj ntawd. Kuv tab tom hais lus rau cov neeg ob peb zaug hauv ib lub lim tiam, thiab sau ntau nplooj ntawv ntawm tej lus tim khawv tshwj xeeb rau tib neeg. Lub nra hnyav ntawm tej ntsuj plig nyob saum kuv, thiab tej luag hauj lwm uas kuv hnov ntawd loj heev, ua rau kuv tsuas tau ob peb teev pw ib hmos xwb.”</w:t>
      </w:r>
    </w:p>
    <w:p>
      <w:pPr>
        <w:pStyle w:val="ArticleScripture"/>
        <w:jc w:val="left"/>
      </w:pPr>
      <w:r>
        <w:rPr>
          <w:rFonts w:ascii="Times New Roman" w:hAnsi="Times New Roman" w:eastAsia="Times New Roman" w:cs="Times New Roman"/>
        </w:rPr>
        <w:t>“Thaum tabtom ua haujlwm hnyav li no hauv kev hais lus thiab kev sau ntawv, kuv tau txais tej ntawv tuaj ntawm Battle Creek uas muaj yam ntxwv ua rau poob siab. Thaum kuv nyeem lawv tas, kuv hnov ib qho kev ntxhov siab ntawm tus ntsuj plig uas tsis muaj lus piav tau, hnyav txog theem ua rau lub siab mob ntsuav, uas zoo li rau ib ntus ua rau kuv tej zog tseem ceeb tuag tes tuag taw. Tau peb hmos kuv yuav luag tsis tsaug zog li. Kuv tej kev xav ntxhov thiab meej tsis taus. Kuv zais kuv tej kev xav kom zoo npaum li kuv ua tau ntawm kuv tus txiv thiab ntawm tsev neeg uas muaj kev khuv leej uas peb nrog nyob. Tsis muaj leejtwg paub txog kuv txoj haujlwm lossis lub nra ntawm kuv lub siab thaum kuv koom nrog tsev neeg hauv kev pe hawm thaum sawv ntxov thiab yav tsaus ntuj, thiab nrhiav muab kuv lub nra tso rau saum tus Cawm Nra loj. Tiamsis kuv tej lus thov tawm ntawm ib lub siab uas raug kev txom nyem muab ntsia nkag, thiab kuv tej lus thov tawg tas thiab sib txuas tsis tau vim kev quaj ntsuag uas tswj tsis tau. Cov ntshav dhia nce mus rau hauv kuv lub hlwb, nquag ua rau kuv ntog qaug thiab yuav luag poob. Kuv los ntshav ntswg ntau zaus, tshwj xeeb yog tom qab siv zog sau ntawv. Kuv raug yuam kom tseg kuv txoj haujlwm sau ntawv cia tseg, los kuv tsis muaj peevxwm tshem tau lub nra ntawm kev txhawj xeeb thiab lub luag hauj lwm uas nyob saum kuv, vim kuv paub tias kuv muaj tej lus tim khawv rau lwm tus uas kuv tsis muaj peevxwm coj los nthuav qhia rau lawv.”</w:t>
      </w:r>
    </w:p>
    <w:p>
      <w:pPr>
        <w:pStyle w:val="ArticleScripture"/>
        <w:jc w:val="left"/>
      </w:pPr>
      <w:r>
        <w:rPr>
          <w:rFonts w:ascii="Times New Roman" w:hAnsi="Times New Roman" w:eastAsia="Times New Roman" w:cs="Times New Roman"/>
        </w:rPr>
        <w:t>“Kuv tau txais dua ib tsab ntawv ntxiv, qhia rau kuv tias lawv xav tias zoo tshaj yog yuav ncua kev luam tawm No. 11 mus txog thaum kuv thiaj sau tau tej uas tau muab qhia rau kuv hais txog Health Institute, vim cov uas tuav dej num ntawm tes haujlwm ntawd tab tom xav tau nyiaj txiag heev kawg thiab xav tau lub hwjchim ntawm kuv zaj lus timkhawv kom txhawb cov kwvtij. Ces kuv thiaj sau tawm ib feem ntawm tej uas tau muab qhia rau kuv hais txog lub Institute, tiam sis kuv tsis muaj peev xwm sau kom tawm tau tag nrho cov ntsiab lus ntawd vim ntshav nce siab mus rau hauv lub hlwb. Yog kuv tau xav tias No. 12 yuav raug ncua ntev ua luaj, kuv yuav tsis tau xa ib qho twg li ntawm zaj lus uas muaj nyob hauv No. 11. Kuv tau xav tias tom qab so ob peb hnub lawm kuv yuav rov qab pib sau tau dua. Tiamsis ua rau kuv tu siab loj heev, kuv pom tias lub xeev ntawm kuv lub hlwb ua rau kuv sau tsis tau li. Lub tswv yim hais txog kev sau lus timkhawv, tsis hais dav dav los sis rau tus kheej, raug tso tseg, thiab kuv nyob hauv kev nyuaj siab tsis tu ncua vim kuv sau tsis tau tej ntawd.”</w:t>
      </w:r>
    </w:p>
    <w:p>
      <w:pPr>
        <w:pStyle w:val="ArticleScripture"/>
        <w:jc w:val="left"/>
      </w:pPr>
      <w:r>
        <w:rPr>
          <w:rFonts w:ascii="Times New Roman" w:hAnsi="Times New Roman" w:eastAsia="Times New Roman" w:cs="Times New Roman"/>
        </w:rPr>
        <w:t>“Hauv qhov xwm txheej no thiaj tau txiav txim siab tias peb yuav rov qab mus rau Battle Creek thiab nyob ntawd thaum txoj kev tseem nyob hauv ib qho xwm txheej av nplaum nplaum thiab puas ntsoog, thiab tias kuv yuav ua kom tiav No. 12 nyob ntawd. Kuv tus txiv muaj siab kub lug heev xav mus ntsib nws cov kwv tij hauv Battle Creek thiab hais lus rau lawv thiab zoo siab nrog lawv hauv txoj hauj lwm uas Vajtswv tab tom ua rau nws. Kuv thiaj khaws kuv tej ntawv sau, thiab peb thiaj pib peb txoj kev mus. …” Testimonies, volume 1, 576, 577.</w:t>
      </w:r>
    </w:p>
    <w:p>
      <w:pPr>
        <w:pStyle w:val="ArticleBody"/>
        <w:jc w:val="left"/>
      </w:pPr>
      <w:r>
        <w:rPr>
          <w:rFonts w:ascii="Times New Roman" w:hAnsi="Times New Roman" w:eastAsia="Times New Roman" w:cs="Times New Roman"/>
        </w:rPr>
        <w:t>Nyob rau hnub kawg, cov thawj coj ntawm pawg ntseeg Xya Hnub Khiv, uas raug sawv cev ua Battle Creek thiab cov uas nws “paub zoo,” tau hloov mus ua ib pab txheej txheem Catholic. Cov thawj coj ntawm pawg ntseeg Xya Hnub Khiv tau hloov mus ua ib pab txheej txheem Catholic. Hauv npau suav ntawd lawv tuaj “ob leeg ua ke,” ib tug tuav ib rab pas reeds, lwm tus tuav ib tug ntoo khaub lig. Lawv kos ib lub voj voog ncig lub tsev thiab tshaj tawm peb zaug hais tias, “Lub tsev no raug txwv. Tej khoom yuav tsum raug txeeb. Lawv tau hais tawm tsam peb txoj kev txiav txim dawb huv.” “Tej khoom” nyob hauv “lub tsev” uas cov thawj coj Catholic ntawm Battle Creek “txeeb” ntawd yog dab tsi? “Txoj kev txiav txim dawb huv” twg ntawm pawg ntseeg Catholic uas raug “hais tawm tsam” ntawd yog dab tsi?</w:t>
      </w:r>
    </w:p>
    <w:p>
      <w:pPr>
        <w:pStyle w:val="ArticleBody"/>
        <w:jc w:val="left"/>
      </w:pPr>
      <w:r>
        <w:rPr>
          <w:rFonts w:ascii="Times New Roman" w:hAnsi="Times New Roman" w:eastAsia="Times New Roman" w:cs="Times New Roman"/>
        </w:rPr>
        <w:t>Yog nug hais kom ncaj qha dua, lo lus nug tej zaum yuav yog hais tias, “yam kev txiav txim dab tsi hauv Catholicism thiaj yog tus coj tawm hauv kev tsim txom inquisición?” Kev tsim txom inquisición tau pib nrog pawg Dominican, ua ntej cov Jesuit tau tshwm los hauv keeb kwm, tiam sis thaum lawv twb koom tes lawm, lawv thiaj los ua pawg uas sawv cev txhawb nqa txoj kev lim hiam thiab kev txeev ntshav.</w:t>
      </w:r>
    </w:p>
    <w:p>
      <w:pPr>
        <w:pStyle w:val="ArticleScripture"/>
        <w:jc w:val="left"/>
      </w:pPr>
      <w:r>
        <w:rPr>
          <w:rFonts w:ascii="Times New Roman" w:hAnsi="Times New Roman" w:eastAsia="Times New Roman" w:cs="Times New Roman"/>
        </w:rPr>
        <w:t>“Thoob plaws hauv lub ntiaj teb Khixatia, txoj kev Protestant raug hem thawj los ntawm tej yeeb ncuab uas muaj hwj chim txaus ntshai. Thaum tej kev yeej thawj zaug ntawm Kev Hloov Tshiab twb dhau mus lawm, Loos hu tej zog tshiab los, vam tias yuav ua kom nws raug rhuav tshem. Nyob rau lub sijhawm no, txoos Jesuit thiaj raug tsim tsa, yog tus tiv thaiv txoj kev papacy uas lim hiam tshaj, tsis muaj txoj ncaj ncees tshaj, thiab muaj hwj chim tshaj plaws ntawm txhua tus. Raug txiav cais tawm ntawm tej kev txuas nrog ntiajteb no thiab tej haujlwm uas yog ntawm tibneeg, tuag lawm rau tej lus thov ntawm kev hlub raws ntuj tsim, lub laj thawj thiab lub siab dawb paug raug muab ntsiag to kiag, lawv tsis paub ib txoj cai twg, tsis paub ib txoj kev khi twg, tsuas yog txoj cai ntawm lawv txoos xwb, thiab tsis paub ib txoj hauj lwm twg tsuas yog nthuav nws lub hwj chim xwb. Txoj moo zoo ntawm Khetos tau pab kom cov uas raws nws thiaj ntsib tau kev phom sij thiab nyiaj taus kev txom nyem, tsis ntshai los ntawm cua txias, kev tshaib plab, kev ua haujlwm hnyav, thiab kev txom nyem pluag, kom txhawb nqa tau tus chij ntawm qhov tseeb tim ntsej tim muag ntawm lub tshuab tsim txom, lub tsev loj cuj, thiab tus ncej kub hnyiab. Yuav tawm tsam tej zog no, Jesuitism txhawb nws cov thwjtim nrog ib txoj kev kub siab vwm dig uas ua rau lawv nyiaj taus tau cov kev phom sij zoo ib yam, thiab kom lawv siv txhua yam cuab yeej ntawm kev dag ntxias los tawm tsam lub hwj chim ntawm qhov tseeb. Tsis muaj ib yam kev txhaum twg loj dhau uas lawv yuav tsis ua, tsis muaj ib yam kev dag ntxias twg qis phem dhau uas lawv yuav tsis xyaum, tsis muaj ib yam kev zais cev twg nyuaj dhau uas lawv yuav tsis txais coj. Txawm lawv tau cog lus rau txoj kev pluag mus ib txhis thiab txoj kev txo hwj chim, los lawv lub hom phiaj uas txhob txwm npaj cia yog kom tau nyiaj txiag thiab hwj chim, muab lawv tus kheej fij rau kev rhuav tshem Protestantism, thiab rau kev tsa kom rov muaj txoj kev kav loj tshaj plaws ntawm papacy dua.”</w:t>
      </w:r>
    </w:p>
    <w:p>
      <w:pPr>
        <w:pStyle w:val="ArticleScripture"/>
        <w:jc w:val="left"/>
      </w:pPr>
      <w:r>
        <w:rPr>
          <w:rFonts w:ascii="Times New Roman" w:hAnsi="Times New Roman" w:eastAsia="Times New Roman" w:cs="Times New Roman"/>
        </w:rPr>
        <w:t>“Thaum lawv tshwm los zoo li yog cov tswv cuab ntawm lawv pawg, lawv hnav tej tsoos tsho muaj yam ntxwv dawb huv, mus xyuas tsev loj cuj thiab tsev kho mob, ua haujlwm pab cov neeg mob thiab cov neeg pluag, hais tias lawv twb tso tseg lub ntiajteb lawm, thiab nqa Yesxus lub npe dawb huv, tus uas mus los ua zoo rau sawvdaws. Tiamsis nyob hauv qab qhov zoo li tsis muaj txhaum ntawd, feem ntau yeej zais cia tej hom phiaj uas phem tshaj thiab tua neeg tshaj plaws. Ib lub hauv paus ntsiab cai tseem ceeb ntawm lawv pawg yog tias qhov kawg ua rau txoj kev siv los mus txog ntawd raug cai. Raws li txoj cai ntawd, kev dag, kev nyiag, kev cog lus cuav, kev tua neeg zais ntsiag to, tsis yog tsuas yog zam txim tau xwb, tiamsis tseem tsim nyog qhuas thiab, thaum tej ntawd pab tau pawg ntseeg tej kev txaus siab. Nyob hauv ntau yam kev npog cev, cov Jesuit txeem mus txog tej haujlwm hauv lub xeev, nce mus ua vajntxwv cov kws sablaj, thiab tsim txoj cai tswjfwm ntawm tej haiv neeg. Lawv los ua tub qhe kom thiaj ua tau neeg soj xyuas lawv cov tswv. Lawv tsim tsev kawm ntawv qib siab rau cov tub ntawm cov thawj vaj thiab cov nom tswv, thiab tsev kawm ntawv rau cov pejxeem sawvdaws; thiab cov me nyuam ntawm niam txiv Protestant raug rub mus rau hauv kev coj raws li cov kab ke ntawm papist. Txhua yam hwjchim sab nraud, kev ci ntsa iab, thiab kev ua yeeb yam ntawm txoj kev teev hawm Romish raug coj los siv kom ua rau lub siab ntxhov thiab kom ua rau lub tswv yim xav tsis meej, ci ntsa iab ntxias qhov muag thiab txeeb tau kev xav, thiab li ntawd txojkev ywj pheej uas cov yawg koob twb siv zog thiab los ntshav kom tau los ntawd, cov tub xeeb ntxwv thiaj ntxeev siab rau. Cov Jesuit kis mus thoob plaws tebchaws Europe sai heev, thiab txhua qhov chaw uas lawv mus txog, muaj kev txhawb rov qab los ntawm popery raws lawv qab los.”</w:t>
      </w:r>
    </w:p>
    <w:p>
      <w:pPr>
        <w:pStyle w:val="ArticleScripture"/>
        <w:jc w:val="left"/>
      </w:pPr>
      <w:r>
        <w:rPr>
          <w:rFonts w:ascii="Times New Roman" w:hAnsi="Times New Roman" w:eastAsia="Times New Roman" w:cs="Times New Roman"/>
        </w:rPr>
        <w:t>“Kom muab hwjchim ntau dua rau lawv, ib daim ntawv txib papal tau raug tshaj tawm rov tsim dua lub tsev hais plaub inquisition. Txawm yog muaj kev ntxub ntxaug dav dav uas cov neeg muaj rau nws, txawm nyob hauv cov tebchaws Kas Tos Liv los xij, lub tsev hais plaub txaus ntshai no tseem raug cov thawj kav uas txhawb papacy rov tsa dua, thiab tej kev lim hiam uas phem kawg nkaus tsis tsim nyog raug coj los pom hauv qhov kaj nruab hnub kuj raug rov ua dua hauv nws cov qhov taub kaw neeg zais ntshis. Hauv ntau lub tebchaws, ntau txhiab ntau vam tus uas yog lub paj ntsab tshaj plaws ntawm lub tebchaws, cov uas dawb huv tshaj thiab meej mom tshaj, cov uas muaj kev txawj ntse tshaj thiab kawm txuj siab tshaj, cov xibhwb uas muaj kev ntseeg thiab muab siab npuab tes haujlwm, cov pej xeem uas rau siab ua haujlwm thiab hlub tebchaws, cov kws txawj ntawv ci ntsa iab, cov kws kos duab muaj peevxwm, cov kws txawj tes txawj num tshaj lij, raug tua pov tseg los yog raug yuam kom khiav mus nyob rau lwm lub tebchaws.”</w:t>
      </w:r>
    </w:p>
    <w:p>
      <w:pPr>
        <w:pStyle w:val="ArticleScripture"/>
        <w:jc w:val="left"/>
      </w:pPr>
      <w:r>
        <w:rPr>
          <w:rFonts w:ascii="Times New Roman" w:hAnsi="Times New Roman" w:eastAsia="Times New Roman" w:cs="Times New Roman"/>
        </w:rPr>
        <w:t>“Cov no yog tej cuab yeej uas Loos tau hu los siv kom tua lub teeb ntawm Kev Hloov Kev Ntseeg, kom rho Phau Vajlugkub tawm ntawm tibneeg txhais tes, thiab kom rov qab tsa qhov kev tsis paub thiab kev ntseeg cuav ntawm Cov Hnub Nyoog Tsaus Ntuj. Tiamsis nyob hauv Vajtswv txoj koob hmoov thiab los ntawm tej haujlwm ntawm cov txivneej siab tawv ntawd uas Nws tau tsa sawv los kom ua tiav Luther txoj haujlwm, Kev Ntseeg Protestas tsis raug muab rhuav tshem. Nws lub zog tsis yog yuav muaj vim tau txais txoj kev txhawb nqa lossis tej tub rog ntawm cov vajntxwv. Cov tebchaws me tshaj plaws, cov haivneeg txo hwj chim tshaj plaws thiab tsis muaj zog tshaj plaws, tau los ua nws tej chaw ruaj khov. Yog Geneva me me nyob nruab nrab ntawm cov yeeb ncuab muaj hwj chim loj uas tabtom npaj nws txoj kev puastsuaj; yog Holland nyob saum nws tej ntug xuab zeb ntawm hiav txwv qaum teb, tawm tsam Spain txoj kev kav lim hiam, uas thaum ntawd yog lub nceeg vaj loj tshaj thiab nplua nuj tshaj plaws; yog Sweden txias nrig thiab av tsis txi txiv, uas tau yeej kev sib tw rau Kev Hloov Kev Ntseeg.” The Great Controversy, 234, 235.</w:t>
      </w:r>
    </w:p>
    <w:p>
      <w:pPr>
        <w:pStyle w:val="ArticleBody"/>
        <w:jc w:val="left"/>
      </w:pPr>
      <w:r>
        <w:rPr>
          <w:rFonts w:ascii="Times New Roman" w:hAnsi="Times New Roman" w:eastAsia="Times New Roman" w:cs="Times New Roman"/>
        </w:rPr>
        <w:t>Lub Koom Txoos Kas Tos Liv tau ua txhua yam uas lawv ua tau kom zais phau Vajlugkub ntawm tibneeg, los ntawm kev hais tias lawv tej kab lig kev cai thiab tej kev coj uas yog neeg pe dab qhuas ntawd nyob siab dua Vajtswv Txojlus. Cov thawj coj ntawm Laodicean Adventism yuav tsis coj cov uas tsis pom zoo mus hais plaub txog Ellen White tej ntawv sau, tiam sis cov Kas Tos Liv uas lees tias lawv yog cov thawj coj ntawm Battle Creek yuav ua li ntawd. Qhov tseem ceeb tshaj plaws ntawm tus tsiaj nyaum ntawm Kas Tos Liv yog kev siv hwjchim pejxeem los ua kom tiav tej hom phiaj kev ntseeg. Thaum Adventism nrhiav kev siv hwjchim pejxeem raws cai los tswj hwm lawv tej koom haum, ces cov txiv ntawm lawv txoj “kev cai dawb huv” twb pom tseeb lawm.</w:t>
      </w:r>
    </w:p>
    <w:p>
      <w:pPr>
        <w:pStyle w:val="ArticleBody"/>
        <w:jc w:val="left"/>
      </w:pPr>
      <w:r>
        <w:rPr>
          <w:rFonts w:ascii="Times New Roman" w:hAnsi="Times New Roman" w:eastAsia="Times New Roman" w:cs="Times New Roman"/>
        </w:rPr>
        <w:t>Hauv hauv qhov ntsiab lus ntawm cov kab ke auto-da-fé (tes haujlwm ntawm txoj kev ntseeg) ntawm Spanish Inquisition, tus pas nrig thiab tus ntoo khaub lig tshwm sim ua tej yam cim uas txuas nrog Khetos txoj kev raug ntsia saum ntoo khaub lig. Tus pas nrig hais txog tus pas ua ib lub xeev kav uas muab tso rau hauv Yexus txhais tes thaum lawv muab kaus mom pos rau nws, uas cov tub rog Loos siv los ntaus nws, ua cim txog kev thuam, kev txom nyem, thiab kev saib tsis taus.</w:t>
      </w:r>
    </w:p>
    <w:p>
      <w:pPr>
        <w:pStyle w:val="ArticleBody"/>
        <w:jc w:val="left"/>
      </w:pPr>
      <w:r>
        <w:rPr>
          <w:rFonts w:ascii="Times New Roman" w:hAnsi="Times New Roman" w:eastAsia="Times New Roman" w:cs="Times New Roman"/>
        </w:rPr>
        <w:t>Tus ntoo khaub lig raug nthuav qhia kom pom tseeb heev hauv cov txheej txheem auto-da-fé. Ib tug ntoo khaub lig ntsuab (feem ntau muab ntaub dub crepe npog) tau ua lub cim ntawm Kev Tshawb Nrhiav Kev Ntseeg, raug nqa hauv ib qho txheej txheem npaj tshwj xeeb cais tawm ib hnub ua ntej, thiab raug nthuav tawm thaum lub sijhawm ntawd. Nws sawv cev rau txoj cai tswj hwm ntawm lub tsev hais plaub ntawd.</w:t>
      </w:r>
    </w:p>
    <w:p>
      <w:pPr>
        <w:pStyle w:val="ArticleBody"/>
        <w:jc w:val="left"/>
      </w:pPr>
      <w:r>
        <w:rPr>
          <w:rFonts w:ascii="Times New Roman" w:hAnsi="Times New Roman" w:eastAsia="Times New Roman" w:cs="Times New Roman"/>
        </w:rPr>
        <w:t>Kev txeeb tej cuab tam txhais hais txog kev txeeb tseg (kev kaw tseg lossis kev txwv tseg) ntawm ib tug neeg uas raug txiav txim lawm nws cov cuab yeej, uas yog ib qho kev nplua uas Inquisition siv feem ntau los txhawb nyiaj txiag rau lub tsev hais plaub thiab los rau txim rau kev ntseeg cuav. Qhov no raug tshaj tawm rau pej xeem hauv cov kab lus txiav txim ntawm auto-da-fé, ua kom pom tseeb txog kev txaj muag rau sawv daws pom thiab kev ceeb toom kom txhob ua raws.</w:t>
      </w:r>
    </w:p>
    <w:p>
      <w:pPr>
        <w:pStyle w:val="ArticleBody"/>
        <w:jc w:val="left"/>
      </w:pPr>
      <w:r>
        <w:rPr>
          <w:rFonts w:ascii="Times New Roman" w:hAnsi="Times New Roman" w:eastAsia="Times New Roman" w:cs="Times New Roman"/>
        </w:rPr>
        <w:t>Cov lus sau tseg ntawm Ellen G. White qhia meej thiab txiav txim kawg nkaus rau txoj kev coj noj coj ua uas yuav txwv nws cov ntawv sau hauv ib qho kev sim ua kom lub suab nkauj ntawm lub vaj txiv hmab uas tab tom raug hu ploj ntsiag to, tiam sis qhov ntawd yog txoj kev ua kawg ntawm ib qho kev txiav txim uas tsis dawb huv, tam sim ua ntej lawv nthuav lawv tus yam ntxwv tawm los qhib lug rau ntawm txoj cai hnub Sunday. Ib qho “Catholic procession,” sib haum nrog nees nkaum tsib tug txivneej thaum ub uas pe hawm lub hnub. Hauv plaub nqe lus hauv qab no, nqe lus thawj qhia txog “cov neeg uas lees tias yog Vajtswv haiv neeg,” nyob rau hauv “hnub kawg.” Nqe lus ntawd qhia meej tias nyob rau hnub kawg, cov xibhwb Seventh-day Adventist yuav nyob “hauv tej pawg ntseeg thiab hauv tej kev sib sau loj loj sab nraum zoov,” “txhawb kom cov neeg pom tias yuav tsum ceev thawj hnub ntawm lub limtiam.”</w:t>
      </w:r>
    </w:p>
    <w:p>
      <w:pPr>
        <w:pStyle w:val="ArticleScripture"/>
        <w:jc w:val="left"/>
      </w:pPr>
      <w:r>
        <w:rPr>
          <w:rFonts w:ascii="Times New Roman" w:hAnsi="Times New Roman" w:eastAsia="Times New Roman" w:cs="Times New Roman"/>
        </w:rPr>
        <w:t>“Tus Tswv muaj ib qho lus sib cav tawm tsam Nws cov neeg uas lees tias yog Nws nyob rau hnub kawg no. Hauv qhov kev sib cav no, cov neeg nyob hauv tej haujlwm muaj luag hauj lwm yuav taug ib txoj kev ncaj qha tawm tsam txoj kev uas Nehemiah tau taug. Lawv yuav tsis yog tsuas yog lawv tus kheej tsis quav ntsej thiab saib tsis taus Hnub Xanpataus xwb, tiam sis lawv tseem yuav sim txwv tsis pub lwm tus tuav nws thiab muab nws faus zais rau hauv qab tej pawg khib nyiab ntawm kev coj noj coj ua thiab kab lig kev cai. Hauv tej pawg ntseeg thiab hauv tej rooj sib txoos loj loj sab nraum zoov, cov xibhwb yuav yaum rau saum cov neeg tias yuav tsum coj raws li qhov tsim nyog ntawm kev ceev thawj hnub ntawm lub lim tiam. Muaj tej kev puas tsuaj saum hiav txwv thiab saum av: thiab tej kev puas tsuaj no yuav nce ntxiv, ib qho xwm txheej phem yuav los raws nraim tom qab ib qho ntxiv; thiab cov pab me me uas ceev Hnub Xanpataus raws li lub siab dawb paug yuav raug taw qhia tias yog cov uas tab tom coj Vajtswv txoj kev chim los rau saum lub ntiaj teb no vim lawv tsis quav ntsej Hnub Caiv.”</w:t>
      </w:r>
    </w:p>
    <w:p>
      <w:pPr>
        <w:pStyle w:val="ArticleBody"/>
        <w:jc w:val="left"/>
      </w:pPr>
      <w:r>
        <w:rPr>
          <w:rFonts w:ascii="Times New Roman" w:hAnsi="Times New Roman" w:eastAsia="Times New Roman" w:cs="Times New Roman"/>
        </w:rPr>
        <w:t>Qhov no qhia meej tseeb tias Seventh-day Adventists yog “cov neeg uas lees tias yog Vajtswv haiv neeg” uas yuav txhawb kom coj Hnub Kaj Siab, thiab tias lawv kuj yuav taw tes “mus rau” “pab me ntawm cov uas ceev Hnub Xanpataus raws li lub siab dawb paug.” Hauv nqe lus tom ntej no nws hais kom muaj zog tias kev tsim txom ntawm tej tiam dhau los yuav rov muaj dua. Nqe lus ua ntej xaus nrog nws qhia tias cov neeg uas lees tias yog Vajtswv haiv neeg nyob txawv ntawm cov uas nws hais tias yog cov ceev Hnub Xanpataus raws li lub siab dawb paug. Ces nws coj cov keeb kwm yav dhau los los hais tawm, thiab ceeb toom tias cov keeb kwm ntawd yuav rov muaj dua nyob rau hnub kawg. Nws hais meej heev.</w:t>
      </w:r>
    </w:p>
    <w:p>
      <w:pPr>
        <w:pStyle w:val="ArticleScripture"/>
        <w:jc w:val="left"/>
      </w:pPr>
      <w:r>
        <w:rPr>
          <w:rFonts w:ascii="Times New Roman" w:hAnsi="Times New Roman" w:eastAsia="Times New Roman" w:cs="Times New Roman"/>
        </w:rPr>
        <w:t>“Xatas thawb txoj kev dag no kom nws thiaj ntes tau lub ntiaj teb mus ua qhev. Nws lub hom phiaj yog yuam kom tibneeg lees txais tej kev yuam kev. Nws koom tes ua haujlwm nquag heev rau hauv kev tshaj tawm txhua txoj kev ntseeg cuav, thiab hauv nws tej kev siv zog los yuam kom muaj kev coj raws tej lus qhuab qhia yuam kev ntawd, nws yuav tsis tseg ib yam dabtsi li. Nyob hauv daim npog ntawm txoj kev kub siab rau kev ntseeg, tibneeg, raug nws tus ntsuj plig ntxias thiab kav, tau tsim tej kev tsimtxom uas lim hiam tshaj plaws rau lawv cov kwvtij neejtsa, thiab tau ua kom lawv raug kev txom nyem uas txaus ntshai tshaj plaws. Xatas thiab nws cov tubtxib tseem muaj tib tug ntsuj plig ntawd niaj hnub no; thiab keeb kwm yav dhau los yuav rov muaj dua hauv peb tiam no.”</w:t>
      </w:r>
    </w:p>
    <w:p>
      <w:pPr>
        <w:pStyle w:val="ArticleScripture"/>
        <w:jc w:val="left"/>
      </w:pPr>
      <w:r>
        <w:rPr>
          <w:rFonts w:ascii="Times New Roman" w:hAnsi="Times New Roman" w:eastAsia="Times New Roman" w:cs="Times New Roman"/>
        </w:rPr>
        <w:t>“Muaj ib txhia neeg uas tau muab lawv lub siab thiab lawv lub siab nyiam rau kev ua kom tiav txoj kev phem; nyob hauv tej qhov tob tsaus ntuj ntawm lawv lub siab lawv tau txiav txim siab lawm tias lawv yuav ua tej kev txhaum dab tsi. Cov neeg no raug lawv tus kheej dag ntxias. Lawv tau muab Vajtswv txoj kev cai loj ntawm qhov ncaj ncees tso tseg, thiab hloov nws chaw lawv tau tsa ib txoj qauv raws li lawv tus kheej, thiab thaum lawv muab lawv tus kheej los piv rau txoj qauv ntawd lawv tshaj tawm tias lawv dawb huv. Tus Tswv yuav cia lawv nthuav tawm yam uas nyob hauv lawv lub siab, kom ua raws li tus ntsuj plig ntawm tus tswv uas kav lawv. Nws yuav cia lawv qhia lawv txoj kev ntxub nws txoj kevcai hauv lawv txoj kev ua phem rau cov uas rau siab ntseeg raws li nws tej lus xav tau. Lawv yuav raug tib tug ntsuj plig ntawm kev kub ntxhov kev ntseeg txhawb, tib tug uas tau tsav cov neeg coob coob mus ntsia Khetos saum ntoo khaub lig; pawg ntseeg thiab lub xeev yuav koom ua ke hauv tib yam kev sib haum xeeb uas qias neeg.”</w:t>
      </w:r>
    </w:p>
    <w:p>
      <w:pPr>
        <w:pStyle w:val="ArticleScripture"/>
        <w:jc w:val="left"/>
      </w:pPr>
      <w:r>
        <w:rPr>
          <w:rFonts w:ascii="Times New Roman" w:hAnsi="Times New Roman" w:eastAsia="Times New Roman" w:cs="Times New Roman"/>
        </w:rPr>
        <w:t>“Pawg ntseeg niaj hnub no tau taug raws li cov Yudais thaum ub tej kauj ruam, uas tau tso Vajtswv tej lus txib tseg mus tuav rawv lawv tus kheej tej kab ke. Nws tau hloov txoj cai, rhuav tshem lo lus cog tseg uas nyob mus ib txhis, thiab tam sim no, ib yam li thaum ntawd, kev khav theeb, kev tsis ntseeg, thiab kev tsis ncaj siab yog yam uas tshwm sim los. Nws qhov xwm txheej tseeb raug nthuav tawm hauv cov lus no hauv Mauxes zaj nkauj hais tias: ‘Lawv twb ua rau lawv tus kheej puas lawm, lawv qhov chaw tsis yog qhov chaw ntawm nws cov me nyuam; lawv yog ib tiam neeg nkhaus thiab coj tsis ncaj. Nej puas yog li no them rov rau tus Tswv, nej haiv neeg ruam thiab tsis muaj tswvyim? Nws puas tsis yog nej Leej Txiv uas tau txhiv nej? Nws puas tsis tau tsim nej, thiab tsa nej kom ruaj khov?’” Review and Herald, March 18, 1884.</w:t>
      </w:r>
    </w:p>
    <w:p>
      <w:pPr>
        <w:pStyle w:val="ArticleBody"/>
        <w:jc w:val="left"/>
      </w:pPr>
      <w:r>
        <w:rPr>
          <w:rFonts w:ascii="Times New Roman" w:hAnsi="Times New Roman" w:eastAsia="Times New Roman" w:cs="Times New Roman"/>
        </w:rPr>
        <w:t>Muaj ib nqe dhau ib nqe hauv Vaj Ntsuj Plig Qhia Txog Yaj Saub uas qhia meej txog kev tsim txom nyob rau hnub kawg tawm tsam Vajtswv cov neeg ncaj ncees, thiab “lub koom txoos niaj hnub no” uas nws tab tom taw qhia ntawd tsis yog kev ntseeg Khetos feem ntau xwb; nws yog lub koom txoos uas nws rov hais tas zog tias raug piv txwv los ntawm lub koom txoos Yudais. Cov nqe lus meej ntawd hauv nws cov ntawv sau yog yam txhawb kom lub Koom Txoos Xya Hnub Adven-tis sim muab kev txwv rau Niam Laus White cov ntawv sau, raws li nws zaj npau suav tau qhia kom phim raws nraim. Lawv tej kev ua tawm tsam nws cov ntawv sau—uas yog cov khoom muaj nqis ntawm nws tsev uas yuav raug txwv los ntawm cov thawj coj hauv Battle Creek, cov uas tau hloov mus ua ib pawg kev cai dawb huv ntawm Kev Ntseeg Kas Tos Liv. Lawv qhov kev tawm tsam nws cov ntawv sau kuj raug sawv cev los ntawm kev tawm tsam Yelemis cov ntawv sau. Ellen White zaj npau suav yog tus tim khawv thib ob rau Yelemis cov ntawv sau raug hlawv.</w:t>
      </w:r>
    </w:p>
    <w:p>
      <w:pPr>
        <w:pStyle w:val="ArticleBody"/>
        <w:jc w:val="left"/>
      </w:pPr>
      <w:r>
        <w:rPr>
          <w:rFonts w:ascii="Times New Roman" w:hAnsi="Times New Roman" w:eastAsia="Times New Roman" w:cs="Times New Roman"/>
        </w:rPr>
        <w:t>Hauv tiam thib peb ntawm Laodicean Adventism, kev sib haum xeeb nrog kev yuam kev yog lub ntsiab lus uas kav tag nrho. Tiam thib peb no raug sawv cev los ntawm pawg ntseeg Pergamos. Pib ntawm kev luam tawm phau ntawv ntawm W. W. Prescott uas muaj npe tias The Doctrine of Christ xyoo 1919, mus txog rau kev luam tawm Questions on Doctrine xyoo 1957, ntawd cim ib lub sijhawm hloov chaw uas raug sawv cev los ntawm ib phau ntawv alpha thiab xaus nrog ib phau ntawv omega. Phau ntawv thawj zaug sawv cev rau W. W. Prescott txoj kev tsis lees txais Tsov Ntxhuav ntawm xeem Judah, los pauv rau txoj kev to taub txog Khetos raws li cov Protestant uas thim txoj kev ntseeg. Prescott phau ntawv, uas raug hu kom phim nws lub npe tias The Doctrine of Christ, muab Millerite txoj xov faj lem txiav tawm tag, tseg cia tsuas yog ib lub ntsiab lus khoob txog Yexus uas Catholicism thiab cov Protestant uas thim txoj kev ntseeg pe hawm xwb. Phau ntawv kawg hauv tiam ntawd txhais txog ib txoj kev ua kom dawb huv thiab kev ncaj ncees los ntawm txoj kev ntseeg uas rhuav tshem Vajtswv txoj kevcai, Nws txoj kev ncaj ncees, thiab Nws txoj kev hlub tshua. Cov Yixayee thaum ub tau txais lub luag haujlwm kom ua cov neeg khaws cia Vajtswv txoj kevcai, thiab Adventism kuj yuav tsum ua cov neeg khaws cia tsis yog tsuas yog Vajtswv txoj kevcai xwb, tiam sis kuj yog Nws Txojlus faj lem thiab. Xyoo 1919 muaj ib phau ntawv uas tsis lees txais kev tiv thaiv Vajtswv Txojlus faj lem, cim qhov pib ntawm tiam thib peb ntawm Laodicean Adventism, uas xaus nrog ib phau ntawv uas tsis lees txais Vajtswv txoj kevcai.</w:t>
      </w:r>
    </w:p>
    <w:p>
      <w:pPr>
        <w:pStyle w:val="ArticleScripture"/>
        <w:jc w:val="left"/>
      </w:pPr>
      <w:r>
        <w:rPr>
          <w:rFonts w:ascii="Times New Roman" w:hAnsi="Times New Roman" w:eastAsia="Times New Roman" w:cs="Times New Roman"/>
        </w:rPr>
        <w:t>“Yog nej khav theeb ntawm lub siab, thiab vim txoj kev khav theeb thiab kev xav tias yus ncaj ncees ntawm yus tus kheej es tsis lees txim txog nej tej kev ua txhaum, nej yuav raug tso cia rau hauv Xatas tej kev ntxias. Yog thaum tus Tswv qhia nej tej kev yuam kev nej tsis hloov siab lees txim los sis tsis lees txim, nws txoj kev tu xyuas yuav coj nej hla tib qho chaw ntawd dua thiab dua. Nej yuav raug tso cia kom ua tej kev yuam kev uas zoo ib yam li qub, nej yuav tseem tsis muaj tswvyim, thiab nej yuav hu kev txhaum tias yog kev ncaj ncees, thiab hu kev ncaj ncees tias yog kev txhaum. Tej kev dag ntxias coob kawg uas yuav muaj hwj chim nyob rau hnub kawg no yuav los ncig nej, thiab nej yuav hloov thawj coj, tsis paub tias nej twb tau ua li ntawd lawm.” Review and Herald, December 16, 1890.</w:t>
      </w:r>
    </w:p>
    <w:p>
      <w:pPr>
        <w:pStyle w:val="ArticleBody"/>
        <w:jc w:val="left"/>
      </w:pPr>
      <w:r>
        <w:rPr>
          <w:rFonts w:ascii="Times New Roman" w:hAnsi="Times New Roman" w:eastAsia="Times New Roman" w:cs="Times New Roman"/>
        </w:rPr>
        <w:t>Pawg Koom Txoos uas hu ua Pergamos, pawg koom txoos thib peb, tau coj mus txog rau Thyatira, uas yog pawg koom txoos papal, yog tiam neeg thib plaub, thaum nees nkaum tsib tug txivneej pe hawm lub cim ntawm txoj cai tswj hwm ntawm Thyatira.</w:t>
      </w:r>
    </w:p>
    <w:p>
      <w:pPr>
        <w:pStyle w:val="ArticleScripture"/>
        <w:jc w:val="left"/>
      </w:pPr>
      <w:r>
        <w:rPr>
          <w:rFonts w:ascii="Times New Roman" w:hAnsi="Times New Roman" w:eastAsia="Times New Roman" w:cs="Times New Roman"/>
        </w:rPr>
        <w:t>“Txoj cai uas cov neeg tuaj nyob tshiab thaum ub tau txais yuav, uas tso cai tsuas yog cov tswvcuab hauv pawg ntseeg xwb thiaj muaj cai pov npav los sis tuav haujlwm hauv tsoomfwv pej xeem, tau coj mus rau tej txiaj ntsig phem tshaj plaws. Txoj kev npaj no tau raug lees txais ua ib txoj kev los khaws cia kom lub xeev dawb huv, tiamsis nws tau xaus rau hauv kev ua kom pawg ntseeg qias tuaj. Vim hais tias kev lees hais tias yus ntseeg kev cai dab qhuas yog yam yuav tsum muaj thiaj li tau cai xaiv tsa thiab tuav haujlwm, coob leej, raug tsav los ntawm tej laj thawj ntawm txoj kev xam pom ntiajteb xwb, tau koom nrog pawg ntseeg yam tsis muaj kev hloov siab tshiab. Yog li ntawd cov pawg ntseeg thiaj los muaj, ib feem loj kawg nkaus, cov neeg uas tsis tau hloov siab los ntseeg tiag; thiab txawm nyob hauv cov xibhwb kuj muaj cov uas tsis yog tsuas yog tuav tej kev yuam kev hauv txoj kev qhuab qhia xwb, tiamsis kuj tsis paub txog lub hwjchim hloov dua tshiab ntawm tus Vaj Ntsuj Plig Dawb Huv thiab. Yog li no dua ib zaug ntxiv thiaj tau qhia meej txog tej txiaj ntsig phem—uas muaj neeg pom ntau zaus hauv keeb kwm pawg ntseeg txij hnub uas Constantine los txog niaj hnub nimno—ntawm kev sim txhim tsa pawg ntseeg los ntawm kev pab ntawm lub xeev, ntawm kev hu mus rau lub hwjchim ntiajteb no kom txhawb txoj moo zoo ntawm Tus uas tau tshaj tawm tias: ‘Kuv lub nceeg vaj tsis yog ntawm lub ntiajteb no.’ Yauhas 18:36. Kev koom ua ke ntawm pawg ntseeg nrog lub xeev, txawm tias qhov kev koom ntawd me npaum li cas los xij, txawm tias nws yuav zoo li coj lub ntiajteb los ze rau pawg ntseeg dua los, qhov tseeb tiag nws tsuas yog coj pawg ntseeg los ze rau lub ntiajteb xwb.” The Great Controversy, 297.</w:t>
      </w:r>
    </w:p>
    <w:p>
      <w:pPr>
        <w:pStyle w:val="ArticleBody"/>
        <w:jc w:val="left"/>
      </w:pPr>
      <w:r>
        <w:rPr>
          <w:rFonts w:ascii="Times New Roman" w:hAnsi="Times New Roman" w:eastAsia="Times New Roman" w:cs="Times New Roman"/>
        </w:rPr>
        <w:t>“Kev koom tes ntawm pawg ntseeg nrog lub xeev, txawm yog me ntsis npaum li cas los xij, txawm zoo li yuav coj lub ntiajteb los ze pawg ntseeg dua, los qhov tseeb tiag tsuas yog coj pawg ntseeg los ze lub ntiajteb xwb.” Hnub tim 18 lub Tsib Hlis, 1977, Bert B. Beach (ib tug thawj coj hauv pawg ntseeg qhov Northern Europe-West Africa Division thiab koom tes hauv kev sib raug zoo ntawm ntau pawg ntseeg) tau nthuav ib daim medallion npog kub rau tus antichrist, Pope Paul VI, thaum muaj kev txais tos ib pab pawg hauv nroog Rome. Qhov no yog ib feem ntawm lub rooj sib tham ntawm Conference of Secretaries of World Confessional Families. Qhov xwm txheej no tau raug tshaj tawm hauv Adventist Review (Lub Yim Hli 11, 1977) thiab Religious News Service tau sau tseg tias qhov no yog thawj zaug uas ib tug sawv cev raug cai ntawm SDA tau ntsib ib tug Pontiff.</w:t>
      </w:r>
    </w:p>
    <w:p>
      <w:pPr>
        <w:pStyle w:val="ArticleScripture"/>
        <w:jc w:val="left"/>
      </w:pPr>
      <w:r>
        <w:rPr>
          <w:rFonts w:ascii="Times New Roman" w:hAnsi="Times New Roman" w:eastAsia="Times New Roman" w:cs="Times New Roman"/>
        </w:rPr>
        <w:t>“Tus Tswv tau tshaj tawm ib lo lus foom tsis zoo rau cov uas rho tawm ntawm Vajluskub lossis ntxiv rau Vajluskub. Tus loj tshaj I AM tau txiav txim lawm tias yam twg yuav tsum ua tus qauv ntawm txojkev ntseeg thiab txojlus qhuab qhia, thiab Nws tau npaj cia tias Phau Vajlugkub yuav yog ib phau ntawv nyob hauv txhua tsev neeg. Pawg ntseeg uas tuav rawv Vajtswv txojlus yog cais tawm ntawm Loos yam tsis muaj hnub sib haum xeeb tau. Cov Protestants ib zaug tau nyob cais li ntawd ntawm pawg ntseeg loj no uas tau thim kev ntseeg, tiam sis lawv tau los nyob ze dua rau nws, thiab tseem tab tom taug txojkev sib haum xeeb rov qab mus rau Pawg Ntseeg Loos. Loos yeej tsis hloov. Nws tej hauv paus ntsiab lus tsis tau hloov txawm me ntsis. Nws tsis tau txo qhov kev sib cais uas nyob nruab nrab ntawm nws tus kheej thiab cov Protestants; lawv yog cov uas tau txav los ze txhua yam. Tab sis qhov no qhia dab tsi txog Protestantism niaj hnub no? Nws yog kev tsis lees txais Vajluskub qhov tseeb uas ua rau tibneeg txav los ze rau kev tsis ntseeg. Nws yog ib pawg ntseeg uas poob qab rov qab uas txo qhov nrug deb uas nyob nruab nrab ntawm nws tus kheej thiab lub Koom Txoos Kav Tos Liv.”</w:t>
      </w:r>
    </w:p>
    <w:p>
      <w:pPr>
        <w:pStyle w:val="ArticleScripture"/>
        <w:jc w:val="left"/>
      </w:pPr>
      <w:r>
        <w:rPr>
          <w:rFonts w:ascii="Times New Roman" w:hAnsi="Times New Roman" w:eastAsia="Times New Roman" w:cs="Times New Roman"/>
        </w:rPr>
        <w:t>“Cov ntsuj plig zoo li Luther, Cranmer, Ridley, Hooper, thiab ntau txhiab tus txiv neej siab loj uas tau ua tim khawv tuag vim txoj kev tseeb, lawv thiaj yog cov Protestants tseeb tiag. Lawv sawv ua cov neeg zov kev tseeb ncaj ncees, tshaj tawm tias Protestantism yeej tsis muaj peev xwm koom ua ib nrog Romanism, tiam sis yuav tsum nyob deb cais tawm ntawm tej hauv paus ntsiab lus ntawm Papacy ib yam li sab hnub tuaj nyob deb ntawm sab hnub poob. Cov neeg txhawb txoj kev tseeb zoo li no yeej tsis tuaj yeem sib haum nrog ‘tus neeg ntawm kev txhaum’ ib yam li Khetos thiab Nws cov thwj tim yeej tsis tuaj yeem sib haum li ntawd. Nyob rau tiam ub, cov neeg ncaj ncees twb pom tias tsis muaj peev xwm koom nrog Loos li, thiab txawm hais tias lawv txoj kev tawm tsam rau txoj kev txhaum kev yuam kev no raug tuav cia nrog kev pheej hmoo rau cuab tam thiab txojsia, los lawv tseem muaj siab tawv los tuav lawv txoj kev cais tawm, thiab tau tawm tsam ua siab loj rau txoj kev tseeb. Qhov tseeb hauv Phau Vajlugkub muaj nqis rau lawv tshaj li nyiaj txiag, meej mom, lossis txawm yog lawv txojsia nws tus kheej. Lawv tsis tuaj yeem thev pom qhov tseeb raug faus hauv qab ib pawg kev ntseeg dab qhuas tsis muaj tseeb thiab tej lus dag ntxias uas zoo li txawj ntse. Lawv tuav Vajtswv Txojlus hauv lawv txhais tes, thiab tsa tus chij ntawm txoj kev tseeb rau ntawm cov neeg, ua siab loj tshaj tawm yam uas Vajtswv tau qhia rau lawv los ntawm kev tshawb nrhiav Phau Vajlugkub uas kub siab lug. Lawv tau tuag txoj kev tuag uas phem tshaj plaws vim lawv txoj kev ncaj ncees rau Vajtswv, tiam sis los ntawm lawv cov ntshav lawv tau yuav rau peb tej kev ywj pheej thiab tej cai tshwj xeeb uas ntau tus uas lees tias yog Protestants tab tom yooj yim muab tso tseg rau lub hwj chim ntawm kev phem. Tiamsis peb puas yuav muab tej cai tshwj xeeb no uas raug yuav los kim kawg nkaus no pov tseg? Peb puas yuav coj kev thuam rau tus Vajtswv saum ntuj, thiab tom qab Nws twb tso peb dim ntawm txoj quab yuam Romish lawd, peb rov muab peb tus kheej tso rau hauv kev qhev rau lub hwj chim tawm tsam Khetos no dua? Peb puas yuav ua pov thawj txog peb txoj kev poob qis los ntawm kev kos npe muab peb txoj kev ywj pheej hauv kev ntseeg, peb txoj cai los pe hawm Vajtswv raws li tej lus txiav txim ntawm peb tus kheej lub siab xav paub qhov yog qhov tsis yog?”</w:t>
      </w:r>
    </w:p>
    <w:p>
      <w:pPr>
        <w:pStyle w:val="ArticleScripture"/>
        <w:jc w:val="left"/>
      </w:pPr>
      <w:r>
        <w:rPr>
          <w:rFonts w:ascii="Times New Roman" w:hAnsi="Times New Roman" w:eastAsia="Times New Roman" w:cs="Times New Roman"/>
        </w:rPr>
        <w:t>“Luther lub suab, uas ncha thoob plaws tej roob thiab tej hav, uas ua rau teb chaws Europe tshee hnyo ib yam li raug av qeeg, tau hu kom sawv los ib pab tubtxib uas muaj koob meej ntawm Yexus, thiab qhov tseeb uas lawv txhawb nqa ntawd tsis muaj leejtwg yuav ua kom ntsiag to tau los ntawm cov nplaim taws, los ntawm kev tsim txom, los ntawm tsev lojcuj, los ntawm kev tuag; thiab tseem txog niaj hnub no, cov suab ntawm pab tub rog muaj koob meej ntawm cov tim khawv uas tuag vim txoj kev ntseeg tseem tab tom qhia peb tias lub hwjchim Loos yog txoj kev thim txoj kev ntseeg uas twb raug qhia yav tom ntej txog rau hnub kawg, yog txoj kev phem uas zais cia uas Povlauj pom tias twb pib ua haujlwm txij nws tiam lawm. Kev teev ntuj Roman Catholic tab tom nthuav dav sai heev. Popery tab tom nce zuj zus, thiab cov uas twb tig lawv pob ntseg kom txhob hnov qhov tseeb, tam sim no tab tom mloog nws tej dab neeg ntxias dag. Tej tsev teev ntuj papal, tej tsev kawm papal, tej tsev nkauj nun, thiab tej tsev txoov xibhwb txiv plig tab tom nce coob zuj zus, hos lub ntiaj teb Protestant zoo li tab tom tsaug zog. Cov Protestants tab tom plam lub cim txawv uas cais lawv tawm ntawm lub ntiaj teb no, thiab lawv tab tom txo qhov nrug deb ntawm lawv tus kheej thiab lub hwjchim Loos. Lawv twb tig lawv pob ntseg kom txhob hnov qhov tseeb; lawv tsis kam lees txais qhov kaj uas Vajtswv tau ci rau saum lawv txoj kev, yog li ntawd lawv thiaj tab tom nkag mus rau hauv txoj kev tsaus ntuj. Lawv hais lus thuam saib tsis taus txog lub tswv yim tias yuav muaj kev tsim txom phem kawg nkaus rov qab sawv los ib yam li yav dhau los, los ntawm cov Romanists thiab cov uas koom tes nrog lawv. Lawv tsis lees paub qhov tseeb tias Vajtswv Txojlus twb qhia yav tom ntej meej txhij txog qhov kev rov sawv los ntawd, thiab lawv tsis kam lees tias Vajtswv haiv neeg nyob rau hnub kawg yuav raug kev tsim txom, txawm yog Vajluskub hais tias, ‘Tus zaj npau taws heev rau tus pojniam, thiab mus ua rog rau nws cov xeeb ntxwv seem, uas yog cov uas ceev Vajtswv tej lus txib thiab muaj Yexus Khetos zaj lus tim khawv.’”</w:t>
      </w:r>
    </w:p>
    <w:p>
      <w:pPr>
        <w:pStyle w:val="ArticleScripture"/>
        <w:jc w:val="left"/>
      </w:pPr>
      <w:r>
        <w:rPr>
          <w:rFonts w:ascii="Times New Roman" w:hAnsi="Times New Roman" w:eastAsia="Times New Roman" w:cs="Times New Roman"/>
        </w:rPr>
        <w:t>“Kev ntseeg Papas yog kev ntseeg raws li tibneeg lub cev nqaij daim tawv, thiab neeg coob heev nyiam ib txoj kev qhuab qhia uas pub rau lawv ua txhaum, tiam sis tseem cawm lawv dim ntawm tej txhaum ntawd tej kev raug txim. Tibneeg yuav tsum muaj ib yam kev ntseeg twg los xij, thiab txoj kev ntseeg no, uas tibneeg lub tswv yim tsim los, los tseem hais tias muaj txoj cai los ntawm Vajtswv los, yog yam phim lub siab cev nqaij daim tawv. Cov neeg uas xav tias lawv tus kheej txawj ntse thiab muaj kev to taub tig mus deb hauv txoj kev khav theeb ntawm tus qauv kev ncaj ncees, yog Kaum Lo Lus Txib, thiab lawv tsis xav tias kev tshawb nrhiav txog Vajtswv tej kev yog ib yam haum nrog lawv lub meej mom. Yog li ntawd lawv thiaj mus rau txoj kev cuav, mus rau tej kev uas txwv tsis pub mus, dhau los ua neeg vam khom tus kheej, tsa tus kheej kom siab, raws li tus qauv ntawm tus papas, tsis yog raws li tus qauv ntawm Yexus Khetos. Lawv yuav tsum muaj ib hom kev ntseeg uas yuav tsum kom muaj kev sab ntsuj plig thiab kev tsis lees tus kheej tsawg tshaj plaws, thiab vim tibneeg txoj kev txawj ntse uas tsis dawb huv yuav tsis coj lawv kom ntxub kev ntseeg Papas, lawv thiaj raug rub mus rau nws tej kev npaj thiab tej lus qhuab qhia raws li lawv tej xeeb ceem ntuj tsim. Lawv tsis xav taug kev hauv tus Tswv tej kev. Lawv xav tias lawv twb tau txais kev kaj siab ntau dhau lawm uas tsis tas yuav nrhiav Vajtswv hauv kev thov Vajtswv thiab kev txo hwj chim, nrog kev paub to taub txog Nws Txojlus. Vim lawv tsis quav ntsej kom paub tus Tswv tej kev, lawv lub siab qhib lug rau txhua yam kev dag ntxias, yeej npaj txhij lees txais thiab ntseeg tej lus dag. Lawv kam cia tej lus cuav uas tsis muaj laj thawj tshaj plaws thiab sib txeeb tsis haum tshaj plaws raug muab ntxias rau lawv ua qhov tseeb.”</w:t>
      </w:r>
    </w:p>
    <w:p>
      <w:pPr>
        <w:pStyle w:val="ArticleScripture"/>
        <w:jc w:val="left"/>
      </w:pPr>
      <w:r>
        <w:rPr>
          <w:rFonts w:ascii="Times New Roman" w:hAnsi="Times New Roman" w:eastAsia="Times New Roman" w:cs="Times New Roman"/>
        </w:rPr>
        <w:t>“Xatas tej hauj lwm dag ntxias uas loj tshaj yog kev papacy; thiab txawm yog twb tau muaj pov thawj pom lawm tias ib lub caij tsaus ntuj loj ntawm kev txawj ntse tau pab rau Romanism, los kuj yuav muaj pov thawj pom thiab tias ib lub caij kaj lug loj ntawm kev txawj ntse kuj pab rau nws lub hwj chim thiab; rau qhov tib neeg lub siab raug tsom rau lawv tus kheej qhov siab tshaj, thiab lawv tsis nyiam khaws Vajtswv cia rau hauv lawv txoj kev paub. Loos hais tias nws tsis yuam kev li, thiab cov Protestants tab tom taug raws tib txoj kab ntawd. Lawv tsis xav tshawb nrhiav qhov tseeb thiab mus ntxiv ntawm qhov pom kev mus rau qhov pom kev uas loj dua. Lawv thaiv lawv tus kheej rau hauv phab ntsa ntawm kev ntxub ntxaug ua ntej, thiab zoo li txaus siab kom raug dag ntxias thiab dag ntxias lwm tus.”</w:t>
      </w:r>
    </w:p>
    <w:p>
      <w:pPr>
        <w:pStyle w:val="ArticleScripture"/>
        <w:jc w:val="left"/>
      </w:pPr>
      <w:r>
        <w:rPr>
          <w:rFonts w:ascii="Times New Roman" w:hAnsi="Times New Roman" w:eastAsia="Times New Roman" w:cs="Times New Roman"/>
        </w:rPr>
        <w:t>“Txawm yog tias tus cwj pwm ntawm cov koom txoos ua rau poob siab, los tseem tsis muaj qhov yuav tsum ua rau tag kev cia siab; rau qhov Vajtswv muaj ib haiv neeg uas yuav khaws lawv txoj kev ncaj ncees rau Nws qhov tseeb tseg, uas yuav ua kom phau Vajlugkub, thiab phau Vajlugkub xwb, yog lawv txoj cai rau txoj kev ntseeg thiab txoj kev qhuab qhia, uas yuav tsa tus qauv siab, thiab yuav tuav tus chij kom siab, uas saum nws muaj lo lus sau tias, “Vajtswv tej lus txib thiab Yexus txoj kev ntseeg.” Lawv yuav suav hais tias txoj moo zoo dawb huv muaj nqes heev, thiab yuav ua kom phau Vajlugkub yog lub hauv paus ntawm lawv txoj kev ntseeg thiab lawv txoj kev qhuab qhia.”</w:t>
      </w:r>
    </w:p>
    <w:p>
      <w:pPr>
        <w:pStyle w:val="ArticleScripture"/>
        <w:jc w:val="left"/>
      </w:pPr>
      <w:r>
        <w:rPr>
          <w:rFonts w:ascii="Times New Roman" w:hAnsi="Times New Roman" w:eastAsia="Times New Roman" w:cs="Times New Roman"/>
        </w:rPr>
        <w:t>“Rau lub sijhawm zoo li no, thaum tibneeg tab tom muab tus Tswv ntawm cov tub rog tej kevcai pov tseg lawm, Daviv txoj kev thov Vajtswv thiaj phim raws nraim,—‘Au tus Tswv, txog lub sijhawm uas Koj yuav tsum ua haujlwm lawm; rau qhov lawv twb ua rau Koj txoj kevcai poob hwjchim lawm.’ Peb tab tom los txog rau ib lub sijhawm uas yuav luag txhua qhov chaw yuav muab kev thuam hnyav nchuav rau saum Vajtswv txoj kevcai, thiab Vajtswv cov neeg uas ceev Nws tej lus txib yuav raug sim siab hnyav kawg; tabsis lawv puas yuav plam lawv txoj kev hwm rau Yehauvas txoj kevcai vim lwm tus tsis pom thiab tsis lees paub tej lus cog tseg uas khi lawv? Cia Vajtswv cov neeg uas ceev Nws tej lus txib, ib yam li Daviv, hwm Vajtswv txoj kevcai kom ntau ntxiv raws li tibneeg muab nws pov tseg thiab nchuav kev saib tsis taus thiab kev ntxub ntxaug rau saum nws.” Signs of the Times, February 19, 1894.</w:t>
      </w:r>
    </w:p>
    <w:p>
      <w:pPr>
        <w:pStyle w:val="ArticleBody"/>
        <w:jc w:val="left"/>
      </w:pPr>
      <w:r>
        <w:rPr>
          <w:rFonts w:ascii="Times New Roman" w:hAnsi="Times New Roman" w:eastAsia="Times New Roman" w:cs="Times New Roman"/>
        </w:rPr>
        <w:t>Ob xyoos ua ntej tus antichrist raug ib tug thawj coj ntawm lub koom txoos Laodicean Seventh-day Adventist muab ib daim puav pheej kub rau, xyoo 1975, muaj ib rooj plaub foob raug coj los foob lub koom txoos Seventh-day Adventist; EEOC v. Pacific Press Publishing Association (Case No. C-74-2025 CBR hauv U.S. District Court for the Northern District of California), uas Equal Employment Opportunity Commission tau foob lub tsev luam ntawv ntawm lub koom txoos sawv cev rau ob tug poj niam ua haujlwm—Merikay Silver (yav tas los yog ib tug kws kho ntawv uas twb tawm lawm thaum lub sijhawm foob) thiab Lorna Tobler—liam tias muaj kev ntxub ntxaug raws li poj niam txiv neej hauv nyiaj hli thiab cov txiaj ntsig haujlwm. Lub koom txoos tau tiv thaiv nws tej kev coj ua ib feem los ntawm kev hais txog tej kev zam raws li kev ntseeg thiab los ntawm kev sib tham txog nws tus qauv kev tswj hwm.</w:t>
      </w:r>
    </w:p>
    <w:p>
      <w:pPr>
        <w:pStyle w:val="ArticleBody"/>
        <w:jc w:val="left"/>
      </w:pPr>
      <w:r>
        <w:rPr>
          <w:rFonts w:ascii="Times New Roman" w:hAnsi="Times New Roman" w:eastAsia="Times New Roman" w:cs="Times New Roman"/>
        </w:rPr>
        <w:t>Hauv ib daim ntawv tshaj tawm uas tau lees tseg raws li lus cog tseg hnub tim Lub Ob Hlis 6, 1976 (uas yog ib feem ntawm daim ntawv sib cav tiv thaiv xa mus rau lub tsev hais plaub), Neal C. Wilson (uas thaum ntawd yog tus thawj tswj hwm ntawm pawg ntseeg lub North American Division, thiab tom qab ntawd yog tus thawj tswj hwm ntawm General Conference txij xyoo 1979–1990) tau hais txog pawg ntseeg tej kev xav keeb kwm hais txog Roman Catholicism. Daim ntawv tshaj tawm ntawd tau muab ua nyob hauv lub ntsiab lus ntawm kev sib cav tawm tsam kev piav qhia pawg ntseeg tias muaj ib “hierarchy” zoo ib yam li txoj kev tswj hwm hauv papal system. Lo lus hais tag nrho uas cuam tshuam yog: “Txawm hais tias yeej muaj tseeb tias muaj ib ntus hauv lub neej ntawm Seventh-day Adventist Church uas pawg ntseeg no tau tuav ib txoj kev xav tawm tsam Roman Catholic kom meej tseeb, thiab lo lus ‘hierarchy’ kuj tau siv nyob rau hauv ib lub ntsiab lus thuam kom xa mus rau txoj kev tswj hwm pawg ntseeg ntawm papacy, los xij tus cwj pwm ntawd ntawm pawg ntseeg tsis yog dab tsi tshaj li ib qho kev tshwm sim ntawm kev tawm tsam popery uas nthuav dav heev nyob hauv cov pawg ntseeg Protestant uas muaj txoj kev ntseeg ruaj khov nyob rau thaum ntxov ntawm tiam no thiab thaum kawg ntawm tiam dhau los, thiab uas tam sim no twb raug muab pov tseg rau hauv pawg pov tseg ntawm keeb kwm lawm raws li hais txog Seventh-day Adventist Church.”</w:t>
      </w:r>
    </w:p>
    <w:p>
      <w:pPr>
        <w:pStyle w:val="ArticleBody"/>
        <w:jc w:val="left"/>
      </w:pPr>
      <w:r>
        <w:rPr>
          <w:rFonts w:ascii="Times New Roman" w:hAnsi="Times New Roman" w:eastAsia="Times New Roman" w:cs="Times New Roman"/>
        </w:rPr>
        <w:t>Qhov no qhia txog kev txav deb ntawm pawg ntseeg txoj kev txhais lus yav ib txwm muaj txog tej lus faj lem, uas tau txheeb xyuas lub hwjchim papacy tias yog tus “tsiaj nyaum” lossis antichrist nyob rau hauv Phau Ntawv Qhia Tshwm. Cov neeg thuam nyob sab hauv thiab sab nraud pawg ntseeg tau txhais qhov no tias yog kev txo qis lossis kev tso tseg txoj kev sawv tawm tsam Khej Tos Liv ntawd kom haum raws li kev sib koom ntseeg niaj hnub no lossis tej kev tiv thaiv raws cai. Wilson, hauv xyoo 1985, tau hu cov Thawj Tswj Hwm ntawm ntau yam Division hauv pawg ntseeg tias yog “cardinals,” thaum nws hais tias, “… there is no ‘cardinal’ from all the countries of the Far East, while there will probably be two ‘cardinals’ from Africa.”</w:t>
      </w:r>
    </w:p>
    <w:p>
      <w:pPr>
        <w:pStyle w:val="ArticleBody"/>
        <w:jc w:val="left"/>
      </w:pPr>
      <w:r>
        <w:rPr>
          <w:rFonts w:ascii="Times New Roman" w:hAnsi="Times New Roman" w:eastAsia="Times New Roman" w:cs="Times New Roman"/>
        </w:rPr>
        <w:t>Muam White tau hais tias pawg ntseeg uas rov qab swb rau kev thim txoj kev ntseeg yog pawg ntseeg uas txo qhov kev deb nruab nrab ntawm nws tus kheej thiab tus pope! Kev sib yeem ntawm tiam thib peb raug sawv cev tias yog kev quaj rau Tammuz hauv Ezekiel yim, thiab kuj yog los ntawm kev sib yeem ntawm Pergamos. Tiam thawj txij xyoo 1863 mus txog rau 1888 sawv cev rau pawg ntseeg Ephesus, yog ib pawg ntseeg uas tau plam nws thawj txoj kev hlub, thiab thawj txoj kev hlub ntawm Millerite movements yog zaj lus cev faj lem, thiab tshooj thawj ntawm zaj lus cev faj lem ntawd yog “xya lub sij hawm” uas raug muab tso tseg tseg rau xyoo 1863.</w:t>
      </w:r>
    </w:p>
    <w:p>
      <w:pPr>
        <w:pStyle w:val="ArticleBody"/>
        <w:jc w:val="left"/>
      </w:pPr>
      <w:r>
        <w:rPr>
          <w:rFonts w:ascii="Times New Roman" w:hAnsi="Times New Roman" w:eastAsia="Times New Roman" w:cs="Times New Roman"/>
        </w:rPr>
        <w:t>Txij xyoo 1888 mus txog 1919, tiam thib ob uas raug sawv cev los ntawm Smyrna thiab cov chav zais cia ntawm Exekees, tau pom txoj kev tuag ntawm tus Ntsuj Plig ntawm Kev Yaj Saub, thaum Muam White raug muab tso so hauv xyoo 1915. Tseem yuav tsum muaj lus qhia ntxaws ntxiv txog plaub tiam neeg ntawd thiaj ua kom tiav zaj lus tim khawv, tiam sis kev tawm tsam uas nce mus zuj zus ntawd yuav tsum raug to taub kom thiaj txaus siab tiav tias ib haiv neeg uas thim txoj kev ntseeg yuav ua li cas thiaj “txwv” tau cov ntawv sau ntawm Ellen White, los sis lawv yuav ua li cas thiaj txhawb thawj hnub ntawm lub lim tiam tias yog yam txais yuav tau. Yudas ua haujlwm nrog cov “neeg qaug cawv ntawm Efa-i” uas “kav haiv neeg no” hauv Yeluxalees, thiab cov uas kav Yeluxalees thiab pe hawm lub hnub, raug sawv cev los ntawm Pawg Sanhedrin.</w:t>
      </w:r>
    </w:p>
    <w:p>
      <w:pPr>
        <w:pStyle w:val="ArticleBody"/>
        <w:jc w:val="left"/>
      </w:pPr>
      <w:r>
        <w:rPr>
          <w:rFonts w:ascii="Times New Roman" w:hAnsi="Times New Roman" w:eastAsia="Times New Roman" w:cs="Times New Roman"/>
        </w:rPr>
        <w:t>Peb yuav txuas ntxiv txoj kev kawm no hauv zaj lus tom ntej.</w:t>
      </w:r>
    </w:p>
    <w:p>
      <w:pPr>
        <w:pStyle w:val="ArticleScripture"/>
        <w:jc w:val="left"/>
      </w:pPr>
      <w:r>
        <w:rPr>
          <w:rFonts w:ascii="Times New Roman" w:hAnsi="Times New Roman" w:eastAsia="Times New Roman" w:cs="Times New Roman"/>
        </w:rPr>
        <w:t>“Nyob hauv cov uas lees tias yog Vajtswv cov me nyuam, tau muaj kev ua siab ntev tshwm los tsawg npaum li cas, tau muaj lus iab lus khov hais tawm ntau npaum li cas, tau muaj kev rau txim cem nrov ncha tawm tsam cov uas tsis yog peb txoj kev ntseeg ntau npaum li cas. Coob leej tau saib cov uas nyob hauv lwm pawg ntseeg raws li yog neeg txhaum loj, thaum tus Tswv tsis saib lawv li ntawd. Cov uas saib cov tswv cuab ntawm lwm pawg ntseeg li ntawd, lawv yuav tsum txo lawv tus kheej nyob hauv Vajtswv txhais tes muaj hwjchim. Cov uas lawv rau txim tej zaum tsuas tau txais qhov kaj me ntsis xwb, muaj sijhawm thiab cai tshwjxeeb tsawg heev. Yog lawv tau muaj qhov kaj uas coob tus tswv cuab hauv peb pawg ntseeg tau muaj, tej zaum lawv yuav tau vam meej mus deb dua qub heev, thiab yuav tau ua timkhawv txog lawv txoj kev ntseeg rau ntiajteb zoo dua. Hais txog cov uas khav txog lawv qhov kaj, los tseem tsis taug kev nyob hauv qhov kaj ntawd, Khetos hais tias, ‘Tiamsis kuv hais rau nej, tias rau hnub txiav txim, Tyre thiab Sidon yuav raug zam txim yooj yim dua nej. Thiab koj, Capernaum [Cov Seventh-day Adventists, uas tau txais qhov kaj loj], uas raug tsa siab mus txog saum ntuj [hauv qhov kev muaj cai tshwjxeeb], yuav raug coj nqes mus rau ntuj txiag teb tsaus: rau qhov yog tej hauj lwm muaj hwjchim, uas tau ua nyob hauv koj, tau ua nyob hauv Sodom, nws yuav tseem nyob ruaj mus txog hnub no. Tiamsis kuv hais rau koj, tias rau hnub txiav txim, tebchaws Sodom yuav raug zam txim yooj yim dua koj.’ Lub sijhawm ntawd Yexus teb hais tias, ‘Kuv ua koj tsaug, Au Txiv, tus Tswv ntawm ntuj thiab ntiajteb, vim koj tau zais tej no ntawm cov neeg txawj ntse thiab cov muaj tswv yim [hauv lawv tus kheej qhov kev kwv yees], thiab tau qhia tej no rau cov me nyuam mos.’”</w:t>
      </w:r>
    </w:p>
    <w:p>
      <w:pPr>
        <w:pStyle w:val="ArticleScripture"/>
        <w:jc w:val="left"/>
      </w:pPr>
      <w:r>
        <w:rPr>
          <w:rFonts w:ascii="Times New Roman" w:hAnsi="Times New Roman" w:eastAsia="Times New Roman" w:cs="Times New Roman"/>
        </w:rPr>
        <w:t>“‘Thiab nim no, vim nej tau ua tas nrho tej haujlwm no lawm, tus Tswv hais li no, thiab kuv tau hais rau nej, sawv ntxov ntxov hais lus rau nej, los nej tsis mloog; thiab kuv tau hu nej, los nej tsis teb; yog li ntawd kuv yuav ua rau lub tsev no, uas hu raws li kuv lub npe, uas nej cia siab rau, thiab rau qhov chaw uas kuv tau muab rau nej thiab rau nej tej yawg koob, ib yam li kuv tau ua rau Shiloh. Thiab kuv yuav ntiab nej tawm ntawm kuv xub ntiag, ib yam li kuv tau ntiab tawm nej tej kwvtij sawv daws, yog Ephraim tej xeeb leej xeeb ntxwv tag nrho.’”</w:t>
      </w:r>
    </w:p>
    <w:p>
      <w:pPr>
        <w:pStyle w:val="ArticleScripture"/>
        <w:jc w:val="left"/>
      </w:pPr>
      <w:r>
        <w:rPr>
          <w:rFonts w:ascii="Times New Roman" w:hAnsi="Times New Roman" w:eastAsia="Times New Roman" w:cs="Times New Roman"/>
        </w:rPr>
        <w:t>“Tus Tswv tau tsa tej koomhaum uas muaj nqes kawg nkaus nyob hauv peb nruab nrab, thiab lawv yuav tsum raug tswj, tsis yog raws li tej koomhaum hauv ntiajteb raug tswj, tiamsis raws li Vajtswv txoj kev txiav txim. Lawv yuav tsum raug tswj nrog lub siab tsom nkaus rau Nws lub hwjchim ci ntsa iab, kom txhua yam uas ua tau, cov ntsujplig uas tab tom ploj tuag yuav raug cawm dim. Rau Vajtswv haivneeg, tej lus timkhawv ntawm tus Ntsujplig tau los lawm, los tseem muaj coob leej uas tsis tau ceev faj mloog tej lus qhuab ntuas, lus ceeb toom, thiab lus ntuas.”</w:t>
      </w:r>
    </w:p>
    <w:p>
      <w:pPr>
        <w:pStyle w:val="ArticleScripture"/>
        <w:jc w:val="left"/>
      </w:pPr>
      <w:r>
        <w:rPr>
          <w:rFonts w:ascii="Times New Roman" w:hAnsi="Times New Roman" w:eastAsia="Times New Roman" w:cs="Times New Roman"/>
        </w:rPr>
        <w:t>“‘Nej nej mloog qhov no, nej haiv neeg ruam thiab tsis muaj kev to taub; nej muaj qhov muag los tsis pom; nej muaj pob ntseg los tsis hnov: nej puas tsis ntshai kuv? tus Tswv hais li no: nej puas yuav tsis tshee hnyo ntawm kuv xub ntiag? kuv yog tus uas tau muab cov xuab zeb ua ciam rau hiav txwv los ntawm ib txoj cai uas nyob mus ib txhis, kom hiav txwv hla tsis dhau; txawm nws tej nthwv dej ntas nphau los, los lawv yeej tsis yeej; txawm lawv nrov quaj nroo los, los lawv yeej hla tsis dhau. Tiamsis haiv neeg no muaj lub siab ntxeev siab thiab fav xeeb; lawv tau ntxeev mus lawm thiab ploj ntais lawm. Lawv tsis hais hauv lawv lub siab tias, Cia peb tam sim no hwm tus Tswv uas yog peb tus Vajtswv, tus uas pub nag, ob qho tib si nag thaum ntxov thiab nag thaum lig, raws nws lub caij; nws khaws cia rau peb tej limtiam uas raug teem tseg rau lub caij sau qoob. Nej tej kev tsis ncaj tau ua rau tej no tig ntawm nej mus, thiab nej tej kev txhaum tau txwv tej yam zoo ntawm nej.... Lawv tsis txiav txim rau rooj plaub, yog rooj plaub ntawm cov menyuam ntsuag los lawv kuj tsis txiav txim, los lawv tseem vam meej; thiab txoj cai ntawm cov neeg txom nyem lawv kuj tsis txiav txim. Kuv puas yuav tsis xyuas txim rau tej no? tus Tswv hais li no; kuv tus ntsuj plig puas yuav tsis pauj rau ib haiv neeg zoo li no?’”</w:t>
      </w:r>
    </w:p>
    <w:p>
      <w:pPr>
        <w:pStyle w:val="ArticleScripture"/>
        <w:jc w:val="left"/>
      </w:pPr>
      <w:r>
        <w:rPr>
          <w:rFonts w:ascii="Times New Roman" w:hAnsi="Times New Roman" w:eastAsia="Times New Roman" w:cs="Times New Roman"/>
        </w:rPr>
        <w:t>“Puas yog tus Tswv yuav raug yuam kom hais tias, ‘Tsis txhob thov Vajtswv rau haiv neeg no, thiab tsis txhob tsa suab quaj lossis kev thov Vajtswv rau lawv li, thiab tsis txhob ua kev thov nruab nrab rau kuv: rau qhov kuv yuav tsis mloog koj’? ‘Vim li no cov nag tau raug tseg cia, thiab tsis tau muaj nag tom qab li.... Txij no mus koj yuav tsis hu quaj rau kuv hais tias, Kuv Txiv, koj yog tus coj kuv thaum kuv tseem hluas lod?’” Review and Herald, August 1, 1893.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Yo-ees thiab Pawg Ntseeg Xya Hnub Cawmdim hauv Laudekheea - Zaj Peb Caug</dc:title>
  <dc:subject/>
  <dc:creator>Jeff Pippenger</dc:creator>
  <cp:keywords/>
  <dc:description>Generated by ArticleDigger from joel\30_joel.json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