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Lub Koom Txoos Xya-hnub Khaws Hnub Caiv Laodikea — Zaj Peb Caug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Zaj Lus Peb Caug Tsib</w:t>
      </w:r>
    </w:p>
    <w:p>
      <w:pPr>
        <w:pStyle w:val="ArticleBody"/>
        <w:jc w:val="left"/>
      </w:pPr>
      <w:r>
        <w:rPr>
          <w:rFonts w:ascii="Times New Roman" w:hAnsi="Times New Roman" w:eastAsia="Times New Roman" w:cs="Times New Roman"/>
        </w:rPr>
        <w:t>Nyob rau nplooj 81 ntawm Early Writings (thiab “81” yog ib lub cim ntawm ib tug Pov Thawj Hlob saum ntuj ceeb tsheej thiab yim caum leej pov thawj), William Miller txoj npau suav thib ob raug sau tseg. Zoo ib yam li Nebuchadnezzar, William Miller tau muaj ob txoj npau suav. Nebuchadnezzar txoj npau suav thib ob hauv Daniyees tshooj plaub, raug muab tso rau hauv lub ntsiab lus ntawm Mauxes qhov “xya zaug” hauv Levis Kevcai 26. Miller tau siv Daniyees tshooj plaub los ua piv txwv qhia txog Levis Kevcai nees nkaum rau qhov “xya zaug” thaum nws qhia txog 2,520, txawm yog nws hu nws tias “xya zaug.” Miller tsis tau paub tias nws tau raug ua qauv piv los ntawm Nebuchadnezzar, tiam sis Nebuchadnezzar qhov 2,520 hnub hauv tshooj plaub, raug sawv cev los ntawm ob qho tib si lo lus “scatter” thiab qhov tseeb tias nws tshwm sim ‘xya zaug,’ ua ntej tus txiv neej txhuam av tuaj txog hauv Miller txoj npau suav.</w:t>
      </w:r>
    </w:p>
    <w:p>
      <w:pPr>
        <w:pStyle w:val="ArticleBody"/>
        <w:jc w:val="left"/>
      </w:pPr>
      <w:r>
        <w:rPr>
          <w:rFonts w:ascii="Times New Roman" w:hAnsi="Times New Roman" w:eastAsia="Times New Roman" w:cs="Times New Roman"/>
        </w:rPr>
        <w:t>Miller raug Hu los ntawm Muam White tias yog “Txiv Miller,” tiamsis tsis yog raws li txoj kev teev dab qhuas ntawm lwm haiv neeg uas cov Kas Tos Liv ua, tab sis yog raws li txoj kev yawg koob, zoo ib yam li yawg koob Abraham. Miller yog ib lub cim; nws yog ib tug neeg ntawm kev khi lus, sawv cev rau txoj saw ntawm tej cim hauv Vajlugkub raws txoj kev mus txog rau txoj kev khi lus kawg nrog ib puas plaub caug plaub txhiab leej. Yau-ees qhia peb tias nyob rau hnub kawg, cov laus yuav npau suav ua npau suav, thiab William Miller yog tus txiv neej laus hauv peb zaj keeb kwm, thiab kuj yog tus neeg ua liaj ua teb uas tau ua kom tiav William Tyndale zaj lus faj lem uas hais tias, “Yog Vajtswv cia kuv txoj sia nyob, tsis ntev ntau xyoo no kuv yuav ua kom ib tug tub uas tsav laij teb paub Vajlugkub ntau dua li koj paub.”</w:t>
      </w:r>
    </w:p>
    <w:p>
      <w:pPr>
        <w:pStyle w:val="ArticleScripture"/>
        <w:jc w:val="left"/>
      </w:pPr>
      <w:r>
        <w:rPr>
          <w:rFonts w:ascii="Times New Roman" w:hAnsi="Times New Roman" w:eastAsia="Times New Roman" w:cs="Times New Roman"/>
        </w:rPr>
        <w:t>“Vajtswv tau txib Nws tus tim tswv mus kov lub siab ntawm ib tug neeg ua liaj ua teb uas tsis tau ntseeg phau Vajlugkub, kom coj nws mus tshawb nrhiav tej lus faj lem. Cov tim tswv ntawm Vajtswv tau rov qab los xyuas tus uas raug xaiv ntawd ntau zaus, los coj nws lub siab thiab qhib tej lus faj lem uas ib txwm tsaus ntuj nti rau Vajtswv haiv neeg kom nws nkag siab. Qhov pib ntawm txoj saw hlau ntawm qhov tseeb tau muab rau nws, thiab nws raug coj mus tshawb nrhiav txuas tom qab txuas, mus txog thaum nws ntsia Vajtswv Txojlus nrog kev xav tsis thoob thiab kev qhuas. Nws pom ib txoj saw hlau zoo kawg nkaus ntawm qhov tseeb nyob ntawd. Txojlus ntawd uas nws tau suav tias tsis yog los ntawm kev tshoov siab tam sim no qhib rau ntawm nws lub zeem muag hauv nws txoj kev zoo nkauj thiab hwjchim ci ntsa iab. Nws pom tias ib feem ntawm Vajluskub piav lwm feem, thiab thaum ib nqe lus kaw rau nws txoj kev nkag siab, nws pom nyob hauv lwm qhov ntawm Txojlus yam uas piav qhia tau nws. Nws tuav Vajtswv Txojlus Dawb Huv nrog kev xyiv fab thiab nrog txoj kev hwm tob tshaj plaws thiab txoj kev ntshai tshee.” Early Writings, 230.</w:t>
      </w:r>
    </w:p>
    <w:p>
      <w:pPr>
        <w:pStyle w:val="ArticleBody"/>
        <w:jc w:val="left"/>
      </w:pPr>
      <w:r>
        <w:rPr>
          <w:rFonts w:ascii="Times New Roman" w:hAnsi="Times New Roman" w:eastAsia="Times New Roman" w:cs="Times New Roman"/>
        </w:rPr>
        <w:t>Miller yog tus neeg ua liaj ua teb uas ua kom Tyndale tej lus faj lem tiav, thiab nws thawj zaug luam tawm txoj kev paub txog yav tom ntej uas nws tau sau sib dhos los ntawm kev qhib ntawm Daniel 8:14 yog nyob rau xyoo 1831, ob puas nees nkaum xyoo tom qab kev luam tawm ntawm King James Version ntawm Phau Vajlugkub. John Wycliff, William Tyndale thiab kev luam tawm ntawm King James Bible xyoo 1611, sawv cev rau peb lub cim sijhawm uas pib txoj lus faj lem ob puas nees nkaum xyoo uas xaus rau thaum Tyndale tus tub tuav laij yuav qhib Vajtswv Txojlus rau thawj tus tim tswv txoj xov, uas yuav raug ua raws los ntawm ob tug tim tswv ntxiv. Thawj tus tim tswv ntawd los txog xyoo 1798 thiab tus thib peb xyoo 1844. Wycliff, Tyndale thiab King James txuas nrog tus neeg ua liaj ua teb uas yuav ua kom Tyndale tej lus twv ua tiav, thiab uas yuav sawv cev rau keeb kwm ntawm peb tug tim tswv txij xyoo 1798 mus txog xyoo 1844.</w:t>
      </w:r>
    </w:p>
    <w:p>
      <w:pPr>
        <w:pStyle w:val="ArticleBody"/>
        <w:jc w:val="left"/>
      </w:pPr>
      <w:r>
        <w:rPr>
          <w:rFonts w:ascii="Times New Roman" w:hAnsi="Times New Roman" w:eastAsia="Times New Roman" w:cs="Times New Roman"/>
        </w:rPr>
        <w:t>Qhov uas William Miller nrhiav tau thaum xub thawj yog 2,520 xyoo ntawm Leviticus nees nkaum-rau, thiab qhov uas nws nrhiav tau thaum kawg yog 2,300 xyoo ntawm Daniel 8:14. Kev tawg khiav ri niab ntawm Yudas 2,520 xyoo tau pib xyoo 677 BC thiab xaus xyoo 1844. 2,300 xyoo ntawm Daniel 8:14 tau xaus xyoo 1844. Ob qho tib si tau xaus ua ke rau xyoo 1844, thiab lub ntsiab chaw pib ntawm qhov uas William Miller nrhiav tau thaum xub thawj thiab thaum kawg sib nrug deb ob puas nees nkaum xyoo. “Ob puas nees nkaum” yog ib lub cim ntawm William Miller, raws li ob tug tim khawv. Qhov uas Miller nrhiav tau thaum xub thawj thiab thaum kawg raug sawv cev los ntawm 1798 thiab 1844. Kev tawg khiav ri niab 2,520 xyoo tawm tsam lub nceeg vaj sab qaum teb tau xaus xyoo 1798, thiab plaub caug-rau xyoo tom qab, rau xyoo 1844, 2,300 xyoo tau xaus.</w:t>
      </w:r>
    </w:p>
    <w:p>
      <w:pPr>
        <w:pStyle w:val="ArticleBody"/>
        <w:jc w:val="left"/>
      </w:pPr>
      <w:r>
        <w:rPr>
          <w:rFonts w:ascii="Times New Roman" w:hAnsi="Times New Roman" w:eastAsia="Times New Roman" w:cs="Times New Roman"/>
        </w:rPr>
        <w:t>Ob lub xyoo 2,520 uas xaus rau xyoo 1798, cim hnub ntawd, thiab ob lub xyoo 2,520 tawm tsam Yudas, uas xaus rau xyoo 1844, tsim tau ib lub sijhawm ob puas nees nkaum xyoo. Qhov no txhais hais tias 2,520 tawm tsam Ixayees tsim tau lub sijhawm cev lus faj lem plaub caug rau xyoo, thiab 2,520 tawm tsam Yudas tsim tau lub sijhawm cev lus faj lem ob puas nees nkaum xyoo. Tus alpha ntawm lub sijhawm ntawd yog 677 BC thiab tus omega yog 457 BC, uas txhais hais tias tus alpha ntawm lub sijhawm plaub caug rau xyoo thiab ntawm lub sijhawm ob puas nees nkaum xyoo raug sawv cev los ntawm 2,520, thiab tus omega ntawm ob txoj kab ntawd yog 2,300. Ob qhov “kev tawg khiav ri niab” ntawm 2,520 xyoo muab ob tug tim khawv hais txog ib lub sijhawm uas pib nrog 2,520 thiab xaus nrog 2,300. Ob txoj kab ntawd tib si qhia txog tej kev tshawb pom alpha thiab omega ntawm William Miller.</w:t>
      </w:r>
    </w:p>
    <w:p>
      <w:pPr>
        <w:pStyle w:val="ArticleScripture"/>
        <w:jc w:val="left"/>
      </w:pPr>
      <w:r>
        <w:rPr>
          <w:rFonts w:ascii="Times New Roman" w:hAnsi="Times New Roman" w:eastAsia="Times New Roman" w:cs="Times New Roman"/>
        </w:rPr>
        <w:t>“Npau Suav ntawm William Miller”</w:t>
      </w:r>
    </w:p>
    <w:p>
      <w:pPr>
        <w:pStyle w:val="ArticleScripture"/>
        <w:jc w:val="left"/>
      </w:pPr>
      <w:r>
        <w:rPr>
          <w:rFonts w:ascii="Times New Roman" w:hAnsi="Times New Roman" w:eastAsia="Times New Roman" w:cs="Times New Roman"/>
        </w:rPr>
        <w:t>“Kuv ua npau suav tias Vajtswv, los ntawm ib txhais tes uas tsis pom kev, tau xa ib lub thawv me uas txawj ua zoo kawg nkaus tuaj rau kuv, ntev kwv yees kaum nti thiab dav rau nti, ua los ntawm ntoo ebony thiab hlaws muaj nqis uas muab nchuav lo ntxaws zoo kawg nkaus. Rau lub thawv ntawd muaj ib tug yawm sij khi nrog. Kuv thiaj tam sid muab tus yawm sij coj mus qhib lub thawv; ces, ua rau kuv ceeb thiab xav tsis thoob, kuv pom tias nws puv npo txhua yam thiab txhua qhov loj me ntawm tej kub nyiaj hniav nyiaj hniav kub, pob zeb diamond, pob zeb muaj nqis, thiab npib kub nrog npib nyiaj ntawm txhua yam loj thiab txhua yam nqis, muab teem cia zoo nkauj rau nyias qhov chaw hauv lub thawv; thiab thaum muab teem li ntawd lawm, lawv thiaj ci ntsa iab thiab muaj hwjchim ci ntsa iab uas tsuas yog lub hnub xwb thiaj phim tau.”</w:t>
      </w:r>
    </w:p>
    <w:p>
      <w:pPr>
        <w:pStyle w:val="ArticleScripture"/>
        <w:jc w:val="left"/>
      </w:pPr>
      <w:r>
        <w:rPr>
          <w:rFonts w:ascii="Times New Roman" w:hAnsi="Times New Roman" w:eastAsia="Times New Roman" w:cs="Times New Roman"/>
        </w:rPr>
        <w:t>“Kuv xav tias tsis yog kuv tes haujlwm kom txaus siab rau qhov kev pom zoo kawg nkaus no ib leeg xwb, txawm yog kuv lub siab puv npo kev zoo siab vim qhov ci ntsa iab, kev zoo nkauj, thiab nqis tes muaj nqes ntawm tej yam uas nyob hauv. Vim li ntawd kuv thiaj muab nws tso rau saum ib lub rooj nruab nrab hauv kuv chav, thiab tshaj tawm xov tias txhua tus uas muaj lub siab xav tuaj yeem los saib qhov kev pom uas muaj hwjchim ci ntsa iab thiab ci ntsa iab tshaj plaws uas tibneeg puas tau pom hauv lub neej no.</w:t>
      </w:r>
    </w:p>
    <w:p>
      <w:pPr>
        <w:pStyle w:val="ArticleScripture"/>
        <w:jc w:val="left"/>
      </w:pPr>
      <w:r>
        <w:rPr>
          <w:rFonts w:ascii="Times New Roman" w:hAnsi="Times New Roman" w:eastAsia="Times New Roman" w:cs="Times New Roman"/>
        </w:rPr>
        <w:t>“Cov neeg pib tuaj sib sau los, thaum xub thawj tseem muaj tsawg leej xwb, tiam sis maj mam coob zuj zus mus txog ua ib pab neeg coob. Thaum lawv xub ntsia rau hauv lub thawv, lawv yuav xav tsis thoob thiab qw zoo siab. Tab sis thaum cov neeg tuaj saib coob tuaj ntxiv lawm, txhua tus pib kov thiab ntxhov cov nyiaj kub thiab pob zeb muaj nqis ntawd, rho lawv tawm hauv lub thawv thiab muab tawg tas rau saum lub rooj.</w:t>
      </w:r>
    </w:p>
    <w:p>
      <w:pPr>
        <w:pStyle w:val="ArticleScripture"/>
        <w:jc w:val="left"/>
      </w:pPr>
      <w:r>
        <w:rPr>
          <w:rFonts w:ascii="Times New Roman" w:hAnsi="Times New Roman" w:eastAsia="Times New Roman" w:cs="Times New Roman"/>
        </w:rPr>
        <w:t>“Kuv pib xav hais tias tus tswv yuav rov hu kom kuv xa lub thawv thiab tej pob zeb muaj nqis rov qab los rau ntawm kuv txhais tes; thiab yog kuv cia lawv tawg khiav mus, ces kuv yuav tsis muaj peev xwm muab lawv rov tso rau hauv lawv tej chaw hauv lub thawv ib yam li yav tas los lawm; thiab kuv hnov tias kuv yuav tsis muaj peev xwm sawv tau rau qhov kev lav ris ntawd li, rau qhov nws yuav loj kawg nkaus. Ces kuv pib thov rau cov neeg kom txhob kov lawv, thiab txhob muab lawv rho tawm ntawm lub thawv; tiam sis qhov ntau kuv thov, lawv haj yam ua rau tawg khiav ntau dua; thiab nim no lawv zoo li twb muab lawv tawg khiav mus thoob plaws chav, rau hauv pem teb thiab saum txhua daim rooj tog hauv chav.”</w:t>
      </w:r>
    </w:p>
    <w:p>
      <w:pPr>
        <w:pStyle w:val="ArticleScripture"/>
        <w:jc w:val="left"/>
      </w:pPr>
      <w:r>
        <w:rPr>
          <w:rFonts w:ascii="Times New Roman" w:hAnsi="Times New Roman" w:eastAsia="Times New Roman" w:cs="Times New Roman"/>
        </w:rPr>
        <w:t>“Kuv thiaj pom tias nyob hauv cov pov haum tiag thiab cov nyiaj npib tiag uas lawv tau muab faib tas ntawd, lawv tseem tau muab pov tseg ib co pov haum cuav thiab nyiaj npib cuav uas suav tsis txheeb rau hauv. Kuv chim siab heev rau lawv txoj kev coj cwj pwm qias neeg thiab lawv txoj kev tsis paub txiaj ntsig, thiab kuv tau cem thiab thuam lawv vim qhov ntawd; tiam sis thaum kuv càng cem ntau npaum li cas, lawv càng muab cov pov haum cuav thiab cov nyiaj npib cuav faib xyaw nrog cov tiag ntau npaum li ntawd.”</w:t>
      </w:r>
    </w:p>
    <w:p>
      <w:pPr>
        <w:pStyle w:val="ArticleScripture"/>
        <w:jc w:val="left"/>
      </w:pPr>
      <w:r>
        <w:rPr>
          <w:rFonts w:ascii="Times New Roman" w:hAnsi="Times New Roman" w:eastAsia="Times New Roman" w:cs="Times New Roman"/>
        </w:rPr>
        <w:t>“Kuv thiaj chim siab kawg hauv kuv tus ntsuj plig cev nqaij daim tawv thiab pib siv lub zog cev nqaij daim tawv los thawb lawv tawm hauv chav; tiam sis thaum kuv tab tom thawb ib tug tawm, peb tug ntxiv rov nkag los thiab nqa av nkos thiab tej nplaim ntoo thiab xuab zeb thiab txhua yam khib nyiab los, mus txog thaum lawv npog tas txhua lub pov haum tseeb, pob zeb diamond, thiab npib, uas txhua yam ntawd raug zais ntawm qhov muag lawm. Lawv kuj muab kuv lub thawv nyiaj txiag dua ua tej daim thiab muab nws pov tawg ua ke nrog cov khib nyiab. Kuv xav tias tsis muaj ib tug neeg quav ntsej kuv txoj kev tu siab los yog kuv txoj kev npau taws. Kuv poob siab tag nrho thiab lub siab qaug zog, ces kuv zaum thiab quaj.”</w:t>
      </w:r>
    </w:p>
    <w:p>
      <w:pPr>
        <w:pStyle w:val="ArticleScripture"/>
        <w:jc w:val="left"/>
      </w:pPr>
      <w:r>
        <w:rPr>
          <w:rFonts w:ascii="Times New Roman" w:hAnsi="Times New Roman" w:eastAsia="Times New Roman" w:cs="Times New Roman"/>
        </w:rPr>
        <w:t>“Thaum kuv tseem quaj ntsuag thiab tu siab heev vim kuv txoj kev poob plig loj thiab kuv lub luag hauj lwm uas yuav tsum raug suav, kuv nco txog Vajtswv, thiab kuv thov Vajtswv kawg siab kawg ntsws kom Nws xa kev pab los rau kuv.</w:t>
      </w:r>
    </w:p>
    <w:p>
      <w:pPr>
        <w:pStyle w:val="ArticleScripture"/>
        <w:jc w:val="left"/>
      </w:pPr>
      <w:r>
        <w:rPr>
          <w:rFonts w:ascii="Times New Roman" w:hAnsi="Times New Roman" w:eastAsia="Times New Roman" w:cs="Times New Roman"/>
        </w:rPr>
        <w:t>“Tam sim ntawd lub qhov rooj qhib hlo, thiab ib tug txivneej nkag los rau hauv chav, ces txhua tus neeg txawm tawm hauv chav mus; thiab nws, tuav ib rab txhuam av nyob hauv nws txhais tes, qhib cov qhov rais, thiab pib txhuam cov av thiab tej khib nyiab tawm hauv chav.</w:t>
      </w:r>
    </w:p>
    <w:p>
      <w:pPr>
        <w:pStyle w:val="ArticleScripture"/>
        <w:jc w:val="left"/>
      </w:pPr>
      <w:r>
        <w:rPr>
          <w:rFonts w:ascii="Times New Roman" w:hAnsi="Times New Roman" w:eastAsia="Times New Roman" w:cs="Times New Roman"/>
        </w:rPr>
        <w:t>“Kuv tau quaj thov kom nws tseg cia, rau qhov muaj qee lub pob zeb muaj nqis tawg ri niab nyob hauv cov thoob khib nyiab.”</w:t>
      </w:r>
    </w:p>
    <w:p>
      <w:pPr>
        <w:pStyle w:val="ArticleScripture"/>
        <w:jc w:val="left"/>
      </w:pPr>
      <w:r>
        <w:rPr>
          <w:rFonts w:ascii="Times New Roman" w:hAnsi="Times New Roman" w:eastAsia="Times New Roman" w:cs="Times New Roman"/>
        </w:rPr>
        <w:t>“Nws hais rau kuv tias, ‘tsis txhob ntshai,’ rau qhov nws yuav ‘saib xyuas lawv’.”</w:t>
      </w:r>
    </w:p>
    <w:p>
      <w:pPr>
        <w:pStyle w:val="ArticleScripture"/>
        <w:jc w:val="left"/>
      </w:pPr>
      <w:r>
        <w:rPr>
          <w:rFonts w:ascii="Times New Roman" w:hAnsi="Times New Roman" w:eastAsia="Times New Roman" w:cs="Times New Roman"/>
        </w:rPr>
        <w:t>“Ces, thaum nws tab tom txhuam cov av thiab tej khib nyiab, tej pov haum cuav thiab tej nyiaj npib dag, txhua yam ntawd sawv ya tawm ntawm lub qhov rais ib yam li ib tauv huab, thiab cua txawb lawv mus lawm. Hauv txoj kev ntxhov ntawd kuv kaw kuv ob lub qhov muag ib pliag; thaum kuv qhib lawv, tej khib nyiab twb ploj tag lawm. Tej pov haum muaj nqis, tej diamond, tej nyiaj kub thiab nyiaj npib dawb, pw tawg ntho puv npo thoob plaws hauv chav.”</w:t>
      </w:r>
    </w:p>
    <w:p>
      <w:pPr>
        <w:pStyle w:val="ArticleScripture"/>
        <w:jc w:val="left"/>
      </w:pPr>
      <w:r>
        <w:rPr>
          <w:rFonts w:ascii="Times New Roman" w:hAnsi="Times New Roman" w:eastAsia="Times New Roman" w:cs="Times New Roman"/>
        </w:rPr>
        <w:t>“Nws mam li muab ib lub thawv tso rau saum rooj, uas loj dua thiab zoo nkauj dua lub qub ntau, ces nws txhais tes ntes tej pob zeb muaj nqis, tej pob zeb diamond, thiab tej npib puv npo ib nrig ib nrig, muab pov rau hauv lub thawv ntawd mus txog thaum tsis tshuav ib qho li, txawm yog tias qee lub pob zeb diamond tsuas loj npaum li taub hau koob xwb.”</w:t>
      </w:r>
    </w:p>
    <w:p>
      <w:pPr>
        <w:pStyle w:val="ArticleScripture"/>
        <w:jc w:val="left"/>
      </w:pPr>
      <w:r>
        <w:rPr>
          <w:rFonts w:ascii="Times New Roman" w:hAnsi="Times New Roman" w:eastAsia="Times New Roman" w:cs="Times New Roman"/>
        </w:rPr>
        <w:t>“Nws thiaj hu kuv kom ‘los saib.’”</w:t>
      </w:r>
    </w:p>
    <w:p>
      <w:pPr>
        <w:pStyle w:val="ArticleScripture"/>
        <w:jc w:val="left"/>
      </w:pPr>
      <w:r>
        <w:rPr>
          <w:rFonts w:ascii="Times New Roman" w:hAnsi="Times New Roman" w:eastAsia="Times New Roman" w:cs="Times New Roman"/>
        </w:rPr>
        <w:t>“Kuv ntsia mus rau hauv lub hleb, tiam sis kuv ob lub qhov muag raug lub qhov ci ntawd ua rau plooj ntsoog. Lawv ci ntsa iab ntau dua li yav tas los kaum npaug. Kuv xav tias lawv twb raug txhuam huv hauv cov xuab zeb los ntawm ko taw ntawm cov neeg phem uas tau muab lawv tawg faib thiab tsuj lawv rau hauv hmoov av. Lawv tau raug teeb tsa kom zoo nkauj raws li kev txiav txim hauv lub hleb, txhua yam nyob rau nws qhov chaw, tsis muaj ib qho cim pom tau ntawm kev mob siab ntawm tus txiv neej uas tau muab lawv pov rau hauv. Kuv qw nrov vim txoj kev kaj siab kawg nkaus, thiab lub suab qw ntawd ua rau kuv sawv los.” Early Writings, 81–83.</w:t>
      </w:r>
    </w:p>
    <w:p>
      <w:pPr>
        <w:pStyle w:val="ArticleBody"/>
        <w:jc w:val="left"/>
      </w:pPr>
      <w:r>
        <w:rPr>
          <w:rFonts w:ascii="Times New Roman" w:hAnsi="Times New Roman" w:eastAsia="Times New Roman" w:cs="Times New Roman"/>
        </w:rPr>
        <w:t>Pib ntawm nplooj “81,” uas yog ib lub cim ntawm cov pov thawj, txoj kev npau suav no txheeb qhia txog keeb kwm ntawm txoj hauj lwm ntawm pawg ntseeg Xya-hnub Adventist hauv Laodicea uas tab tom rhuav tshem cov qhov tseeb hauv paus uas Vajtswv Txoj Kev Tswv Yim tau sib sau ua ke los ntawm tib neeg sab ntawm William Miller. Keeb kwm ntawd xaus thaum Miller “qw nrov vim muaj kev xyiv fab heev” thiab lub suab qw ntawd “tsa” nws sawv. Keeb kwm uas raug sawv cev hauv txoj kev npau suav no xaus rau ntawm lub suab hu nrov nrov ntawm tus tim tswv thib peb, uas yog qhov ncov siab tshaj plaws ntawm Midnight Cry. Zaj keeb kwm piav txog Miller txoj kev npau suav kuj sawv cev rau cov cim taw tes ntawm keeb kwm Millerite, thiab vim li ntawd nws kuj sawv cev rau keeb kwm uas sib txig ntawm txoj kev txav ntawm ib puas plaub caug plaub txhiab leej. Tseem ceeb ib yam nkaus thiab yog tias txoj kev sawv cev txog keeb kwm hauv txoj kev npau suav no kuj muaj ib daim qauv yaj saub uas tawg ua feem ntawm keeb kwm uas tau pib rov hais dua xyoo 2023.</w:t>
      </w:r>
    </w:p>
    <w:p>
      <w:pPr>
        <w:pStyle w:val="ArticleBody"/>
        <w:jc w:val="left"/>
      </w:pPr>
      <w:r>
        <w:rPr>
          <w:rFonts w:ascii="Times New Roman" w:hAnsi="Times New Roman" w:eastAsia="Times New Roman" w:cs="Times New Roman"/>
        </w:rPr>
        <w:t>Cov hniav nyiaj hniav kub ntawm qhov tseeb uas tau raug lees paub nyob hauv keeb kwm ntawm ib puas plaub caug plaub txhiab leej tau raug muab tso rau hauv ntaub ntawv pej xeem xyoo 2004 thiab tom qab ntawd dua xyoo 2012, thaum kev nthuav qhia ntawm Habakkuk’s Tables tau sau tau ib pab neeg uas raug teem tseg kom tawg mus. Cov qhov tseeb ntawd tau raug muab tso rau saum rooj xyoo 2004, nrog rau thawj zaug kev nthuav qhia ntawm cov qhov tseeb uas tau raug qhib lub foob xyoo 1989. Muaj “ib txhia” tau xav txog txoj xov ntawd thaum ntawd, tab sis xyoo 2012, cov txheej ntawm 95 zaj kev nthuav qhia hu ua Habakkuk’s Tables tau coj tau ib co neeg coob tuaj, rau qhov “cov neeg pib tuaj rau hauv, thaum xub thawj tsawg leej, tab sis nce zuj zus mus txog ua ib pab neeg coob.”</w:t>
      </w:r>
    </w:p>
    <w:p>
      <w:pPr>
        <w:pStyle w:val="ArticleBody"/>
        <w:jc w:val="left"/>
      </w:pPr>
      <w:r>
        <w:rPr>
          <w:rFonts w:ascii="Times New Roman" w:hAnsi="Times New Roman" w:eastAsia="Times New Roman" w:cs="Times New Roman"/>
        </w:rPr>
        <w:t>Txij xyoo 2012 mus txog hnub Lub Xya hli ntuj Tim 18, 2020, cov lus tseeb ntawd tau maj mam raug tawg khiav thiab raug npog nrog tej khib nyiab. Hnub Lub Xya hli ntuj Tim 18, 2020, cov neeg txhawb nqa txoj xov ntawm Habakkuk’s Tables tau raug tawg khiav mus rau ib ncua sijhawm peb hnub thiab ib nrab.</w:t>
      </w:r>
    </w:p>
    <w:p>
      <w:pPr>
        <w:pStyle w:val="ArticleScripture"/>
        <w:jc w:val="left"/>
      </w:pPr>
      <w:r>
        <w:rPr>
          <w:rFonts w:ascii="Times New Roman" w:hAnsi="Times New Roman" w:eastAsia="Times New Roman" w:cs="Times New Roman"/>
        </w:rPr>
        <w:t>Thaum lawv ua tiav lawv zaj lus tim khawv lawd, tus tsiaj qus uas nce tawm hauv lub qhov tob uas tsis muaj qab yuav ua rog tawm tsam lawv, thiab yuav kov yeej lawv, thiab tua lawv. Thiab lawv tej cev tuag yuav pw hauv txoj kev ntawm lub nroog loj ntawd, uas raws li sab ntsuj plig hu ua Xaudoos thiab Iziv, uas yog qhov uas peb tus Tswv kuj raug ntsia saum ntoo khaub lig thiab. Thiab cov uas tuaj ntawm txhua haiv neeg, txhua xeem, txhua yam lus, thiab txhua lub teb chaws yuav pom lawv tej cev tuag tau peb hnub thiab ib nrab, thiab yuav tsis cia muab lawv tej cev tuag coj mus faus rau hauv ntxa. Thiab cov uas nyob hauv ntiaj teb yuav zoo siab rau lawv, thiab lom zem ua kev kaj siab, thiab yuav sib xa khoom plig rau ib leeg; vim ob tug yaj saub no tau tsim txom cov uas nyob hauv ntiaj teb. Tshwmsim 11:7–10.</w:t>
      </w:r>
    </w:p>
    <w:p>
      <w:pPr>
        <w:pStyle w:val="ArticleBody"/>
        <w:jc w:val="left"/>
      </w:pPr>
      <w:r>
        <w:rPr>
          <w:rFonts w:ascii="Times New Roman" w:hAnsi="Times New Roman" w:eastAsia="Times New Roman" w:cs="Times New Roman"/>
        </w:rPr>
        <w:t>Hnub Xanpataus, Hlis 12 tim 30, 2023, Future for America tau koom nrog ib lub rooj sib tham hauv Zoom rau nws thawj lub rooj sib tham qhib rau sawv daws txij li Hlis 7 tim 18, 2020. Hlis 12 tim 30, 2023 yog 1,260 hnub tom qab Hlis 7 tim 18, 2020, los yog “peb hnub thiab ib nrab.” Thaum Elijah thiab Moses pw tuag rau hauv txoj kev, lwm pab neeg ntawd tab tom “zoo siab xyiv fab.” Future for America tau rov qab los tshaj tawm txoj xov yaj saub rau Hlis 7 xyoo 2023, vim txoj xov uas thaum ntawd yuav tsum mus thoob plaws tag nrho lub ntiajteb, raws li qhov yuav tsum tau ua ntawm yaj saub, yuav tsum tau tawm hauv “roob moj sab qhua.” Peb hnub thiab ib nrab, los yog 1,260 hnub, yog ib lub roob moj sab qhua.</w:t>
      </w:r>
    </w:p>
    <w:p>
      <w:pPr>
        <w:pStyle w:val="ArticleScripture"/>
        <w:jc w:val="left"/>
      </w:pPr>
      <w:r>
        <w:rPr>
          <w:rFonts w:ascii="Times New Roman" w:hAnsi="Times New Roman" w:eastAsia="Times New Roman" w:cs="Times New Roman"/>
        </w:rPr>
        <w:t>Tus pojniam thiaj khiav mus rau tom roob moj sab qhua, qhov chaw uas Vajtswv tau npaj cia rau nws lawm, kom lawv yug nws nyob ntawd ib txhiab ob puas thiab rau caum hnub. Qhia Tshwm 12:6.</w:t>
      </w:r>
    </w:p>
    <w:p>
      <w:pPr>
        <w:pStyle w:val="ArticleBody"/>
        <w:jc w:val="left"/>
      </w:pPr>
      <w:r>
        <w:rPr>
          <w:rFonts w:ascii="Times New Roman" w:hAnsi="Times New Roman" w:eastAsia="Times New Roman" w:cs="Times New Roman"/>
        </w:rPr>
        <w:t>“roob moj sab qhua” yog “ib txhiab ob puas rau caum hnub,” uas yog 1,260 hnub, uas kuj yog “peb hnub thiab ib nrab,” thiab raug sawv cev hauv Tshwmsim 12:6, thiab “126” yog ib feem kaum ntawm 1,260. Ib qho ntawm cov tseeb uas txaus ceeb tshaj plaws uas tau raug qhib lub foob rau lub sijhawm ntawd yog qhov yuav tsum muaj kev hloov siab lees txim kom ua tiav raws li lo lus thov Vajtswv ntawm “xya zaug” hauv Levis Kevcai nees nkaum-rau.</w:t>
      </w:r>
    </w:p>
    <w:p>
      <w:pPr>
        <w:pStyle w:val="ArticleBody"/>
        <w:jc w:val="left"/>
      </w:pPr>
      <w:r>
        <w:rPr>
          <w:rFonts w:ascii="Times New Roman" w:hAnsi="Times New Roman" w:eastAsia="Times New Roman" w:cs="Times New Roman"/>
        </w:rPr>
        <w:t>1,260 hnub kuj yog ib lub cim ntawm 2,520 hnub. “Xya lub sij hawm” tawm tsam lub nceeg vaj sab qaum teb tau pib thaum 723 BC thiab xaus rau xyoo 1798. Qhov nruab nrab yog 538, yog li ntawd thiaj tsim tau 1,260 xyoo uas kev pe dab qhuas tau tsuj nqis lub tuam tsev thiab pab neeg, ces tom qab ntawd yog 1,260 xyoo uas kev papacy tau tsuj nqis lub tuam tsev thiab pab neeg. Tus qauv yaj saub no haum raws nraim nrog 1,260 hnub txij li Khetos raug ua kevcai raus dej mus txog saum tus ntoo khaub lig, uas tom qab ntawd txuas ntxiv los ntawm 1,260 hnub yaj saub mus txog 34 AD, thaum txoj moo zoo mus cuag Lwm Haiv Neeg. Yog li ntawd, raws li ob tug tim khawv, 1,260 yog ib feem ntawm 2,520 hnub, lossis Mauxes cov “xya lub sij hawm” hauv Levi Tej Kevcai nees nkaum rau.</w:t>
      </w:r>
    </w:p>
    <w:p>
      <w:pPr>
        <w:pStyle w:val="ArticleBody"/>
        <w:jc w:val="left"/>
      </w:pPr>
      <w:r>
        <w:rPr>
          <w:rFonts w:ascii="Times New Roman" w:hAnsi="Times New Roman" w:eastAsia="Times New Roman" w:cs="Times New Roman"/>
        </w:rPr>
        <w:t>Lub sij hawm ntawm lub suab quaj hauv roob moj sab qhua, pib txij Hnub Xanpataus, Lub Xya hli ntuj 18, 2020 mus txog Hnub Xanpataus, Lub Kaum ob hlis ntuj 30, 2023, tau pib quaj thaum Lub Xya hli ntuj 2023, thiab thaum lub sij hawm “roob moj sab qhua” xaus rau Hnub Xanpataus, Lub Kaum ob hlis ntuj 30, 2023, kev sawv hauv qhov tuag rov los ntawm Mauxes thiab Eliyas tau los txog. Zaj lus ntawm lub suab ntawd tau txheeb qhia tias tus ciam cim ntawm cov kev poob siab thawj zaug uas sib xws hauv txhua txoj kev hloov kho tau piav txog qhov kev twv ua tsis tseeb ntawm Lub Xya hli ntuj 18, 2020, nyob hauv lub ntsiab lus ntawm zaj lus piv txwv txog kaum tus nkauj xwb. Nws tau hu cov txiv neej thiab cov poj niam los rau txoj kev hloov siab lees txim uas sawv cev los ntawm Leviticus nees nkaum rau qhov kev thov Vajtswv. Npau suav ntawm Miller sawv cev rau txoj kev hloov siab lees txim ntawd tiag tiag thaum nws sau tseg tias, “Thaum kuv tab tom quaj thiab tu siab rau kuv txoj kev poob loj thiab kuv lub luag hauj lwm ntawd, kuv nco txog Vajtswv, thiab tau thov Vajtswv kub siab tias Nws yuav xa kev pab los rau kuv.”</w:t>
      </w:r>
    </w:p>
    <w:p>
      <w:pPr>
        <w:pStyle w:val="ArticleHeading"/>
        <w:jc w:val="left"/>
      </w:pPr>
      <w:r>
        <w:rPr>
          <w:rFonts w:ascii="Arial" w:hAnsi="Arial" w:eastAsia="Arial" w:cs="Arial"/>
        </w:rPr>
        <w:t>Los Saib Pom</w:t>
      </w:r>
    </w:p>
    <w:p>
      <w:pPr>
        <w:pStyle w:val="ArticleBody"/>
        <w:jc w:val="left"/>
      </w:pPr>
      <w:r>
        <w:rPr>
          <w:rFonts w:ascii="Times New Roman" w:hAnsi="Times New Roman" w:eastAsia="Times New Roman" w:cs="Times New Roman"/>
        </w:rPr>
        <w:t>Miller txoj kev npau suav raug faib ua ob ntu los ntawm ob lo lus hais tias “cia li los saib.” Thawj zaug Miller caw neeg kom “cia li los saib,” thiab zaum ob “tus txiv neej nqa txhuam av” caw Miller kom los saib. “Cia li los saib” yog ib lub cim yaj saub uas qhia txog ib qhov tseeb yaj saub uas raug qhib lawm. Plaub lub cim thawj txhua lub muaj lo lus txib tias “cia li los saib.”</w:t>
      </w:r>
    </w:p>
    <w:p>
      <w:pPr>
        <w:pStyle w:val="ArticleScripture"/>
        <w:jc w:val="left"/>
      </w:pPr>
      <w:r>
        <w:rPr>
          <w:rFonts w:ascii="Times New Roman" w:hAnsi="Times New Roman" w:eastAsia="Times New Roman" w:cs="Times New Roman"/>
        </w:rPr>
        <w:t>Thiab kuv thiaj pom thaum tus Menyuam Yaj qhib ib lub cim foob, thiab kuv hnov, zoo li yog suab xob quaj, ib tug ntawm plaub tug tsiaj hais tias, Cia li los saib. … Thiab thaum Nws tau qhib lub cim foob thib ob, kuv hnov tus tsiaj thib ob hais tias, Cia li los saib. … Thiab thaum Nws tau qhib lub cim foob thib peb, kuv hnov tus tsiaj thib peb hais tias, Cia li los saib. … Thiab thaum Nws tau qhib lub cim foob thib plaub, kuv hnov suab ntawm tus tsiaj thib plaub hais tias, Cia li los saib. Tshwmsim 6:1, 3, 5, 7.</w:t>
      </w:r>
    </w:p>
    <w:p>
      <w:pPr>
        <w:pStyle w:val="ArticleBody"/>
        <w:jc w:val="left"/>
      </w:pPr>
      <w:r>
        <w:rPr>
          <w:rFonts w:ascii="Times New Roman" w:hAnsi="Times New Roman" w:eastAsia="Times New Roman" w:cs="Times New Roman"/>
        </w:rPr>
        <w:t>Lo lus “los saib” thaum pib ntawm Miller txoj kev npau suav yog tus alpha, thiab lo lus “los saib” thaum xaus yog tus omega. Txoj kev npau suav qhia txog qhov kev qhib daim foob thaum pib ntawm txoj kev npau suav ua tej lub pov haum uas thaum “muab teem kom zoo lawm lawv rov ci ntsa iab thiab muaj hwjchim ci ntsa iab uas tsuas muaj lub hnub xwb thiaj sib npaug tau.” Thaum Khetos caw Miller kom “los saib” tus omega, Miller hais tias, “kuv ob lub qhov muag raug qhov pom ntawd ci ua rau dig muag. Lawv ci ntsa iab kaum npaug tshaj lawv lub hwjchim qub.” Lub teeb ntawm tus alpha zoo ib yam li lub hnub, thiab lub teeb ntawm tus omega yog kaum npaug lub hnub.</w:t>
      </w:r>
    </w:p>
    <w:p>
      <w:pPr>
        <w:pStyle w:val="ArticleHeading"/>
        <w:jc w:val="left"/>
      </w:pPr>
      <w:r>
        <w:rPr>
          <w:rFonts w:ascii="Arial" w:hAnsi="Arial" w:eastAsia="Arial" w:cs="Arial"/>
        </w:rPr>
        <w:t>Tshuam pov tseg</w:t>
      </w:r>
    </w:p>
    <w:p>
      <w:pPr>
        <w:pStyle w:val="ArticleBody"/>
        <w:jc w:val="left"/>
      </w:pPr>
      <w:r>
        <w:rPr>
          <w:rFonts w:ascii="Times New Roman" w:hAnsi="Times New Roman" w:eastAsia="Times New Roman" w:cs="Times New Roman"/>
        </w:rPr>
        <w:t>Kev quaj ntsuag thiab kev hloov siab lees txim ntawm Miller raug sawv cev rau thaum kawg ntawm lub sijhawm uas tau pib nrog thawj lo lus “los saib,” thiab lo lus kawg “los saib.” Nyob rau hauv lub sijhawm uas pib nrog Miller qhib ib txoj xov rau cov neeg thiab xaus nrog Khetos qhib ib txoj xov rau Miller, lo lus “scatter” raug sawv cev “xya zaus.” Miller yuav rov siv lo lus ntawd dua, tiam sis nyob nruab nrab ntawm thawj zaug qhib thiab zaum kawg qhib, “scatter” raug hais tawm “xya zaus.” Phau Vajlugkub txheeb xyuas txoj kev txiav txim ntawm “xya zaus” nrog lo lus “scatter.”</w:t>
      </w:r>
    </w:p>
    <w:p>
      <w:pPr>
        <w:pStyle w:val="ArticleScripture"/>
        <w:jc w:val="left"/>
      </w:pPr>
      <w:r>
        <w:rPr>
          <w:rFonts w:ascii="Times New Roman" w:hAnsi="Times New Roman" w:eastAsia="Times New Roman" w:cs="Times New Roman"/>
        </w:rPr>
        <w:t>Thiab kuv yuav muab nej tawg khiav mus nyob rau hauv cov neeg txawv tebchaws, thiab yuav rub rab ntaj raws nej qab: ces nej lub tebchaws yuav raug puam tsuaj, thiab nej tej nroog yuav raug rhuav tshem. Leviticus 26:33.</w:t>
      </w:r>
    </w:p>
    <w:p>
      <w:pPr>
        <w:pStyle w:val="ArticleBody"/>
        <w:jc w:val="left"/>
      </w:pPr>
      <w:r>
        <w:rPr>
          <w:rFonts w:ascii="Times New Roman" w:hAnsi="Times New Roman" w:eastAsia="Times New Roman" w:cs="Times New Roman"/>
        </w:rPr>
        <w:t>Qhov tseeb thawj zaug uas Miller nrhiav tau yog “xya lub sij hawm” hauv Leviticus nees nkaum rau, thiab hauv nws zaj npau suav, lub sijhawm nruab nrab ntawm kev tshaj tawm Miller cov lus thiab kev tshaj tawm Khetos cov lus, tag nrho cov tseeb hauv paus uas sawv cev los ntawm William Miller tes haujlwm yuav raug npog los ntawm tej khib nyiab thiab tej npib cuav ntawm cov kws ntseeg kev cai dab qhuas ntawm Laodicean Seventh-day Adventism. Qhov kev tsis lees txais cov tseeb hauv paus ntawd raug sawv cev ua xya qhov kev tawg khiav thoob plaws hauv keeb kwm nruab nrab ntawm alpha thiab omega. “Xya lub sij hawm” yog ib lub cim ntawm William Miller tes haujlwm, uas kuj yog lub hauv paus ntawm Seventh-day Adventism, uas nyob hauv ntawd; 2,300 hnub ntawm Daniel 8:14 yog tus ncej nruab nrab ntawm lub hauv paus ntawd kiag. Qhov uas qhov no qhia tawm yog tias 2,520 xyoos ntawm kev tawg khiav, uas yog qhov kev nrhiav pom thawj zaug, los yog alpha, ntawm William Miller, yog tus cim txog qhov pib ntawm ib lub sijhawm, uas xaus nrog qhov kev nrhiav pom omega ntawm William Miller, uas yog 2,300 hnub.</w:t>
      </w:r>
    </w:p>
    <w:p>
      <w:pPr>
        <w:pStyle w:val="ArticleBody"/>
        <w:jc w:val="left"/>
      </w:pPr>
      <w:r>
        <w:rPr>
          <w:rFonts w:ascii="Times New Roman" w:hAnsi="Times New Roman" w:eastAsia="Times New Roman" w:cs="Times New Roman"/>
        </w:rPr>
        <w:t>Thaum Kev Ntseeg Xya-Hnub Khaws Hnub Caiv uas yog Laodicea muab “xya lub sij hawm” tso tseg hauv xyoo 1863, lawv kuj tau muab William Miller qhov kev tshawb pom thawj zaug tso tseg thiab, uas yog nws qhov kev tshawb pom alpha thiab nws qhov kev tshawb pom ua lub hauv paus. Qhov kawg ntawm Miller tej kev tshawb pom yog 2,300 hnub, uas yog nws qhov kev tshawb pom omega thiab nws qhov kev tshawb pom ua lub pob zeb saum toj kawg nkaus. “Xya lub sij hawm” uas xaus rau xyoo 1798 tau cim tseg rau 2,520, hos 2,300 hnub raug cim tseg rau xyoo 1844.</w:t>
      </w:r>
    </w:p>
    <w:p>
      <w:pPr>
        <w:pStyle w:val="ArticleBody"/>
        <w:jc w:val="left"/>
      </w:pPr>
      <w:r>
        <w:rPr>
          <w:rFonts w:ascii="Times New Roman" w:hAnsi="Times New Roman" w:eastAsia="Times New Roman" w:cs="Times New Roman"/>
        </w:rPr>
        <w:t>Tus txivneej av yog tus uas khaws cov pob zeb muaj nqis los sib sau ua ke dua tom qab lawv raug tawg ua ntau pawg rau xya zaus. Ces lub thawv ntim ntawd loj dua thiab zoo nkauj dua, thiab ci ntsa iab kaum npaug tshaj lub hnub. Kaum yog ib lub cim ntawm txoj kev sim siab, yog li ntawd cov pob zeb muaj nqis ntawd thiaj ci ntsa iab thaum txoj kev sim siab hla hnub ntawm lub hnub; yog li no Miller txoj kev npau suav pib xyoo 1798 thiab xaus rau lub suab qw nrov ntawm tus tim tswv thib peb thaum txoj cai Hnub Caiv.</w:t>
      </w:r>
    </w:p>
    <w:p>
      <w:pPr>
        <w:pStyle w:val="ArticleBody"/>
        <w:jc w:val="left"/>
      </w:pPr>
      <w:r>
        <w:rPr>
          <w:rFonts w:ascii="Times New Roman" w:hAnsi="Times New Roman" w:eastAsia="Times New Roman" w:cs="Times New Roman"/>
        </w:rPr>
        <w:t>Keeb kwm ntawm cov Millerites txij xyoo 1798 mus txog xyoo 1863 kuj yog keeb kwm txij xyoo 1798 mus txog rau txoj cai Sunday uas yuav los sai no. Keeb kwm uas raug sawv cev hauv William Miller txoj kev npau suav, uas tshwm sim txij thaum Miller hais tias “los saib” mus txog thaum tus Txiv Neej Tuav Txhuam Av hais tias “los saib,” yog tib si lub sijhawm txij xyoo 1798 mus txog xyoo 1863, thiab kuj yog lub sijhawm txij xyoo 1798 mus txog rau txoj cai Sunday. Txoj kab uas xaus rau xyoo 1863 yog ib daim qauv fractal yaj saub ntawm txoj kab uas pib xyoo 1798 thiab xaus rau ntawm txoj cai Sunday. Ob txoj kab ntawd puav leej raug sawv cev hauv Miller txoj kev npau suav.</w:t>
      </w:r>
    </w:p>
    <w:p>
      <w:pPr>
        <w:pStyle w:val="ArticleBody"/>
        <w:jc w:val="left"/>
      </w:pPr>
      <w:r>
        <w:rPr>
          <w:rFonts w:ascii="Times New Roman" w:hAnsi="Times New Roman" w:eastAsia="Times New Roman" w:cs="Times New Roman"/>
        </w:rPr>
        <w:t>Lub qhov rooj uas raug kaw rau hnub tim 22 Lub Kaum Hli, 1844 yog ib qho piv txwv txog lub qhov rooj kaw thaum txoj cai hnub Sunday los txog. Zaj lus faj lem txog 2,300 xyoo uas tau ua tiav rau xyoo 1844, yog ib qho piv txwv txog txoj cai hnub Sunday.</w:t>
      </w:r>
    </w:p>
    <w:p>
      <w:pPr>
        <w:pStyle w:val="ArticleScripture"/>
        <w:jc w:val="left"/>
      </w:pPr>
      <w:r>
        <w:rPr>
          <w:rFonts w:ascii="Times New Roman" w:hAnsi="Times New Roman" w:eastAsia="Times New Roman" w:cs="Times New Roman"/>
        </w:rPr>
        <w:t>“Kev los ntawm Khetos ua peb Tus Pov Thawj Hlob mus rau qhov chaw Dawb Huv Tshaj Plaws, rau kev ntxuav lub chaw dawb huv, raws li tau muab qhia rau pom hauv Daniyees 8:14; kev los ntawm Neeg Leej Tub mus cuag Tus Uas Laus Kawg Nkaus, raws li tau nthuav tawm hauv Daniyees 7:13; thiab kev los ntawm tus Tswv mus rau Nws lub tuam tsev, raws li Malakis tau cev lus faj lem tseg, yog tej lus piav txog tib qho xwm txheej nkaus xwb; thiab qhov no kuj raug sawv cev los ntawm nraug vauv txoj kev los rau kev tshoob, raws li Khetos tau piav hauv zaj lus piv txwv txog kaum tus nkauj xwb hauv Mathais 25.” The Great Controversy, 426.</w:t>
      </w:r>
    </w:p>
    <w:p>
      <w:pPr>
        <w:pStyle w:val="ArticleHeading"/>
        <w:jc w:val="left"/>
      </w:pPr>
      <w:r>
        <w:rPr>
          <w:rFonts w:ascii="Arial" w:hAnsi="Arial" w:eastAsia="Arial" w:cs="Arial"/>
        </w:rPr>
        <w:t>Kab txais. Thov xa cov ntawv Askiv uas koj xav kom kuv txhais ua lus Hmoob.</w:t>
      </w:r>
    </w:p>
    <w:p>
      <w:pPr>
        <w:pStyle w:val="ArticleBody"/>
        <w:jc w:val="left"/>
      </w:pPr>
      <w:r>
        <w:rPr>
          <w:rFonts w:ascii="Times New Roman" w:hAnsi="Times New Roman" w:eastAsia="Times New Roman" w:cs="Times New Roman"/>
        </w:rPr>
        <w:t>Qhov omega ntawm Miller tej kev tshawb pom yog lo lus faj lem 2,300 xyoo, yog li ntawd ob qho tib si 1844 thiab txoj cai Sunday raug sawv cev los ntawm 2,300 xyoo. Qhov no txhais hais tias 2,520 yog alpha thiab 2,300 yog omega ntawm ob txoj kab; ib txoj kab xaus rau xyoo 1863, hos lwm txoj kab xaus rau ntawm txoj cai Sunday. Hauv ob txoj kab no lo lus faj lem 2,520 yog alpha, thiab yog lub pob zeb hauv paus. Qhov fractal ntawm 1798 mus txog 1863 hauv keeb kwm hauv paus ntawm cov Millerites kuj sib haum nrog lwm fractal hauv omega, keeb kwm capstone ntawm ib puas plaub caug plaub txhiab leej.</w:t>
      </w:r>
    </w:p>
    <w:p>
      <w:pPr>
        <w:pStyle w:val="ArticleBody"/>
        <w:jc w:val="left"/>
      </w:pPr>
      <w:r>
        <w:rPr>
          <w:rFonts w:ascii="Times New Roman" w:hAnsi="Times New Roman" w:eastAsia="Times New Roman" w:cs="Times New Roman"/>
        </w:rPr>
        <w:t>Thaum txog 9/11 Vajtswv tau hu Nws haiv neeg kom rov qab los rau Yelemis tej kev qub, uas yog cov hauv paus, thiab cov ntawd kuj raug sawv cev los ntawm tus tub txib ntawm keeb kwm hauv paus, uas kuj raug sawv cev dua los ntawm nws qhov kev tshawb pom alpha uas yog hauv paus txog “xya lub sijhawm.” “Xya lub sijhawm” yog lub cim ntawm cov hauv paus ntawm ib puas plaub caug plaub txhiab leej, thiab thaum txog 9/11 kev muab lub cim ntim rau pab ntawd tau pib nrog txoj xov sim ntsuas txog cov hauv paus, uas raug sawv cev los ntawm thawj qhov tseeb hauv paus tshaj plaws ntawm William Miller thiab Adventism. Thaum txog 9/11 lub sijhawm muab lub cim ntim tau pib, thiab thaum txoj cai Hnub Caiv uas yuav los sai no los txog, lub sijhawm muab lub cim ntim ntawm ib puas plaub caug plaub txhiab leej yuav xaus.</w:t>
      </w:r>
    </w:p>
    <w:p>
      <w:pPr>
        <w:pStyle w:val="ArticleBody"/>
        <w:jc w:val="left"/>
      </w:pPr>
      <w:r>
        <w:rPr>
          <w:rFonts w:ascii="Times New Roman" w:hAnsi="Times New Roman" w:eastAsia="Times New Roman" w:cs="Times New Roman"/>
        </w:rPr>
        <w:t>Keeb kwm ntawd yog ib qho fractal uas pib nrog 2,520 thiab xaus nrog 2,300, thiab vim li ntawd keeb kwm ntawd yog kab thib peb ntawm keeb kwm yaj saub uas sawv cev nyob hauv William Miller txoj kev npau suav. Tus 2,520 tau tiav rau xyoo 1798 thiab tus 2,300 rau xyoo 1844. Tes haujlwm uas ob kab ntawd sawv cev yog Khetos txoj haujlwm hauv kev koom Nws txoj kev yog Vajtswv nrog peb txoj kev yog tibneeg. Nws yog tes haujlwm ntawm kev hloov ib tug neeg txhaum ua ib tug neeg dawb huv, rov tsa tus yam ntxwv siab dua kom rov los kav saum nws lub zwm txwv uas tsim nyog tshaj tus yam ntxwv qis dua. Vim li no, tibneeg lub cev siv 2,520 hnub los yug dua tshiab txhua lub qe hauv lub cev kom tiav, thiab tib lub cev ntawd kuj raug txhim tsa raws li 23 tus chromosome ntawm txiv neej uas koom nrog 23 tus chromosome ntawm poj niam. Ua ke lawv tsim ib lub tuam tsev muaj sia, uas sawv cev raws li tus lej “46,” uas yog lub sijhawm txij 1798 mus rau 1844, uas yog lub sijhawm hauv William Miller txoj kev npau suav txij tus 2,520 hauv 1798 mus txog tus 2,300 hauv 1844.</w:t>
      </w:r>
    </w:p>
    <w:p>
      <w:pPr>
        <w:pStyle w:val="ArticleBody"/>
        <w:jc w:val="left"/>
      </w:pPr>
      <w:r>
        <w:rPr>
          <w:rFonts w:ascii="Times New Roman" w:hAnsi="Times New Roman" w:eastAsia="Times New Roman" w:cs="Times New Roman"/>
        </w:rPr>
        <w:t>William Miller tus npau suav kuj muaj ib qho fractal ntxiv uas tsim nyog nco ntsoov. Txij 9/11 mus txog rau txoj cai Sunday yog ib qho fractal ntawm 1798 mus txog rau txoj cai Sunday, ib yam li 1798 mus txog rau 1863. Xyoo 2023 mus txog rau txoj cai Sunday yog ib qho fractal ntawm 9/11 mus txog rau txoj cai Sunday, thiab qhov no yog keeb kwm uas txhua txoj kab nyob hauv Miller tus npau suav taw tes mus rau raws li omega ntawm lawv txhua tus. Nov yog lub sijhawm uas tej qhov tseeb qub raug ua kom loj hlob ci ntsa iab kaum npaug tshaj lub hnub.</w:t>
      </w:r>
    </w:p>
    <w:p>
      <w:pPr>
        <w:pStyle w:val="ArticleHeading"/>
        <w:jc w:val="left"/>
      </w:pPr>
      <w:r>
        <w:rPr>
          <w:rFonts w:ascii="Arial" w:hAnsi="Arial" w:eastAsia="Arial" w:cs="Arial"/>
        </w:rPr>
        <w:t>Ob Lub Tiab Ob Sab Qab```</w:t>
      </w:r>
    </w:p>
    <w:p>
      <w:pPr>
        <w:pStyle w:val="ArticleBody"/>
        <w:jc w:val="left"/>
      </w:pPr>
      <w:r>
        <w:rPr>
          <w:rFonts w:ascii="Times New Roman" w:hAnsi="Times New Roman" w:eastAsia="Times New Roman" w:cs="Times New Roman"/>
        </w:rPr>
        <w:t>Nyob rau xyoo 1840, lo lus “bustle” (raws li ib lub npe) feem ntau txhais hais tias kev txav mus los muaj zog, muaj haujlwm ntau, lossis muaj suab nrov—feem ntau muaj lub ntsiab ntawm kev kub siab, kev zoo siab ntxhov, kev maj nroos, lossis kev ntxhov siab. Nws yog hais txog kev txav mus los muaj sia, kev kub ntxhov, lossis kev ua num nquag mus los, txawm yog nyob hauv ib pab neeg coob, ib tsev neeg, ib lub khw muag khoom, lossis thaum muaj ib qho xwm txheej tshwj xeeb. Yog li ntawd, “bustle” hauv Miller txoj kev npau suav yuav piav txog qhov kev kub ntxhov ntawm kev ua si tam sim ntawd, kev zoo siab ntxhov, lossis tej haujlwm ceev uas tab tom muaj nyob rau lub sijhawm ntawd kiag—the transient stir or commotion of the present situation or occasion.</w:t>
      </w:r>
    </w:p>
    <w:p>
      <w:pPr>
        <w:pStyle w:val="ArticleBody"/>
        <w:jc w:val="left"/>
      </w:pPr>
      <w:r>
        <w:rPr>
          <w:rFonts w:ascii="Times New Roman" w:hAnsi="Times New Roman" w:eastAsia="Times New Roman" w:cs="Times New Roman"/>
        </w:rPr>
        <w:t>Miller hais tias, “Tom qab ntawd, thaum nws tab tom cheb plua plav thiab tej khib nyiab, tej pob zeb muaj nqis cuav thiab nyiaj cuav, txhua yam ntawd sawv ya tawm ntawm lub qhov rais mus ib yam li ib huab, thiab cua tau nqa lawv mus lawm. Hauv qhov kev ntxhov ntawd kuv kaw kuv ob lub qhov muag ib pliag; thaum kuv qhib lawv, tej khib nyiab twb ploj tag lawm.”</w:t>
      </w:r>
    </w:p>
    <w:p>
      <w:pPr>
        <w:pStyle w:val="ArticleBody"/>
        <w:jc w:val="left"/>
      </w:pPr>
      <w:r>
        <w:rPr>
          <w:rFonts w:ascii="Times New Roman" w:hAnsi="Times New Roman" w:eastAsia="Times New Roman" w:cs="Times New Roman"/>
        </w:rPr>
        <w:t>Lo lus “kev kub ntxhov” qhia ob lub ntsiab hauv Miller txoj kev npau suav; thawj lub yog thaum cov neeg coob coob tab tom muab tej lub pov haum tawg khiav mus, ces tom qab ntawd yog thaum tus txiv neej tuav tus txhuam av qhib lub qhov rais thiab pib cheb tej lub pov haum cuav tawm. Qhov kev kub ntxhov thawj zaug thiab alpha yog kev npog tej lub pov haum cia, hos qhov kev kub ntxhov thib ob thiab omega yog kev rov muab tej lub pov haum txum tim rov qab los. Thaum lub sij hawm kev kub ntxhov ntawd, Miller kaw nws ob lub qhov muag. Miller raug coj mus so rau xyoo 1849, uas yog tib lub ntsiab sijhawm uas Khetos tab tom ncab Nws txhais tes tawm zaum ob los sau Nws haiv neeg seem uas tshuav. Ces Miller thiaj kaw nws ob lub qhov muag, thiab xyoo 1850 nws tej qhov tseeb raug muab tso dua rau saum ib lub rooj, ua kom tiav raws li Habakkuk lo lus txib kom sau lub zeem muag thiab ua kom meej. Nyob rau lub sij hawm kev kub ntxhov ntawd, Miller kaw nws ob lub qhov muag, thiab thaum nws tsim dheev los, tej lub pov haum twb tab tom raug rov kho dua lawm.</w:t>
      </w:r>
    </w:p>
    <w:p>
      <w:pPr>
        <w:pStyle w:val="ArticleBody"/>
        <w:jc w:val="left"/>
      </w:pPr>
      <w:r>
        <w:rPr>
          <w:rFonts w:ascii="Times New Roman" w:hAnsi="Times New Roman" w:eastAsia="Times New Roman" w:cs="Times New Roman"/>
        </w:rPr>
        <w:t>Qhov kev kub ntxhov zaum ob hauv nws zaj npau suav tshwm sim thaum tus chij ntawm ib puas plaub caug plaub txhiab leej tab tom raug tsa sawv rov los, raug ntxuav kom dawb huv thiab raug lim kom huv, ua tus chij uas Zechariah qhia tias yog tej lub pov haum nyob saum ib lub kaus mom vajntxwv.</w:t>
      </w:r>
    </w:p>
    <w:p>
      <w:pPr>
        <w:pStyle w:val="ArticleScripture"/>
        <w:jc w:val="left"/>
      </w:pPr>
      <w:r>
        <w:rPr>
          <w:rFonts w:ascii="Times New Roman" w:hAnsi="Times New Roman" w:eastAsia="Times New Roman" w:cs="Times New Roman"/>
        </w:rPr>
        <w:t>Thiab tus Tswv lawv tus Vajtswv yuav cawm lawv rau hnub ntawd ib yam li yog pab yaj ntawm nws haiv neeg; rau qhov lawv yuav zoo li tej pob zeb muaj nqes ntawm ib lub mom vajntxwv, raug tsa siab ua ib lub cim chij saum nws thaj av. Vim nws txoj kev zoo loj npaum li cas, thiab nws txoj kev zoo nkauj loj npaum li cas! Nplej yuav ua rau cov tub hluas zoo siab hlo, thiab cawv txiv hmab tshiab yuav ua rau cov ntxhais hluas zoo siab. Nej cia li thov nag ntawm tus Tswv rau lub caij nag tom qab; ces tus Tswv yuav ua tej huab ci ntsa iab, thiab yuav pub nag los rau lawv, pub nyom rau txhua tus hauv daim teb. Rau qhov tej mlom tau hais yam khoob lug, thiab cov uas saib hmoov tau pom lus dag, thiab tau hais tej npau suav cuav; lawv nplig los tsis muaj qab hau li; yog li ntawd lawv thiaj mus mus zoo li ib pab yaj, lawv raug kev txom nyem, vim tsis muaj tus tswv yug yaj. Kuv txoj kev chim tau kub tawm tsam cov tswv yug yaj, thiab kuv tau rau txim rau cov tshis; rau qhov tus Tswv uas kav txhua yam tau tuaj xyuas nws pab yaj, uas yog tsev neeg Yudas, thiab tau ua rau lawv zoo li nws tus nees zoo nkauj hauv tshav rog. Xakhaliyas 9:16–10:3.</w:t>
      </w:r>
    </w:p>
    <w:p>
      <w:pPr>
        <w:pStyle w:val="ArticleBody"/>
        <w:jc w:val="left"/>
      </w:pPr>
      <w:r>
        <w:rPr>
          <w:rFonts w:ascii="Times New Roman" w:hAnsi="Times New Roman" w:eastAsia="Times New Roman" w:cs="Times New Roman"/>
        </w:rPr>
        <w:t>“Pab yaj ntawm Nws haiv neeg” yog tib si ib lub cim chij thiab tej pob zeb muaj nqis (tej hniav nyiaj hniav kub) nyob saum ib lub mom vaj ntxwv. Pab yaj ntawm Nws haiv neeg raug txheeb paub thaum lub sij hawm los nag lig, rau qhov lo lus txib yog kom thov los nag lig hauv lub sij hawm los nag lig. Pab yaj no raug muab piv txawv ntawm “pab yaj” uas tau taug lawv tus kheej txoj kev, tsis yog txoj kev ntawm Yelemis tej kev qub. Hauv lub sij hawm los nag lig, tej hniav nyiaj hniav kub uas yog Nws pab yaj yuav yog Nws tus nees zoo nkauj rau hauv tsov rog. Tus “nees zoo nkauj” ntawd yog pawg ntseeg uas yeej lawm, sawv cev hauv thawj tus nkauj nyab Khixatia, uas raug piv txwv los ntawm Petus uas, zoo li ib tug nees dawb nyob rau hauv lub caij nyoog ntawm thawj lub foob, tau tawm mus yeej thiab kom yeej.</w:t>
      </w:r>
    </w:p>
    <w:p>
      <w:pPr>
        <w:pStyle w:val="ArticleScripture"/>
        <w:jc w:val="left"/>
      </w:pPr>
      <w:r>
        <w:rPr>
          <w:rFonts w:ascii="Times New Roman" w:hAnsi="Times New Roman" w:eastAsia="Times New Roman" w:cs="Times New Roman"/>
        </w:rPr>
        <w:t>Thiab kuv pom thaum tus Menyuam Yaj qhib ib lub cim khi, thiab kuv hnov ib suab zoo li xob quaj nroo, ib tug ntawm plaub tug tsiaj hais tias, Cia li los saib. Thiab kuv saib, thiab saib seb, muaj ib tug nees dawb; thiab tus uas zaum saum nws muaj ib rab hneev; thiab muaj ib lub mom vaj ntxwv raug muab rau nws; thiab nws tawm mus yeej, thiab yuav mus kom yeej. Qhia Tshwm 6:1, 2.</w:t>
      </w:r>
    </w:p>
    <w:p>
      <w:pPr>
        <w:pStyle w:val="ArticleBody"/>
        <w:jc w:val="left"/>
      </w:pPr>
      <w:r>
        <w:rPr>
          <w:rFonts w:ascii="Times New Roman" w:hAnsi="Times New Roman" w:eastAsia="Times New Roman" w:cs="Times New Roman"/>
        </w:rPr>
        <w:t>Yog li ntawd, Petus yog lub cim ntawm thawj pawg ntseeg Khetos ntawm cov tubtxib thaum lub sij hawm nchuav los ntawm nag nyob rau hnub Peetekos, thiab yog lub cim ntawm pawg ntseeg Khetos kawg thaum lub sij hawm nag lig, uas tau raug ua qauv qhia ua ntej los ntawm kev nchuav los rau hnub Peetekos.</w:t>
      </w:r>
    </w:p>
    <w:p>
      <w:pPr>
        <w:pStyle w:val="ArticleScripture"/>
        <w:jc w:val="left"/>
      </w:pPr>
      <w:r>
        <w:rPr>
          <w:rFonts w:ascii="Times New Roman" w:hAnsi="Times New Roman" w:eastAsia="Times New Roman" w:cs="Times New Roman"/>
        </w:rPr>
        <w:t>Thiab kuv pom saum ntuj qhib hlo, thiab saib seb, muaj ib tug nees dawb; thiab tus uas caij nws ntawd raug hu ua Tus Ncaj Ncees thiab Tus Tseeb, thiab nyob hauv txoj kev ncaj ncees nws txiav txim thiab ua rog. Nws ob lub qhov muag zoo li nplaim taws hluav taws, thiab saum nws taub hau muaj ntau lub mom vaj; thiab nws muaj ib lub npe sau cia, uas tsis muaj leejtwg paub, tsuas yog nws tus kheej xwb. Thiab nws hnav ib lub tsho uas tsau ntshav; thiab nws lub npe hu ua Vajtswv Txojlus. Thiab cov tub rog uas nyob saum ntuj tau caij nees dawb raws nws qab los, hnav ntaub mos zoo, dawb huv thiab huv si. Tshwmsim 19:11–14.</w:t>
      </w:r>
    </w:p>
    <w:p>
      <w:pPr>
        <w:pStyle w:val="ArticleBody"/>
        <w:jc w:val="left"/>
      </w:pPr>
      <w:r>
        <w:rPr>
          <w:rFonts w:ascii="Times New Roman" w:hAnsi="Times New Roman" w:eastAsia="Times New Roman" w:cs="Times New Roman"/>
        </w:rPr>
        <w:t>Cov nees dawb sawv cev rau Khetos cov tub rog uas raug tsa sawv rov los hauv Exekees 37, thiab lawv yog pawg ntseeg uas yeej lawm, thiab lawv yog tej pob zeb nyob hauv ib lub mom vajntxwv, rau qhov Khetos tsim tsa Nws lub nceeg vaj uas muaj hwjchim ci ntsa iab nyob rau lub sijhawm nag lig. Raws li cov sawv cev ntawm Nws lub nceeg vaj, ib puas plaub caug plaub txhiab leej yog tej hniav nyiaj hniav kub nyob saum lub mom vajntxwv uas yog lub cim ntawm lub nceeg vaj uas Nws tau txais thaum xaus ntawm 2,300 hnub, uas yog ob qho tib si Lub Kaum Hli 22, 1844 thiab yuav rov muaj dua thaum txoj cai Hnub Xanpataus. Lub nceeg vaj ntawm cov nees dawb ntawd raug tsa sawv nyob rau lub sijhawm nag lig, thaum tej qhov rai saum ntuj raug qhib, rau qhov Yauhas pom tus nees dawb thaum ntuj raug qhib.</w:t>
      </w:r>
    </w:p>
    <w:p>
      <w:pPr>
        <w:pStyle w:val="ArticleBody"/>
        <w:jc w:val="left"/>
      </w:pPr>
      <w:r>
        <w:rPr>
          <w:rFonts w:ascii="Times New Roman" w:hAnsi="Times New Roman" w:eastAsia="Times New Roman" w:cs="Times New Roman"/>
        </w:rPr>
        <w:t>Nyob rau hauv alpha lub sij hawm kub ntxhov ntawm xyoo 1849, Miller tau kaw nws ob lub qhov muag rau hauv txoj kev tuag, ib pliag luv xwb. Miller yog Eliyas, thiab Eliyas tau tuag rau lub Xya hli ntuj tim 18, 2020, thiab nws tau pw hauv txoj kev tau 1,260 hnub mus txog thaum nws mus txog omega lub sij hawm kub ntxhov thiab tom qab ntawd raug tsa kom tsim dheev rov sawv. Nws txoj kev tsim dheev rov sawv raug cim tias los txog thaum tus txiv neej txhuam av tau qhib lub qhov rais saum ntuj ceeb tsheej kom cheb pov tseg cov khib nyiab. Pab tub rog nees dawb raug tsa sawv thaum lub qhov rais saum ntuj ceeb tsheej raug qhib, thiab thaum qhov ntawd tshwm sim ces kev cais tawm ntawm qhov tseeb thiab qhov cuav raug qhia kom pom. Qhov kev cais ntawd kuj raug qhia kom pom nyob hauv phau ntawv Malakhi.</w:t>
      </w:r>
    </w:p>
    <w:p>
      <w:pPr>
        <w:pStyle w:val="ArticleScripture"/>
        <w:jc w:val="left"/>
      </w:pPr>
      <w:r>
        <w:rPr>
          <w:rFonts w:ascii="Times New Roman" w:hAnsi="Times New Roman" w:eastAsia="Times New Roman" w:cs="Times New Roman"/>
        </w:rPr>
        <w:t>Nej txhua feem kaum ib mus rau hauv lub tsev txhab, xwv kom yuav muaj zaub mov nyob hauv kuv lub tsev, thiab sim kuv tam sim no nrog qhov no, tus Tswv ntawm cov tub rog hais li no, saib seb kuv puas yuav tsis qhib tej qhov rais saum ntuj rau nej, thiab nchuav ib txoj koob hmoov los rau nej, kom nej yuav tsis muaj chaw txaus los txais nws. Malaki 3:10.</w:t>
      </w:r>
    </w:p>
    <w:p>
      <w:pPr>
        <w:pStyle w:val="ArticleBody"/>
        <w:jc w:val="left"/>
      </w:pPr>
      <w:r>
        <w:rPr>
          <w:rFonts w:ascii="Times New Roman" w:hAnsi="Times New Roman" w:eastAsia="Times New Roman" w:cs="Times New Roman"/>
        </w:rPr>
        <w:t>Cov ntsuj plig ntawm cov yaj saub nyob hauv qab cov yaj saub, thiab Yauhas hauv Phau Qhia Tshwm, Miller zaj npau suav, thiab Malakis muab peb tug tim khawv txog lub sij hawm thaum cov qhov rais saum ntuj qhib. Hauv Miller zaj npau suav, nws yog nyob rau ntawm lub omega ntawm txoj kev hu kom “los thiab saib.” Txoj kev kub ntxhov hauv alpha yog thaum txoj kev tawg khiav pib, thiab omega yog thaum txoj kev sib sau pib.</w:t>
      </w:r>
    </w:p>
    <w:p>
      <w:pPr>
        <w:pStyle w:val="ArticleBody"/>
        <w:jc w:val="left"/>
      </w:pPr>
      <w:r>
        <w:rPr>
          <w:rFonts w:ascii="Times New Roman" w:hAnsi="Times New Roman" w:eastAsia="Times New Roman" w:cs="Times New Roman"/>
        </w:rPr>
        <w:t>Ua ntej peb yuav mus tob dua rau hauv Miller txoj kev npau suav, peb xav muab James White cov lus piav txog txoj kev npau suav ntawd los nrog. James White qhia tias cov pob zeb muaj nqis tseeb yog Vajtswv haiv neeg tseeb, hos cov pob zeb muaj nqis cuav yog cov neeg phem. Kuv qhia tias cov pob zeb muaj nqis yog cov lus tseeb uas muab piv rau kev yuam kev. Ob yam tib si, cov pob zeb muaj nqis thiab cov pob zeb muaj nqis cuav, yog ob qho tib si txoj xov thiab cov tub txib uas muab piv rau kev yuam kev thiab cov tub txib cuav.</w:t>
      </w:r>
    </w:p>
    <w:p>
      <w:pPr>
        <w:pStyle w:val="ArticleScripture"/>
        <w:jc w:val="left"/>
      </w:pPr>
      <w:r>
        <w:rPr>
          <w:rFonts w:ascii="Times New Roman" w:hAnsi="Times New Roman" w:eastAsia="Times New Roman" w:cs="Times New Roman"/>
        </w:rPr>
        <w:t>“KWV TIJ LAWM NPAV NTXIV I saw a company who stood well guarded and firm, giving no countenance to those who would unsettle the established faith of the body. God looked upon them with approbation. I was shown three steps—the first, second, and third angels’ messages. Said my accompanying angel, ‘Woe to him who shall move a block or stir a pin of these messages. The true understanding of these messages is of vital importance. The destiny of souls hangs upon the manner in which they are received.’ I was again brought down through these messages and saw how dearly the people of God had purchased their experience. It had been obtained through much suffering and severe conflict. God had led them along step by step, until He had placed them upon a solid, immovable platform. I saw individuals approach the platform and examine the foundation. Some with rejoicing immediately stepped upon it. Others commenced to find fault with the foundation. They wished improvements made and then the platform would be more perfect, and the people much happier. Some stepped off the platform to examine it and declared it to be laid wrong. But I saw that nearly all stood firm upon the platform and exhorted those who had stepped off to cease their complaints; for God was the Master Builder, and they were fighting against Him. They recounted the wonderful work of God, which had led them to the firm platform, and in union raised their eyes to heaven and with a loud voice glorified God. This affected some of those who had complained and left the platform, and they with humble look again stepped upon it. I was pointed back to the proclamation of the first advent of Christ. John was sent in the spirit and power of Elijah to prepare the way for Jesus. Those who rejected the testimony of John were not benefited by the teachings of Jesus. Their opposition to the message that foretold His coming placed them where they could not readily receive the strongest evidence that He was the Messiah. Satan led on those who rejected the message of John to go still farther, to reject and crucify Christ. In doing this they placed themselves where they could not receive the blessing on the day of Pentecost, which would have taught them the way into the heavenly sanctuary. The rent veil of the temple showed that the Jewish sacrifices and ordinances would no longer be received. The great Sacrifice had been offered and had been accepted, and the Holy Spirit which descended on the day of Pentecost carried the minds of the disciples from the earthly sanctuary to the heavenly, where Jesus had entered by His own blood, to shed upon His disciples the benefits of His atonement. But the Jews were left in total darkness. They lost all the light they might have had upon the plan of salvation and still trusted in their useless sacrifices and offerings. The heavenly sanctuary had taken the place of the earthly, yet they had no knowledge of the way into the heavenly. Therefore, they could not be benefited by the mediation of Christ in the holy place above. Many look with horror at the course the Jews pursued toward Jesus; and as they read the history of His abuse, think they love Him and would not have denied Him like Peter or crucified Him like the Jews. But God, who reads the hearts of all, has brought to the test that professed love to Jesus which they thought they possessed. All heaven watched with the deepest interest the reception of the first angel’s message. But many who professed to love Jesus and who shed tears as they read the story of the cross, instead of hailing with joy the good news of His coming, declared it to be an evil report. They hated those who loved His appearing and shut them out of the churches. Those who rejected the first message could not be benefited by the second; neither were they benefited by the midnight cry, which was to prepare them to enter with Jesus by faith into the most holy place of the heavenly sanctuary. And by rejecting the two former messages, they have so darkened their understanding that they can see no light in the third angel’s message, which shows the way into the most holy place. I saw that as the Jews crucified Jesus, so the nominal churches had crucified these messages, and therefore they have no knowledge of the way into the most holy, and they cannot be benefited by the intercession of Jesus there. Like the Jews, who offered their useless sacrifices, they offer up their useless prayers to the apartment which Jesus has left; and Satan, pleased with the deception, assumes a religious character, and leads the minds of these professed Christians to himself, working with his power, his signs and lying wonders. Some he deceives in one way, and some in another. He has different delusions prepared to affect different minds. Some look with horror upon one deception, while they readily receive another. Satan deceives some with Spiritualism. He also comes as an angel of light and spreads his influence over the land by means of false reformations. The churches are elated and consider that God is working marvelously for them, when it is the work of another spirit. The excitement will die away and leave the world and the church in a worse condition than before. I saw that God has honest children among the nominal Adventists and the fallen churches, and before the plagues shall be poured out, ministers and people will be called out from these churches and will gladly receive the truth. Satan knows this; and before the loud cry of the third angel is given, he raises an excitement in these religious bodies, that those who have rejected the truth may think that God is with them. He hopes to deceive the honest and lead them to think that God is still working for the churches. But the light will shine, and all who are honest will leave the fallen churches, and take their stand with the remnant.””KUV PHAU NPAJ ZEEJ Kuv pom ib pab neeg sawv ruaj khov, raug tiv thaiv zoo, tsis pub ib qho kev txhawb rau cov uas xav ua rau txoj kev ntseeg uas twb raug tsa ruaj rau hauv lub cev ntawd raug ntxhov. Vajtswv ntsia ntsoov lawv nrog kev pom zoo. Kuv raug qhia txog peb theem—lus ceeb toom ntawm thawj tug tim tswv, tus thib ob, thiab tus thib peb. Tus tim tswv uas nrog kuv hais tias, ‘Kev txom nyem yuav rau tus uas txav ib thooj los sis co ib tus ntsia ntawm cov lus ceeb toom no. Kev to taub tseeb txog cov lus no yog yam tseem ceeb kawg nkaus. Txoj hmoo ntawm tej ntsuj plig dai nyob ntawm txoj kev uas lawv txais lawv.’ Kuv rov raug coj nqes los ntawm cov lus ceeb toom no dua thiab pom tias haiv neeg ntawm Vajtswv tau yuav lawv tej kev paub dhau los ntawd nrog nqe kim npaum li cas. Lawv tau txais nws los ntawm kev txom nyem ntau thiab kev tawm tsam hnyav. Vajtswv tau coj lawv mus ib theem zuj zus mus txog thaum Nws tsa lawv rau saum ib lub hauv paus ruaj khov, tsis txav tau. Kuv pom qee leej los ze lub hauv paus ntawd thiab tshuaj xyuas lub hauv. Muaj ib txhia zoo siab hlo nkag mus sawv rau saum nws tam sid. Lwm tus pib nrhiav kev txhaum ntawm lub hauv paus. Lawv xav kom muaj kev kho ntxiv, ces lub hauv paus ntawd yuav zoo dua qub, thiab haiv neeg yuav zoo siab dua ntau. Qee leej nqis ntawm lub hauv paus mus tshuaj xyuas nws thiab tshaj tawm tias nws raug tso tsis yog. Tiamsis kuv pom tias yuav luag txhua tus tseem sawv ruaj rau saum lub hauv paus thiab ntuas cov uas twb nqis lawm kom tseg lawv tej lus yws; vim Vajtswv yog Tus Kws Tsim Vaj Tsev loj, thiab lawv tab tom tawm tsam Nws. Lawv rov hais txog txoj hauj lwm txaus ntshai kawg uas Vajtswv tau ua, uas tau coj lawv los rau saum lub hauv paus ruaj khov ntawd, thiab lawv sib koom tsa muag mus saum ntuj thiab qhuas Vajtswv nrog suab nrov. Qhov no cuam tshuam qee leej ntawm cov uas twb yws thiab tawm ntawm lub hauv paus lawm, ces lawv nrog lub ntsej muag txo hwj chim rov qab los sawv rau saum nws dua. Kuv raug qhia kom tig rov qab mus saib qhov kev tshaj tawm txog thawj zaug uas Khetos los. Yauhas raug xa tuaj hauv tus ntsuj plig thiab lub hwj chim ntawm Eliyas kom npaj txoj kev rau Yexus. Cov uas tsis kam txais Yauhas zaj lus tim khawv tsis tau txiaj ntsig ntawm Yexus tej lus qhuab qhia. Lawv txoj kev tawm tsam rau txoj lus ceeb toom uas qhia ua ntej txog Nws txoj kev los tau muab lawv tso rau qhov uas lawv tsis tuaj yeem txais tau txawm yog cov pov thawj muaj zog tshaj plaws tias Nws yog tus Mexiyas. Xatas coj cov uas tsis kam txais Yauhas cov lus mus ntxiv deb dua, kom tsis kam txais thiab muab Khetos ntsia saum ntoo khaub lig. Thaum lawv ua li ntawd, lawv muab lawv tus kheej tso rau qhov uas lawv tsis tuaj yeem txais txoj koob hmoov ntawm hnub Peetekos, uas yuav tau qhia lawv txoj kev nkag mus rau hauv lub tuam tsev dawb huv saum ntuj ceeb tsheej. Daim ntaub thaiv ntawm lub tuam tsev uas raug dua qhia tias tej kev txi thiab tej kab ke Yudais yuav tsis raug txais ntxiv lawm. Txoj Kev Txi loj twb raug muab fij lawm thiab twb raug lees txais lawm, thiab tus Vaj Ntsuj Plig Dawb Huv uas nqes los rau hnub Peetekos tau nqa cov thwjtim lub siab tawm ntawm lub tuam tsev dawb huv hauv ntiajteb mus rau lub saum ntuj ceeb tsheej, qhov chaw uas Yexus twb nkag mus los ntawm Nws tus kheej cov ntshav, kom nchuav rau saum Nws cov thwjtim cov txiaj ntsig ntawm Nws txoj kev theej txhoj. Tiamsis cov Yudais raug tso cia nyob hauv qhov tsaus ntuj tag nrho. Lawv poob tag nrho lub teeb uas lawv yeej yuav tau muaj txog txoj kev npaj cawm seej thiab tseem tso siab rau lawv tej kev txi thiab tej khoom fij uas tsis muaj nqis. Lub tuam tsev dawb huv saum ntuj twb hloov chaw lub hauv ntiajteb lawm, los lawv tsis muaj kev paub txog txoj kev nkag mus rau saum ntuj. Yog li ntawd, lawv thiaj tsis tau txiaj ntsig los ntawm Khetos txoj kev ua tus pab cuam nruab nrab hauv chav dawb huv sab saud. Coob leej ntsia txoj kev uas cov Yudais ua rau Yexus nrog kev ntshai heev; thiab thaum lawv nyeem txog keeb kwm ntawm qhov kev tsim txom Nws, lawv xav tias lawv hlub Nws thiab yuav tsis tau tsis lees Nws ib yam li Petus los sis muab Nws ntsia saum ntoo khaub lig ib yam li cov Yudais. Tiamsis Vajtswv, uas nyeem txhua tus neeg lub siab, tau coj txoj kev hlub uas lawv tshaj tawm tias muaj rau Yexus—uas lawv xav tias lawv muaj—los rau qhov kev sim. Tag nrho ntuj ceeb tsheej tau saib nrog kev txaus siab tob tshaj plaws txog qhov uas tib neeg txais thawj tug tim tswv txoj lus ceeb toom li cas. Tiamsis ntau leej uas tshaj tias lawv hlub Yexus thiab uas ntws kua muag thaum lawv nyeem zaj keeb kwm ntawm tus ntoo khaub lig, tsis yog txais xov zoo txog Nws txoj kev los nrog kev xyiv fab, lawv ho tshaj tawm tias ntawd yog ib zaj lus phem. Lawv ntxub cov uas nyiam Nws txoj kev tshwm sim thiab ntiab lawv tawm hauv tej pawg ntseeg. Cov uas tsis kam txais thawj zaj lus ceeb toom tsis tuaj yeem tau txiaj ntsig los ntawm zaj lus thib ob; lawv kuj tsis tau txiaj ntsig los ntawm txoj kev qw thaum ib tag hmo, uas yog npaj lawv kom nkag tau nrog Yexus los ntawm txoj kev ntseeg mus rau hauv chav dawb huv tshaj plaws ntawm lub tuam tsev dawb huv saum ntuj ceeb tsheej. Thiab vim lawv tsis kam txais ob zaj lus ua ntej ntawd, lawv twb ua rau lawv txoj kev to taub tsaus nti ua luaj li uas lawv tsis pom ib qho kaj nyob hauv peb tug tim tswv txoj lus ceeb toom, uas qhia txoj kev mus rau hauv chav dawb huv tshaj plaws. Kuv pom tias ib yam li cov Yudais tau muab Yexus ntsia saum ntoo khaub lig, tej pawg ntseeg uas tsuas muaj npe xwb kuj tau muab cov lus ceeb toom no ntsia saum ntoo khaub lig; yog li ntawd lawv tsis paub txoj kev mus rau hauv chav dawb huv tshaj plaws, thiab lawv tsis tuaj yeem tau txiaj ntsig los ntawm Yexus txoj kev thov pab lawv nyob ntawd. Zoo ib yam li cov Yudais, uas muab lawv tej kev txi uas tsis muaj nqis fij, lawv kuj tsa lawv tej lus thov uas tsis muaj nqis mus rau chav uas Yexus twb tawm lawm; thiab Xatas, zoo siab rau qhov kev dag ntxias ntawd, muab tus yam ntxwv kev ntseeg los hnav, thiab coj cov neeg uas tshaj tias yog Khixatia no lub siab mus rau ntawm nws tus kheej, ua hauj lwm nrog nws lub hwj chim, nws tej cim, thiab tej txuj ci cuav dag. Qee leej nws dag hauv ib txoj kev, qee leej hauv lwm txoj kev. Nws npaj ntau yam kev dag ntxias sib txawv kom cuam tshuam ntau hom siab. Qee leej ntsia ib qho kev dag ntxias nrog kev ntshai heev, tiamsis lawv ho kam txais lwm yam yooj yim. Xatas dag qee leej los ntawm kev ntseeg txog ntsuj plig. Nws kuj los zoo li ib tug tim tswv ntawm qhov kaj thiab nthuav nws lub hwj huam thoob plaws lub teb chaws los ntawm tej kev hloov kho cuav. Tej pawg ntseeg zoo siab heev thiab suav hais tias Vajtswv tab tom ua hauj lwm txuj ci tseem ceeb rau lawv, thaum qhov tseeb yog lwm tus ntsuj plig ua hauj lwm. Qhov kev kub siab ntawd yuav nqis mus thiab tso lub ntiajteb thiab pawg ntseeg tseg rau hauv ib qho xwm txheej phem dua qub. Kuv pom tias Vajtswv muaj cov me nyuam ncaj ncees nyob hauv cov Adventist uas tsuas muaj npe xwb thiab hauv tej pawg ntseeg uas twb poob lawm, thiab ua ntej tej xwm txheej phem raug nchuav tawm, cov xibhwb thiab cov pej xeem yuav raug hu tawm ntawm cov pawg ntseeg no, thiab lawv yuav zoo siab txais qhov tseeb. Xatas paub qhov no; thiab ua ntej peb tug tim tswv lub suab qw nrov raug tshaj tawm, nws tsa ib qho kev kub ntxhov hauv cov koom txoos kev ntseeg no, xwv kom cov uas tau tsis kam txais qhov tseeb ho xav tias Vajtswv tseem nrog lawv. Nws vam tias yuav dag cov neeg ncaj ncees thiab coj lawv kom xav tias Vajtswv tseem tab tom ua hauj lwm rau tej pawg ntseeg no. Tiamsis qhov kaj yuav ci tawm, thiab txhua tus uas ncaj ncees yuav tawm ntawm cov pawg ntseeg uas poob lawm, thiab tuaj sawv nrog cov seem uas tshuav.”</w:t>
      </w:r>
    </w:p>
    <w:p>
      <w:pPr>
        <w:pStyle w:val="ArticleScripture"/>
        <w:jc w:val="left"/>
      </w:pPr>
      <w:r>
        <w:rPr>
          <w:rFonts w:ascii="Times New Roman" w:hAnsi="Times New Roman" w:eastAsia="Times New Roman" w:cs="Times New Roman"/>
        </w:rPr>
        <w:t>“Kev npau suav nram no tau raug luam tawm hauv phau Advent Herald, ntau dua ob xyoos dhau los lawm. Thaum ntawd kuv pom tias nws tau qhia meej meej txog peb qhov kev paub dhau los hais txog txoj kev los zaum ob, thiab tias Vajtswv tau muab txoj npau suav no los pab rau pab yaj uas tawg ua tej pab nyob ntau qhov.”</w:t>
      </w:r>
    </w:p>
    <w:p>
      <w:pPr>
        <w:pStyle w:val="ArticleScripture"/>
        <w:jc w:val="left"/>
      </w:pPr>
      <w:r>
        <w:rPr>
          <w:rFonts w:ascii="Times New Roman" w:hAnsi="Times New Roman" w:eastAsia="Times New Roman" w:cs="Times New Roman"/>
        </w:rPr>
        <w:t>“Ntawm cov cim qhia tias hnub loj thiab txaus ntshai ntawm tus Tswv twb ze los lawm, Vajtswv tau tsa tej npau suav tseg. Saib Yau-ees 2:28–31; Tes Haujlwm 2:17–20. Tej npau suav yuav los tau peb yam; thawj, ‘vim kev ua hauj lwm coob heev.’ Saib Laj Lim Tswvyim 5:3. Qhov thib ob, cov uas nyob hauv dab qias neeg thiab hauv Xatas txoj kev dag ntxias, kuj yuav muaj npau suav los ntawm nws txoj kev cuam tshuam. Saib Kevcai 8:1–5; Yelemis 23:25–28; 27:9; 29:8; Xakhaliyas 10:2; Yudas 8. Thiab qhov thib peb, Vajtswv ib txwm qhia, thiab tseem qhia nws haiv neeg ntau dua los tsawg dua los ntawm tej npau suav, uas los los ntawm txoj hauj lwm ntawm cov timtswv thiab ntawm tus Ntsuj Plig Dawb Huv. Cov uas sawv ruaj hauv qhov kaj ntshiab ntawm qhov tseeb yuav paub thaum Vajtswv pub ib zaj npau suav rau lawv; thiab cov ntawd yuav tsis raug dag thiab coj yuam kev los ntawm tej npau suav cuav.”</w:t>
      </w:r>
    </w:p>
    <w:p>
      <w:pPr>
        <w:pStyle w:val="ArticleScripture"/>
        <w:jc w:val="left"/>
      </w:pPr>
      <w:r>
        <w:rPr>
          <w:rFonts w:ascii="Times New Roman" w:hAnsi="Times New Roman" w:eastAsia="Times New Roman" w:cs="Times New Roman"/>
        </w:rPr>
        <w:t>“‘Thiab nws hais tias, Nej cia li mloog kuv tej lus tam sim no; yog muaj ib tug yaj saub nyob hauv nej, kuv uas yog tus Tswv yuav ua kom nws paub kuv tus kheej hauv ib lub zeem muag, thiab yuav hais lus rau nws hauv ib zaj npau suav.’ Numbers 12:6. Yakhauj hais tias, ‘Tus tim tswv ntawm tus Tswv tau hais lus rau kuv hauv ib zaj npau suav.’ Genesis 31:2. ‘Thiab Vajtswv tau los cuag Lanpas uas yog neeg Xixias hauv ib zaj npau suav thaum hmo ntuj.’ Genesis 31:24. Nyeem Yauxej tej npau suav, [Genesis 37:5–9,] thiab tom qab ntawd nyeem zaj keeb kwm uas ntxim nyiam txog lawv qhov kev ua tiav hauv tebchaws Iyiv. ‘Hauv Kiveyoo tus Tswv tau tshwm rau Xalaumoo hauv ib zaj npau suav thaum hmo ntuj.’ 1 Kings 3:55. Daim mlom loj uas tseem ceeb kawg hauv Daniyee tshooj ob tau muab los hauv ib zaj npau suav, thiab kuj muaj plaub tug tsiaj qus, thiab lwm yam, hauv tshooj xya thiab. Thaum Helauj nrhiav kev rhuav tshem tus Cawmseej uas tseem yog menyuam mos, Yauxej tau txais lus ceeb toom hauv ib zaj npau suav kom khiav mus rau tebchaws Iyiv. Matthew 2:13.”</w:t>
      </w:r>
    </w:p>
    <w:p>
      <w:pPr>
        <w:pStyle w:val="ArticleScripture"/>
        <w:jc w:val="left"/>
      </w:pPr>
      <w:r>
        <w:rPr>
          <w:rFonts w:ascii="Times New Roman" w:hAnsi="Times New Roman" w:eastAsia="Times New Roman" w:cs="Times New Roman"/>
        </w:rPr>
        <w:t>“‘Thiab yuav muaj li no rau HNUB NYOOG KAWG, Vajtswv hais tias, Kuv yuav muab kuv tus Ntsuj Plig nchuav los rau saum txhua cev nqaij daim tawv: thiab nej cov tub thiab nej cov ntxhais yuav cev lus faj lem, thiab nej cov tub hluas yuav pom yog toog, thiab nej cov laus yuav ua npau suav npau suav.’ Tubtxib Tes Haujlwm 2:17.</w:t>
      </w:r>
    </w:p>
    <w:p>
      <w:pPr>
        <w:pStyle w:val="ArticleScripture"/>
        <w:jc w:val="left"/>
      </w:pPr>
      <w:r>
        <w:rPr>
          <w:rFonts w:ascii="Times New Roman" w:hAnsi="Times New Roman" w:eastAsia="Times New Roman" w:cs="Times New Roman"/>
        </w:rPr>
        <w:t>“Lub txiaj ntsim ntawm kev cev Vajtswv lus, los ntawm kev npau suav thiab tej yog toog pom, ntawm no yog txiv ntawm tus Vaj Ntsuj Plig Dawb Huv, thiab nyob rau hnub kawg yuav tsum raug muab tshwm sim kom txaus ua ib lub cim. Nws yog ib yam ntawm cov txiaj ntsim ntawm pawg ntseeg txoj moo zoo.</w:t>
      </w:r>
    </w:p>
    <w:p>
      <w:pPr>
        <w:pStyle w:val="ArticleScripture"/>
        <w:jc w:val="left"/>
      </w:pPr>
      <w:r>
        <w:rPr>
          <w:rFonts w:ascii="Times New Roman" w:hAnsi="Times New Roman" w:eastAsia="Times New Roman" w:cs="Times New Roman"/>
        </w:rPr>
        <w:t>“‘Thiab Nws tau pub ib txhia ua tubtxib; thiab ib txhia ua COV YAJ SAUB; thiab ib txhia ua cov tshaj tawm txoj moo zoo; thiab ib txhia ua xibhwb thiab xibfwb; kom cov neeg dawb huv raug cob qhia kom tiav, rau txoj hauj lwm ntawm kev qhuab qhia, rau kev txhim kho lub cev ntawm Khetos.’ Efexaus 4:11, 12.</w:t>
      </w:r>
    </w:p>
    <w:p>
      <w:pPr>
        <w:pStyle w:val="ArticleScripture"/>
        <w:jc w:val="left"/>
      </w:pPr>
      <w:r>
        <w:rPr>
          <w:rFonts w:ascii="Times New Roman" w:hAnsi="Times New Roman" w:eastAsia="Times New Roman" w:cs="Times New Roman"/>
        </w:rPr>
        <w:t>“‘Thiab Vajtswv tau tsa ib txhia rau hauv pawg ntseeg, xub thawj yog cov tubtxib, tom qab ntawd yog cov YAJ SAUB,’ thiab lwm yam. 1 Khaulee 12:28. ‘Tsis txhob saib tsis taus tej KEV YAJ SAUB.’ 1 Thexalaunikes 5:20. Saib ntxiv Tes Haujlwm 13:1; 21:9; Loos 7:6; 1 Khaulee 14:1, 24, 39. Cov yaj saub lossis tej lus yaj saub yog rau kev txhim kho pawg ntseeg ntawm Khetos; thiab tsis muaj ib yam pov thawj uas yuav muab tau los ntawm Vajtswv txoj lus tias lawv yuav tsum tseg ua ntej cov tshaj moo zoo, cov xibhwb thiab cov xibhwb qhia ntawv yuav tsum tseg. Tiamsis tus uas tawm tsam hais tias, ‘Tau muaj ntau yam yog toog pom cuav thiab npau suav cuav heev lawm; yog li ntawd kuv tsis muaj peev xwm ntseeg ib yam li ntawd.’ Qhov no yeej muaj tseeb tias Xatas muaj nws tej yam cuav los dag. Nws ib txwm muaj cov yaj saub cuav, thiab yeej tsim nyog peb yuav cia siab tias muaj lawv tam sim no thiab, hauv lub sijhawm kawg no uas yog nws lub sijhawm dag ntxias thiab kov yeej. Cov uas tsis lees txais tej kev tshwm sim tshwjxeeb zoo li ntawd vim muaj yam cuav nyob, mas lawv kuj yuav nrog tib qhov tsim nyog mus ntxiv ib kauj ruam thiab tsis lees tias Vajtswv puas tau tshwm sim rau neeg nyob hauv npau suav lossis toog pom li, rau qhov yam cuav yeej ib txwm muaj nyob.”</w:t>
      </w:r>
    </w:p>
    <w:p>
      <w:pPr>
        <w:pStyle w:val="ArticleScripture"/>
        <w:jc w:val="left"/>
      </w:pPr>
      <w:r>
        <w:rPr>
          <w:rFonts w:ascii="Times New Roman" w:hAnsi="Times New Roman" w:eastAsia="Times New Roman" w:cs="Times New Roman"/>
        </w:rPr>
        <w:t>“Kev npau suav thiab kev yog toog yog yam nruab nrab uas Vajtswv tau qhia nws tus kheej rau tibneeg. Los ntawm yam nruab nrab no nws tau hais rau cov yaj saub; nws tau tso lub txiaj ntsim ntawm kev ua yaj saub rau hauv cov txiaj ntsim ntawm pawg ntseeg txoj moo zoo, thiab nws tau muab kev npau suav thiab kev yog toog suav nrog rau lwm yam cim ntawm ‘HNUB NYOOG KAWG.’ Amen.</w:t>
      </w:r>
    </w:p>
    <w:p>
      <w:pPr>
        <w:pStyle w:val="ArticleScripture"/>
        <w:jc w:val="left"/>
      </w:pPr>
      <w:r>
        <w:rPr>
          <w:rFonts w:ascii="Times New Roman" w:hAnsi="Times New Roman" w:eastAsia="Times New Roman" w:cs="Times New Roman"/>
        </w:rPr>
        <w:t>“Kuv lub hom phiaj hauv cov lus hais saum no yog tshem tawm tej lus tsis pom zoo raws li Vajlugkub, thiab npaj tus nyeem lub siab rau yam hauv qab no.</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Dec. 3, 1847.” James White, Niam Txiv Miller Txoj Kev Npau Suav, 1–6.</w:t>
      </w:r>
    </w:p>
    <w:p>
      <w:pPr>
        <w:pStyle w:val="ArticleScripture"/>
        <w:jc w:val="left"/>
      </w:pPr>
      <w:r>
        <w:rPr>
          <w:rFonts w:ascii="Times New Roman" w:hAnsi="Times New Roman" w:eastAsia="Times New Roman" w:cs="Times New Roman"/>
        </w:rPr>
        <w:t>“1. Lo lus ‘casket’ sawv cev rau tej tseeb loj hauv phau Vajlugkub, uas hais txog qhov kev rov qab los zaum ob ntawm peb tus Tswv Yexus Khetos, uas tau muab rau Tij Laug Miller kom tshaj tawm rau ntiajteb.”</w:t>
      </w:r>
    </w:p>
    <w:p>
      <w:pPr>
        <w:pStyle w:val="ArticleScripture"/>
        <w:jc w:val="left"/>
      </w:pPr>
      <w:r>
        <w:rPr>
          <w:rFonts w:ascii="Times New Roman" w:hAnsi="Times New Roman" w:eastAsia="Times New Roman" w:cs="Times New Roman"/>
        </w:rPr>
        <w:t>“2. Tus ‘yuam sij uas txuas nrog’ yog nws txoj kev txhais Vajlugkub tej lus faj lem—Muab Vajlugkub piv nrog Vajlugkub—Vajlugkub yog tus txhais nws tus kheej. Nrog tus yuam sij no Tij Laug Miller qhib tau lub ‘thawv nyiaj,’ los yog qhov tseeb loj ntawm txoj kev rov qab los txog rau lub ntiajteb.</w:t>
      </w:r>
    </w:p>
    <w:p>
      <w:pPr>
        <w:pStyle w:val="ArticleScripture"/>
        <w:jc w:val="left"/>
      </w:pPr>
      <w:r>
        <w:rPr>
          <w:rFonts w:ascii="Times New Roman" w:hAnsi="Times New Roman" w:eastAsia="Times New Roman" w:cs="Times New Roman"/>
        </w:rPr>
        <w:t>“3. Cov ‘hlaws nyiaj hniav kub, diamonds, thiab lwm yam’ uas yog ‘txhua yam thiab txhua qhov loj me,’ uas ‘tau muab teem kom zoo nkauj kawg nyob rau hauv lawv tej chaw sib txawv hauv lub thawv nyiaj hniav kub,’ sawv cev rau Vajtswv cov menyuam, [Malachi 3:17,] los ntawm txhua pawg ntseeg, thiab los ntawm yuav luag txhua qib thiab txhua yam xwm txheej hauv neej, uas tau txais txoj kev ntseeg txog kev los zaum ob, thiab tau pom tias lawv sawv khov kho nrog lub siab tawv nyob hauv lawv tej haujlwm thiab tej chaw sib txawv, hauv qhov haujlwm dawb huv ntawm qhov tseeb. Thaum lawv txav mus raws li txoj kev txiav txim no, txhua tus saib xyuas nws tus kheej tes dej num, thiab taug kev nrog kev txo hwj chim nyob rau ntawm Vajtswv xub ntiag, ‘lawv ci tawm ib txoj kev kaj thiab hwjchim ci ntsa iab’ mus rau lub ntiajteb, uas tsis muaj ib pawg ntseeg twg sib npaug tau tsuas yog pawg ntseeg nyob rau hnub nyoog cov tubtxib xwb. Txoj xov, [Revelation 14:6,7,] tau mus, ib yam li hais tau tias, saum tis cua, thiab txoj kev caw hais tias, ‘Cia li los, rau qhov txhua yam twb npaj txhij lawm,’ [Luke 14:17.] tau nthuav tawm mus nrog hwjchim thiab muaj txiaj ntsig.”</w:t>
      </w:r>
    </w:p>
    <w:p>
      <w:pPr>
        <w:pStyle w:val="ArticleScripture"/>
        <w:jc w:val="left"/>
      </w:pPr>
      <w:r>
        <w:rPr>
          <w:rFonts w:ascii="Times New Roman" w:hAnsi="Times New Roman" w:eastAsia="Times New Roman" w:cs="Times New Roman"/>
        </w:rPr>
        <w:t>“4. ‘Cov neeg pib tuaj sib sau, thaum chiv thawj tsuas muaj tsawg leej xwb, tiam sis tom qab nce zuj zus mus ua ib pab neeg coob.’ Thaum xub thawj uas Tij Laug Miller, thiab ib txhia neeg tsawg heev ntxiv, tshaj tawm txog txoj kev qhia ntawm kev rov qab los, nws tsuas ua rau muaj kev cuam tshuam me ntsis xwb, thiab tsuas muaj tsawg leej heev thiaj raug tsa sawv los ntawm nws; tiam sis txij xyoo 1840 mus txog 1844, txhua qhov chaw uas nws raug tshaj tawm, tag nrho zej zog sawv daws raug txhawb kom tsim dheev.”</w:t>
      </w:r>
    </w:p>
    <w:p>
      <w:pPr>
        <w:pStyle w:val="ArticleScripture"/>
        <w:jc w:val="left"/>
      </w:pPr>
      <w:r>
        <w:rPr>
          <w:rFonts w:ascii="Times New Roman" w:hAnsi="Times New Roman" w:eastAsia="Times New Roman" w:cs="Times New Roman"/>
        </w:rPr>
        <w:t>“5. Thaum tus timtswv ya [Tshwm Sim 14:6–7] xub pib tshaj tawm txoj xov zoo uas nyob mus ib txhis, ‘Nej cia li ntshai Vajtswv, thiab qhuas nws; rau qhov lub sijhawm uas nws txiav txim twb los txog lawm,’ coob leej qw zoo siab heev thaum lawv pom tias Yexus yuav los, thiab yuav muaj kev kho kom rov qab los, tiamsis tom qab ntawd lawv tau tawm tsam, thuam, thiab cem luag qhov tseeb uas ib nyuag ua ntej ntawd tseem ua rau lawv muaj kev xyiv fab puv npo. Lawv tau tsim kev kub ntxhov thiab ua rau cov hniav nyiaj hniav kub tawg khiav. Qhov no coj peb los txog rau lub caij nplooj zeeg xyoo 1844, thaum lub sijhawm tawg khiav pib lawm.</w:t>
      </w:r>
    </w:p>
    <w:p>
      <w:pPr>
        <w:pStyle w:val="ArticleScripture"/>
        <w:jc w:val="left"/>
      </w:pPr>
      <w:r>
        <w:rPr>
          <w:rFonts w:ascii="Times New Roman" w:hAnsi="Times New Roman" w:eastAsia="Times New Roman" w:cs="Times New Roman"/>
        </w:rPr>
        <w:t>“Nco ntsoov lo lus no: Cov uas ib zaug ‘hu nkauj qw zoo siab’ ntawd thiaj yog cov uas tsim kev kub ntxhov thiab ua kom cov nyiaj kub tawg khiav mus. Thiab txij xyoo 1844 los, tsis muaj leej twg uas tau ua kom pab yaj tawg khiav thiab coj lawv mus yuam kev muaj txiaj ntsig npaum li cov uas ib zaug tau tshaj tawm qhov tseeb thiab zoo siab rau hauv nws; tiam sis tom qab no lawv tau tsis lees paub Vajtswv txoj hauj lwm, thiab qhov uas tej lus faj lem tau tiav lawm hauv peb qhov kev paub txog txoj kev los zaum tas los.”</w:t>
      </w:r>
    </w:p>
    <w:p>
      <w:pPr>
        <w:pStyle w:val="ArticleScripture"/>
        <w:jc w:val="left"/>
      </w:pPr>
      <w:r>
        <w:rPr>
          <w:rFonts w:ascii="Times New Roman" w:hAnsi="Times New Roman" w:eastAsia="Times New Roman" w:cs="Times New Roman"/>
        </w:rPr>
        <w:t>“6. Cov ‘hlaws dag cuav thiab npib dag’ uas tau tawg xyaw nrog cov tseem ceeb, qhia meej txog cov neeg tig los cuav, lossis ‘me nyuam txawv teb chaws,’ [Hosea 5:7] txij thaum lub qhov rooj raug kaw xyoo 1844 los.”</w:t>
      </w:r>
    </w:p>
    <w:p>
      <w:pPr>
        <w:pStyle w:val="ArticleScripture"/>
        <w:jc w:val="left"/>
      </w:pPr>
      <w:r>
        <w:rPr>
          <w:rFonts w:ascii="Times New Roman" w:hAnsi="Times New Roman" w:eastAsia="Times New Roman" w:cs="Times New Roman"/>
        </w:rPr>
        <w:t>“7. Cov ‘av thiab tej txiav ntoo, xuab zeb thiab txhua yam khib nyiab,’ sawv cev rau ntau yam thiab ntau pawg kev yuam kev uas tau raug coj los nkag los rau hauv cov ntseeg txog kev rov qab los zaum ob, txij thaum lub caij nplooj zeeg xyoo 1844 los. Ntawm no kuv yuav hais txog ob peb yam ntawm lawv.”</w:t>
      </w:r>
    </w:p>
    <w:p>
      <w:pPr>
        <w:pStyle w:val="ArticleScripture"/>
        <w:jc w:val="left"/>
      </w:pPr>
      <w:r>
        <w:rPr>
          <w:rFonts w:ascii="Times New Roman" w:hAnsi="Times New Roman" w:eastAsia="Times New Roman" w:cs="Times New Roman"/>
        </w:rPr>
        <w:t>“1. Txoj hauj lwm uas qee leej ntawm cov ‘neeg yug yaj’ tau khav theeb sawv ruaj tam sim ntawd tom qab tshaj tawm txoj Kev Quaj Nruab Nrab Hmo, uas hais tias lub hwjchim dawb huv uas txo lub siab thiab yaj lub plawv, uas nrog lub zog txav ntawm lub hli xya mus, yog ib yam kev ntxias ntawm mesmeric. George Storrs yog ib tug ntawm cov thawj tus uas sawv ruaj rau txoj hauj lwm no. Saib nws tej ntaub ntawv sau nyob rau tom qab xyoo 1844, hauv phau Midnight-Cry, uas thaum ntawd luam tawm hauv New York City. J. V. Himes, hauv Albany Conference thaum caij nplooj hlav xyoo 1845, tau hais tias txoj kev txav ntawm lub hli xya tsim tau mesmerism tob xya ko taw. Qhov no kuv raug qhia los ntawm ib tug uas nyob ntawd thiab hnov lo lus hais ntawd. Lwm tus uas tau koom tes nquag hauv txoj kev quaj ntawm lub hli xya, txij thaum ntawd los kuj tau tshaj tawm tias txoj kev txav ntawd yog haujlwm ntawm Dab Ntxwg Nyoog. Kev muab tes haujlwm ntawm Khetos thiab ntawm Vaj Ntsuj Plig Dawb Huv rau Dab Ntxwg Nyoog, nyob rau hauv peb tus Cawmseej lub sijhawm, yog kev thuam Vajtswv; thiab nim no los kuj yog kev thuam Vajtswv thiab. 2. Ntau yam kev sim txog lub sijhawm meej. Txij thaum 2300 hnub xaus rau xyoo 1844 los, kuj muaj ntau lub sijhawm uas raug teem tseg, los ntawm ntau tus neeg sib txawv, rau lawv txoj kev xaus. Hauv kev ua li ntawd lawv tau txav tej ‘cim ciam qub,’ thiab tau muab qhov tsaus ntuj thiab kev ua xyem xyav npog tag nrho txoj kev txav ntawm txoj kev los zaum ob. 3. Kev ntseeg txog ntsuj plig nrog rau tag nrho nws tej kev xav cuav thiab kev tshaj dhau. Qhov kev ntxias no ntawm Dab Ntxwg Nyoog, uas tau ua tiav ib txoj haujlwm txaus ntshai ntawm kev tuag, raug sawv cev haum heev los ntawm ‘tej txiag ntoo txiav pov tseg,’ thiab ‘txhua yam khib nyiab txhua hom.’ Coob tus ntawm cov uas nqos tau cov tshuaj lom ntawm kev ntseeg txog ntsuj plig tau lees paub qhov tseeb ntawm peb txoj kev paub txog txoj kev los zaum ob yav dhau los, thiab vim qhov no coob leej thiaj raug coj los ntseeg tias kev ntseeg txog ntsuj plig yog txiaj ntsig ntuj tsim ntawm txoj kev ntseeg tias Vajtswv tau coj cov kev txav loj ntawm txoj kev los zaum ob hauv xyoo 1843 thiab 1844. Petus, thaum hais txog cov uas yuav ‘coj tej kev qhia cuav uas ua rau puastsuaj los nkag los, txawm yog tsis lees tus Tswv uas txhiv lawv lawm,’ hais tias ‘VIM LAWV LI NO TXOJ KEV TSEEB THIAJ YUAV RHAUG LUAG HAIS PHEM.’ 4. S. S. Snow lees tias nws yog ‘Eliyas tus Yaj Saub.’ Tus txiv neej no, hauv nws txoj kev coj txawv txawv thiab qus, kuj tau ua nws feem hauv txoj haujlwm kev tuag no, thiab nws txoj kev ua tau coj mus rau qhov ua rau txoj hauj lwm tseeb ntawm cov neeg dawb huv uas tab tom tos raug poob koob meej hauv ntau tus ntsuj plig ncaj ncees lub siab.”</w:t>
      </w:r>
    </w:p>
    <w:p>
      <w:pPr>
        <w:pStyle w:val="ArticleScripture"/>
        <w:jc w:val="left"/>
      </w:pPr>
      <w:r>
        <w:rPr>
          <w:rFonts w:ascii="Times New Roman" w:hAnsi="Times New Roman" w:eastAsia="Times New Roman" w:cs="Times New Roman"/>
        </w:rPr>
        <w:t>“Rau hauv daim ntawv teev tej kev yuam kev no kuv tseem yuav ntxiv tau ntau yam ntxiv, xws li ‘ib txhiab xyoo’ hauv Qhia Tshwm 20:4, 7, uas muab tso rau yav dhau los lawm, cov 144,000 hauv Qhia Tshwm 7:4; 14:1, cov uas ‘sawv rov los thiab tawm hauv tej ntxa los’ tom qab Khetos sawv hauv qhov tuag rov qab los, txoj kev qhuab qhia tias tsis txhob ua haujlwm li, txoj kev qhuab qhia hais txog kev rhuav tshem cov me nyuam mos, thiab lwm yam ntxiv. Tej kev yuam kev no raug tshaj tawm thiab muab thawb rau pab yaj uas tab tom tos ntsoov ntawd nrog txoj kev mob siab kawg nkaus; vim li ntawd, thaum uas Kwv Tij Miller tau npau suav ntawd, cov hniav nyiaj hniav kub tseeb twb raug ‘rho tawm ntawm qhov muag pom lawm,’ thiab cov lus ntawm tus yaj saub kuj phim raws li no—‘Thiab kev txiav txim raug thawb rov qab mus tom qab, thiab kev ncaj ncees sawv deb nroog,’ thiab lwm yam ntxiv. Saib Yaxayas 56:14.”</w:t>
      </w:r>
    </w:p>
    <w:p>
      <w:pPr>
        <w:pStyle w:val="ArticleScripture"/>
        <w:jc w:val="left"/>
      </w:pPr>
      <w:r>
        <w:rPr>
          <w:rFonts w:ascii="Times New Roman" w:hAnsi="Times New Roman" w:eastAsia="Times New Roman" w:cs="Times New Roman"/>
        </w:rPr>
        <w:t>“Lub sij hawm ntawd tsis muaj ib daim ntawv xov xwm advent nyob hauv lub tebchaws uas txhawb nqa txoj hauj lwm ntawm qhov tseeb tam sim no. Daim ‘Day-Dawn’ yog daim kawg uas tiv thaiv txoj hauj lwm tseeb ntawm pab yaj me; tiam sis daim ntawd tau tuag ploj mus ntau lub hlis ua ntej tus Tswv pub npau suav no rau Kwv tij Miller; thiab hauv nws txoj kev tawm tsam kawg ua ntej tuag, nws tau taw cov neeg ntseeg uas qaug zog thiab quaj ntsuag mus rau xyoo 1877, uas thaum ntawd tseem nyob peb caug xyoo tom ntej, ua lub sij hawm ntawm lawv txoj kev dim kawg nkaus. Au! Au! Tsis muaj qhov xav li tias Kwv tij Miller, hauv nws npau suav, ‘zaum thiab quaj’ vim txoj xwm txheej tu siab no.”</w:t>
      </w:r>
    </w:p>
    <w:p>
      <w:pPr>
        <w:pStyle w:val="ArticleScripture"/>
        <w:jc w:val="left"/>
      </w:pPr>
      <w:r>
        <w:rPr>
          <w:rFonts w:ascii="Times New Roman" w:hAnsi="Times New Roman" w:eastAsia="Times New Roman" w:cs="Times New Roman"/>
        </w:rPr>
        <w:t>“8. Lub hleb, sawv cev rau qhov tseeb ntawm kev los uas Tij Laug Miller tau tshaj tawm rau lub ntiaj teb, raws li tau qhia meej hauv zaj lus piv txwv txog kaum tus nkauj xwb. Mathais 25:1–11. Ua ntej yog lub sijhawm, 1843, yam thib ob yog lub sijhawm ncua, yam thib peb yog lub suab hu thaum ib tag hmo, nyob rau lub hli xya, 1844, thiab yam thib plaub yog lub qhov rooj kaw. Tsis muaj leej twg uas tau nyeem cov ntaub ntawv hais txog Kev Los Zaum Ob txij xyoo 1843 los, yuav tsis lees tias Tij Laug Miller tau txhawb nqa plaub lub ntsiab tseem ceeb no hauv keeb kwm ntawm txoj kev los. Lub txheej txheem tseeb no uas sib haum xeeb, lossis “lub hleb,” tau raug rhuav ua tej daim, thiab tawg tas rau hauv cov khib nyiab los ntawm cov uas tau tsis lees lawv tus kheej txoj kev paub dhau los, thiab tau tsis lees cov tseeb ntawd ntag uas lawv, nrog Tij Laug Miller, tau tshaj tawm rau lub ntiaj teb yam tsis ntshai li.”</w:t>
      </w:r>
    </w:p>
    <w:p>
      <w:pPr>
        <w:pStyle w:val="ArticleScripture"/>
        <w:jc w:val="left"/>
      </w:pPr>
      <w:r>
        <w:rPr>
          <w:rFonts w:ascii="Times New Roman" w:hAnsi="Times New Roman" w:eastAsia="Times New Roman" w:cs="Times New Roman"/>
        </w:rPr>
        <w:t>“9. Tus txiv neej uas tuav tus ‘txhuam av’ sawv cev rau qhov kaj meej ntawm qhov tseeb tam sim no, raws li tau muab nthuav tawm los ntawm cov lus ntawm tus tim tswv thib peb, [Revelation 14:9–12,] uas nim no tab tom ntxuav tej kev yuam kev kom ploj mus ntawm cov seem uas tshuav. Tes haujlwm ntawm qhov tseeb tam sim no tau pib rov ciaj sia nyob rau lub caij nplooj ntoos hlav xyoo 1848, thiab txij thaum ntawd los mus txog rau tam sim no nws tau nce siab thiab tau txais zog ntxiv zuj zus. Tus ‘txhuam av’ tau txav mus, thiab tej kev yuam kev tau ploj mus ua ntej qhov kaj meej ntawm qhov tseeb; thiab ib txhia ntawm cov hniav nyiaj hniav kub muaj nqis, uas tsuas yog ib nyuag sij hawm dhau los no tseem raug qhov tsaus ntuj thiab kev yuam kev npog cia thiab thaiv tsis pub pom, nim no sawv hauv qhov kaj meej ntawm qhov tseeb tam sim no.</w:t>
      </w:r>
    </w:p>
    <w:p>
      <w:pPr>
        <w:pStyle w:val="ArticleScripture"/>
        <w:jc w:val="left"/>
      </w:pPr>
      <w:r>
        <w:rPr>
          <w:rFonts w:ascii="Times New Roman" w:hAnsi="Times New Roman" w:eastAsia="Times New Roman" w:cs="Times New Roman"/>
        </w:rPr>
        <w:t>“Txoj hauj lwm no ntawm kev rho cov kub nyhiab tawm los, thiab ntxuav kom tej kev yuam kev ploj mus, tab tom nce sai zuj zus, thiab twb raug teem tseg kom txuas mus nrog hwj chim loj hlob ntxiv mus, mus txog thaum cov neeg dawb huv raug tshawb nrhiav tas nrho, thiab txais tau lub cim ntawm Vajtswv uas muaj sia nyob. Muab qhov no piv nrog tshooj peb caug plaub ntawm Exekees, ces nej yuav pom tias Vajtswv tau cog lus tias yuav sau nws pab yaj uas tau tawg khiav mus ua ke dua, nyob hauv hnub tsaus ntuj thiab huab nti no, txij xyoo 1844 los. Ua ntej Yexus los, “pab yaj me” yuav raug sau ua ke rau hauv “kev koom siab ntawm txoj kev ntseeg.” Yexus tam sim no tab tom ntxuav kom dawb huv “rau nws tus kheej ib haiv neeg tshwj xeeb, kub siab lug rau tej haujlwm zoo,” thiab thaum nws los nws yuav pom nws “lub koom txoos tsis muaj qhov paug, los sis ntsws, los sis ib yam li ntawd li.” “Tus uas nws rab xuas tshauv nyob hauv nws txhais tes, thiab nws yuav ntxuav nws lub tshav nplej kom huv si, thiab sau nws cov nplej rau hauv lub txhab, thiab lwm yam.” Mathais 3:12.</w:t>
      </w:r>
    </w:p>
    <w:p>
      <w:pPr>
        <w:pStyle w:val="ArticleScripture"/>
        <w:jc w:val="left"/>
      </w:pPr>
      <w:r>
        <w:rPr>
          <w:rFonts w:ascii="Times New Roman" w:hAnsi="Times New Roman" w:eastAsia="Times New Roman" w:cs="Times New Roman"/>
        </w:rPr>
        <w:t>“10. Lub ‘thawv nyiaj’ thib ob uas ‘loj dua thiab zoo nkauj dua lub qub’ uas cov ‘hniav nyiaj hniav kub,’ ‘pob zeb diamond’ thiab npib uas tawg ua sab ua sua raug sau los tso ua ke rau hauv ntawd, sawv cev rau thaj teb dav ntawm txoj sia nyob hauv qhov tseeb tam sim no, uas pab yaj tawg ua sab ua sua yuav raug sau los sib sau rau hauv, yog 144,000 kiag, lawv txhua tus muaj lub cim ntawm Vajtswv uas muaj sia nyob. Tsis muaj ib lub pob zeb diamond muaj nqis twg yuav raug tso tseg rau hauv qhov tsaus ntuj. Txawm yog qee lub tsis loj dua rab koob taub hau los, los lawv yuav tsis raug saib dhau mus, thiab yuav tsis raug cia tseg rau hnub no thaum Vajtswv tab tom sau nws cov hniav nyiaj hniav kub los ua ke. [Malakis 3:16–18] Nws muaj peev xwm txib nws cov tim tswv thiab kom lawv maj nrawm coj lawv tawm los ib yam li nws tau coj Lauj tawm hauv Xaudoo. ‘Tus Tswv yuav ua ib txoj hauj lwm luv luv saum lub ntiaj teb no.’ ‘Nws yuav txiav kom luv nyob hauv txoj kev ncaj ncees.’ Saib Loos 9:28.” James White, Cov Lus Hauv Qab Nplooj rau Kwv Tij Miller Zaj Npau Suav.</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Lub Koom Txoos Xya-hnub Khaws Hnub Caiv Laodikea — Zaj Peb Caug Tsib</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