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Khaws Hnub Caiv Laodicea - Zaj Peb Caug Rau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Zauv Peb Caug Rau Aruavag</w:t>
      </w:r>
    </w:p>
    <w:p>
      <w:pPr>
        <w:pStyle w:val="ArticleBody"/>
        <w:jc w:val="left"/>
      </w:pPr>
      <w:r>
        <w:rPr>
          <w:rFonts w:ascii="Times New Roman" w:hAnsi="Times New Roman" w:eastAsia="Times New Roman" w:cs="Times New Roman"/>
        </w:rPr>
        <w:t>Nyob rau hauv “lub caij ntxhov thiab tawg khiav,” uas James White qhia tias yog kev tawg mus ua ntau pab ntawm cov Millerites tom qab hnub tim 22 Lub Kaum Hli, 1844, William Miller tau ntsib ib zaj npau suav hauv xyoo 1847, thiab ob xyoos tom qab ntawd nws tau raug coj mus so.</w:t>
      </w:r>
    </w:p>
    <w:p>
      <w:pPr>
        <w:pStyle w:val="ArticleScripture"/>
        <w:jc w:val="left"/>
      </w:pPr>
      <w:r>
        <w:rPr>
          <w:rFonts w:ascii="Times New Roman" w:hAnsi="Times New Roman" w:eastAsia="Times New Roman" w:cs="Times New Roman"/>
        </w:rPr>
        <w:t>“Yog William Miller tau pom pom kev kaj ntawm txoj xov thib peb, ntau yam uas zoo tsaus nti thiab tsis meej rau nws yuav tau raug piav qhia. Tiamsis nws cov kwvtij tshaj tawm tias lawv muaj kev hlub thiab kev txhawj xeeb tob heev rau nws, ces nws xav tias nws tsis muaj peev xwm txiav nws tus kheej tawm ntawm lawv. Nws lub siab yuav tig mus rau qhov tseeb, ces nws rov ntsia nws cov kwvtij; lawv tawm tsam nws. Nws puas yuav txiav tau nws tus kheej tawm ntawm cov uas tau sawv ib sab nrog nws hauv kev tshaj tawm txog Yexus txoj kev los? Nws xav tias lawv yeej yuav tsis coj nws mus yuam kev.</w:t>
      </w:r>
    </w:p>
    <w:p>
      <w:pPr>
        <w:pStyle w:val="ArticleScripture"/>
        <w:jc w:val="left"/>
      </w:pPr>
      <w:r>
        <w:rPr>
          <w:rFonts w:ascii="Times New Roman" w:hAnsi="Times New Roman" w:eastAsia="Times New Roman" w:cs="Times New Roman"/>
        </w:rPr>
        <w:t>“Vajtswv cia nws poob rau hauv Xatas lub hwjchim, txoj kev kav ntawm kev tuag, thiab zais nws rau hauv lub ntxa kom deb ntawm cov uas pheej niaj hnub rub nws kom tawm ntawm qhov tseeb. Mauxes tau ua yuam kev thaum nws twb yuav nkag mus rau hauv Tebchaws Uas Tau Cog Tseg. Ib yam li ntawd thiab, kuv pom tias William Miller tau ua yuam kev thaum nws twb yuav nkag mus rau hauv Khana-as saum ntuj ceeb tsheej, hauv qhov uas nws cia nws lub hwjchim cuam tshuam mus tawm tsam qhov tseeb. Lwm tus tau coj nws mus txog qhov no; lwm tus yuav tsum lav ris txog nws. Tiamsis cov timtswv saib xyuas cov hmoov av muaj nqis ntawm tus qhev ntawm Vajtswv no, thiab nws yuav tawm los thaum lub suab raj kawg nrov.”</w:t>
      </w:r>
    </w:p>
    <w:p>
      <w:pPr>
        <w:pStyle w:val="ArticleScripture"/>
        <w:jc w:val="left"/>
      </w:pPr>
      <w:r>
        <w:rPr>
          <w:rFonts w:ascii="Times New Roman" w:hAnsi="Times New Roman" w:eastAsia="Times New Roman" w:cs="Times New Roman"/>
        </w:rPr>
        <w:t>“Ib Lub Hauv Paus Uas Ruaj Khov</w:t>
      </w:r>
    </w:p>
    <w:p>
      <w:pPr>
        <w:pStyle w:val="ArticleScripture"/>
        <w:jc w:val="left"/>
      </w:pPr>
      <w:r>
        <w:rPr>
          <w:rFonts w:ascii="Times New Roman" w:hAnsi="Times New Roman" w:eastAsia="Times New Roman" w:cs="Times New Roman"/>
        </w:rPr>
        <w:t>“Kuv tau pom ib pab neeg uas sawv khov kho thiab raug tiv thaiv zoo, tsis pub ib qho kev txhawb rau cov uas xav ua kom txoj kev ntseeg uas twb raug tsa ruaj khov hauv lub cev pawg ntseeg ntawd raug chwv mus. Vajtswv ntsia ntsoov lawv nrog kev pom zoo. Kuv raug qhia txog peb theem—tus tim tswv thawj, tus tim tswv ob, thiab tus tim tswv peb cov lus. Tus tim tswv uas nrog kuv hais tias, ‘Kev puastsuaj rau tus uas yuav txav ib qho thaiv lossis co ib rab xaim ntawm cov lus no. Kev nkag siab tseeb txog cov lus no yog yam tseem ceeb heev rau txoj sia. Txoj hmoo ntawm tej ntsuj plig dai rau txoj kev uas lawv raug txais.’ Kuv rov raug coj nqes los dhau ntawm cov lus no dua, thiab pom tias haiv neeg ntawm Vajtswv tau them nqi kim npaum li cas thiaj tau lawv txoj kev paub dhau los. Nws tau raug txais los ntawm kev txom nyem ntau thiab kev tawm tsam hnyav heev. Vajtswv tau coj lawv mus ib kauj ruam zuj zus, mus txog thaum Nws muab lawv tso rau saum ib lub hauv paus ruaj khov, tsis txawj txav. Kuv pom tej tus neeg los ze rau lub hauv paus ntawd thiab tshuaj xyuas lub hauv paus. Qee leej nrog kev zoo siab tam sid nce mus sawv saum nws. Lwm tus pib nrhiav qhov txhaum ntawm lub hauv paus. Lawv xav kom muaj kev kho kom zoo dua ntxiv, ces lub hauv paus ntawd thiaj yuav zoo dua qub, thiab cov neeg yuav zoo siab dua heev. Qee leej nqis ntawm lub hauv paus mus tshuaj xyuas nws thiab tshaj tawm tias nws raug tsa yuam kev lawm. Tiamsis kuv pom tias yuav luag txhua tus sawv ruaj khov saum lub hauv paus thiab ntuas cov uas tau nqis mus lawm kom tso tseg lawv tej lus yws; rau qhov Vajtswv yog tus Tswv Kws Tsim Tsa, thiab lawv tab tom tawm tsam Nws. Lawv rov hais txog Vajtswv txoj hauj lwm txaus xav kawg, uas tau coj lawv los txog rau lub hauv paus ruaj khov ntawd, thiab hauv kev sib koom siab lawv tsa muag ntsia saum ntuj ceeb tsheej thiab nrog lub suab nrov qhuas Vajtswv. Qhov no kov tau ib txhia ntawm cov uas tau yws thiab tawm hauv lub hauv paus mus lawm, thiab lawv nrog lub ntsej muag txo hwj chim rov nce mus saum nws dua.” Early Writings, 258.</w:t>
      </w:r>
    </w:p>
    <w:p>
      <w:pPr>
        <w:pStyle w:val="ArticleHeading"/>
        <w:jc w:val="left"/>
      </w:pPr>
      <w:r>
        <w:rPr>
          <w:rFonts w:ascii="Arial" w:hAnsi="Arial" w:eastAsia="Arial" w:cs="Arial"/>
        </w:rPr>
        <w:t>Miller Cov Haujlwm Zoo Kawg Nkaus</w:t>
      </w:r>
    </w:p>
    <w:p>
      <w:pPr>
        <w:pStyle w:val="ArticleBody"/>
        <w:jc w:val="left"/>
      </w:pPr>
      <w:r>
        <w:rPr>
          <w:rFonts w:ascii="Times New Roman" w:hAnsi="Times New Roman" w:eastAsia="Times New Roman" w:cs="Times New Roman"/>
        </w:rPr>
        <w:t>“Txoj hauj lwm uas zoo kawg” ntawm William Miller tau coj los rau “lub hauv paus ruaj khov” uas yog “lub sam thiaj ruaj nrees, txav tsis taus.” “Lub hauv paus” ntawm “lub sam thiaj txav tsis taus,” thiab kev tawm tsam tom qab ntawd rau ob qho tib si “lub sam thiaj” thiab “lub hauv paus” uas tau raug qhia tawm tom qab Miller tuag xyoo 1849, raug txheeb qhia tseg hauv nws zaj npau suav.</w:t>
      </w:r>
    </w:p>
    <w:p>
      <w:pPr>
        <w:pStyle w:val="ArticleBody"/>
        <w:jc w:val="left"/>
      </w:pPr>
      <w:r>
        <w:rPr>
          <w:rFonts w:ascii="Times New Roman" w:hAnsi="Times New Roman" w:eastAsia="Times New Roman" w:cs="Times New Roman"/>
        </w:rPr>
        <w:t>William Miller yog tus cim sawv cev rau lub hauv paus ntawm Kev Ntseeg Adventism.</w:t>
      </w:r>
    </w:p>
    <w:p>
      <w:pPr>
        <w:pStyle w:val="ArticleBody"/>
        <w:jc w:val="left"/>
      </w:pPr>
      <w:r>
        <w:rPr>
          <w:rFonts w:ascii="Times New Roman" w:hAnsi="Times New Roman" w:eastAsia="Times New Roman" w:cs="Times New Roman"/>
        </w:rPr>
        <w:t>Nws kuj yog lub cim ntawm keeb kwm Millerite txij xyoo 1798 mus txog xyoo 1863.</w:t>
      </w:r>
    </w:p>
    <w:p>
      <w:pPr>
        <w:pStyle w:val="ArticleBody"/>
        <w:jc w:val="left"/>
      </w:pPr>
      <w:r>
        <w:rPr>
          <w:rFonts w:ascii="Times New Roman" w:hAnsi="Times New Roman" w:eastAsia="Times New Roman" w:cs="Times New Roman"/>
        </w:rPr>
        <w:t>Nws kuj yog tus cim ntawm keeb kwm Millerite txij xyoo 1798 mus txog xyoo 1844.</w:t>
      </w:r>
    </w:p>
    <w:p>
      <w:pPr>
        <w:pStyle w:val="ArticleBody"/>
        <w:jc w:val="left"/>
      </w:pPr>
      <w:r>
        <w:rPr>
          <w:rFonts w:ascii="Times New Roman" w:hAnsi="Times New Roman" w:eastAsia="Times New Roman" w:cs="Times New Roman"/>
        </w:rPr>
        <w:t>Nws kuj yog tus cim sawv cev rau keeb kwm ntawm peb tug timtswv saum ntuj txij xyoo 1798 mus txog rau hnub cai Hnub Caiv.</w:t>
      </w:r>
    </w:p>
    <w:p>
      <w:pPr>
        <w:pStyle w:val="ArticleBody"/>
        <w:jc w:val="left"/>
      </w:pPr>
      <w:r>
        <w:rPr>
          <w:rFonts w:ascii="Times New Roman" w:hAnsi="Times New Roman" w:eastAsia="Times New Roman" w:cs="Times New Roman"/>
        </w:rPr>
        <w:t>Nws raug sawv cev los ntawm plaub caug rau xyoo txij xyoo 1798 mus txog 1844.</w:t>
      </w:r>
    </w:p>
    <w:p>
      <w:pPr>
        <w:pStyle w:val="ArticleBody"/>
        <w:jc w:val="left"/>
      </w:pPr>
      <w:r>
        <w:rPr>
          <w:rFonts w:ascii="Times New Roman" w:hAnsi="Times New Roman" w:eastAsia="Times New Roman" w:cs="Times New Roman"/>
        </w:rPr>
        <w:t>Nws raug sawv cev los ntawm tus lej “220,” raws li kev sib txheeb nrog 2,520 thiab 2,300.</w:t>
      </w:r>
    </w:p>
    <w:p>
      <w:pPr>
        <w:pStyle w:val="ArticleBody"/>
        <w:jc w:val="left"/>
      </w:pPr>
      <w:r>
        <w:rPr>
          <w:rFonts w:ascii="Times New Roman" w:hAnsi="Times New Roman" w:eastAsia="Times New Roman" w:cs="Times New Roman"/>
        </w:rPr>
        <w:t>Nws raug sawv cev los ntawm “xya lub sij hawm”—yog 2,520.</w:t>
      </w:r>
    </w:p>
    <w:p>
      <w:pPr>
        <w:pStyle w:val="ArticleBody"/>
        <w:jc w:val="left"/>
      </w:pPr>
      <w:r>
        <w:rPr>
          <w:rFonts w:ascii="Times New Roman" w:hAnsi="Times New Roman" w:eastAsia="Times New Roman" w:cs="Times New Roman"/>
        </w:rPr>
        <w:t>Nws raug sawv cev los ntawm 2,300.</w:t>
      </w:r>
    </w:p>
    <w:p>
      <w:pPr>
        <w:pStyle w:val="ArticleBody"/>
        <w:jc w:val="left"/>
      </w:pPr>
      <w:r>
        <w:rPr>
          <w:rFonts w:ascii="Times New Roman" w:hAnsi="Times New Roman" w:eastAsia="Times New Roman" w:cs="Times New Roman"/>
        </w:rPr>
        <w:t>Ob zaj npau suav ntawm Miller raug ua piv txwv los ntawm ob zaj npau suav ntawm Nenpukhanexas nyob hauv Daniyees tshooj ob thiab tshooj plaub.</w:t>
      </w:r>
    </w:p>
    <w:p>
      <w:pPr>
        <w:pStyle w:val="ArticleBody"/>
        <w:jc w:val="left"/>
      </w:pPr>
      <w:r>
        <w:rPr>
          <w:rFonts w:ascii="Times New Roman" w:hAnsi="Times New Roman" w:eastAsia="Times New Roman" w:cs="Times New Roman"/>
        </w:rPr>
        <w:t>Lub lub sij hawm 1798 pib nrog Nebuchadnezzar thiab xaus rau xyoo 1863 nrog Belshazzar.</w:t>
      </w:r>
    </w:p>
    <w:p>
      <w:pPr>
        <w:pStyle w:val="ArticleBody"/>
        <w:jc w:val="left"/>
      </w:pPr>
      <w:r>
        <w:rPr>
          <w:rFonts w:ascii="Times New Roman" w:hAnsi="Times New Roman" w:eastAsia="Times New Roman" w:cs="Times New Roman"/>
        </w:rPr>
        <w:t>Lub sijhawm txij xyoo 1798 mus txog rau txoj cai Sunday pib nrog Nebuchadnezzar thiab xaus nrog Belshazzar.</w:t>
      </w:r>
    </w:p>
    <w:p>
      <w:pPr>
        <w:pStyle w:val="ArticleBody"/>
        <w:jc w:val="left"/>
      </w:pPr>
      <w:r>
        <w:rPr>
          <w:rFonts w:ascii="Times New Roman" w:hAnsi="Times New Roman" w:eastAsia="Times New Roman" w:cs="Times New Roman"/>
        </w:rPr>
        <w:t>Raws li lub cim sawv cev rau keeb kwm ntawm cov Millerites, nws kuj yog lub cim sawv cev rau cov hauv paus, uas sawv cev rau tej qhov tseeb uas tau raug tshawb pom nyob rau nruab nrab ntawm qhov kev nrhiav pom alpha ntawm 2,520 thiab qhov kev nrhiav pom omega ntawm 2,300. Thaum James White tawm tswv yim txog William Miller txoj kev npau suav, nws tau qhia tias “tus yuam sij” yog Miller txoj kev kawm Vajlugkub. Txoj kev ua raws txheej txheem ntawd yog tus yuam sij ntawm Daviv uas tau muab tso rau saum Miller lub xub pwg, rau qhov nws tau nthuav tawm zaj lus faj lem ntawm 2300 xyoo uas tau xaus thaum Yaxayas 22:22 tau raug ua tiav rau hnub Kaum Hli 22, 1844.</w:t>
      </w:r>
    </w:p>
    <w:p>
      <w:pPr>
        <w:pStyle w:val="ArticleBody"/>
        <w:jc w:val="left"/>
      </w:pPr>
      <w:r>
        <w:rPr>
          <w:rFonts w:ascii="Times New Roman" w:hAnsi="Times New Roman" w:eastAsia="Times New Roman" w:cs="Times New Roman"/>
        </w:rPr>
        <w:t>Cov lus tseeb uas pib raug qhib lub cim txij xyoo 2023 mus tom ntej no, yog cov lus tseeb uas twb tau raug txheeb tseg lawm hauv Habakkuk’s Tables 95 presentations, thiab nim no cov lus tseeb ntawd tab tom raug muab tsa rau hauv ib lub qauv tshiab ntawm “Truth.”</w:t>
      </w:r>
    </w:p>
    <w:p>
      <w:pPr>
        <w:pStyle w:val="ArticleBody"/>
        <w:jc w:val="left"/>
      </w:pPr>
      <w:r>
        <w:rPr>
          <w:rFonts w:ascii="Times New Roman" w:hAnsi="Times New Roman" w:eastAsia="Times New Roman" w:cs="Times New Roman"/>
        </w:rPr>
        <w:t>Lub suab hu hauv tebchaws moj sab qhua thaum Lub Xya Hli 2023 tau qhia meej tias kev quaj ntsuag thiab kev tu siab yog yam tsim nyog rau cov uas yuav tsum hloov siab lees txim vim txoj kev tshaj tawm ntawm Lub Xya Hli 18, 2020. Cov uas yuav nyob nrog cov nkauj xwb muaj tswvyim yuav tsum hloov siab lees txim kom phim nrog zaj lus thov hauv Daniyee cuaj, uas yog zaj lus thov ntawm cov nyob hauv Levis Kevcai 26 uas lees paub tias lawv tau raug tawg khiav mus.</w:t>
      </w:r>
    </w:p>
    <w:p>
      <w:pPr>
        <w:pStyle w:val="ArticleBody"/>
        <w:jc w:val="left"/>
      </w:pPr>
      <w:r>
        <w:rPr>
          <w:rFonts w:ascii="Times New Roman" w:hAnsi="Times New Roman" w:eastAsia="Times New Roman" w:cs="Times New Roman"/>
        </w:rPr>
        <w:t>Thaum Miller hais tias, “Thaum kuv tseem quaj thiab nyuaj siab rau kuv txoj kev poob zoo heev thiab kuv lub luag haujlwm uas yuav tsum ris, kuv nco txog Vajtswv, thiab thov Vajtswv mob siab kom Nws yuav xa kev pab tuaj rau kuv. Tam sim ntawd lub qhov rooj qhib, thiab ib tug txivneej nkag los rau hauv chav, ces txhua tus neeg tawm hauv chav mus; thiab nws, tuav ib rab txhuam plua plav hauv nws txhais tes, qhib cov qhov rais, thiab pib txhuam cov av thiab tej khib nyiab tawm ntawm chav.”</w:t>
      </w:r>
    </w:p>
    <w:p>
      <w:pPr>
        <w:pStyle w:val="ArticleBody"/>
        <w:jc w:val="left"/>
      </w:pPr>
      <w:r>
        <w:rPr>
          <w:rFonts w:ascii="Times New Roman" w:hAnsi="Times New Roman" w:eastAsia="Times New Roman" w:cs="Times New Roman"/>
        </w:rPr>
        <w:t>Lub qhov rooj uas qhib ntawd yog Miller lub siab thaum nws “thov Vajtswv mob siab” nrhiav “kev pab.” Yexus, uas yog Tus Timkhawv Tseeb rau Laodicea, tab tom khob rau ntawm tib neeg lub siab nrhiav kev nkag mus. Thaum lub qhov rooj qhib lawm, ib txoj txheej txheem ntawm kev cais tawm thiaj pib. Thaum lub qhov rooj qhib lawm, cov “qhov rais” kuj qhib thiab, thiab cov “qhov rais” ntawd yog cov qhov rais saum ntuj.</w:t>
      </w:r>
    </w:p>
    <w:p>
      <w:pPr>
        <w:pStyle w:val="ArticleBody"/>
        <w:jc w:val="left"/>
      </w:pPr>
      <w:r>
        <w:rPr>
          <w:rFonts w:ascii="Times New Roman" w:hAnsi="Times New Roman" w:eastAsia="Times New Roman" w:cs="Times New Roman"/>
        </w:rPr>
        <w:t>Yauhas pom tej qhov rais saum ntuj ceeb tsheej qhib rau hauv Tshwmsim tshooj kaum cuaj thaum tus Tswv tsa Nws pab tub rog nees dawb sawv los, tam sim tom qab tus nkauj nyab twb npaj nws tus kheej txhij lawm. Pab tub rog ntawd yog Exekees pab tub rog uas sawv los teb rau txoj xov ntawm cua tuaj sab hnub tuaj uas hnyav thiab txhoj puab. Pab tub rog ntawd yog pawg ntseeg uas yeej lawm, uas hloov ntawm pawg ntseeg tub rog mus rau pawg ntseeg uas yeej lawm thaum txoj kev cais cov nplej thiab cov txhauv tiav lawm. Txoj kev cais ntawd kuj raug sawv cev ua kev hloov ntawm txoj kev paub Laodicea mus rau txoj kev paub Filadefia. Miller qhib nws lub siab thiab cia Tus Timkhawv Tseeb nkag los, thaum Nws cais cov nplej thiab cov txhauv, li ntawd tsa Nws pab tub rog nees dawb kom ciaj sia.</w:t>
      </w:r>
    </w:p>
    <w:p>
      <w:pPr>
        <w:pStyle w:val="ArticleBody"/>
        <w:jc w:val="left"/>
      </w:pPr>
      <w:r>
        <w:rPr>
          <w:rFonts w:ascii="Times New Roman" w:hAnsi="Times New Roman" w:eastAsia="Times New Roman" w:cs="Times New Roman"/>
        </w:rPr>
        <w:t>Hnub tim 31 lub Kaum Ob Hlis, 2023, tus neeg tuav Khaub Ntxuav Hmoov Av tau nkag los rau hauv chav tom qab cov neeg tawm mus lawm, thiab pib tes haujlwm tshem tawm tej khib nyiab ntawm kev yuam kev, thaum nws muab cov tseeb qub ntawm Habakkuk Cov Ntsiavlus tso rau hauv ib lub qauv tshiab ntawm qhov tseeb.</w:t>
      </w:r>
    </w:p>
    <w:p>
      <w:pPr>
        <w:pStyle w:val="ArticleScripture"/>
        <w:jc w:val="left"/>
      </w:pPr>
      <w:r>
        <w:rPr>
          <w:rFonts w:ascii="Times New Roman" w:hAnsi="Times New Roman" w:eastAsia="Times New Roman" w:cs="Times New Roman"/>
        </w:rPr>
        <w:t>“Tus Cawmseej tsis tau los rhuav tshem tej uas cov yawg koob thiab cov cev Vajtswv lus tau hais tseg; rau qhov Nws tus kheej twb tau hais los ntawm cov neeg sawv cev no lawm. Tag nrho tej kev tseeb hauv Vajtswv Txojlus yog los ntawm Nws los. Tiamsis cov pob zeb muaj nqis uas tsis muaj nqi txheeb no twb raug muab tso rau hauv tej chaw teeb tsa cuav. Lawv lub teeb uas muaj nqis heev twb raug siv los pab rau kev yuam kev. Vajtswv xav kom muab lawv tshem tawm ntawm tej chaw teeb tsa ntawm kev yuam kev ntawd thiab muab hloov los tso rau hauv tus qauv ntawm kev tseeb. Tes tib si uas los saum ntuj los xwb thiaj ua tau tes haujlwm no. Vim yog nws raug txuas nrog kev yuam kev, kev tseeb thiaj tau ua haujlwm pab rau tus yeeb ncuab ntawm Vajtswv thiab neeg. Khetos tau los tso nws rau qhov chaw uas nws yuav qhuas Vajtswv, thiab ua haujlwm cawm dim rau noob neej.” The Desire of Ages, 287.</w:t>
      </w:r>
    </w:p>
    <w:p>
      <w:pPr>
        <w:pStyle w:val="ArticleBody"/>
        <w:jc w:val="left"/>
      </w:pPr>
      <w:r>
        <w:rPr>
          <w:rFonts w:ascii="Times New Roman" w:hAnsi="Times New Roman" w:eastAsia="Times New Roman" w:cs="Times New Roman"/>
        </w:rPr>
        <w:t>Ib qho ntawm thawj qhov tseeb uas tau raug qhia nyob rau xyoo 2024 yog qhov kev piav qhia txog txoj kev poob siab ntawm Lub Xya Hli 18, 2020. Kab dhau kab nws raug lees paub tias thawj cov kev poob siab ntawm txhua txoj kab kev kho dua tshiab tau txheeb xyuas Lub Xya Hli 18, 2020 tias yog ib lub cim ciam tseem ceeb hauv zaj lus piv txwv txog kaum tus nkauj xwb. Lub ntsiab lus ntawm txoj kev poob siab tau los ua “tus yuam sij” qhib qhov tseeb ntawm lub chaw dawb huv; hos nyob rau hauv txoj kev poob siab loj ntawm xyoo 1844, lub chaw dawb huv yog “tus yuam sij” uas qhib txoj kev poob siab ntawd.</w:t>
      </w:r>
    </w:p>
    <w:p>
      <w:pPr>
        <w:pStyle w:val="ArticleBody"/>
        <w:jc w:val="left"/>
      </w:pPr>
      <w:r>
        <w:rPr>
          <w:rFonts w:ascii="Times New Roman" w:hAnsi="Times New Roman" w:eastAsia="Times New Roman" w:cs="Times New Roman"/>
        </w:rPr>
        <w:t>Tus txiv neej txhuam av, uas kuj yog Tsov Ntxhuav ntawm xeem Yudas, tau pib qhib cov ntsiab ruaj ntawm zaj lus Midnight Cry xyoo 2023. Nim no peb twb los txog rau qhov chaw hauv Miller txoj kev npau suav uas Nws tab tom muab lub thawv loj dua tso saum lub rooj thiab muab tej qhov tseeb uas yuav ci kaum npaug kaj dua lub hnub pov rau hauv. Ib lub ntawm cov pob zeb muaj nqis ntawd yog qhov kev tshwm sim qhia tias Nws yog leejtwg hauv zaj lus piav txog kev cev Vajlugkub yav tom ntej.</w:t>
      </w:r>
    </w:p>
    <w:p>
      <w:pPr>
        <w:pStyle w:val="ArticleBody"/>
        <w:jc w:val="left"/>
      </w:pPr>
      <w:r>
        <w:rPr>
          <w:rFonts w:ascii="Times New Roman" w:hAnsi="Times New Roman" w:eastAsia="Times New Roman" w:cs="Times New Roman"/>
        </w:rPr>
        <w:t>Thaum zaj lus faj lem raug qhib, Nws yog Tus Tsov Ntxhuav ntawm xeem Yudas, uas coj tej qhov tseeb qub los muab tso rau hauv ib lub txheej txheem tshiab ntawm peb theem ntawm “qhov tseeb.” Lub txheej txheem ntawd raug khi ua ke los ntawm Khetos uas yog Alpha thiab Omega, thawj thiab kawg. Raws li Vajtswv Txojlus, Nws tau npaj thiab tswj txhua yam ntawm Nws Txojlus. Raws li Palmoni, Nws tau txhim txhua feem raws li ib txoj lej txawj xam.</w:t>
      </w:r>
    </w:p>
    <w:p>
      <w:pPr>
        <w:pStyle w:val="ArticleBody"/>
        <w:jc w:val="left"/>
      </w:pPr>
      <w:r>
        <w:rPr>
          <w:rFonts w:ascii="Times New Roman" w:hAnsi="Times New Roman" w:eastAsia="Times New Roman" w:cs="Times New Roman"/>
        </w:rPr>
        <w:t>Thaum Petus nyob ntawm Caesarea Philippi, thaum teev peb, Nws nthuav qhia Nws Tus Kheej tias yog Palmoni, nrog kev hais tshwj xeeb txog “cov fractal yav lus faj lem.” Ib qho ntawm cov kev tshwm sim kawg ntawm Khetos raws li tus Tswv ntawm lus faj lem, yog kev hais tshwj xeeb txog cov fractal yav lus faj lem raws li Petus tau sawv cev hauv Mathais 16:18, uas yog lub cim ntawm 1.618, hu ua tus lej piv kub hauv lub ntiaj teb ntuj tsim, tiam sis yog “cov fractal yav lus faj lem” raws li Palmoni.</w:t>
      </w:r>
    </w:p>
    <w:p>
      <w:pPr>
        <w:pStyle w:val="ArticleBody"/>
        <w:jc w:val="left"/>
      </w:pPr>
      <w:r>
        <w:rPr>
          <w:rFonts w:ascii="Times New Roman" w:hAnsi="Times New Roman" w:eastAsia="Times New Roman" w:cs="Times New Roman"/>
        </w:rPr>
        <w:t>Peb tsuas yog nyuam qhuav pib txheeb xyuas cov fractal yaj saub uas nyob hauv lub limtiam dawb huv ntawm 27 txog 34 xwb. Ua ntej peb rov qab mus rau ntawd raws peb txoj kev mus rau hauv phau ntawv Yauj-ees, qhov kev hais kom hnyav txog cov fractal yaj saub yuav tsum tau muab ntxiv rau hauv peb txoj kev txiav txim siab txog Miller txoj kev npau suav.</w:t>
      </w:r>
    </w:p>
    <w:p>
      <w:pPr>
        <w:pStyle w:val="ArticleBody"/>
        <w:jc w:val="left"/>
      </w:pPr>
      <w:r>
        <w:rPr>
          <w:rFonts w:ascii="Times New Roman" w:hAnsi="Times New Roman" w:eastAsia="Times New Roman" w:cs="Times New Roman"/>
        </w:rPr>
        <w:t>Lub caij nyoog txij thaum Miller hu cov neeg kom “los thiab saib,” thiab Khetos, raws li tus txiv neej tu plua plav hu Miller kom “los thiab saib,” yog txij xyoo 1798 mus txog rau txoj cai Sunday, tiam sis nyob hauv tag nrho zaj keeb kwm ntawd nws muaj ib daim qauv fractal nyob sab hauv, uas yog lub caij nyoog txij xyoo 1798 mus txog rau xyoo 1863. Nws tseem muaj dua ib daim qauv fractal txij 9/11 mus txog rau txoj cai Sunday, thiab tseem muaj dua ib daim txij xyoo 2023 mus txog rau txoj cai Sunday.</w:t>
      </w:r>
    </w:p>
    <w:p>
      <w:pPr>
        <w:pStyle w:val="ArticleBody"/>
        <w:jc w:val="left"/>
      </w:pPr>
      <w:r>
        <w:rPr>
          <w:rFonts w:ascii="Times New Roman" w:hAnsi="Times New Roman" w:eastAsia="Times New Roman" w:cs="Times New Roman"/>
        </w:rPr>
        <w:t>Thaum Miller kaw nws ob lub qhov muag nyob hauv nruab nrab txoj kev ntxhov thiab kev kub ntxhov, nws sawv cev rau keeb kwm xyoo 1849, thaum tus Tswv tab tom sim ua kom tiav txoj hauj lwm, los tsis muaj txiaj ntsig. Nws raug tsa sawv rov los hauv xyoo 2023, rau qhov nws yog Eliyas uas raug tua rau saum txoj kev nrog Mauxes. Nws tau tuag xyoo 1849, thiab tom qab ntawd nws tau tuag dua rau hnub tim 18 Lub Xya Hli, 2020.</w:t>
      </w:r>
    </w:p>
    <w:p>
      <w:pPr>
        <w:pStyle w:val="ArticleBody"/>
        <w:jc w:val="left"/>
      </w:pPr>
      <w:r>
        <w:rPr>
          <w:rFonts w:ascii="Times New Roman" w:hAnsi="Times New Roman" w:eastAsia="Times New Roman" w:cs="Times New Roman"/>
        </w:rPr>
        <w:t>Nws tus npau suav raug muab rau hauv xyoo 1847, ces tus Tswv tau ncab Nws txhais tes zaum ob thiab luam tawm daim chart xyoo 1850. Thaum tus Tswv ncab Nws txhais tes zaum ob hauv keeb kwm ntawm ib puas plaub caug plaub txhiab leej, Miller raug tsa sawv rov los.</w:t>
      </w:r>
    </w:p>
    <w:p>
      <w:pPr>
        <w:pStyle w:val="ArticleBody"/>
        <w:jc w:val="left"/>
      </w:pPr>
      <w:r>
        <w:rPr>
          <w:rFonts w:ascii="Times New Roman" w:hAnsi="Times New Roman" w:eastAsia="Times New Roman" w:cs="Times New Roman"/>
        </w:rPr>
        <w:t>Qhov chaw pib rau kev tawg khiav ri niab ntawm ob tog Yixayee thiab Yudas raug muab nthuav tawm tseg hauv Yaxaya.</w:t>
      </w:r>
    </w:p>
    <w:p>
      <w:pPr>
        <w:pStyle w:val="ArticleScripture"/>
        <w:jc w:val="left"/>
      </w:pPr>
      <w:r>
        <w:rPr>
          <w:rFonts w:ascii="Times New Roman" w:hAnsi="Times New Roman" w:eastAsia="Times New Roman" w:cs="Times New Roman"/>
        </w:rPr>
        <w:t>Vim lub taub hau ntawm Syria yog Damaxaka, thiab lub taub hau ntawm Damaxaka yog Resi; thiab tsis dhau rau caum tsib xyoos Ephraim yuav raug tsoo kom nws tsis txhob yog ib haiv neeg lawm. Thiab lub taub hau ntawm Ephraim yog Xamalis, thiab lub taub hau ntawm Xamalis yog Remaliyas tus tub. Yog nej tsis ntseeg, mas yeej tsis muaj chaw rau nej nyob ruaj khov. Yaxayas 7:8, 9.</w:t>
      </w:r>
    </w:p>
    <w:p>
      <w:pPr>
        <w:pStyle w:val="ArticleBody"/>
        <w:jc w:val="left"/>
      </w:pPr>
      <w:r>
        <w:rPr>
          <w:rFonts w:ascii="Times New Roman" w:hAnsi="Times New Roman" w:eastAsia="Times New Roman" w:cs="Times New Roman"/>
        </w:rPr>
        <w:t>Cov lus faj lem no tau muab tseg rau xyoo 742 BC, thiab kaum cuaj xyoos tom qab ntawd, xyoo 723 BC, cov Axilia tau ua rau cov Yixayee tawg khiav mus nyob ua diaspora, thiab tom qab ntawd plaub caug rau xyoos ntxiv, cov Npanpiloo tau ua rau Yudas tawg khiav mus. Peb hnub tim ntawd sawv cev rau ib ncua sij hawm kaum cuaj xyoos, uas tom qab ntawd yog ib ncua sij hawm plaub caug rau xyoos. Thaum ob lo lus faj lem ntawd xaus rau xyoo 1798 thiab 1844 raws li, ces lub sij hawm kaum cuaj xyoos thaum chiv keeb txij xyoo 742 BC mus txog 723 BC yog alpha kaum cuaj xyoos, uas sawv cev rau omega kaum cuaj xyoos txij xyoo 1844 mus txog 1863.</w:t>
      </w:r>
    </w:p>
    <w:p>
      <w:pPr>
        <w:pStyle w:val="ArticleBody"/>
        <w:jc w:val="left"/>
      </w:pPr>
      <w:r>
        <w:rPr>
          <w:rFonts w:ascii="Times New Roman" w:hAnsi="Times New Roman" w:eastAsia="Times New Roman" w:cs="Times New Roman"/>
        </w:rPr>
        <w:t>Miller tau tuag thaum tsib xyoos nyob hauv omega kaum cuaj xyoo, thiab xya xyoo tom qab no Hiram Edson cov zaj lus hais txog “xya lub sij hawm” tau raug luam tawm. Xya xyoo tom qab ntawd “xya lub sij hawm” tau raug tsis lees txais. Xyoo 1856 yuav tsum yog lub cim ntim uas tuaj ua ntej txoj cai Hnub Caiv ntawm xyoo 1863, tiam sis nws tsis tau muaj li ntawd.</w:t>
      </w:r>
    </w:p>
    <w:p>
      <w:pPr>
        <w:pStyle w:val="ArticleBody"/>
        <w:jc w:val="left"/>
      </w:pPr>
      <w:r>
        <w:rPr>
          <w:rFonts w:ascii="Times New Roman" w:hAnsi="Times New Roman" w:eastAsia="Times New Roman" w:cs="Times New Roman"/>
        </w:rPr>
        <w:t>Tus tim tswv thib peb tau los txog xyoo 1844, 1888 thiab thaum 9/11. Muam White tau qhia tias thaum tej tuam tsev loj hauv New York City vau los, thawj peb nqes ntawm Qhia Tshwm kaum yim yuav tau tiav.</w:t>
      </w:r>
    </w:p>
    <w:p>
      <w:pPr>
        <w:pStyle w:val="ArticleHeading"/>
        <w:jc w:val="left"/>
      </w:pPr>
      <w:r>
        <w:rPr>
          <w:rFonts w:ascii="Arial" w:hAnsi="Arial" w:eastAsia="Arial" w:cs="Arial"/>
        </w:rPr>
        <w:t>Qhia Tshwm 18</w:t>
      </w:r>
    </w:p>
    <w:p>
      <w:pPr>
        <w:pStyle w:val="ArticleBody"/>
        <w:jc w:val="left"/>
      </w:pPr>
      <w:r>
        <w:rPr>
          <w:rFonts w:ascii="Times New Roman" w:hAnsi="Times New Roman" w:eastAsia="Times New Roman" w:cs="Times New Roman"/>
        </w:rPr>
        <w:t>Nqe IB—Tom qab tej no lawm, kuv pom dua ib tug tim tswv nqes saum ntuj los, uas muaj hwjchim loj; thiab lub ntiajteb ci ntsa iab vim nws lub yeeb koob.</w:t>
      </w:r>
    </w:p>
    <w:p>
      <w:pPr>
        <w:pStyle w:val="ArticleBody"/>
        <w:jc w:val="left"/>
      </w:pPr>
      <w:r>
        <w:rPr>
          <w:rFonts w:ascii="Times New Roman" w:hAnsi="Times New Roman" w:eastAsia="Times New Roman" w:cs="Times New Roman"/>
        </w:rPr>
        <w:t>Nqe OB—Thiab nws qw nrov nthe nrog ib lub suab muaj hwjchim, hais tias, Npanpiloo tus loj kawg tau poob lawm, tau poob lawm, thiab tau los ua chaw nyob ntawm tej dab phem, thiab ua chaw khaws cia ntawm txhua tus ntsuj plig qias neeg, thiab ua tawb kaw txhua yam noog qias thiab ntxub ntxaug.</w:t>
      </w:r>
    </w:p>
    <w:p>
      <w:pPr>
        <w:pStyle w:val="ArticleBody"/>
        <w:jc w:val="left"/>
      </w:pPr>
      <w:r>
        <w:rPr>
          <w:rFonts w:ascii="Times New Roman" w:hAnsi="Times New Roman" w:eastAsia="Times New Roman" w:cs="Times New Roman"/>
        </w:rPr>
        <w:t>Nqe Peb—Vim txhua haiv neeg twb tau haus cawv txiv hmab ntawm txoj kev npau taws uas los ntawm nws txoj kev nkauj kev nraug lawm, thiab cov vajntxwv hauv ntiajteb tau ua nkauj ua nraug nrog nws, thiab cov tub lag tub luam hauv ntiajteb kuj tau nplua nuj vim muaj nplua mias ntawm nws tej kev ua neej nplua nuj thiab muag tshua.</w:t>
      </w:r>
    </w:p>
    <w:p>
      <w:pPr>
        <w:pStyle w:val="ArticleBody"/>
        <w:jc w:val="left"/>
      </w:pPr>
      <w:r>
        <w:rPr>
          <w:rFonts w:ascii="Times New Roman" w:hAnsi="Times New Roman" w:eastAsia="Times New Roman" w:cs="Times New Roman"/>
        </w:rPr>
        <w:t>Tus timtswv muaj hwjchim thawj tug nqes los nrog ib zaj lus nyob hauv nws txhais tes, thiab Yauhas raug txib kom mus coj phau ntawv me ntawd los noj. Tus timtswv thawj tug ntawd ua tib txoj haujlwm ib yam li tus timtswv hauv Tshwmsim kaum yim uas ua kom lub ntiajteb ci ntsa iab nrog nws lub yeeb koob. Qhov no yog vim tus timtswv thawj yog tus alpha thiab tus timtswv thib peb yog tus omega, thiab qhov pib yeej ib txwm ua piv txwv qhia txog qhov kawg.</w:t>
      </w:r>
    </w:p>
    <w:p>
      <w:pPr>
        <w:pStyle w:val="ArticleScripture"/>
        <w:jc w:val="left"/>
      </w:pPr>
      <w:r>
        <w:rPr>
          <w:rFonts w:ascii="Times New Roman" w:hAnsi="Times New Roman" w:eastAsia="Times New Roman" w:cs="Times New Roman"/>
        </w:rPr>
        <w:t>“Yexus tau txib ib tug timtswv muaj hwjchim loj heev nqis los ceeb toom rau cov neeg nyob hauv ntiajteb kom npaj txhij rau Nws txoj kev rov tshwm sim zaum ob. Thaum tus timtswv ntawd tawm hauv Yexus lub xubntiag saum ntuj ceeb tsheej los, ib txojkev kaj ci ntsa iab thiab muaj yeeb koob tshaj plaws tau mus ua ntej nws. Kuv raug qhia rau tias nws tes haujlwm yog ua kom lub ntiajteb kaj lug nrog nws lub yeeb koob thiab ceeb toom rau tibneeg txog Vajtswv txojkev chim uas yuav los txog.” Early Writings, 245.</w:t>
      </w:r>
    </w:p>
    <w:p>
      <w:pPr>
        <w:pStyle w:val="ArticleBody"/>
        <w:jc w:val="left"/>
      </w:pPr>
      <w:r>
        <w:rPr>
          <w:rFonts w:ascii="Times New Roman" w:hAnsi="Times New Roman" w:eastAsia="Times New Roman" w:cs="Times New Roman"/>
        </w:rPr>
        <w:t>Tus tim thawj yog nqe ib ntawm Phau Ntawv Qhia Tshwm tshooj kaum yim.</w:t>
      </w:r>
    </w:p>
    <w:p>
      <w:pPr>
        <w:pStyle w:val="ArticleBody"/>
        <w:jc w:val="left"/>
      </w:pPr>
      <w:r>
        <w:rPr>
          <w:rFonts w:ascii="Times New Roman" w:hAnsi="Times New Roman" w:eastAsia="Times New Roman" w:cs="Times New Roman"/>
        </w:rPr>
        <w:t>Tom qab tej no lawm, kuv pom dua ib tug tim tswv nqes saum ntuj los, muaj hwjchim loj kawg; thiab lub ntiajteb raug ci ntsa iab los ntawm nws lub yeeb koob.</w:t>
      </w:r>
    </w:p>
    <w:p>
      <w:pPr>
        <w:pStyle w:val="ArticleBody"/>
        <w:jc w:val="left"/>
      </w:pPr>
      <w:r>
        <w:rPr>
          <w:rFonts w:ascii="Times New Roman" w:hAnsi="Times New Roman" w:eastAsia="Times New Roman" w:cs="Times New Roman"/>
        </w:rPr>
        <w:t>Tus tim tswv thib ob yog nqe ob hauv Tshwm Sim kaum yim.</w:t>
      </w:r>
    </w:p>
    <w:p>
      <w:pPr>
        <w:pStyle w:val="ArticleBody"/>
        <w:jc w:val="left"/>
      </w:pPr>
      <w:r>
        <w:rPr>
          <w:rFonts w:ascii="Times New Roman" w:hAnsi="Times New Roman" w:eastAsia="Times New Roman" w:cs="Times New Roman"/>
        </w:rPr>
        <w:t>Thiab nws qw nrov nrov kawg nrog ib lub suab muaj hwjchim hais tias, Npanpiloos tus loj kawg tau poob lawm, tau poob lawm, thiab twb los ua chaw nyob ntawm dab ntxwg nyoog, thiab yog chaw kaw tseg ntawm txhua tus ntsujplig qias neeg, thiab yog tawb ntawm txhua tus noog qias neeg thiab ntxub ntxaug.</w:t>
      </w:r>
    </w:p>
    <w:p>
      <w:pPr>
        <w:pStyle w:val="ArticleBody"/>
        <w:jc w:val="left"/>
      </w:pPr>
      <w:r>
        <w:rPr>
          <w:rFonts w:ascii="Times New Roman" w:hAnsi="Times New Roman" w:eastAsia="Times New Roman" w:cs="Times New Roman"/>
        </w:rPr>
        <w:t>Tus tim tswv thib peb yog nqe peb hauv Qhia Tshwm tshooj kaum yim.</w:t>
      </w:r>
    </w:p>
    <w:p>
      <w:pPr>
        <w:pStyle w:val="ArticleBody"/>
        <w:jc w:val="left"/>
      </w:pPr>
      <w:r>
        <w:rPr>
          <w:rFonts w:ascii="Times New Roman" w:hAnsi="Times New Roman" w:eastAsia="Times New Roman" w:cs="Times New Roman"/>
        </w:rPr>
        <w:t>Vim txhua haiv neeg twb tau haus cawv txiv hmab ntawm txoj kev chim siab uas tawm hauv nws txoj kev ua nkauj ua nraug; thiab cov vaj ntxwv hauv ntiajteb tau ua nkauj ua nraug nrog nws; thiab cov tub lag tub luam hauv ntiajteb tau nplua nuj vim nws txoj kev nplua mias ntawm tej yam ua kom txaus siab.</w:t>
      </w:r>
    </w:p>
    <w:p>
      <w:pPr>
        <w:pStyle w:val="ArticleBody"/>
        <w:jc w:val="left"/>
      </w:pPr>
      <w:r>
        <w:rPr>
          <w:rFonts w:ascii="Times New Roman" w:hAnsi="Times New Roman" w:eastAsia="Times New Roman" w:cs="Times New Roman"/>
        </w:rPr>
        <w:t>Txhua tus vajntxwv txhua tus ua nkauj ua nraug nrog tus niam ntiav thaum txoj cai Hnub Caiv, raws li tau ua cim qhia tseg hauv nqe peb. Txoj xov ntawm tus timtswv thib ob yog tias Npanpiloo poob lawm, thiab qhov ntawd yog nqe ob. Lub homphiaj ntawm tus timtswv thib ib yog los ci ntsa iab rau lub ntiajteb nrog nws lub yeeb koob, thiab qhov ntawd yog nqe ib. Nqe ib yog 9/11. Nqe ob yog txoj txheej txheem ntawm kev sib cais uas tau tab tom mus thoob plaws tibneeg txij li 9/11 los, thiab nqe peb yog txoj cai Hnub Caiv. Vim li no, 9/11 yog txoj xov ntawm tus timtswv thib peb, thiab txoj cai Hnub Caiv kuj yog ib yam li ntawd thiab. 9/11 yog lus ceebtoom txog txoj cai Hnub Caiv uas tab tom los ze raws li tau sawv cev hauv thawj peb nqe, thiab lwm lub suab hauv nqe plaub yog txoj cai Hnub Caiv. Lub suab thawj ntawm Tshwm Sim kaum yim yog lus ceebtoom txog txoj cai Hnub Caiv uas tab tom los ze, thiab txoj lus ceebtoom ntawd hloov mus ua ib qho kev muaj tiag uas ciaj sia thaum txoj cai Hnub Caiv los txog.</w:t>
      </w:r>
    </w:p>
    <w:p>
      <w:pPr>
        <w:pStyle w:val="ArticleBody"/>
        <w:jc w:val="left"/>
      </w:pPr>
      <w:r>
        <w:rPr>
          <w:rFonts w:ascii="Times New Roman" w:hAnsi="Times New Roman" w:eastAsia="Times New Roman" w:cs="Times New Roman"/>
        </w:rPr>
        <w:t>9/11 mus txog rau txoj cai Hnub Caiv raug ua qauv los ntawm lub sij hawm ntawm tus alpha “los saib” hauv Miller zaj npau suav mus txog rau tus omega “los saib.” Nruab nrab ntawm 9/11 thiab txoj cai Hnub Caiv, cov hniav nyiaj hniav kub raug muab tso rau saum Miller lub rooj nyob nruab nrab ntawm chav, raug tawg khiav ri niab thiab raug faus, ces rov raug kho kom zoo los ntawm tus txiv neej siv txhuam av. Tus tim tswv uas nqes los hauv xyoo 1840 nrog phau ntawv me yog tus tim tswv thawj thiab alpha uas sawv cev rau tus tim tswv uas nqes los ntawm 9/11. Tus tim tswv ntawd raug qhia meej nyob hauv tshooj kaum, thaum Yauhas raug hais kom paub tias phau ntawv yuav qab zib, tiam sis yuav tig mus ua iab.</w:t>
      </w:r>
    </w:p>
    <w:p>
      <w:pPr>
        <w:pStyle w:val="ArticleBody"/>
        <w:jc w:val="left"/>
      </w:pPr>
      <w:r>
        <w:rPr>
          <w:rFonts w:ascii="Times New Roman" w:hAnsi="Times New Roman" w:eastAsia="Times New Roman" w:cs="Times New Roman"/>
        </w:rPr>
        <w:t>Yauhasais sawv cev rau qhov kev txav ntawm thawj tug timtswv, uas cov Millerites sawv cev rau, thiab nws kuj tau piav qhia txog txoj kev txav ntawm ib puas plaub caug plaub txhiab leej thiab. Ua ntej tshaj plaws, nws sawv cev rau tej hnub kawg, ib yam li cov yaj saub ib txwm ua. Vim li no, nws thiaj raug hais qhia ua ntej tias phau ntawv ntawd yuav qab zib thiab tom qab ntawd yuav iab. Cov Millerites tsis tau paub qhov no ua ntej, tiam sis ib puas plaub caug plaub txhiab leej raug yuav tsum paub qhov no.</w:t>
      </w:r>
    </w:p>
    <w:p>
      <w:pPr>
        <w:pStyle w:val="ArticleBody"/>
        <w:jc w:val="left"/>
      </w:pPr>
      <w:r>
        <w:rPr>
          <w:rFonts w:ascii="Times New Roman" w:hAnsi="Times New Roman" w:eastAsia="Times New Roman" w:cs="Times New Roman"/>
        </w:rPr>
        <w:t>Miller, uas yog tus tubtxib ntawm tus timtswv xub thawj, yog lub cim tseem ceeb tshaj ntawm tus uas tau noj phau ntawv me ntawd. Raws li ib tug kws zom nplej, nws yuav tsum cais cov nplej zoo tawm ntawm cov quav nplej, ces muab cov noob nplej ua hmoov, thiab ua cov mov uas yuav tsum tau noj. Nws tau faib cov mov ntawd los ntawm kev muab tso rau nruab nrab hauv nws chav thiab hu txhua tus uas xav tuaj kom “tuaj thiab saib.” Tiamsis raws li lub cim ntawm tus uas tau muab phau ntawv tawm hauv tes tus timtswv los, Miller, zoo ib yam li Yauhas, tab tom hais txog lub caij kawg ntawm tus timtswv thib peb ntau dua li lub caij thaum ntxov ntawm tus timtswv xub thawj. Hauv nws zaj npau suav nws pib los ntawm kev qhia rau peb tias nws tau txais nws cov lus ntawm ib txhais tes uas tsis pom. Tus timtswv xub thawj hauv Tshwmsim kaum muaj ib phau ntawv me nyob hauv nws txhais tes, tiamsis tus timtswv hauv Tshwmsim kaum yim, uas yog tus omega rau tus alpha ntawm xyoo 1840, tsis muaj ib phau ntawv sawv cev nyob hauv nws txhais tes, thiab qhov ntawd yog phau ntawv uas Miller tau txais—phau ntawv ntawm ib txhais tes uas tsis pom. Miller cov lus “tuaj thiab saib” yog 9/11, thiab tus txiv neej txhuam av cov lus “tuaj thiab saib” yog txoj cai Hnub Caiv.</w:t>
      </w:r>
    </w:p>
    <w:p>
      <w:pPr>
        <w:pStyle w:val="ArticleBody"/>
        <w:jc w:val="left"/>
      </w:pPr>
      <w:r>
        <w:rPr>
          <w:rFonts w:ascii="Times New Roman" w:hAnsi="Times New Roman" w:eastAsia="Times New Roman" w:cs="Times New Roman"/>
        </w:rPr>
        <w:t>Nyob nruab nrab ntawm alpha thiab omega “los thiab saib” koj muaj tus tim tswv ob txoj xov, vim alpha yog 9/11, uas yog nqe ib ntawm tshooj kaum yim, thiab nqe ob yog tus tim tswv ob uas xaus rau nqe peb, uas yog txoj cai Hnub Caiv thiab omega “los thiab saib.” Hauv Miller txoj kev npau suav, tus tim tswv ob, thiab Npanpiloo txoj kev poob raug sawv cev los ntawm xya zaug uas lo lus scatter raug siv, thaum tag nrho zaj piav qhia txheeb xyuas tias qhov tseeb raug kov yeej los ntawm qhov yuam kev.</w:t>
      </w:r>
    </w:p>
    <w:p>
      <w:pPr>
        <w:pStyle w:val="ArticleBody"/>
        <w:jc w:val="left"/>
      </w:pPr>
      <w:r>
        <w:rPr>
          <w:rFonts w:ascii="Times New Roman" w:hAnsi="Times New Roman" w:eastAsia="Times New Roman" w:cs="Times New Roman"/>
        </w:rPr>
        <w:t>Tus tim thawj thiab tim peb nqes los nrog txoj xov uas yuav tsum raug txais coj los noj rau hnub tim 11 Lub Yim Hli, 1840 thiab 9/11 raws li nyias hnub nyias caij. Ob hnub ntawd sib phim rau nqe ib ntawm Qhia Tshwm kaum yim.</w:t>
      </w:r>
    </w:p>
    <w:p>
      <w:pPr>
        <w:pStyle w:val="ArticleBody"/>
        <w:jc w:val="left"/>
      </w:pPr>
      <w:r>
        <w:rPr>
          <w:rFonts w:ascii="Times New Roman" w:hAnsi="Times New Roman" w:eastAsia="Times New Roman" w:cs="Times New Roman"/>
        </w:rPr>
        <w:t>Cov ntsiab tseeb hauv paus raug luam tawm rau lub Tsib Hlis xyoo 1842, nrog daim duab qhia kev pioneer xyoo 1843 ua tus alpha ntawm ob daim txiag ntawm Habakkuk. Xyoo 2012, Habakkuk’s Tables raug luam tawm, sib phim nrog lub Tsib Hlis xyoo 1842.</w:t>
      </w:r>
    </w:p>
    <w:p>
      <w:pPr>
        <w:pStyle w:val="ArticleBody"/>
        <w:jc w:val="left"/>
      </w:pPr>
      <w:r>
        <w:rPr>
          <w:rFonts w:ascii="Times New Roman" w:hAnsi="Times New Roman" w:eastAsia="Times New Roman" w:cs="Times New Roman"/>
        </w:rPr>
        <w:t>Cov neeg Millerite tau ntsib lawv thawj zaug kev poob siab thaum lub Plaub Hlis 19, 1844, uas yog ib lub cim piv txwv txog lub Xya Hlis 18, 2020. Nyob rau lub sijhawm ntawd tus tim tswv thib ob tau los txog, thiab nws txoj kev los txog tau sib haum nrog nqe ob ntawm Tshwm Sim kaum yim. Qhov kev poob siab ntawd tau cim txog qhov kawg ntawm tus tim tswv thawj. Nyob ntawd tus tim tswv thib ob tau los txog, lub sijhawm ncua nyob hauv zaj lus piv txwv txog cov nkauj xwb tau pib. Keeb kwm ntawm tus tim tswv thawj yuav tsum khiav sib txig nrog keeb kwm ntawm tus tim tswv thib ob, thiab thaum muab siv raws li yam no, txoj kev los txog ntawm tus tim tswv thib ob raug muab sib haum nrog txoj kev los txog ntawm tus tim tswv thawj hauv xyoo 1840 thiab 9/11.</w:t>
      </w:r>
    </w:p>
    <w:p>
      <w:pPr>
        <w:pStyle w:val="ArticleBody"/>
        <w:jc w:val="left"/>
      </w:pPr>
      <w:r>
        <w:rPr>
          <w:rFonts w:ascii="Times New Roman" w:hAnsi="Times New Roman" w:eastAsia="Times New Roman" w:cs="Times New Roman"/>
        </w:rPr>
        <w:t>Ib lub sij hawm tos tau los txog rau hnub 9/11, uas tau raug ua piv txwv los ntawm hnub Plaub Hlis 19, 1844. Rau hnub 9/11 plaub cua ntawm Islam tau raug tso tawm, thiab tom qab ntawd raug tuav cia tsis pub txav. Plaub cua ntawd ntawm Yauhas yog cov cua hlob ntawm Yaxayas, thiab yog cua sab hnub tuaj ntawm tej lus faj lem, thiab tus tim tswv uas muab cim ntaus ruaj nreeg nce los ntawm sab hnub tuaj. Thaum Nws nce los, Nws qw hais tias “tuav, tuav, tuav, tuav” plaub zaug raws li Muam White hais. Lub sij hawm tos uas pib nrog kev los txog ntawm tus tim tswv thib ob yog sawv cev ua cov plaub cua raug tuav cia kom txog thaum ib puas plaub caug plaub txhiab leej raug muab cim ntaus ruaj nreeg.</w:t>
      </w:r>
    </w:p>
    <w:p>
      <w:pPr>
        <w:pStyle w:val="ArticleBody"/>
        <w:jc w:val="left"/>
      </w:pPr>
      <w:r>
        <w:rPr>
          <w:rFonts w:ascii="Times New Roman" w:hAnsi="Times New Roman" w:eastAsia="Times New Roman" w:cs="Times New Roman"/>
        </w:rPr>
        <w:t>Tom qab thawj zaug kev poob siab, Samuel Snow raug coj los muab lus ntawm Kev Quaj Thaum Ib Tag Hmo los sib sau ua ke, yog li no ua tus qauv qhia ua ntej txog lub suab quaj hauv roob moj sab qhua thaum Lub Xya Hli xyoo 2023.</w:t>
      </w:r>
    </w:p>
    <w:p>
      <w:pPr>
        <w:pStyle w:val="ArticleBody"/>
        <w:jc w:val="left"/>
      </w:pPr>
      <w:r>
        <w:rPr>
          <w:rFonts w:ascii="Times New Roman" w:hAnsi="Times New Roman" w:eastAsia="Times New Roman" w:cs="Times New Roman"/>
        </w:rPr>
        <w:t>Nyob rau Exeter lub rooj sib txoos pw hav zoov, kev cais cov nkauj xwb raws li cov roj rau kev sim siab, tau ntxuav kom huv thiab kuj ua kom dawb huv cov Millerites kom phim raws li txoj hauj lwm ntawm Tus Tubtxib ntawm Txoj Lus Cog Tseg. Exeter lub rooj sib txoos pw hav zoov sawv cev rau txoj kev muab lub cim foob, rau qhov txoj hauj lwm ntawd thiaj li mus txuas ntxiv mus zoo li nthwv dej hiav txwv loj, los sis zoo li ib pab tub rog muaj hwj chim loj, mus txog thaum tus tim tswv thib peb tuaj txog rau lub Kaum Hli 22, 1844. Tus yuam sij ntawm zaj keeb kwm no yog txoj kev cais.</w:t>
      </w:r>
    </w:p>
    <w:p>
      <w:pPr>
        <w:pStyle w:val="ArticleBody"/>
        <w:jc w:val="left"/>
      </w:pPr>
      <w:r>
        <w:rPr>
          <w:rFonts w:ascii="Times New Roman" w:hAnsi="Times New Roman" w:eastAsia="Times New Roman" w:cs="Times New Roman"/>
        </w:rPr>
        <w:t>Tus tim tswv thib ob ua ib txoj hauj lwm cais tawm thaum nws los txog, ib yam li nws tau ua thaum thawj zaug poob siab, thiab nws tau xaus nrog kev cais tawm ntawm Lub Kaum Hli 22. Nyob hauv nruab nrab ntawm ob zaug kev cais tawm ntawd, zaj lus ntawm tus tim tswv thib ob tau raug tshaj tawm. Tus tim tswv thib ob yog ib txoj kev cais tawm uas mus ntxiv zuj zus mus txog rau qhov kev sim kawg ntawm cov roj. Qhov kev sim kawg ntawm cov roj coj mus rau qhov kev sim txheeb tseeb ntawm tus tim tswv thib peb. Qhov kev sim txheeb tseeb ntawd yog tus ntoo khaub lig rau Yexus, thiab Lub Vaj Khexemanes, uas txhais tias “lub vaj ntawm lub tshuab nias roj,” tau ua ntej qhov kev sim txheeb tseeb ntawm tus ntoo khaub lig, thiab qhov kev sim ntawm tus nkauj xwb cov roj tau ua ntej lub qhov rooj kaw ntawm xyoo 1844.</w:t>
      </w:r>
    </w:p>
    <w:p>
      <w:pPr>
        <w:pStyle w:val="ArticleBody"/>
        <w:jc w:val="left"/>
      </w:pPr>
      <w:r>
        <w:rPr>
          <w:rFonts w:ascii="Times New Roman" w:hAnsi="Times New Roman" w:eastAsia="Times New Roman" w:cs="Times New Roman"/>
        </w:rPr>
        <w:t>Qhov kev sim siab kawg, uas yog tom qab ntawd yog kev txiav txim, yog qhov kev sim siab thib kaum rau cov Yixayee thaum ub. Ces lawv raug muab rau txim kom tuag hauv roob moj sab qhua. Txawm yog Kadesh, Gethsemane, lossis Exeter los xij; qhov kev sim siab kawg ua ntej kev txiav txim, qhov chaw uas ob pab raug cais tawm ntawm ib leeg, qhia txog ib qho kev sim siab kawg tom qab xyoo 2023, uas los ua ntej qhov kev txiav txim kaw-rooj ntawm txoj cai Hnub Caiv. Qhov kev sim siab kawg ntawd yog kev muab lub cim ntim. Ib qho kev sim siab kawg lossis zaum kawg yeej qhia tias muaj ib qho kev sim siab thawj zaug.</w:t>
      </w:r>
    </w:p>
    <w:p>
      <w:pPr>
        <w:pStyle w:val="ArticleBody"/>
        <w:jc w:val="left"/>
      </w:pPr>
      <w:r>
        <w:rPr>
          <w:rFonts w:ascii="Times New Roman" w:hAnsi="Times New Roman" w:eastAsia="Times New Roman" w:cs="Times New Roman"/>
        </w:rPr>
        <w:t>Xyoo 2023, lub caij uas yuav tsum tos ntawd tau xaus lawm thaum Tsov Ntxhuav ntawm xeem Yudas qhib lub zeem muag uas yuav tsum ncua ntawd, los ntawm kev tshem Nws txhais tes tawm mus. Ces txoj haujlwm ntawm Samuel Snow thiaj pib.</w:t>
      </w:r>
    </w:p>
    <w:p>
      <w:pPr>
        <w:pStyle w:val="ArticleBody"/>
        <w:jc w:val="left"/>
      </w:pPr>
      <w:r>
        <w:rPr>
          <w:rFonts w:ascii="Times New Roman" w:hAnsi="Times New Roman" w:eastAsia="Times New Roman" w:cs="Times New Roman"/>
        </w:rPr>
        <w:t>Yog peb muab lub sijhawm ntawm tus timtswv thawj thiab tus timtswv ob los sib txig sib luag rau ib leeg, lawv qhia txog kev nqes los ntawm ib tug timtswv uas nqa ib txoj xov uas sim Vajtswv haiv neeg raws li lawv txoj kev teb rau lo lus txib kom txais thiab noj txoj xov ntawd. Tom qab ntawd, txoj xov uas yog lub hauv paus raug muab coj tawm rau pej xeem, mus txog thaum txoj xov uas yog lub hauv paus ntawd poob tsis ua tiav lawm. Ces tus timtswv thib peb los txog. Lub sijhawm ntawm tus timtswv thib peb yog kaum cuaj xyoos ntawd uas yog kaum cuaj xyoos omega txij xyoo 742 BC mus txog 723 BC.</w:t>
      </w:r>
    </w:p>
    <w:p>
      <w:pPr>
        <w:pStyle w:val="ArticleBody"/>
        <w:jc w:val="left"/>
      </w:pPr>
      <w:r>
        <w:rPr>
          <w:rFonts w:ascii="Times New Roman" w:hAnsi="Times New Roman" w:eastAsia="Times New Roman" w:cs="Times New Roman"/>
        </w:rPr>
        <w:t>Lub sijhawm txij xyoo 1844 mus txog xyoo 1863, thiab lub sijhawm txij xyoo 742 BC mus txog xyoo 723 BC, khiav sib npaug rau ib leeg, thiab kuj sib npaug rau cov sijhawm ntawm thawj thiab tus tim tswv thib ob. Plaub kab keeb kwm yaj saub no sib phim nrog 9/11 mus txog rau txoj cai Hnub Caiv. Tsib kab no yog keeb kwm ntawm Miller tus alpha “los saib” thiab Khetos tus omega “los saib.”</w:t>
      </w:r>
    </w:p>
    <w:p>
      <w:pPr>
        <w:pStyle w:val="ArticleHeading"/>
        <w:jc w:val="left"/>
      </w:pPr>
      <w:r>
        <w:rPr>
          <w:rFonts w:ascii="Arial" w:hAnsi="Arial" w:eastAsia="Arial" w:cs="Arial"/>
        </w:rPr>
        <w:t>Plaub Zaug Xya</w:t>
      </w:r>
    </w:p>
    <w:p>
      <w:pPr>
        <w:pStyle w:val="ArticleBody"/>
        <w:jc w:val="left"/>
      </w:pPr>
      <w:r>
        <w:rPr>
          <w:rFonts w:ascii="Times New Roman" w:hAnsi="Times New Roman" w:eastAsia="Times New Roman" w:cs="Times New Roman"/>
        </w:rPr>
        <w:t>Thaum Leviticus nees nkaum-rau raug to taub kom raug, nws qhia meej txog “xya lub sij hawm,” plaub zaug, thiab “xya lub sij hawm” ntawd yog ib lub cim sawv cev rau Miller thiab nws cov lus. Xyoo 1842, Miller txoj kev to taub txog “xya lub sij hawm” raug tsa tseg rau saum daim chart 1843 uas Sister White hais tias, “raug coj qhia los ntawm tus Tswv txhais tes,” thiab “tsis txhob muab hloov.” Xya xyoo tom qab ntawd Miller tuag rau xyoo 1849, thiab xya xyoo tom qab ntawd cov lus ntawm “xya lub sij hawm” raug muab sau cia tseg los ntawm Hiram Edson, thiab xya xyoo tom qab ntawd nws raug tsis lees txais.</w:t>
      </w:r>
    </w:p>
    <w:p>
      <w:pPr>
        <w:pStyle w:val="ArticleBody"/>
        <w:jc w:val="left"/>
      </w:pPr>
      <w:r>
        <w:rPr>
          <w:rFonts w:ascii="Times New Roman" w:hAnsi="Times New Roman" w:eastAsia="Times New Roman" w:cs="Times New Roman"/>
        </w:rPr>
        <w:t>Xyoo 1842 daim phiaj thawj zaug ntawm Habakkuk raug luam tawm.</w:t>
      </w:r>
    </w:p>
    <w:p>
      <w:pPr>
        <w:pStyle w:val="ArticleBody"/>
        <w:jc w:val="left"/>
      </w:pPr>
      <w:r>
        <w:rPr>
          <w:rFonts w:ascii="Times New Roman" w:hAnsi="Times New Roman" w:eastAsia="Times New Roman" w:cs="Times New Roman"/>
        </w:rPr>
        <w:t>Xyoo 1849, tus tubtxib alpha ntawm “xya lub sij hawm” nyob saum daim ntawv teev xyoo 1843 tuag.</w:t>
      </w:r>
    </w:p>
    <w:p>
      <w:pPr>
        <w:pStyle w:val="ArticleBody"/>
        <w:jc w:val="left"/>
      </w:pPr>
      <w:r>
        <w:rPr>
          <w:rFonts w:ascii="Times New Roman" w:hAnsi="Times New Roman" w:eastAsia="Times New Roman" w:cs="Times New Roman"/>
        </w:rPr>
        <w:t>Xyoo 1856 tus tubtxib omega ntawm “xya lub sijhawm” nyob saum daim chart 1850 raug tsis quav ntsej.</w:t>
      </w:r>
    </w:p>
    <w:p>
      <w:pPr>
        <w:pStyle w:val="ArticleBody"/>
        <w:jc w:val="left"/>
      </w:pPr>
      <w:r>
        <w:rPr>
          <w:rFonts w:ascii="Times New Roman" w:hAnsi="Times New Roman" w:eastAsia="Times New Roman" w:cs="Times New Roman"/>
        </w:rPr>
        <w:t>Xyoo 1863 ob daim ntawv ob phaj ntawm Habakkuk raug tsis lees txais, thiab daim ntawv qhia xyoo 1863 raug luam tawm.</w:t>
      </w:r>
    </w:p>
    <w:p>
      <w:pPr>
        <w:pStyle w:val="ArticleBody"/>
        <w:jc w:val="left"/>
      </w:pPr>
      <w:r>
        <w:rPr>
          <w:rFonts w:ascii="Times New Roman" w:hAnsi="Times New Roman" w:eastAsia="Times New Roman" w:cs="Times New Roman"/>
        </w:rPr>
        <w:t>Ib daim ntawv qhia uas yog los saum ntuj los tau muab tshaj tawm thaum chiv thawj, thiab ib daim ntawv qhia uas yog los ntawm tib neeg tau muab tshaj tawm thaum kawg. Hauv nruab nrab, muaj ob tug tub txib raug qhia kom paub, rau qhov lus tshaj tawm thib ob ib txwm muaj kev rov ua ob npaug.</w:t>
      </w:r>
    </w:p>
    <w:p>
      <w:pPr>
        <w:pStyle w:val="ArticleHeading"/>
        <w:jc w:val="left"/>
      </w:pPr>
      <w:r>
        <w:rPr>
          <w:rFonts w:ascii="Arial" w:hAnsi="Arial" w:eastAsia="Arial" w:cs="Arial"/>
        </w:rPr>
        <w:t>Tus tim tswv thawj tug</w:t>
      </w:r>
    </w:p>
    <w:p>
      <w:pPr>
        <w:pStyle w:val="ArticleBody"/>
        <w:jc w:val="left"/>
      </w:pPr>
      <w:r>
        <w:rPr>
          <w:rFonts w:ascii="Times New Roman" w:hAnsi="Times New Roman" w:eastAsia="Times New Roman" w:cs="Times New Roman"/>
        </w:rPr>
        <w:t>Xyoo 1842, thawj daim ntawv teev tseg ntawm Habakkuk tau raug luam tawm.</w:t>
      </w:r>
    </w:p>
    <w:p>
      <w:pPr>
        <w:pStyle w:val="ArticleHeading"/>
        <w:jc w:val="left"/>
      </w:pPr>
      <w:r>
        <w:rPr>
          <w:rFonts w:ascii="Arial" w:hAnsi="Arial" w:eastAsia="Arial" w:cs="Arial"/>
        </w:rPr>
        <w:t>Tus tim tswv thib ob</w:t>
      </w:r>
    </w:p>
    <w:p>
      <w:pPr>
        <w:pStyle w:val="ArticleBody"/>
        <w:jc w:val="left"/>
      </w:pPr>
      <w:r>
        <w:rPr>
          <w:rFonts w:ascii="Times New Roman" w:hAnsi="Times New Roman" w:eastAsia="Times New Roman" w:cs="Times New Roman"/>
        </w:rPr>
        <w:t>Xyoo 1849 tus tubtxib laus ntawm daim ntawv qhia xyoo 1843 tau tas sim neej.</w:t>
      </w:r>
    </w:p>
    <w:p>
      <w:pPr>
        <w:pStyle w:val="ArticleBody"/>
        <w:jc w:val="left"/>
      </w:pPr>
      <w:r>
        <w:rPr>
          <w:rFonts w:ascii="Times New Roman" w:hAnsi="Times New Roman" w:eastAsia="Times New Roman" w:cs="Times New Roman"/>
        </w:rPr>
        <w:t>Xyoo 1856 tus tubtxib tshiab ntawm daim duab qhia xyoo 1850 raug tsis quav ntsej.</w:t>
      </w:r>
    </w:p>
    <w:p>
      <w:pPr>
        <w:pStyle w:val="ArticleHeading"/>
        <w:jc w:val="left"/>
      </w:pPr>
      <w:r>
        <w:rPr>
          <w:rFonts w:ascii="Arial" w:hAnsi="Arial" w:eastAsia="Arial" w:cs="Arial"/>
        </w:rPr>
        <w:t>Tus timtswv peb</w:t>
      </w:r>
    </w:p>
    <w:p>
      <w:pPr>
        <w:pStyle w:val="ArticleBody"/>
        <w:jc w:val="left"/>
      </w:pPr>
      <w:r>
        <w:rPr>
          <w:rFonts w:ascii="Times New Roman" w:hAnsi="Times New Roman" w:eastAsia="Times New Roman" w:cs="Times New Roman"/>
        </w:rPr>
        <w:t>Xyoo 1863, txoj xov ntawd raug tsis lees txais, thiab daim duab qhia xyoo 1863 raug luam tawm.</w:t>
      </w:r>
    </w:p>
    <w:p>
      <w:pPr>
        <w:pStyle w:val="ArticleBody"/>
        <w:jc w:val="left"/>
      </w:pPr>
      <w:r>
        <w:rPr>
          <w:rFonts w:ascii="Times New Roman" w:hAnsi="Times New Roman" w:eastAsia="Times New Roman" w:cs="Times New Roman"/>
        </w:rPr>
        <w:t>Ib ncua sijhawm nees nkaum ib xyoos uas sawv cev rau plaub lub cim ntawm “xya sijhawm,” muab faib sib nrug sib npaug xya xyoos ib ntu. Txoj xov alpha raug luam tawm (1842), tus tub txib alpha tuag lawm (1849), tus tub txib omega raug tsis quav ntsej (1856) thiab txoj xov omega raug tsis lees txais (1863), ua ib yam ntxwv ntawm 2012; Lub Xya hli ntuj 18, 2020; 2023; thiab txoj cai Hnub Caiv uas yuav los sai sai no. Miller txoj kev tuag hauv xyoo 1849 sib haum nrog Lub Xya hli ntuj 18, 2020. Tus tub txib, thiab txoj xov, tau sawv rov qab los hauv 2023. Tam sim no txoj xov omega tab tom raug qhib foob, thiab tom qab ntawd yog txoj cai Hnub Caiv ntawm 1863.</w:t>
      </w:r>
    </w:p>
    <w:p>
      <w:pPr>
        <w:pStyle w:val="ArticleBody"/>
        <w:jc w:val="left"/>
      </w:pPr>
      <w:r>
        <w:rPr>
          <w:rFonts w:ascii="Times New Roman" w:hAnsi="Times New Roman" w:eastAsia="Times New Roman" w:cs="Times New Roman"/>
        </w:rPr>
        <w:t>Hauv txoj kev txav Millerite, txoj xov tau raug tsa kom ruaj khov, ces tus tubtxib tuag lawm. Hauv txoj kev txav uas sib piv ntawd, txoj xov tau raug tsa kom ruaj khov, ces txoj xov tuag lawm. Txoj xov tau sawv rov qab los hauv xyoo 1856 thiab 2023. Kev thim txoj kev ntseeg yog daim ntawv cim ntawm 1863, hos yeej yog daim ntawv cim ntawm yam uas phim nws thaum Sunday law. Ua ntej kev thim txoj kev ntseeg thiab yeej ntawm Sunday law thiab 1863, kev qhib tawm ntawm lub teeb omega capstone uas raug muab xauv tseg ntawm “xya zaug” ntawm 1856 raug nthuav tawm, ib yam li tau muaj txij xyoo 2023 los.</w:t>
      </w:r>
    </w:p>
    <w:p>
      <w:pPr>
        <w:pStyle w:val="ArticleBody"/>
        <w:jc w:val="left"/>
      </w:pPr>
      <w:r>
        <w:rPr>
          <w:rFonts w:ascii="Times New Roman" w:hAnsi="Times New Roman" w:eastAsia="Times New Roman" w:cs="Times New Roman"/>
        </w:rPr>
        <w:t>Peb yuav txuas ntxiv rau hauv tsab xov xwm tom ntej.</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“siab nyiam” thiab “kaus mom hlau”— “tus tiv thaiv uas ruaj nreb,” “tus saib xyuas uas muaj kev txiav txim siab,” lossis “tus tub rog uas muaj siab tawv ruaj khov.”</w:t>
      </w:r>
    </w:p>
    <w:p>
      <w:pPr>
        <w:pStyle w:val="ArticleScripture"/>
        <w:jc w:val="left"/>
      </w:pPr>
      <w:r>
        <w:rPr>
          <w:rFonts w:ascii="Times New Roman" w:hAnsi="Times New Roman" w:eastAsia="Times New Roman" w:cs="Times New Roman"/>
        </w:rPr>
        <w:t>Miller: ib tug neeg uas ua haujlwm rau ib lub zeb, tshwj xeeb yog lub zeb uas zom nplej ua hmoov.</w:t>
      </w:r>
    </w:p>
    <w:p>
      <w:pPr>
        <w:pStyle w:val="ArticleHeading"/>
        <w:jc w:val="left"/>
      </w:pPr>
      <w:r>
        <w:rPr>
          <w:rFonts w:ascii="Arial" w:hAnsi="Arial" w:eastAsia="Arial" w:cs="Arial"/>
        </w:rPr>
        <w:t>Tus Tub Rog Muaj Lub Siab Tawv</w:t>
      </w:r>
    </w:p>
    <w:p>
      <w:pPr>
        <w:pStyle w:val="ArticleScripture"/>
        <w:jc w:val="left"/>
      </w:pPr>
      <w:r>
        <w:rPr>
          <w:rFonts w:ascii="Times New Roman" w:hAnsi="Times New Roman" w:eastAsia="Times New Roman" w:cs="Times New Roman"/>
        </w:rPr>
        <w:t>“Ib tug neeg ua liaj ua teb ncaj ncees, muaj siab dawb huv thiab tseeb, uas tau raug coj mus rau qhov ua xyem xyav txog txoj cai los saum ntuj los ntawm Vaj Lug Kub, los nws tseem xav paub qhov tseeb tiag tiag, yog tus neeg uas Vajtswv tau xaiv tshwj xeeb los coj tawm hauv kev tshaj tawm txog Khetos txoj kev los zaum ob. Zoo ib yam li ntau lwm tus neeg kho kom tshiab, William Miller thaum nws tseem hluas twb tau tawm tsam nrog kev pluag txom nyem thiab yog li ntawd thiaj kawm tau tej zaj lus qhia loj ntawm kev rau siab thiab kev tsis kam rau yus tus kheej. Cov tswvcuab ntawm tsev neeg uas nws yug los hauv ntawd raug cim los ntawm ib tug ntsuj plig ywj pheej, nyiam kev dim, muaj peev xwm tiv kev txom nyem, thiab muaj kev hlub teb chaws kub siab lug—yam ntxwv uas kuj pom tseeb hauv nws tus cwj pwm thiab. Nws txiv yog ib tug thawj tub rog hauv pab tub rog ntawm Kev Tawm Tsam Kev Ywj Pheej, thiab tej kev txi uas nws tau ua hauv tej kev sib ntaus thiab kev txom nyem ntawm lub caij nyoog muaj cua daj cua dub ntawd yuav raug suav tias yog lub hauv paus ntawm tej xwm txheej txom nyem thiab nqaim ntawm Miller lub neej thaum ntxov.”</w:t>
      </w:r>
    </w:p>
    <w:p>
      <w:pPr>
        <w:pStyle w:val="ArticleScripture"/>
        <w:jc w:val="left"/>
      </w:pPr>
      <w:r>
        <w:rPr>
          <w:rFonts w:ascii="Times New Roman" w:hAnsi="Times New Roman" w:eastAsia="Times New Roman" w:cs="Times New Roman"/>
        </w:rPr>
        <w:t>“Nws muaj ib lub cev muaj zog thiab ruaj khov, thiab txawm thaum tseem yau los twb qhia tau pov thawj txog lub zog txawj ntse uas siab dua li ib txwm. Thaum nws loj hlob tuaj, qhov no kuj pom tseeb dua ntxiv. Nws lub siab txawj xav nquag ua haujlwm thiab txhim kho zoo, thiab nws muaj kev nqhis dej heev rau kev paub. Txawm nws tsis tau txais tej txiaj ntsig zoo ntawm kev kawm qib tsev kawm qib siab, nws txoj kev hlub rau kev kawm thiab ib txoj kev xyaum xav kom ceev faj thiab tshuaj xyuas kom tob ua rau nws dhau los ua ib tug neeg muaj kev txiav txim raug thiab muaj kev pom dav. Nws muaj ib tug cwj pwm ncaj ncees uas tsis muaj chaw thuam, thiab muaj ib lub npe zoo uas tsim nyog luag khib, vim neeg feem coob hwm nws rau nws txoj kev ncaj ncees, kev txuag nyiaj txiag, thiab kev ua siab dawb. Los ntawm kev siv zog thiab kev mob siab ua haujlwm, nws thiaj li tau txais ib qho kev muaj txaus siv txij thaum ntxov, txawm li cas los nws txoj kev coj cwj pwm rau kev kawm tseem raug tswj cia li qub. Nws tau tuav ntau txoj hauj lwm pej xeem thiab tub rog nrog meej mom, thiab tej kev qhib uas coj mus rau kev nplua nuj thiab koob meej zoo li qhib dav rau nws.” The Great Controversy, 317.</w:t>
      </w:r>
    </w:p>
    <w:p>
      <w:pPr>
        <w:pStyle w:val="ArticleScripture"/>
        <w:jc w:val="left"/>
      </w:pPr>
      <w:r>
        <w:rPr>
          <w:rFonts w:ascii="Times New Roman" w:hAnsi="Times New Roman" w:eastAsia="Times New Roman" w:cs="Times New Roman"/>
        </w:rPr>
        <w:t>“Kev paub txog Vajtswv tsis yog yam yuav tau los yam tsis muaj kev siv dag zog ntawm lub siab, tsis muaj kev thov Vajtswv kom tau txoj kev txawj ntse xwv nej thiaj cais tau tawm ntawm cov noob tseeb dawb huv qhov quav nyab uas tibneeg thiab Xatas tau siv los qhia yuam kev txog tej lus qhuab qhia ntawm qhov tseeb. Xatas thiab nws pab pawg neeg ua haujlwm nrog nws tau siv zog los muab qhov quav nyab ntawm kev yuam kev sib xyaw nrog cov nplej ntawm qhov tseeb. Peb yuav tsum ua tib zoo rau siab nrhiav cov nyiaj txiag zais cia, thiab nrhiav txoj kev txawj ntse ntawm saum ntuj ceeb tsheej xwv thiaj cais tau tej kev tsim los ntawm tibneeg tawm ntawm tej lus txib uas yog los ntawm Vajtswv. Tus Vaj Ntsuj Plig Dawb Huv yuav pab tus uas nrhiav tej qhov tseeb loj thiab muaj nqes heev uas muaj feem rau txoj kev cawm dim. Kuv xav hais kom sawvdaws nco ntsoov txog qhov tseeb tias kev nyeem Vajluskub ib nyuag xwb tsis txaus. Peb yuav tsum tshawb nrhiav, thiab qhov no txhais hais tias yuav tsum ua txhua yam raws li lo lus ntawd hais. Ib yam li tus neeg khawb av nrhiav kub rau siab ntso tshawb hauv av kom pom tej hlab kub, nej kuj yuav tsum tshawb nrhiav Vajtswv Txojlus kom tau cov nyiaj txiag zais cia uas Xatas tau nrhiav zais ntawm tibneeg los ntev lawm. Tus Tswv hais tias, ‘Yog leejtwg txaus siab ua raws li nws lub siab nyiam, tus ntawd yuav paub txog txoj kev qhuab qhia ntawd.’ John 7:17, Revised Version.”</w:t>
      </w:r>
    </w:p>
    <w:p>
      <w:pPr>
        <w:pStyle w:val="ArticleScripture"/>
        <w:jc w:val="left"/>
      </w:pPr>
      <w:r>
        <w:rPr>
          <w:rFonts w:ascii="Times New Roman" w:hAnsi="Times New Roman" w:eastAsia="Times New Roman" w:cs="Times New Roman"/>
        </w:rPr>
        <w:t>“Vajtswv tej lus yog qhov tseeb thiab yog qhov kaj, thiab yuav tsum ua ib lub teeb ci rau ntawm nej ko taw, coj nej txhua theem ntawm txoj kev mus txog rau ntawm cov rooj vag ntawm Vajtswv lub nroog. Vim li no Xatas thiaj tau siv zog kawg nkaus thiab tsis tso tseg los thaiv txoj kev uas twb raug tsa kom siab tiaj rau cov uas tus Tswv tau txhiv dim kom lawv taug kev hauv. Nej tsis txhob nqa nej tej tswv yim mus rau hauv Vajlugkub, thiab tsa nej tej kev xav ua lub chaw nruab nrab uas qhov tseeb yuav tsum tig ncig nws. Nej yuav tsum tso nej tej tswv yim tseg rau ntawm qhov rooj ntawm kev tshuaj xyuas, thiab nrog lub siab txo hwj chim, lub siab mos nyoos, nrog tus kheej zais rau hauv Khetos, nrog kev thov Vajtswv kub siab, nej yuav tsum nrhiav kev txawj ntse ntawm Vajtswv. Nej yuav tsum xav tias nej yuav tsum paub Vajtswv txoj sia xav uas tau raug qhia tawm lawm, vim qhov no muaj feem rau nej tus kheej txoj kev noj qab nyob zoo mus ib txhis. Vajlugkub yog phau kev taw qhia uas nej yuav paub tau txoj kev mus rau txoj sia nyob mus ib txhis. Nej yuav tsum ntshaw tshaj plaws txhua yam kom nej thiaj paub tus Tswv lub siab nyiam thiab nws tej kev. Nej tsis txhob tshawb nrhiav nrog lub hom phiaj yuav nrhiav tau tej nqe Vajluskub uas nej yuav txhais kom phim los ua pov thawj rau nej tej kev xav; rau qhov Vajtswv tej lus tshaj tawm tias qhov no yog kev yuam Vajlugkub kom txhawb nej tus kheej txoj kev puam tsuaj. Nej yuav tsum muab nej tus kheej nchuav dawb ntawm txhua yam kev ntxub ntxaug ua ntej, thiab los nrog tus ntsuj plig ntawm kev thov Vajtswv rau hauv kev tshuaj xyuas Vajtswv tej lus.” Review and Herald, September 11, 1894.</w:t>
      </w:r>
    </w:p>
    <w:p>
      <w:pPr>
        <w:pStyle w:val="ArticleScripture"/>
        <w:jc w:val="left"/>
      </w:pPr>
      <w:r>
        <w:rPr>
          <w:rFonts w:ascii="Times New Roman" w:hAnsi="Times New Roman" w:eastAsia="Times New Roman" w:cs="Times New Roman"/>
        </w:rPr>
        <w:t>“William Miller yug yug hauv Pittsfield, Massachusetts. Nws txoj kev kawm ntawv raws cai muaj tsuas yog 18 lub hlis xwb, tiam sis nws tau kawm paub nws tus kheej los ntawm nws tus cwj pwm nyiam nyeem ntawv heev. Nws kuj pib sau ntawv thaum ntxov, sau paj huam thiab khaws ib phau ntawv teev hnub. Nws txoj kev nyeem ntawv ua rau nws raug ntsib nrog cov sau ntawv uas tsis ntseeg Vajtswv, uas tau cuam tshuam nws mus rau sab kev ntseeg deism. Thaum nws muaj nees nkaum tawm xyoo lig, nws tau los ua ib tug thawj coj txiav txim hauv zej zog, thiab tau mus sib ntaus hauv Tsov Rog xyoo 1812. Muaj ob peb yam xwm txheej thaum lub sijhawm kev tsis sib haum no uas tau tig nws lub siab mus rau ib tug Vajtswv uas yog tus kheej. Txog xyoo 1816 nws tau hloov siab los ntseeg, thiab pib kawm Vajlugkub tiag tiag. Nws tau sau hais tias, ‘Cov Vaj Lug Kub... tau los ua kuv txoj kev xyiv fab, thiab hauv Yexus kuv tau pom ib tug phooj ywg.’”</w:t>
      </w:r>
    </w:p>
    <w:p>
      <w:pPr>
        <w:pStyle w:val="ArticleScripture"/>
        <w:jc w:val="left"/>
      </w:pPr>
      <w:r>
        <w:rPr>
          <w:rFonts w:ascii="Times New Roman" w:hAnsi="Times New Roman" w:eastAsia="Times New Roman" w:cs="Times New Roman"/>
        </w:rPr>
        <w:t>Txog xyoo 1818, hauv nws txoj kev kawm txog tej lus cev Vajtswv lus, nws xaus lus tias Yexus yuav rov qab los “nyob rau kwv yees xyoo 1843.” Xyoo 1831 nws pib qhia nws tej kev kawm ntawd rau sawv daws paub hauv tej rooj sib tham me me, tom qab tau txais kev txhawb siab ruaj khov thiab kev coj los ntawm Vajtswv txoj kev tu xyuas kom ua li ntawd. Tom qab nws tau ntsib J. V. Himes, ib tug thawj kws kho ntawv nto npe, xyoo 1839, txoj kev thiaj qhib rau nws mus tshaj tawm rau tej pab neeg coob hauv cov nroog loj. Txawm muaj coob leej tawm tsam los, nws txoj kev tshaj tawm, thiab txoj kev tshaj tawm ntawm lwm tus uas tau txais txoj xov txog Kev Rov Los, ua rau muaj kev cuam tshuam loj heev, nrog rau txog li 100,000 leej lees txais txoj kev ntseeg tias Khetos yuav los sai. Ellen Harmon tau hnov nws hais lus hauv Portland, Maine, thaum lub Peb Hlis xyoo 1840 thaum nws muaj 12 xyoos. Nws rov piav hais tias, “Yawg Miller tau muab tej lus cev Vajtswv lus los tshawb raws ib txoj kev meej thiab raug nraim uas ntaus kev ntseeg kom nkag mus rau hauv cov siab ntawm cov uas mloog nws. Nws hais ntev txog tej ncua sijhawm cev Vajtswv lus, thiab nqa ntau yam pov thawj los txhawb nws txoj hauj lwm. Ces nws tej lus hu thiab tej lus ntuas uas hnyav thiab muaj hwj chim rau cov uas tsis tau npaj txhij, ua rau cov neeg coob nyob twjywm mloog nws zoo li raug ib yam hwj chim khi tseg.”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Khaws Hnub Caiv Laodicea - Zaj Peb Caug Rau</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