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Yau-ee thiab Pawg Ntseeg Xya-Hnub Adventis hauv Laodicea - Zauv Peb Caug Yim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Tus Naj Npawb Peb Caug Yim</w:t>
      </w:r>
    </w:p>
    <w:p>
      <w:pPr>
        <w:pStyle w:val="ArticleBody"/>
        <w:jc w:val="left"/>
      </w:pPr>
      <w:r>
        <w:rPr>
          <w:rFonts w:ascii="Times New Roman" w:hAnsi="Times New Roman" w:eastAsia="Times New Roman" w:cs="Times New Roman"/>
        </w:rPr>
        <w:t>Qhov kev sim ntawm Cij Saum Ntuj Ceeb Tsheej yog qhov kev sim omega ntawm kev ua thwjtim hauv Yexus tej hnub, thiab nws kuj yog omega hauv kev txheeb ze rau qhov kev sim manna uas raug sawv cev nyob hauv alpha ntawm keeb kwm qub Ixayees txoj kev cog lus. Qhov pib yog manna; qhov kawg yog Cij Saum Ntuj Ceeb Tsheej. Omega ib txwm yog qhov loj tshaj, yog li ntawd qhov kev ncaim tawm coob tshaj plaws ntawm cov thwjtim ua rau Capernaum raug cim tseg ua omega hauv keeb kwm Khetos thiab hauv qhov kev sim ntawm kev ua thwjtim.</w:t>
      </w:r>
    </w:p>
    <w:p>
      <w:pPr>
        <w:pStyle w:val="ArticleScripture"/>
        <w:jc w:val="left"/>
      </w:pPr>
      <w:r>
        <w:rPr>
          <w:rFonts w:ascii="Times New Roman" w:hAnsi="Times New Roman" w:eastAsia="Times New Roman" w:cs="Times New Roman"/>
        </w:rPr>
        <w:t>Ces Yexus thiaj hais rau nws cov thwjtim tias, Yog leejtwg xav los raws kuv qab, nws yuav tsum tsis lees nws tus kheej, thiab ris nws tus ntoo khaublig, thiab raws kuv qab. Rau qhov tus uas xav cawm nws txoj sia, nws yuav poob nws txoj sia; thiab tus uas yuav poob nws txoj sia vim yog kuv, nws yuav nrhiav tau nws. Rau qhov tus neeg yuav tau txiaj ntsig dabtsi, yog nws tau tag nrho lub ntiajteb, los nws poob nws tus kheej ntsujplig? los yog tus neeg yuav muab dabtsi los pauv rau nws tus ntsujplig? Rau qhov Neeg Leej Tub yuav los hauv nws Leej Txiv lub hwjchim ci ntsa iab nrog nws cov tubtxib saum ntuj; thiab thaum ntawd nws yuav muab nqi zog rau txhua tus raws li nws tes haujlwm. Kuv hais tseeb rau nej tias, Muaj ib txhia sawv ntawm no uas yuav tsis saj txojkev tuag, mus txog thaum lawv pom Neeg Leej Tub los hauv nws lub nceeg vaj. Mathais 16:24–28.</w:t>
      </w:r>
    </w:p>
    <w:p>
      <w:pPr>
        <w:pStyle w:val="ArticleBody"/>
        <w:jc w:val="left"/>
      </w:pPr>
      <w:r>
        <w:rPr>
          <w:rFonts w:ascii="Times New Roman" w:hAnsi="Times New Roman" w:eastAsia="Times New Roman" w:cs="Times New Roman"/>
        </w:rPr>
        <w:t>Kapena-u yog ib qho kev sim omega. Qhov kev sim hauv Kapena-u yog qhov kev sim txog roj hauv zaj lus piv txwv ntawm kaum tug nkauj xwb; qhov ntawd pib ntawm lub suab qw thaum ib tag hmo, thiab qhib ib lub sijhawm uas suav nrog cov nkauj xwb ruam pom tias lawv tsis muaj roj. Ces lawv pib ntshai thiab ntxhov siab thaum lawv tab tom los ze rau lub qhov rooj kaw ntawm txoj cai Hnub Caiv thawj, raws li tau sawv cev hauv qhov teeb meem kub ntxhov ntawm Kapena-u hauv Yauhas 6:66. Hauv yaj saub txoj kev txhais lawv yog “txaj muag.”</w:t>
      </w:r>
    </w:p>
    <w:p>
      <w:pPr>
        <w:pStyle w:val="ArticleScripture"/>
        <w:jc w:val="left"/>
      </w:pPr>
      <w:r>
        <w:rPr>
          <w:rFonts w:ascii="Times New Roman" w:hAnsi="Times New Roman" w:eastAsia="Times New Roman" w:cs="Times New Roman"/>
        </w:rPr>
        <w:t>Saib maj, hnub yuav los txog, tus Tswv Vajtswv hais li no, tias Kuv yuav xa ib txoj kev tshaib nqhis tuaj rau hauv lub tebchaws, tsis yog kev tshaib nqhis mov, thiab tsis yog kev nqhis dej, tiamsis yog kev tshaib nqhis rau kev hnov tej lus ntawm tus Tswv: Lawv yuav ua loj leeb ib hiav txwv mus rau lwm hiav txwv, thiab txij sab qaum teb mus txog sab hnub tuaj, lawv yuav khiav mus los nrhiav tus Tswv txoj lus, los yuav nrhiav tsis tau. Hnub ntawd cov ntxhais nkauj xwb zoo nraug thiab cov tub hluas yuav qaug zog vim nqhis dej. Cov uas cog lus los ntawm Xamalis txoj kev txhaum, thiab hais tias, Koj tus vajtswv, au Dan, muaj txoj sia nyob; thiab, Txoj kev cai ntawm Npe-eeseba muaj txoj sia nyob; lawv yeej yuav poob, thiab yuav tsis sawv rov los dua li. Amos 8:11–14.</w:t>
      </w:r>
    </w:p>
    <w:p>
      <w:pPr>
        <w:pStyle w:val="ArticleBody"/>
        <w:jc w:val="left"/>
      </w:pPr>
      <w:r>
        <w:rPr>
          <w:rFonts w:ascii="Times New Roman" w:hAnsi="Times New Roman" w:eastAsia="Times New Roman" w:cs="Times New Roman"/>
        </w:rPr>
        <w:t>Qhov kev sim omega ntawm Kha-paw-na-us yog ib daim duab piv txwv qhia txog qhov kev sim omega uas raws los tom qab qhov kev sim hauv paus ntawm xyoo 2024. Qhov kev sim omega yog qhov chaw uas tus nkauj nyab raug muab khi ua cim tseg ua ntej txoj cai Hnub Caiv. Nws yog qhov chaw uas kev cais tawm raug ua kom tiav mus ib txhis, rau qhov thaum nws dawb huv lawm, yuav tsis muaj neeg txawv teb chaws (Lwm Haiv Neeg) taug kev hla lub nroog Yeluxalees ntxiv lawm mus ib txhis.</w:t>
      </w:r>
    </w:p>
    <w:p>
      <w:pPr>
        <w:pStyle w:val="ArticleScripture"/>
        <w:jc w:val="left"/>
      </w:pPr>
      <w:r>
        <w:rPr>
          <w:rFonts w:ascii="Times New Roman" w:hAnsi="Times New Roman" w:eastAsia="Times New Roman" w:cs="Times New Roman"/>
        </w:rPr>
        <w:t>Tus Tswv kuj yuav nyooj tawm hauv Xi-oos, thiab tsa nws lub suab tawm hauv Yeluxalees; lub ntuj thiab lub ntiajteb yuav tshee hnyo; tiam sis Tus Tswv yuav yog kev cia siab ntawm nws haiv neeg, thiab yog lub zog ntawm cov menyuam Ixayees. Yog li ntawd nej yuav paub tias kuv yog Tus Tswv nej tus Vajtswv uas nyob hauv Xi-oos, kuv lub roob dawb huv; ces Yeluxalees yuav dawb huv, thiab yuav tsis muaj neeg txawv teb chaws hla mus hauv nws ntxiv lawm.</w:t>
      </w:r>
    </w:p>
    <w:p>
      <w:pPr>
        <w:pStyle w:val="ArticleScripture"/>
        <w:jc w:val="left"/>
      </w:pPr>
      <w:r>
        <w:rPr>
          <w:rFonts w:ascii="Times New Roman" w:hAnsi="Times New Roman" w:eastAsia="Times New Roman" w:cs="Times New Roman"/>
        </w:rPr>
        <w:t>Thiab yuav muaj tias nyob rau hnub ntawd, tej roob yuav ntws cawv txiv hmab tshiab nqes los, thiab tej toj yuav ntws mis nyuj, thiab txhua tus dej hauv Yudas yuav ntws puv nkaus dej, thiab ib lub qhov dej txhawv yuav tawm hauv Yehauvas lub tuam tsev los, thiab yuav ywg rau lub hav Xittim.</w:t>
      </w:r>
    </w:p>
    <w:p>
      <w:pPr>
        <w:pStyle w:val="ArticleScripture"/>
        <w:jc w:val="left"/>
      </w:pPr>
      <w:r>
        <w:rPr>
          <w:rFonts w:ascii="Times New Roman" w:hAnsi="Times New Roman" w:eastAsia="Times New Roman" w:cs="Times New Roman"/>
        </w:rPr>
        <w:t>Tim lyiv neeg yuav raug ua rau qhuav puam, thiab Edom yuav raug ua rau yog ib lub tebchaws moj sab qhua, vim yog lawv tej kev ua phem rau cov me nyuam Yudas, vim lawv tau los ntshav cov tsis muaj txim nyob hauv lawv lub tebchaws. Tiamsis Yudas yuav nyob mus ib txhis, thiab Yeluxalees yuav nyob thoob plaws ib tiam dhau ib tiam. Rau qhov Kuv yuav ntxuav lawv cov ntshav uas Kuv tseem tsis tau ntxuav: rau qhov tus Tswv nyob hauv Xi-oos. Joel 3:16–21.</w:t>
      </w:r>
    </w:p>
    <w:p>
      <w:pPr>
        <w:pStyle w:val="ArticleBody"/>
        <w:jc w:val="left"/>
      </w:pPr>
      <w:r>
        <w:rPr>
          <w:rFonts w:ascii="Times New Roman" w:hAnsi="Times New Roman" w:eastAsia="Times New Roman" w:cs="Times New Roman"/>
        </w:rPr>
        <w:t>Yeluxalees raug ntxuav kom dawb huv ntawm kev txhaum hauv cov kev txav kawg ntawm txoj kev txiav txim tshuaj xyuas, uas nyob hauv Xakhaliyas tshooj peb, yog qhov uas lub tsho ntaub dawb huv ntawm Philadephia raug muab rau Yausuas los hloov lub tsho qias neeg ntawm Laodikia. “Ces Yeluxalees yuav dawb huv, thiab yuav tsis muaj neeg txawv teb chaws hla dhau hauv nws ntxiv lawm,” vim cov nplej twb raug cais tawm ntawm cov txhauj thiab raug sau los ua thawj cov txiv txi txiv ntoo fij lawm. Qhov no tshwm sim hauv txoj kev sim siab omega, thiab nws tshwm sim thaum qhov rais saum ntuj raug qhib, thiab Yexus muab cov hniav nyiaj hniav kub pov rau hauv lub thawv nyiaj hniav kub thiab hais rau lub ntiaj teb tias, “los saib.” “Los saib” tus chij sawv cev ntawm kuv lub nceeg vaj, kuv tus nkauj nyab, kuv qhov kev fij ntawm cov Levis ib yam li hauv tej hnub qub. “Los saib” kuv lub tuam tsev, kuv lub thawv puv npo hniav nyiaj hniav kub—txhua lub raug npaj cia ua ib feem ntawm lub mom kub ntawm lub nceeg vaj uas muaj hwjchim ci ntsa iab.</w:t>
      </w:r>
    </w:p>
    <w:p>
      <w:pPr>
        <w:pStyle w:val="ArticleBody"/>
        <w:jc w:val="left"/>
      </w:pPr>
      <w:r>
        <w:rPr>
          <w:rFonts w:ascii="Times New Roman" w:hAnsi="Times New Roman" w:eastAsia="Times New Roman" w:cs="Times New Roman"/>
        </w:rPr>
        <w:t>Qhov kev sim alpha uas yog lub hauv paus ntawm xyoo 2024, coj mus rau qhov kev sim omega ntawm lub tuam tsev. Qhov kev sim omega tshwm sim thaum qhib lub qhov rais saum ntuj ceeb tsheej, uas yog thaum tus nkauj nyab npaj nws tus kheej kom txhij. Cov nkauj xwb ruam thiab lawv txoj xov ntawm nag lig hais txog kev thaj yeeb cuav thiab kev ruaj ntseg raug cua tshuab ntiab tawm mus dhau ntawm cov qhov rais qhib, rau qhov txoj xov ntawm zaj keeb kwm no yog txoj xov ntawm cua sab hnub tuaj. Txoj xov no yog Yaxayas txoj cua hnyav uas raug tuav cia, hauv hnub ntawm cua sab hnub tuaj; nws yog Yauhas plaub tug cua uas raug txwv thaum lub sijhawm muab lub cim ntim rau ib puas plaub caug plaub txhiab leej.</w:t>
      </w:r>
    </w:p>
    <w:p>
      <w:pPr>
        <w:pStyle w:val="ArticleScripture"/>
        <w:jc w:val="left"/>
      </w:pPr>
      <w:r>
        <w:rPr>
          <w:rFonts w:ascii="Times New Roman" w:hAnsi="Times New Roman" w:eastAsia="Times New Roman" w:cs="Times New Roman"/>
        </w:rPr>
        <w:t>“Cov timtswv saum ntuj tab tom tuav plaub txoj cua, sawv cev ua ib tug nees npau taws uas nrhiav kev txiav dim thiab dhia hla saum npoo ntawm tag nrho lub ntiajteb, nqa kev puas tsuaj thiab kev tuag mus raws nws txoj kev.”</w:t>
      </w:r>
    </w:p>
    <w:p>
      <w:pPr>
        <w:pStyle w:val="ArticleScripture"/>
        <w:jc w:val="left"/>
      </w:pPr>
      <w:r>
        <w:rPr>
          <w:rFonts w:ascii="Times New Roman" w:hAnsi="Times New Roman" w:eastAsia="Times New Roman" w:cs="Times New Roman"/>
        </w:rPr>
        <w:t>“Peb puas yuav tsaug zog nyob rau tim npoo nkaus ntawm lub ntiajteb uas nyob mus ib txhis? Peb puas yuav npub, txias, thiab tuag? Au, thov kom peb muaj Vajtswv tus Ntsuj Plig thiab pa txoj sia hauv peb tej pawg ntseeg, tshuab rau hauv Nws haiv neeg, kom lawv thiaj sawv tau ntsug ntawm lawv ko taw thiab muaj sia.” Manuscript Releases, volume 20, 217.</w:t>
      </w:r>
    </w:p>
    <w:p>
      <w:pPr>
        <w:pStyle w:val="ArticleBody"/>
        <w:jc w:val="left"/>
      </w:pPr>
      <w:r>
        <w:rPr>
          <w:rFonts w:ascii="Times New Roman" w:hAnsi="Times New Roman" w:eastAsia="Times New Roman" w:cs="Times New Roman"/>
        </w:rPr>
        <w:t>Cov uas tsis lees txais zaj lus ntawd ntawm cua tuaj sab hnub tuaj ntawm Islam, raug cua tshuab tawm ntawm qhov rais—yog lub cim uas sawv cev rau lawv txoj kev ntxeev siab. Tej khib nyiab ntawm kev yuam kev lo ruaj nreb mus ib txhis rau pawg neeg ruam uas tsis muaj roj. Ephraim rov qab raug koom nrog nws tej mlom dua lawm. Lawv tau tsis lees txais txoj kev nce ntxiv ntawm kev paub txog lub sijhawm ntawm kev muab cim, thiab nws txoj kev sib raug rau Islam ntawm kev txom nyem thib peb. Vajtswv yuav hloov lub hwjchim ci ntsa iab ntawm lawv zaj lus cuav txog nag tom qab mus ua “kev txaj muag.”</w:t>
      </w:r>
    </w:p>
    <w:p>
      <w:pPr>
        <w:pStyle w:val="ArticleScripture"/>
        <w:jc w:val="left"/>
      </w:pPr>
      <w:r>
        <w:rPr>
          <w:rFonts w:ascii="Times New Roman" w:hAnsi="Times New Roman" w:eastAsia="Times New Roman" w:cs="Times New Roman"/>
        </w:rPr>
        <w:t>Kuv haiv neeg raug puam tsuaj vim tsis muaj kev paub; vim koj tau muab kev paub pov tseg, kuv kuj yuav muab koj pov tseg thiab, kom koj tsis txhob ua pov thawj rau kuv lawm; vim koj tau hnov qab txoj kevcai ntawm koj tus Vajtswv, kuv kuj yuav hnov qab koj cov menyuam thiab.</w:t>
      </w:r>
    </w:p>
    <w:p>
      <w:pPr>
        <w:pStyle w:val="ArticleScripture"/>
        <w:jc w:val="left"/>
      </w:pPr>
      <w:r>
        <w:rPr>
          <w:rFonts w:ascii="Times New Roman" w:hAnsi="Times New Roman" w:eastAsia="Times New Roman" w:cs="Times New Roman"/>
        </w:rPr>
        <w:t>Thaum lawv raug nce coob zuj zus, lawv kuj ua txhaum tawm tsam kuv ib yam nkaus: yog li ntawd kuv yuav hloov lawv lub hwjchim ci ntsa iab ua kev txaj muag. Lawv noj kuv haiv neeg tej kev txhaum, thiab lawv tsa lawv lub siab rau lawv tej kev phem kev qias. Thiab yuav muaj li neeg, li pov thawj: thiab kuv yuav rau txim rau lawv vim lawv tej kev, thiab pauj rau lawv raws li lawv tej hauj lwm. Rau qhov lawv yuav noj, los yuav tsis txaus: lawv yuav ua nkauj ua nraug, los yuav tsis huam vam: vim lawv twb tso tseg tsis quav ntsej rau tus Tswv lawm. Kev ua nkauj ua nraug thiab cawv txiv hmab thiab cawv tshiab rho lub siab mus lawm. Kuv haiv neeg mus nrhiav tswv yim ntawm lawv tej mlom ntoo, thiab lawv tus pas qhia rau lawv: rau qhov tus ntsuj plig ntawm kev ua nkauj ua nraug tau ua rau lawv yuam kev, thiab lawv tau mus ua nkauj ua nraug tawm ntawm lawv tus Vajtswv lawm. Lawv tua tsiaj txi rau saum tej ncov roob, thiab hlawv xyab rau saum tej toj, hauv qab tej ntoo qhib thiab tej ntoo poplar thiab tej ntoo elm, vim lawv qhov ntxoov ntxoo zoo: yog li ntawd nej cov ntxhais yuav ua nkauj ua nraug, thiab nej cov poj niam yuav deev luag txiv. Kuv yuav tsis rau txim rau nej cov ntxhais thaum lawv ua nkauj ua nraug, los rau nej cov poj niam thaum lawv deev luag txiv: rau qhov lawv tus kheej cais mus nyob nrog tej poj niam luag, thiab lawv txi nrog tej niam ntiav: yog li ntawd haiv neeg uas tsis muaj kev to taub yuav poob.</w:t>
      </w:r>
    </w:p>
    <w:p>
      <w:pPr>
        <w:pStyle w:val="ArticleScripture"/>
        <w:jc w:val="left"/>
      </w:pPr>
      <w:r>
        <w:rPr>
          <w:rFonts w:ascii="Times New Roman" w:hAnsi="Times New Roman" w:eastAsia="Times New Roman" w:cs="Times New Roman"/>
        </w:rPr>
        <w:t>Txawm yog koj, Yixayee, ua niam ntiav los, los tsis txhob cia Yudas ua txhaum; thiab nej txhob mus rau Kilekhas, tsis txhob nce mus rau Npesawes, thiab tsis txhob cog lus hais tias, Tus Tswv muaj sia nyob. Rau qhov Yixayee tig rov qab ib yam li ib tug nyuj maum uas tig rov qab: nim no Tus Tswv yuav pub lawv noj ib yam li ib tug yaj hauv ib qho chaw dav.</w:t>
      </w:r>
    </w:p>
    <w:p>
      <w:pPr>
        <w:pStyle w:val="ArticleScripture"/>
        <w:jc w:val="left"/>
      </w:pPr>
      <w:r>
        <w:rPr>
          <w:rFonts w:ascii="Times New Roman" w:hAnsi="Times New Roman" w:eastAsia="Times New Roman" w:cs="Times New Roman"/>
        </w:rPr>
        <w:t>Ephraim tau khi rau tej mlom: cia nws nyob li ntawd.</w:t>
      </w:r>
    </w:p>
    <w:p>
      <w:pPr>
        <w:pStyle w:val="ArticleScripture"/>
        <w:jc w:val="left"/>
      </w:pPr>
      <w:r>
        <w:rPr>
          <w:rFonts w:ascii="Times New Roman" w:hAnsi="Times New Roman" w:eastAsia="Times New Roman" w:cs="Times New Roman"/>
        </w:rPr>
        <w:t>Lawv tej dej haus twb qaub lawm; lawv pheej mus ua nkauj ua nraug tsis tseg li; nws cov thawjcoj nyiam kev txaj muag, hais tias, Cia li muab. Cua tau qhwv nws rau hauv nws ob tis, thiab lawv yuav txaj muag vim lawv tej kev txi. Hosea 4:6–19.</w:t>
      </w:r>
    </w:p>
    <w:p>
      <w:pPr>
        <w:pStyle w:val="ArticleBody"/>
        <w:jc w:val="left"/>
      </w:pPr>
      <w:r>
        <w:rPr>
          <w:rFonts w:ascii="Times New Roman" w:hAnsi="Times New Roman" w:eastAsia="Times New Roman" w:cs="Times New Roman"/>
        </w:rPr>
        <w:t>Cov khib nyiab uas raug muab tshem tawm ntawd yog ob yam tib si: cov nkauj xwb ruam thiab lawv tej lus qhuab qhia yuam kev uas lawv tau koom nrog. Peb yog yam peb noj, thiab lawv tau tsis lees txais txoj xov ntawm cua tuaj sab hnub tuaj, tiam sis xaiv qhov dag uas coj kev ntxias loj los raws qab, thiab lawv thiaj los koom rau lawv txoj xov nag yav lig cuav hais txog kev thaj yeeb thiab kev nyab xeeb. Joel tus cawv txiv hmab tshiab raug txiav tawm ntawm lawv lub qhov ncauj, ncaj rau qhov chaw uas Yelemis los ua Vajtswv lub qhov ncauj.</w:t>
      </w:r>
    </w:p>
    <w:p>
      <w:pPr>
        <w:pStyle w:val="ArticleScripture"/>
        <w:jc w:val="left"/>
      </w:pPr>
      <w:r>
        <w:rPr>
          <w:rFonts w:ascii="Times New Roman" w:hAnsi="Times New Roman" w:eastAsia="Times New Roman" w:cs="Times New Roman"/>
        </w:rPr>
        <w:t>“Thaum tibneeg tsis lees txais qhov tseeb, lawv tsis lees txais Tus Uas yog tus sau qhov tseeb ntawd. Thaum lawv tsuj hwm Vajtswv txoj kevcai, lawv tsis lees paub tus cai tswj ntawm Tus Uas muab txoj kevcai ntawd. Nws yooj yim ib yam nkaus los tsim ib tug mlom ntawm tej kev qhuab qhia cuav thiab tej kev xav raws li yog los txua ib tug mlom ntoo lossis pob zeb. Los ntawm kev qhia yuam kev txog Vajtswv tej yam ntxwv, Xatas coj tibneeg kom muaj ib txoj kev xav txog Nws raws li ib tus yam ntxwv cuav. Rau coob leej, ib tug mlom ntawm kev txawj xav tswv yim raug tsa zaum rau hauv Yehauvas qhov chaw; hos Vajtswv uas muaj sia nyob, raws li Nws tau tshwm qhia nyob hauv Nws Txojlus, hauv Khetos, thiab hauv tej hauj lwm ntawm kev tsim ntuj tsim teb, tsuas yog muaj tsawg leej thiaj pe hawm xwb. Muaj ntau txhiab leej tsa ntuj tsim teb raug ua vajtswv thaum lawv tsis lees paub Vajtswv tus Tswv ntawm ntuj tsim teb. Txawm nyob hauv lwm hom los xij, kev pe mlom tseem muaj nyob hauv lub ntiajteb Khixatia niaj hnub no ib yam tseeb npaum li nws tau muaj nyob hauv cov neeg Ixayees txheej thaum ub nyob rau Eliyas hnub. Vajtswv ntawm ntau tus neeg uas tshaj tawm tias lawv muaj tswvyim, ntawm cov neeg txawj xav, cov paj huam, cov nom tswv, cov neeg sau xov xwm—tus vajtswv ntawm tej zej zog txawj ntse, nplua nuj, raws zam, ntawm ntau lub tsev kawm qib siab thiab tsev kawm qib siab loj, txawm yog ntawm qee lub tsev kawm kev ntseeg thiab—tsis zoo dua Npa-as, tus vajtswv hnub ntawm Foini-xiya li.” The Great Controversy, 583.</w:t>
      </w:r>
    </w:p>
    <w:p>
      <w:pPr>
        <w:pStyle w:val="ArticleBody"/>
        <w:jc w:val="left"/>
      </w:pPr>
      <w:r>
        <w:rPr>
          <w:rFonts w:ascii="Times New Roman" w:hAnsi="Times New Roman" w:eastAsia="Times New Roman" w:cs="Times New Roman"/>
        </w:rPr>
        <w:t>Thaum muaj kev cais tawm ntawm yam tseeb thiab yam cuav hauv Miller txoj kev npau suav, cua nqa cov nkauj xwb cuav mus tawm, thaum tus Tswv muab Nws tus nkauj nyab ntim cim rau hauv kev sim sab hauv omega ntawm lub qhov rais qhib.</w:t>
      </w:r>
    </w:p>
    <w:p>
      <w:pPr>
        <w:pStyle w:val="ArticleScripture"/>
        <w:jc w:val="left"/>
      </w:pPr>
      <w:r>
        <w:rPr>
          <w:rFonts w:ascii="Times New Roman" w:hAnsi="Times New Roman" w:eastAsia="Times New Roman" w:cs="Times New Roman"/>
        </w:rPr>
        <w:t>Saib seb, Kuv yuav txib Kuv tus tubtxib mus, thiab nws yuav npaj txojkev ua ntej Kuv; thiab tus Tswv, uas nej nrhiav, yuav los txog rau nws lub tuam tsev tam sid, yog tus tubtxib ntawm txoj kev cog lus, uas nej zoo siab rau: saib seb, nws yuav los, hais tias tus Tswv uas kav txhua pab tub rog. Tiamsis leejtwg yuav nyob taus hnub uas nws los? thiab leejtwg yuav sawv taus thaum nws tshwm los? rau qhov nws zoo li hluav taws uas lim kom huv, thiab zoo li xab npum uas ntxhua khaub ncaws: Thiab nws yuav zaum ua tus lim thiab tus ntxuav kom nyiaj huv si: thiab nws yuav ntxuav cov tub ntawm Levi kom huv, thiab lim lawv ib yam li kub thiab nyiaj, kom lawv thiaj li yuav nqa tau ib qho khoom fij rau tus Tswv hauv txojkev ncaj ncees. Ces cov khoom fij ntawm Yudas thiab Yeluxalees yuav txaus siab rau tus Tswv, ib yam li nyob rau tiam ub, thiab ib yam li hauv cov xyoo qub. Malakhi 3:1–4.</w:t>
      </w:r>
    </w:p>
    <w:p>
      <w:pPr>
        <w:pStyle w:val="ArticleBody"/>
        <w:jc w:val="left"/>
      </w:pPr>
      <w:r>
        <w:rPr>
          <w:rFonts w:ascii="Times New Roman" w:hAnsi="Times New Roman" w:eastAsia="Times New Roman" w:cs="Times New Roman"/>
        </w:rPr>
        <w:t>Cov tub ntawm Levi yog cov tub ntawm cov neeg Levi uas tau ua siab ncaj hauv Aloo daim duab ntawm tus tsiaj qus qhov kev sim siab, thiab dua ib zaug ntxiv hauv Yelaunpau-as daim duab ntawm tus tsiaj qus qhov kev sim siab. Lawv yog cov uas dhau daim duab ntawm tus tsiaj qus qhov kev sim siab, uas yog qhov kev sim siab uas txiav txim lawv txoj hmoo nyob mus ib txhis, thiab yog qhov kev sim siab uas lawv yuav tsum dhau—ua ntej peb raug muab khi lub cim.</w:t>
      </w:r>
    </w:p>
    <w:p>
      <w:pPr>
        <w:pStyle w:val="ArticleScripture"/>
        <w:jc w:val="left"/>
      </w:pPr>
      <w:r>
        <w:rPr>
          <w:rFonts w:ascii="Times New Roman" w:hAnsi="Times New Roman" w:eastAsia="Times New Roman" w:cs="Times New Roman"/>
        </w:rPr>
        <w:t>“Tus Tswv tau qhia rau kuv meej tseeb tias daim duab ntawm tus tsiaj qus yuav raug tsim tsa ua ntej lub sijhawm ntawm txoj kev sim siab kaw; rau qhov ntawd yuav yog txoj kev kuaj loj rau haiv neeg ntawm Vajtswv, uas los ntawm txoj kev kuaj ntawd lawv txoj hmoo nyob mus ib txhis yuav raug txiav txim.</w:t>
      </w:r>
    </w:p>
    <w:p>
      <w:pPr>
        <w:pStyle w:val="ArticleScripture"/>
        <w:jc w:val="left"/>
      </w:pPr>
      <w:r>
        <w:rPr>
          <w:rFonts w:ascii="Times New Roman" w:hAnsi="Times New Roman" w:eastAsia="Times New Roman" w:cs="Times New Roman"/>
        </w:rPr>
        <w:t>“Qhov no yog txoj kev sim siab uas Vajtswv haiv neeg yuav tsum tau ntsib ua ntej lawv raug muab khi rau lub cim. Txhua tus uas tau qhia tias lawv ncaj ncees rau Vajtswv los ntawm kev ceev Nws txoj kevcai, thiab tsis kam lees txais ib hnub Xanpataus cuav, yuav sawv nyob hauv tus chij ntawm tus Tswv Vajtswv Yehauvas, thiab yuav tau txais lub cim ntawm Vajtswv uas muaj sia. Cov uas tso tseg qhov tseeb uas muaj keeb kwm saum ntuj ceeb tsheej los, thiab lees txais hnub Xanpataus Hnub Kaj, yuav tau txais lub cim ntawm tus tsiaj qus.” The Seventh-day Adventist Bible Commentary, volume 7, 976.</w:t>
      </w:r>
    </w:p>
    <w:p>
      <w:pPr>
        <w:pStyle w:val="ArticleBody"/>
        <w:jc w:val="left"/>
      </w:pPr>
      <w:r>
        <w:rPr>
          <w:rFonts w:ascii="Times New Roman" w:hAnsi="Times New Roman" w:eastAsia="Times New Roman" w:cs="Times New Roman"/>
        </w:rPr>
        <w:t>Qhov kev sim txog tus duab ntawm tus tsiaj qus yog qhov kev sim uas los ua ntej qhov kev sim txog lub cim ntawm tus tsiaj qus nyob rau lub cai Sunday, thiab nws yuav tsum raug dhau ua ntej lub qhov rooj kaw.</w:t>
      </w:r>
    </w:p>
    <w:p>
      <w:pPr>
        <w:pStyle w:val="ArticleBody"/>
        <w:jc w:val="left"/>
      </w:pPr>
      <w:r>
        <w:rPr>
          <w:rFonts w:ascii="Times New Roman" w:hAnsi="Times New Roman" w:eastAsia="Times New Roman" w:cs="Times New Roman"/>
        </w:rPr>
        <w:t>Nws yog qhov kev sim uas ntxuav cov neeg ncaj ncees kom dawb huv thiab tseem cais cov neeg ncaj ncees tawm ntawm cov neeg tsis ncaj ncees. Nws yog qhov kev sim uas Daniel, Shadrach, Meshach, thiab Abednego raug pom tias lawv lub ntsej muag zoo dua thiab cev puv dua cov uas tau noj Babylon cov zaub mov. Ib pab tau noj mov ci saum Ntuj Ceeb Tsheej, hos lwm pab tau noj mov ci ntawm Babylon. Nws yog qhov kev sim txog mov ci hauv lub tsev sablaj ntawm Capernaum.</w:t>
      </w:r>
    </w:p>
    <w:p>
      <w:pPr>
        <w:pStyle w:val="ArticleBody"/>
        <w:jc w:val="left"/>
      </w:pPr>
      <w:r>
        <w:rPr>
          <w:rFonts w:ascii="Times New Roman" w:hAnsi="Times New Roman" w:eastAsia="Times New Roman" w:cs="Times New Roman"/>
        </w:rPr>
        <w:t>Sab nraud lub sijhawm ntawm kev sim siab uas peb tam sim no nyob hauv no yog qhov kev sim ntawm tus yam ntxwv ntawm tus tsiaj qus, yog kev koom ua ke ntawm pawg ntseeg thiab lub xeev nyob hauv Tebchaws Meskas. Lub sijhawm sim siab sab hauv uas sib phim ntawd qhia ib pawg nkauj xwb uas nthuav tawm tus yam ntxwv ntawm tibneeg, thiab ib pawg nkauj xwb ntxiv uas nthuav tawm tus yam ntxwv ntawm Vajtswv los koom ua ke nrog tibneeg. Tom qab Malakhi qhia txog kev ntxuav kom dawb huv thiab kev lim kom huv ntawm cov Levi, Vajtswv thiaj tsa ib qho kev sim siab.</w:t>
      </w:r>
    </w:p>
    <w:p>
      <w:pPr>
        <w:pStyle w:val="ArticleScripture"/>
        <w:jc w:val="left"/>
      </w:pPr>
      <w:r>
        <w:rPr>
          <w:rFonts w:ascii="Times New Roman" w:hAnsi="Times New Roman" w:eastAsia="Times New Roman" w:cs="Times New Roman"/>
        </w:rPr>
        <w:t>Thiab kuv yuav los ze nej los rau kev txiav txim; thiab kuv yuav ua tim khawv sai tawm tsam cov neeg ua khawv koob, thiab tawm tsam cov neeg deev luag poj luag txiv, thiab tawm tsam cov neeg cog lus cuav, thiab tawm tsam cov uas tsim txom tus neeg ua haujlwm hauv nws cov nyiaj ntiav, tus poj ntsuam, thiab tus menyuam ntsuag, thiab cov uas thawb tus neeg txawv teb chaws kom plam nws txoj cai, thiab tsis ntshai kuv, tus Tswv uas muaj tej pab tub rog hais li no.</w:t>
      </w:r>
    </w:p>
    <w:p>
      <w:pPr>
        <w:pStyle w:val="ArticleScripture"/>
        <w:jc w:val="left"/>
      </w:pPr>
      <w:r>
        <w:rPr>
          <w:rFonts w:ascii="Times New Roman" w:hAnsi="Times New Roman" w:eastAsia="Times New Roman" w:cs="Times New Roman"/>
        </w:rPr>
        <w:t>Vim Kuv yog tus Tswv, Kuv tsis hloov li; yog li no nej cov tub ntawm Yakhauj thiaj tsis raug rhuav tshem. Malakis 3:5, 6.</w:t>
      </w:r>
    </w:p>
    <w:p>
      <w:pPr>
        <w:pStyle w:val="ArticleBody"/>
        <w:jc w:val="left"/>
      </w:pPr>
      <w:r>
        <w:rPr>
          <w:rFonts w:ascii="Times New Roman" w:hAnsi="Times New Roman" w:eastAsia="Times New Roman" w:cs="Times New Roman"/>
        </w:rPr>
        <w:t>Qhov kev sim thawj yog kom ntshai Vajtswv, thiab pawg neeg uas swb qhov kev sim ntawm Tus Tubtxib ntawm Txoj Kevcog Ces raug hais nrog tsib lo lus txiav txim rau txim, ib lo rau txhua tus nkauj xwb ruam uas phim rau kev txom nyem, kev nyuaj siab, kev pluag, kev dig muag, kev liab qab; tsib yam cwj pwm cev Vajtswv lus rau tsib tus nkauj xwb ruam, uas raug sau ua ke nyob hauv lo lus hais tias “thiab tsis ntshai kuv.” Cov no yog cov uas swb qhov kev sim thawj alpha uas yog lub hauv paus. Lawv swb vim lawv tsis to taub tias Vajtswv yeej tsis hloov ib txwm li. Cov no yog cov uas swb qhov kev sim alpha sab nraud ntawm xyoo 2024 uas yog lub hauv paus.</w:t>
      </w:r>
    </w:p>
    <w:p>
      <w:pPr>
        <w:pStyle w:val="ArticleScripture"/>
        <w:jc w:val="left"/>
      </w:pPr>
      <w:r>
        <w:rPr>
          <w:rFonts w:ascii="Times New Roman" w:hAnsi="Times New Roman" w:eastAsia="Times New Roman" w:cs="Times New Roman"/>
        </w:rPr>
        <w:t>“Muaj tej zaj lus qhuab qhia uas yuav tsum kawm los ntawm keeb kwm ntawm yav dhau los; thiab raug hu kom ua tib zoo mloog rau tej no, xwv kom sawv daws thiaj yuav to taub tias Vajtswv ua hauj lwm raws tib txoj kev tam sim no ib yam nkaus li Nws ib txwm tau ua los lawm. Nws txhais tes pom tseeb nyob hauv Nws tes dej num thiab nyob hauv tej haiv neeg tam sim no, ib yam nkaus li tau muaj ib txwm txij thaum thawj zaug txoj moo zoo raug tshaj tawm rau Adas hauv Edees.</w:t>
      </w:r>
    </w:p>
    <w:p>
      <w:pPr>
        <w:pStyle w:val="ArticleScripture"/>
        <w:jc w:val="left"/>
      </w:pPr>
      <w:r>
        <w:rPr>
          <w:rFonts w:ascii="Times New Roman" w:hAnsi="Times New Roman" w:eastAsia="Times New Roman" w:cs="Times New Roman"/>
        </w:rPr>
        <w:t>“Muaj tej lub sijhawm uas yog tej ntsiab chaw tig hauv keeb kwm ntawm tej haiv neeg thiab ntawm pawg ntseeg. Hauv Vajtswv txoj kev tuav tswj, thaum cov kev kub ntxhov sib txawv no los txog, qhov kaj rau lub sijhawm ntawd raug muab pub. Yog tias txais yuav nws, ces muaj kev vam meej ntawm sab ntsuj plig; yog tias tsis lees txais, ces kev nqis qis ntawm sab ntsuj plig thiab kev puas tsuaj loj yuav raws los. Tus Tswv hauv Nws Txojlus tau qhib tawm txoj hauj lwm tawm tsam mus tom ntej ntawm txoj moo zoo raws li tau raug coj ua yav dhau los, thiab yuav yog li ntawd yav tom ntej thiab, mus txog rau qhov kev sib ntaus kawg, thaum Xatas cov cuab yeej ua haujlwm yuav ua lawv txoj kev txav kawg uas txaus ntshai kawg nkaus.” Bible Echo, August 26, 1895.</w:t>
      </w:r>
    </w:p>
    <w:p>
      <w:pPr>
        <w:pStyle w:val="ArticleBody"/>
        <w:jc w:val="left"/>
      </w:pPr>
      <w:r>
        <w:rPr>
          <w:rFonts w:ascii="Times New Roman" w:hAnsi="Times New Roman" w:eastAsia="Times New Roman" w:cs="Times New Roman"/>
        </w:rPr>
        <w:t>Cov neeg Laodicea tsis pom tias Vajtswv txoj kev nrog tib neeg ib txwm zoo ib yam. Yog txais qhov kaj, los yog cov roj, ces muaj koob hmoov; yog tsis txais, ces muaj kev puam tsuaj ntawm nkoj.</w:t>
      </w:r>
    </w:p>
    <w:p>
      <w:pPr>
        <w:pStyle w:val="ArticleScripture"/>
        <w:jc w:val="left"/>
      </w:pPr>
      <w:r>
        <w:rPr>
          <w:rFonts w:ascii="Times New Roman" w:hAnsi="Times New Roman" w:eastAsia="Times New Roman" w:cs="Times New Roman"/>
        </w:rPr>
        <w:t>“Nyob rau yav dhau los ntau tiam, tus Tswv Vajtswv saum ntuj ceeb tsheej tau qhia nws tej lus zais rau nws cov yaj saub. Yam uas yog tam sim no thiab yav tom ntej puav leej pom meej sib npaug rau nws. Vajtswv lub suab nrov thoob plaws ntau tiam, ceeb toom rau neeg txog tej yam uas yuav tshwm sim. Cov vaj ntxwv thiab cov thawj coj loj sawv los nyob rau lawv qhov chaw raws li lub sijhawm uas twb teem tseg rau lawv lawm. Lawv xav tias lawv tab tom ua raws li lawv tus kheej tej hom phiaj, tiamsis qhov tseeb lawv tab tom ua kom tiav raws li lo lus uas Vajtswv twb hais lawm.”</w:t>
      </w:r>
    </w:p>
    <w:p>
      <w:pPr>
        <w:pStyle w:val="ArticleScripture"/>
        <w:jc w:val="left"/>
      </w:pPr>
      <w:r>
        <w:rPr>
          <w:rFonts w:ascii="Times New Roman" w:hAnsi="Times New Roman" w:eastAsia="Times New Roman" w:cs="Times New Roman"/>
        </w:rPr>
        <w:t>“Povlauj tshaj tawm tias tej ntaub ntawv hais txog Vajtswv tej kev ua nrog noob neej yav tag los, ‘muaj sau cia tseg rau peb kev ceeb toom, peb cov uas lub sijhawm kawg ntawm lub ntiajteb twb los txog lawm.’ Zaj keeb kwm ntawm Daniyees kuj raug muab rau peb kom ua peb kev ceeb toom. ‘Tus Tswv tej lus zais nyob nrog cov uas ntshai nws.’ Daniyees tus Vajtswv tseem muaj sia thiab tseem kav. Nws tsis tau kaw ntuj ceeb tsheej tawm tsam nws haiv neeg. Ib yam li thaum tiam Yudais, kuj zoo ib yam li tiam no thiab, Vajtswv qhia nws tej lus zais rau nws cov tub qhe uas yog cov yaj saub.”</w:t>
      </w:r>
    </w:p>
    <w:p>
      <w:pPr>
        <w:pStyle w:val="ArticleScripture"/>
        <w:jc w:val="left"/>
      </w:pPr>
      <w:r>
        <w:rPr>
          <w:rFonts w:ascii="Times New Roman" w:hAnsi="Times New Roman" w:eastAsia="Times New Roman" w:cs="Times New Roman"/>
        </w:rPr>
        <w:t>“Tus tubtxib Petus hais tias: ‘Peb kuj muaj lo lus faj lem uas ruaj khov dua; thiab nej ua zoo yog nej mloog raws li ib lub teeb uas ci hauv qhov chaw tsaus ntuj, mus txog thaum kaj ntug los, thiab lub hnub qub sawv ntxov tawm hauv nej lub siab: nej yuav tsum paub ua ntej no, tias tsis muaj ib qho lus faj lem twg hauv Vaj Lug Kub uas yog los ntawm tus kheej txhais. Rau qhov lus faj lem tsis tau los yav tag los ntawm tibneeg lub siab nyiam li: tiam sis cov neeg dawb huv ntawm Vajtswv tau hais raws li lawv raug tus Vaj Ntsuj Plig Dawb Huv coj.’”</w:t>
      </w:r>
    </w:p>
    <w:p>
      <w:pPr>
        <w:pStyle w:val="ArticleScripture"/>
        <w:jc w:val="left"/>
      </w:pPr>
      <w:r>
        <w:rPr>
          <w:rFonts w:ascii="Times New Roman" w:hAnsi="Times New Roman" w:eastAsia="Times New Roman" w:cs="Times New Roman"/>
        </w:rPr>
        <w:t>Cov neeg tsis ntseeg thiab tsis hwm Vajtswv tsis pom qhov tseem ceeb ntawm tej cim qhia txog lub sijhawm, uas tau raug qhia tseg ua ntej hauv lo lus cev Vajtswv lus. Vim tsis paub, lawv tej zaum yuav tsis kam lees txais zaj keeb kwm uas tau txais kev tshoov siab. Tab sis thaum cov uas lees tias yog Khixatia hais lus thuam txog tej txojkev thiab tej cuab tam uas tus loj kawg nkaus I AM tau siv los qhia kom paub txog nws tej hom phiaj, ces lawv qhia lawv tus kheej tias lawv tsis paub ob qho tib si Vajluskub thiab Vajtswv lub hwj chim. Tus Tsim txiajteb txawmteb yeej paub meej tias nws yuav tsum ua haujlwm nrog yam ntxwv twg hauv tibneeg lub cev nqaij daim tawv. Nws paub tias yuav siv yam twg thiaj tau txais cov txiaj ntsig uas nws xav tau.</w:t>
      </w:r>
    </w:p>
    <w:p>
      <w:pPr>
        <w:pStyle w:val="ArticleScripture"/>
        <w:jc w:val="left"/>
      </w:pPr>
      <w:r>
        <w:rPr>
          <w:rFonts w:ascii="Times New Roman" w:hAnsi="Times New Roman" w:eastAsia="Times New Roman" w:cs="Times New Roman"/>
        </w:rPr>
        <w:t>“Lo lus ntawm neeg swb lawm. Tus uas ua kom tej lus lees paub ntawm tibneeg yog yam nws vam khom, yeej tsim nyog tshee hnyo; rau qhov muaj ib hnub nws yuav zoo li ib lub nkoj uas poob tawg. Lo lus ntawm Vajtswv tsis yuam kev li, thiab nyob ruaj mus ib txhis. Khetos tshaj tawm tias, ‘Kuv hais tseeb rau nej, Txog thaum ntuj thiab av dhau mus, ib qho me tshaj plaws los ib lub cim me tshaj plaws yuav tsis muaj ib qho twg ploj ntawm txoj kevcai mus li, mus txog thaum txhua yam tiav tag.’ Lo lus ntawm Vajtswv yuav nyob ruaj mus thoob plaws txhua tiam uas tsis txawj kawg ntawm ib txhis.” Youth Instructor, December 1, 1903.</w:t>
      </w:r>
    </w:p>
    <w:p>
      <w:pPr>
        <w:pStyle w:val="ArticleBody"/>
        <w:jc w:val="left"/>
      </w:pPr>
      <w:r>
        <w:rPr>
          <w:rFonts w:ascii="Times New Roman" w:hAnsi="Times New Roman" w:eastAsia="Times New Roman" w:cs="Times New Roman"/>
        </w:rPr>
        <w:t>Vajtswv yeej tsis hloov ib txhis, thiab Nws ua haujlwm raws tib txoj kab li Nws ib txwm tau ua los.</w:t>
      </w:r>
    </w:p>
    <w:p>
      <w:pPr>
        <w:pStyle w:val="ArticleScripture"/>
        <w:jc w:val="left"/>
      </w:pPr>
      <w:r>
        <w:rPr>
          <w:rFonts w:ascii="Times New Roman" w:hAnsi="Times New Roman" w:eastAsia="Times New Roman" w:cs="Times New Roman"/>
        </w:rPr>
        <w:t>“Txoj hauj lwm ntawm Vajtswv hauv ntiaj teb no, txij tiam dhau tiam los, qhia tau ib qho kev zoo sib xws uas pom tseeb heev hauv txhua qhov kev hloov kho loj los yog kev txav ntawm kev ntseeg. Cov ntsiab cai uas Vajtswv siv hauv Nws txoj kev nrog tib neeg sib raug zoo yeej ib txwm zoo ib yam. Cov kev txav tseem ceeb ntawm lub sijhawm tam sim no muaj lawv qhov piv txwv sib thooj hauv cov uas tau muaj yav tag los, thiab tej kev paub ntawm pawg ntseeg hauv tej tiam dhau los muaj tej zaj lus qhia uas muaj nqis heev rau peb lub sijhawm no.” The Great Controversy, 343.</w:t>
      </w:r>
    </w:p>
    <w:p>
      <w:pPr>
        <w:pStyle w:val="ArticleBody"/>
        <w:jc w:val="left"/>
      </w:pPr>
      <w:r>
        <w:rPr>
          <w:rFonts w:ascii="Times New Roman" w:hAnsi="Times New Roman" w:eastAsia="Times New Roman" w:cs="Times New Roman"/>
        </w:rPr>
        <w:t>Plaub Malakhi tshooj peb thawj plaub nqe qhia txog tus tub txib uas npaj txoj kev rau Tus Tub Txib ntawm Txoj Kev Khi Lus, thiab txog kev ntxuav kom dawb huv thiab kev lim kom huv ntawm cov Levis. Tom qab ntawd tus Tswv tshaj tawm txoj kev txiav txim rau Laodicea, qhia tias lawv tsis ntshai Vajtswv, uas txhais hais tias lawv swb qhov kev sim pib thawj, uas yog alpha, ntawm tus tim tswv thib peb. Lawv txoj kev tsis muaj kev ntshai ntawd sawv cev rau ib txoj kev txhob txwm tsis lees txais txoj kev paub, thiab lub ntsiab lus ntawm txoj kev paub uas lawv tsis kam txais yog kev lees txais keeb kwm ntawm tus tub txib uas npaj txoj kev thiab tus Tub Txib saum ntuj uas los tom qab nws. Txhua tus yaj saub qhia txog lub sijhawm hnub kawg, thiab yuav tsis muaj ib qho laj thawj los qhia txog ib qho kev txav hloov kho cuav, yog tias tsis muaj ib qho tiag tiag.</w:t>
      </w:r>
    </w:p>
    <w:p>
      <w:pPr>
        <w:pStyle w:val="ArticleScripture"/>
        <w:jc w:val="left"/>
      </w:pPr>
      <w:r>
        <w:rPr>
          <w:rFonts w:ascii="Times New Roman" w:hAnsi="Times New Roman" w:eastAsia="Times New Roman" w:cs="Times New Roman"/>
        </w:rPr>
        <w:t>“Tiamsis Xatas tsis tau nyob twjywm. Nim no nws tau sim ua yam uas nws tau sim ua nyob rau hauv txhua txoj kev txav uas kho dua tshiab—kom dag ntxias thiab rhuav tshem cov neeg los ntawm kev muab ib yam cuav los hloov chaw ntawm txoj hauj lwm tseeb. Ib yam li muaj cov Khetos cuav nyob rau thawj xyoo pua ntawm pawg ntseeg Khetos, tib yam ntawd kuj muaj cov yaj saub cuav sawv los hauv xyoo pua kaum rau.” The Great Controversy, 186.</w:t>
      </w:r>
    </w:p>
    <w:p>
      <w:pPr>
        <w:pStyle w:val="ArticleBody"/>
        <w:jc w:val="left"/>
      </w:pPr>
      <w:r>
        <w:rPr>
          <w:rFonts w:ascii="Times New Roman" w:hAnsi="Times New Roman" w:eastAsia="Times New Roman" w:cs="Times New Roman"/>
        </w:rPr>
        <w:t>Cov ntsiab lus ntawm thawj rau nqe ntawm Malakhi peb yog hais txog kev ntxuav kom huv thiab kev lim kom dawb huv cov Levis ntawm txoj kev txav kho kom raug ntawm ib puas plaub caug plaub txhiab leej. Yam uas tseem nyob tom ntej rau tebchaws Asmeskas yog, tsis yog txoj kev txav ntawd tiag tiag xwb, ces kuj yog ib yam cuav ntawm ntau yam cuav. Ces Malakhi hais tias:</w:t>
      </w:r>
    </w:p>
    <w:p>
      <w:pPr>
        <w:pStyle w:val="ArticleScripture"/>
        <w:jc w:val="left"/>
      </w:pPr>
      <w:r>
        <w:rPr>
          <w:rFonts w:ascii="Times New Roman" w:hAnsi="Times New Roman" w:eastAsia="Times New Roman" w:cs="Times New Roman"/>
        </w:rPr>
        <w:t>Txij txij puag thaum nej tej yawg koob los, nej twb tau ncaim ntawm kuv tej kab ke lawm thiab tsis tau ceev lawv tseg. Nej cia li tig rov qab los cuag kuv, ces kuv yuav tig rov qab los cuag nej, tus Tswv uas kav tag nrho tej tub rog hais li no. Malachi 3:7.</w:t>
      </w:r>
    </w:p>
    <w:p>
      <w:pPr>
        <w:pStyle w:val="ArticleBody"/>
        <w:jc w:val="left"/>
      </w:pPr>
      <w:r>
        <w:rPr>
          <w:rFonts w:ascii="Times New Roman" w:hAnsi="Times New Roman" w:eastAsia="Times New Roman" w:cs="Times New Roman"/>
        </w:rPr>
        <w:t>Kev txoj kev ntxeev siab uas nce zuj zus hla plaub tiam neeg yog qhov pib thiab qhov chaw teeb tsa ntawm phau ntawv Yaw-ees, thiab Malakhi ntawm no kuj qhia tib qho kev ntxeev siab uas nce zuj zus ntawd thaum nws hais tias, “txij puag thaum nej tej yawg koob lub sijhawm los nej twb ncaim mus lawm.” Txij xyoo 1863 los, yog lub sijhawm ntawm cov yawg koob ntawm thawj tiam ntawm kev ntxeev siab, lawv tau nce zuj zus mus deb dua thiab deb dua ntawm Vajtswv. Lo lus tshaj tawm tawm tsam lawv txoj kev txhaum uas txuas ntxiv mus no raug txo kom me dua los ntawm txoj kev hu ntawm Laudekhiya uas, nrog suab quaj ntsuag, cog lus tias yog lawv tsuas yog rov qab los xwb, Vajtswv yuav rov qab los cuag lawv.</w:t>
      </w:r>
    </w:p>
    <w:p>
      <w:pPr>
        <w:pStyle w:val="ArticleScripture"/>
        <w:jc w:val="left"/>
      </w:pPr>
      <w:r>
        <w:rPr>
          <w:rFonts w:ascii="Times New Roman" w:hAnsi="Times New Roman" w:eastAsia="Times New Roman" w:cs="Times New Roman"/>
        </w:rPr>
        <w:t>Tiamsis nej hais tias, Peb yuav rov qab li cas? Puas muaj neeg nyiag Vajtswv? Txawm li ntawd los, nej twb nyiag kuv lawm. Tiamsis nej hais tias, Peb tau nyiag koj rau yam twg? Nyob rau hauv ib feem kaum thiab tej khoom fij. Nej raug foom phem nrog ib txoj kev foom phem; rau qhov nej tau nyiag kuv, yog, txawm yog haiv neeg no tag nrho.</w:t>
      </w:r>
    </w:p>
    <w:p>
      <w:pPr>
        <w:pStyle w:val="ArticleScripture"/>
        <w:jc w:val="left"/>
      </w:pPr>
      <w:r>
        <w:rPr>
          <w:rFonts w:ascii="Times New Roman" w:hAnsi="Times New Roman" w:eastAsia="Times New Roman" w:cs="Times New Roman"/>
        </w:rPr>
        <w:t>Cia li nqa tag nrho cov ib feem kaum los rau hauv lub tsev khaws cia, kom yuav muaj zaub mov nyob hauv kuv lub tsev, thiab sim kuv tam sim no hauv qhov no, tus Tswv ntawm tej pab tub rog hais li no, saib seb kuv puas yuav tsis qhib tej qhov rais saum ntuj ceeb tsheej rau nej, thiab muab ib txoj koob hmoov los nchuav rau nej, kom nej yuav tsis muaj chaw txaus txais nws.</w:t>
      </w:r>
    </w:p>
    <w:p>
      <w:pPr>
        <w:pStyle w:val="ArticleScripture"/>
        <w:jc w:val="left"/>
      </w:pPr>
      <w:r>
        <w:rPr>
          <w:rFonts w:ascii="Times New Roman" w:hAnsi="Times New Roman" w:eastAsia="Times New Roman" w:cs="Times New Roman"/>
        </w:rPr>
        <w:t>Thiab kuv yuav txwv tus uas nqos txhua yam rau nej lub siab, thiab nws yuav tsis rhuav tshem tej qoob loo ntawm nej thaj av; thiab nej tej hmab txiv yuav tsis poob nws tej txiv ua ntej lub caij hauv teb, tus Tswv uas muaj ntau pab tub rog hais li ntawd. Thiab txhua haiv neeg yuav hu nej tias yog cov tau koob hmoov; rau qhov nej yuav yog ib thaj av uas ntxim nyiam heev, tus Tswv uas muaj ntau pab tub rog hais li ntawd. Malachi 3:5–12.</w:t>
      </w:r>
    </w:p>
    <w:p>
      <w:pPr>
        <w:pStyle w:val="ArticleBody"/>
        <w:jc w:val="left"/>
      </w:pPr>
      <w:r>
        <w:rPr>
          <w:rFonts w:ascii="Times New Roman" w:hAnsi="Times New Roman" w:eastAsia="Times New Roman" w:cs="Times New Roman"/>
        </w:rPr>
        <w:t>Qhov kev sim sab nraud uas yog lub hauv paus alpha ntawm xyoo 2024 raug raws los ntawm qhov kev sim sab hauv uas yog lub pob zeb xaus saum toj kawg nkaus ntawm xyoo 2026. Qhov kev sim uas yog pob zeb xaus ntawd tshwm sim thaum tej qhov rais saum ntuj raug qhib, thiab peb qhov chaw uas cov qhov rais qhib ntawd raug qhia tawm nyob hauv lub ntsiab lus ntawm pawg ntseeg uas yeej lawm yog Malachi peb, Miller txoj kev npau suav, thiab Revelation kaum cuaj. Malachi yog alpha, Miller txoj kev npau suav yog qhov nruab nrab, thiab Revelation yog omega. Qhov kev sim ntawd raug ua piv txwv los ntawm Khetos, raws li tus txiv neej tu plua plav, muab cov hlaws nyiaj hlaws kub pov rau hauv lub thawv ntim. Cov hlaws ntawd yog ob yam tib si—tej qhov tseeb uas raug teem kom zoo kawg nkaus raws li lawv tej txheej txheem, thiab cov seem uas tshuav. Lub tsev khaws cia yog qhov chaw uas cov zaub mov raug sau ua ke thiab muab faib tawm. Ib yam li qhov kev sim ntawm manna, qhov kev sim ntawm Capernaum, thiab Lub Ncuav Mog Saum Ntuj Ceeb Tsheej—“zaub mov” yog lub ntsiab lus.</w:t>
      </w:r>
    </w:p>
    <w:p>
      <w:pPr>
        <w:pStyle w:val="ArticleBody"/>
        <w:jc w:val="left"/>
      </w:pPr>
      <w:r>
        <w:rPr>
          <w:rFonts w:ascii="Times New Roman" w:hAnsi="Times New Roman" w:eastAsia="Times New Roman" w:cs="Times New Roman"/>
        </w:rPr>
        <w:t>“Zaub mov” yog roj nyob hauv zaj lus piv txwv txog cov nkauj xwb, thiab nws sawv cev rau tus cwj pwm, Vaj Ntsuj Plig Dawb Huv, thiab txoj xov yaj saub uas coj Vaj Ntsuj Plig Dawb Huv los rau hauv lub siab thiab lub tswvyim ntawm cov uas tsim tus cwj pwm ntawm Khetos. “Zaub mov” yog Yaw-ees phau “cawv tshiab” uas raug txiav tawm ntawm cov neeg qaug cawv ntawm Efa-i. Yuav kom dhau qhov kev sim sab hauv ntawm lub tuam tsev capstone ntawm tus tim tswv thib ob, koj yuav tsum tau dhau qhov kev sim sab nraud ntawm thawj qhov alpha uas yog lub hauv paus. Yog koj tsis tau txais lub hauv paus, koj tsis tuaj yeem yog ib feem ntawm lub tuam tsev uas raug tsa saum lub hauv paus ntawd; tiamsis yog koj tsis yog nyob hauv cov neeg suav uas dhau qhov kev sim hauv paus ntawd lawm, koj yuav txhim tsa koj lub tsev cuav sab ntsuj plig saum xuab zeb. Yauhas hu lub tsev cuav sab ntsuj plig ntawd tias, “lub tsev sablaj ntawm Xatas,” hos Yelemis hu nws tias, “lub rooj txoos ntawm cov neeg thuam luag.”</w:t>
      </w:r>
    </w:p>
    <w:p>
      <w:pPr>
        <w:pStyle w:val="ArticleBody"/>
        <w:jc w:val="left"/>
      </w:pPr>
      <w:r>
        <w:rPr>
          <w:rFonts w:ascii="Times New Roman" w:hAnsi="Times New Roman" w:eastAsia="Times New Roman" w:cs="Times New Roman"/>
        </w:rPr>
        <w:t>Cia nej tej feem kaum thiab tej khoom fij huv si rau hauv lub tsev khaws yog qhov kev sim sab hauv uas lub foob raug muab nias rau ntawd. Tus txiv neej txhuam av tau muab Vajtswv haiv neeg seem pov rau hauv lub hleb uas nthuav dav lawm, thiab hauv qhov uas Nws ua li ntawd, Nws tab tom ua ib qho piv txwv qhia txog txoj hauj lwm ntawm kev coj tag nrho tej feem kaum los rau hauv lub tsev khaws. Cov Levi yog qhov khoom fij uas raug tsa nce thaum Nws nchuav ib txoj koob hmoov tawm ntawm tej qhov rais saum ntuj ceeb tsheej. Tus txiv neej txhuam av tej kub nqi yog Nws haiv neeg seem, thiab hauv Yaxayas tshooj rau cov haiv neeg seem ntawd raug txheeb tias yog ib feem kaum.</w:t>
      </w:r>
    </w:p>
    <w:p>
      <w:pPr>
        <w:pStyle w:val="ArticleScripture"/>
        <w:jc w:val="left"/>
      </w:pPr>
      <w:r>
        <w:rPr>
          <w:rFonts w:ascii="Times New Roman" w:hAnsi="Times New Roman" w:eastAsia="Times New Roman" w:cs="Times New Roman"/>
        </w:rPr>
        <w:t>Ces kuv hais tias, Tus Tswv, yuav ntev npaum li cas? Thiab Nws teb tias, Mus txog thaum tej nroog puam tsuaj tsis muaj neeg nyob, thiab tej tsev tsis muaj neeg, thiab lub tebchaws raug ua kom qhuav ploj tag nrho, Thiab tus Tswv tau tshem neeg mus deb heev, thiab muaj kev tso tseg loj heev nyob hauv nruab nrab lub tebchaws. Tiamsis tseem yuav tshuav ib feem kaum nyob hauv ntawd, thiab nws yuav rov los, thiab yuav raug noj tas: zoo li tsob teil, thiab zoo li tsob qhib ntoo, uas lawv cov ntsiab tseem nyob hauv lawv thaum lawv nplooj poob tag: ib yam li ntawd cov xeeb leej xeeb ntxwv dawb huv yuav yog cov ntsiab ntawm nws. Yaxayas 6:11–13.</w:t>
      </w:r>
    </w:p>
    <w:p>
      <w:pPr>
        <w:pStyle w:val="ArticleBody"/>
        <w:jc w:val="left"/>
      </w:pPr>
      <w:r>
        <w:rPr>
          <w:rFonts w:ascii="Times New Roman" w:hAnsi="Times New Roman" w:eastAsia="Times New Roman" w:cs="Times New Roman"/>
        </w:rPr>
        <w:t>Tus Tswv qhia tias lo lus nug hais tias “ntev li cas” raws li ntau tus tim khawv tab tom taw tes mus rau txoj cai Hnub Caiv, thiab hauv nqe peb ntawm Yaxayas tshooj rau cov tim tswv tshaj tawm tias, “Dawb huv, dawb huv, dawb huv, yog tus Tswv uas kav cov tub rog saum ntuj: tag nrho lub ntiaj teb puv npo ntawm nws lub yeeb koob.” Muam White txuas qhov no nrog tus tim tswv muaj hwj chim hauv Tshwm Sim kaum yim.</w:t>
      </w:r>
    </w:p>
    <w:p>
      <w:pPr>
        <w:pStyle w:val="ArticleScripture"/>
        <w:jc w:val="left"/>
      </w:pPr>
      <w:r>
        <w:rPr>
          <w:rFonts w:ascii="Times New Roman" w:hAnsi="Times New Roman" w:eastAsia="Times New Roman" w:cs="Times New Roman"/>
        </w:rPr>
        <w:t>“Thaum lawv [cov timtswv] pom yav tom ntej, thaum tag nrho lub ntiajteb yuav puv npo rau Nws lub hwjchim ci ntsa iab, zaj nkauj qhuas yeej muaj yeej raug ncha rov ntawm ib tug mus rau ib tug hauv suab hu nplaim siab kaj lug tias, ‘Dawbhuv, dawbhuv, dawbhuv, yog tus Tswv ntawm Cov Tubrog Saum Ntuj Ceebtsheej.’ Lawv txaus siab kiag li rau qhov uas tau ua kom Vajtswv tau koob meej; thiab nyob hauv Nws xub ntiag, hauv qab Nws txoj kev luag nyav uas pom zoo, lawv tsis ntshaw dabtsi ntxiv lawm. Hauv kev nqa Nws tus yam ntxwv, hauv kev ua Nws tes haujlwm thiab pe hawm Nws, lawv txoj kev ntshaw siab tshaj plaws twb raug ua tiav tag nrho lawm.” Review and Herald, December 22, 1896.</w:t>
      </w:r>
    </w:p>
    <w:p>
      <w:pPr>
        <w:pStyle w:val="ArticleBody"/>
        <w:jc w:val="left"/>
      </w:pPr>
      <w:r>
        <w:rPr>
          <w:rFonts w:ascii="Times New Roman" w:hAnsi="Times New Roman" w:eastAsia="Times New Roman" w:cs="Times New Roman"/>
        </w:rPr>
        <w:t>Yaxayas tshooj rau qhia meej txog 9/11, thaum lub ntiajteb tau raug ci ntsa iab los ntawm lub hwjchim ci ntsa iab ntawm thawj lub suab ntawm ob lub suab hauv Tshwmsim tshooj kaum yim. Thaum Yaxayas nug tias “ntev npaum li cas,” keeb kwm ntawm tshooj ntawd raug txheeb qhia tias yog lub sijhawm txij 9/11 mus txog rau txoj cai Hnub Caiv, uas yog thaum lub suab thib ob los txog. Yaxayas qhia rau peb tias thaum txog txoj cai Hnub Caiv yuav muaj ib pab seem tseg—uas yog ib feem kaum. Cov seem tseg ntawd muaj yam tseem ceeb nyob hauv lawv—roj nyob hauv lawv tej hub.</w:t>
      </w:r>
    </w:p>
    <w:p>
      <w:pPr>
        <w:pStyle w:val="ArticleScripture"/>
        <w:jc w:val="left"/>
      </w:pPr>
      <w:r>
        <w:rPr>
          <w:rFonts w:ascii="Times New Roman" w:hAnsi="Times New Roman" w:eastAsia="Times New Roman" w:cs="Times New Roman"/>
        </w:rPr>
        <w:t>Tiamsis tseem yuav tshuav ib feem kaum [ib feem kaum pub], thiab nws yuav rov qab los, thiab yuav raug noj tag: zoo li tsob teil, thiab zoo li tsob ntoo qhib, uas lawv lub ntsiab tseem nyob hauv lawv thaum lawv nplooj poob lawm: ib yam li ntawd noob dawb huv yuav yog nws lub ntsiab. Yaxayas 6:13.</w:t>
      </w:r>
    </w:p>
    <w:p>
      <w:pPr>
        <w:pStyle w:val="ArticleBody"/>
        <w:jc w:val="left"/>
      </w:pPr>
      <w:r>
        <w:rPr>
          <w:rFonts w:ascii="Times New Roman" w:hAnsi="Times New Roman" w:eastAsia="Times New Roman" w:cs="Times New Roman"/>
        </w:rPr>
        <w:t>“Qhov ib feem kaum” yog cov uas tau “rov qab los” teb rau Malakis thiab kuj Yelemis txoj kev hu kom rov qab los. Lawv yog tej ntoo ntawm tibneeg, koom nrog Vajtswv txoj Kev Ntuj (noob dawb huv). Lawv yuav raug noj, rau qhov lawv tsis yog cov tubtxib xwb, tiam sis lawv yog lub cim chij ntawm cov ncuav yoj ntawm Hnub Peetekos; lawv yog txoj xov uas Lwm Haiv Neeg yuav noj.</w:t>
      </w:r>
    </w:p>
    <w:p>
      <w:pPr>
        <w:pStyle w:val="ArticleScripture"/>
        <w:jc w:val="left"/>
      </w:pPr>
      <w:r>
        <w:rPr>
          <w:rFonts w:ascii="Times New Roman" w:hAnsi="Times New Roman" w:eastAsia="Times New Roman" w:cs="Times New Roman"/>
        </w:rPr>
        <w:t>Vim li no tus Tswv hais li no, Yog koj rov qab los, ces kuv yuav coj koj rov qab los dua, thiab koj yuav sawv ntawm kuv xub ntiag; thiab yog koj cais yam muaj nqis tawm ntawm yam qias neeg, koj yuav zoo li kuv lub qhov ncauj: cia lawv rov qab los cuag koj; tab sis koj txhob rov qab mus cuag lawv. Yelemis 15:19.</w:t>
      </w:r>
    </w:p>
    <w:p>
      <w:pPr>
        <w:pStyle w:val="ArticleBody"/>
        <w:jc w:val="left"/>
      </w:pPr>
      <w:r>
        <w:rPr>
          <w:rFonts w:ascii="Times New Roman" w:hAnsi="Times New Roman" w:eastAsia="Times New Roman" w:cs="Times New Roman"/>
        </w:rPr>
        <w:t>Yelemis sawv cev rau cov uas tau noj txoj xov uas nyob hauv tes ntawm tus tim tswv, uas yog alpha thiab txoj kev sim hauv paus uas raug sawv cev los ntawm lub Yim Hli 11, 1840, 1888, thiab 9/11, rau qhov nws hais tias nws tau nrhiav tau cov lus ntawd thiab tau noj lawv.</w:t>
      </w:r>
    </w:p>
    <w:p>
      <w:pPr>
        <w:pStyle w:val="ArticleScripture"/>
        <w:jc w:val="left"/>
      </w:pPr>
      <w:r>
        <w:rPr>
          <w:rFonts w:ascii="Times New Roman" w:hAnsi="Times New Roman" w:eastAsia="Times New Roman" w:cs="Times New Roman"/>
        </w:rPr>
        <w:t>Kuv tau nrhiav tau koj tej lus, thiab kuv tau noj tej ntawd; thiab koj lo lus tau los ua kev xyiv fab thiab kev zoo siab rau hauv kuv lub siab: rau qhov kuv raug hu raws li koj lub npe, Au tus Tswv Vajtswv uas kav txhua pab tub rog. Yelemis 15:16.</w:t>
      </w:r>
    </w:p>
    <w:p>
      <w:pPr>
        <w:pStyle w:val="ArticleBody"/>
        <w:jc w:val="left"/>
      </w:pPr>
      <w:r>
        <w:rPr>
          <w:rFonts w:ascii="Times New Roman" w:hAnsi="Times New Roman" w:eastAsia="Times New Roman" w:cs="Times New Roman"/>
        </w:rPr>
        <w:t>Yelemis raug hu los ntawm Vajtswv lub npe thaum nws noj phau ntawv me uas nyob hauv tus tim tswv txhais tes, thiab zaj lus ntawd tsim kev xyiv fab thiab kev zoo siab hlo, tsis yog kev txaj muag. Thaum Vajtswv lub npe raug muab rau Yelemis, nws sawv cev rau ib puas plaub caug plaub txhiab leej uas yog cov Filadefia.</w:t>
      </w:r>
    </w:p>
    <w:p>
      <w:pPr>
        <w:pStyle w:val="ArticleScripture"/>
        <w:jc w:val="left"/>
      </w:pPr>
      <w:r>
        <w:rPr>
          <w:rFonts w:ascii="Times New Roman" w:hAnsi="Times New Roman" w:eastAsia="Times New Roman" w:cs="Times New Roman"/>
        </w:rPr>
        <w:t>Tus uas kovyeej, kuv yuav ua kom nws ua ib tug ncej nyob hauv lub tuam tsev ntawm kuv tus Vajtswv, thiab nws yuav tsis tawm mus ntxiv lawm; thiab kuv yuav sau rau saum nws lub npe ntawm kuv tus Vajtswv, thiab lub npe ntawm lub nroog ntawm kuv tus Vajtswv, uas yog Yeluxalees tshiab, uas nqes saum ntuj los ntawm kuv tus Vajtswv los: thiab kuv yuav sau rau saum nws kuv lub npe tshiab. Qhia Tshwm 3:12.</w:t>
      </w:r>
    </w:p>
    <w:p>
      <w:pPr>
        <w:pStyle w:val="ArticleBody"/>
        <w:jc w:val="left"/>
      </w:pPr>
      <w:r>
        <w:rPr>
          <w:rFonts w:ascii="Times New Roman" w:hAnsi="Times New Roman" w:eastAsia="Times New Roman" w:cs="Times New Roman"/>
        </w:rPr>
        <w:t>Yelemiyas tau noj txoj lus ntawm 9/11 thiab raug kev poob siab ntawm Lub Xya hli ntuj 18, 2020.</w:t>
      </w:r>
    </w:p>
    <w:p>
      <w:pPr>
        <w:pStyle w:val="ArticleScripture"/>
        <w:jc w:val="left"/>
      </w:pPr>
      <w:r>
        <w:rPr>
          <w:rFonts w:ascii="Times New Roman" w:hAnsi="Times New Roman" w:eastAsia="Times New Roman" w:cs="Times New Roman"/>
        </w:rPr>
        <w:t>Kuv tsis tau zaum hauv pawg ntawm cov neeg thuam luag, thiab kuv tsis tau zoo siab nrog lawv; kuv tau zaum ib leeg vim yog koj txhais tes: rau qhov koj tau ua kom kuv puv npo kev npau taws. Vim li cas kuv txoj kev mob thiaj nyob mus li, thiab kuv qhov txhab kho tsis tau, uas tsis kam kom raug kho zoo? Koj puas yuav yog rau kuv ib yam li tus dag ntxias, thiab ib yam li tej dej uas qhuav tag? Yelemis 15:17, 18.</w:t>
      </w:r>
    </w:p>
    <w:p>
      <w:pPr>
        <w:pStyle w:val="ArticleBody"/>
        <w:jc w:val="left"/>
      </w:pPr>
      <w:r>
        <w:rPr>
          <w:rFonts w:ascii="Times New Roman" w:hAnsi="Times New Roman" w:eastAsia="Times New Roman" w:cs="Times New Roman"/>
        </w:rPr>
        <w:t>Yelemis “lub rooj sib txoos ntawm cov neeg thuam luag,” yog Filadefia thiab Xamawna “lub tsev pe hawm ntawm Xatas,” cov uas hais tias lawv yog neeg Yudais, tiamsis lawv tsis yog. Yelemis tsis tau zoo siab, rau qhov txoj xov uas nws tau tshaj tawm yog ib txoj xov cuav, ua rau muaj kev txaj muag xwb, tsis yog kev xyiv fab. Yelemis “lub qhov txhab nyob mus li uas tsis kam txais kev kho kom zoo,” yog peb hnub rhalf thiab ib nrab hnub uas lub rooj sib txoos ntawm cov neeg thuam luag zoo siab thaum Yelemis, Mauxes, thiab Eliyas tuag pw hauv txoj kev uas hla lub hav uas muaj tej pob txha qhuav tuag. Nyob hauv nruab nrab ntawm lub sijhawm ntawd uas muaj kev ua xyem xyav thiab tsis muaj tseeb, tus Tswv tau hu kom Yelemis rov qab los.</w:t>
      </w:r>
    </w:p>
    <w:p>
      <w:pPr>
        <w:pStyle w:val="ArticleScripture"/>
        <w:jc w:val="left"/>
      </w:pPr>
      <w:r>
        <w:rPr>
          <w:rFonts w:ascii="Times New Roman" w:hAnsi="Times New Roman" w:eastAsia="Times New Roman" w:cs="Times New Roman"/>
        </w:rPr>
        <w:t>Yog li no tus Tswv hais li no, Yog koj rov qab los, ces kuv yuav coj koj rov qab los, thiab koj yuav sawv ntawm kuv xub ntiag: thiab yog koj cais yam muaj nqes tawm ntawm yam qias, koj yuav zoo li kuv lub qhov ncauj: cia lawv rov qab los cuag koj; tiam sis txhob cia koj rov qab mus cuag lawv. Thiab kuv yuav ua kom koj rau haiv neeg no zoo li ib phab ntsa tooj liab uas muaj chaw ruaj khov: thiab lawv yuav tawm tsam koj, tiam sis lawv yuav tsis yeej koj: rau qhov kuv nrog nraim koj kom cawm koj thiab kom tso koj dim, tus Tswv hais li. Thiab kuv yuav cawm koj dim ntawm tes ntawm cov neeg phem, thiab kuv yuav txhiv koj dim ntawm tes ntawm cov uas txaus ntshai. Yelemis 15:19–21.</w:t>
      </w:r>
    </w:p>
    <w:p>
      <w:pPr>
        <w:pStyle w:val="ArticleBody"/>
        <w:jc w:val="left"/>
      </w:pPr>
      <w:r>
        <w:rPr>
          <w:rFonts w:ascii="Times New Roman" w:hAnsi="Times New Roman" w:eastAsia="Times New Roman" w:cs="Times New Roman"/>
        </w:rPr>
        <w:t>Yog Yelemis yuav rov qab los, Vajtswv yuav tsa nws ua ib pab tub rog, sawv cev los ntawm ib phab ntsa tooj dag uas ob leeg “cov neeg phem” thiab “cov uas txaus ntshai” yuav tawm tsam, los lawv yuav tsis yeej. Qhov no yog pab tub rog ntawm cov nees dawb nrog cov caij nees hnav tsoos tsho ntaub dawb huv. Pab tub rog ntawd, los yog phab ntsa tooj dag ntawd, raug tsa sawv thaum Yelemis rov qab los; yog tias thiab thaum twg nws cais yam muaj nqis tawm ntawm yam qias. Hauv Exekees peb caug xya, pab tub rog uas Muam White hais tias yog Vajtswv cov neeg seem uas tshuav sawv tsees thaum lawv tau rov qab los lawm. Cov seem uas tshuav rov qab los, ces sawv ua ib pab tub rog muaj hwjchim, thaum lawv cais yam muaj nqis thiab yam qias, thiab ces lawv dhau los ua Vajtswv lub qhov ncauj. Lawv yuav tsum faib lo lus tseeb kom raug, cais cov plhaub nplej tawm ntawm cov nplej, rau qhov lawv tab tom siv tib cov cai uas lawv txiv tau txais yuav, tus uas yog ib tug kws zom nplej uas tshwjxeeb hauv kev npaj cov mov ci uas zoo tshaj plaws. Yog lawv cais yam muaj nqis tawm ntawm yam qias; qhov tseeb tawm ntawm qhov yuam kev, lawv yuav yog Vajtswv tus neeg zov xwm thaum Vajtswv cais cov neeg phem thiab cov neeg txawj ntse.</w:t>
      </w:r>
    </w:p>
    <w:p>
      <w:pPr>
        <w:pStyle w:val="ArticleBody"/>
        <w:jc w:val="left"/>
      </w:pPr>
      <w:r>
        <w:rPr>
          <w:rFonts w:ascii="Times New Roman" w:hAnsi="Times New Roman" w:eastAsia="Times New Roman" w:cs="Times New Roman"/>
        </w:rPr>
        <w:t>Yelemis teb rau txoj kev hu kom rov qab los rau xyoo 2023, ces xyoo 2024 nws poob siab thaum ib pab coob leej cais tawm ntawm txoj kev sim hauv paus uas Loos tsa lub zeem muag ntawd. Yelemis tau cais qhov muaj nqis tawm ntawm qhov qias neeg kom yog, cais qhov tseeb tawm ntawm kev yuam kev, thiab tseem mus ntxiv mus txog rau qhov kev sim sab hauv omega thaum lub qhov rais saum ntuj qhib. Thaum saum ntuj qhib lawm, pawg ntseeg uas kov yeej twb npaj nws tus kheej txhij lawm. Nws tau dhau qhov kev sim sab nraud alpha uas yog hauv paus, ces nws kuj dhau qhov kev sim sab hauv omega ntawm lub qhov rais saum ntuj. Nws yeej yuav tsum dhau thiab los ua ib feem ntawm Vajtswv pab tub rog, lossis nws yuav raug cua tshuab tawm ntawm lub qhov rais. Nws raug ntiab tawm mus rau hauv ib thaj teb dav, ib yam li Shebna nyob hauv Yaxayas nees nkaum-ob, los yog nws raug muab pov rau hauv lub hleb. Nws yeej yog raug muab pov rau hauv lub hleb, lossis raug ntiab tawm ntawm lub tuam tsev ib yam li Nexemi ntiab Tobiah tawm, los yog Khetos ntiab cov neeg pauv nyiaj tawm. Thaum tus txiv neej txhuam av pov cov pob zeb muaj nqis rau hauv lub hleb, lub hleb ntawd yuav yog Vajtswv Txojlus nyob hauv ib lub qauv tshiab ntawm qhov tseeb, lossis lub hleb ntawd yuav yog Vajtswv lub tuam tsev, ob yam no tib si yog cov cim sawv cev rau Khetos, thiab Khetos tsis tsim nyog muab faib.</w:t>
      </w:r>
    </w:p>
    <w:p>
      <w:pPr>
        <w:pStyle w:val="ArticleScripture"/>
        <w:jc w:val="left"/>
      </w:pPr>
      <w:r>
        <w:rPr>
          <w:rFonts w:ascii="Times New Roman" w:hAnsi="Times New Roman" w:eastAsia="Times New Roman" w:cs="Times New Roman"/>
        </w:rPr>
        <w:t>Puas yog Khetos twb raug faib lawm? Puas yog Povlauj raug ntsia saum ntoo khaub lig vim nej? Los yog nej puas tau txais kev cai raus dej hauv Povlauj lub npe? 1 Kaulinthaus 1:13.</w:t>
      </w:r>
    </w:p>
    <w:p>
      <w:pPr>
        <w:pStyle w:val="ArticleBody"/>
        <w:jc w:val="left"/>
      </w:pPr>
      <w:r>
        <w:rPr>
          <w:rFonts w:ascii="Times New Roman" w:hAnsi="Times New Roman" w:eastAsia="Times New Roman" w:cs="Times New Roman"/>
        </w:rPr>
        <w:t>Khetos tsis raug cais tawm ntawm Povlauj. Vajtswv Tus Cwj Pwm tsis raug cais tawm ntawm Povlauj txoj kev ua neeg. Thaum Povlauj uas yog neeg ua kev cai raus dej hauv lub npe ntawm Vajtswv Tus Cwj Pwm, tsis muaj kev sib cais li, rau qhov tus tubtxib uas yog neeg raug koom ua ke nrog Txoj Lus los ntawm Vajtswv. Povlauj raug txuas nrog Vajtswv Tus Cwj Pwm ruaj nreb ib yam nkaus li Efa-iis raug txuas nrog nws tej mlom.</w:t>
      </w:r>
    </w:p>
    <w:p>
      <w:pPr>
        <w:pStyle w:val="ArticleBody"/>
        <w:jc w:val="left"/>
      </w:pPr>
      <w:r>
        <w:rPr>
          <w:rFonts w:ascii="Times New Roman" w:hAnsi="Times New Roman" w:eastAsia="Times New Roman" w:cs="Times New Roman"/>
        </w:rPr>
        <w:t>Cov uas nyob hauv Miller zaj npau suav uas raug pov rau hauv lub tuam tsev (lub hleb), yog cov ib feem kaum hauv Malakis peb uas yuav tsum raug coj los rau hauv lub tsev khaws cia, qhov chaw uas cov zaub mov raug khaws tseg thiab faib tawm. Lub tsev khaws cia ntawd yog lub tuam tsev ntawm ib puas plaub caug plaub txhiab leej, lossis raws li Petus tau hais tias, “ib lub tsev sab ntsuj plig, ib pab pov thawj dawb huv.” Lub hleb yog lub tsev sab ntsuj plig thiab cov hniav nyiaj hniav kub yog pab pov thawj. Vim li no Miller zaj npau suav thiaj raug sau cia rau nplooj “81,” uas yog ib lub cim ntawm tus Pov Thawj Hlob Saum Ntuj Ceeb Tsheej koom nrog yim caum leej pov thawj tibneeg.</w:t>
      </w:r>
    </w:p>
    <w:p>
      <w:pPr>
        <w:pStyle w:val="ArticleBody"/>
        <w:jc w:val="left"/>
      </w:pPr>
      <w:r>
        <w:rPr>
          <w:rFonts w:ascii="Times New Roman" w:hAnsi="Times New Roman" w:eastAsia="Times New Roman" w:cs="Times New Roman"/>
        </w:rPr>
        <w:t>Hauv Miller tus npau suav, tus txivneej txhuam av yog ib qho piv txwv txog kev nqa cov hniav nyiaj hniav kub los, (uas yog Yaxayas tej ib feem kaum thiab Malakis tej kev fij), thaum Nws muab cov hniav nyiaj hniav kub pov rau hauv lub tuam tsev, uas yog lub tsev txhab, uas yog lub thawv khaws nyiaj hniav kub. Feem ntau muaj ob lo lus nug cuam tshuam nrog tus tim tswv thib ob, thiab qhov kev sim omega yog tus tim tswv thib ob nyob rau hauv kev txheeb nrog qhov kev sim alpha thiab qhov kev sim litmus thib peb. Qhov kev hu yog kom rov qab los, thiab qhov kev rov qab los ntawd raug qhia tawm los ntawm kev coj tag nrho ib feem kaum thiab tej kev fij los rau hauv lub tsev txhab, xwv kom yuav muaj zaub mov nyob hauv Nws lub tsev. Ob lo lus nug nyob ntawm no yog “zaub mov” yog dab tsi? thiab “lub tsev txhab” yog dab tsi?</w:t>
      </w:r>
    </w:p>
    <w:p>
      <w:pPr>
        <w:pStyle w:val="ArticleBody"/>
        <w:jc w:val="left"/>
      </w:pPr>
      <w:r>
        <w:rPr>
          <w:rFonts w:ascii="Times New Roman" w:hAnsi="Times New Roman" w:eastAsia="Times New Roman" w:cs="Times New Roman"/>
        </w:rPr>
        <w:t>Yog hais tias cov pob zeb muaj nqis yog cov tub txib, los yog yog cov pob zeb muaj nqis yog txoj xov, qhov ntawd yog yam txiav txim seb ob lo lus nug ntawd yuav raug teb li cas. Yog hais tias nws yog cov tub txib, ces lawv yog ib feem kaum uas tsim ua lub tuam tsev, uas ib txwm raug tsa nyob rau theem ob. Yog hais tias nws yog txoj xov, ces nws yog txoj xov ntawm Kev Quaj Thaum Ib Tag Hmo uas raug coj mus txog kev ua kom tiav kawg nkaus raws li lub pob zeb saum taub hau ntawm lub tuam tsev, thiab ntawm kev muaj hwj chim ntawm txoj xov ntawm tus tim tswv thib ob.</w:t>
      </w:r>
    </w:p>
    <w:p>
      <w:pPr>
        <w:pStyle w:val="ArticleScripture"/>
        <w:jc w:val="left"/>
      </w:pPr>
      <w:r>
        <w:rPr>
          <w:rFonts w:ascii="Times New Roman" w:hAnsi="Times New Roman" w:eastAsia="Times New Roman" w:cs="Times New Roman"/>
        </w:rPr>
        <w:t>Thiab hais tias, Vim li no ib tug txiv neej yuav tso nws txiv thiab nws niam tseg, thiab yuav lo rau nws tus poj niam: thiab nkawd ob leeg yuav los ua ib cev nqaij? Yog li ntawd nkawd tsis yog ob leeg lawm, tiamsis yog ib cev nqaij. Yog li ntawd qhov uas Vajtswv tau muab los koom ua ke lawm, txhob cia neeg muab cais tawm. Mathai 19:5, 6.</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“Kuv raug coj rov qab mus rau txoj kev tshaj tawm txog thawj zaug uas Khetos los. Yauhas raug xa tuaj nyob rau hauv Eliyas tus ntsuj plig thiab hwj chim kom npaj txoj kev rau Yexus. Cov uas tsis lees txais Yauhas zaj lus tim khawv tsis tau txais txiaj ntsig los ntawm Yexus tej lus qhia. Lawv txoj kev tawm tsam rau txoj xov uas tau qhia ua ntej txog Nws txoj kev los ntawd tau muab lawv tso rau hauv qhov chaw uas lawv tsis muaj peev xwm txais tau yooj yim txawm yog cov pov thawj muaj zog tshaj plaws tias Nws yog tus Mexiyas. Xatas tau coj cov uas tsis lees txais Yauhas txoj xov kom mus deb ntxiv, mus txog qhov uas tsis lees txais thiab muab Khetos ntsia saum ntoo khaub lig. Los ntawm kev ua li no lawv tau muab lawv tus kheej tso rau qhov chaw uas lawv tsis tuaj yeem txais tau txoj koob hmoov rau hnub Peetekos, uas yuav tau qhia lawv txog txoj kev nkag mus rau hauv lub chaw dawb huv saum ntuj ceeb tsheej. Kev dua ntawm daim ntaub thaiv hauv lub tuam tsev tau qhia tias cov Yudais tej kev txi thiab tej kab ke yuav tsis raug txais lawm. Txoj Kev Txi loj tau raug muab fij lawm thiab tau raug lees txais lawm, thiab Vaj Ntsuj Plig Dawb Huv uas nqes los rau hnub Peetekos tau nqa cov thwj tim tej siab ntsws tawm ntawm lub chaw dawb huv hauv ntiaj teb mus rau lub chaw dawb huv saum ntuj ceeb tsheej, qhov chaw uas Yexus tau nkag mus los ntawm Nws tus kheej cov ntshav, kom nchuav rau saum Nws cov thwj tim tej txiaj ntsig ntawm Nws txoj kev theej txhoj. Tiamsis cov Yudais raug tso cia nyob rau hauv qhov tsaus ntuj nti tag nrho. Lawv poob tag nrho txoj kev kaj uas lawv yuav tau muaj txog txoj kev cawm dim, thiab tseem tso siab rau lawv tej kev txi thiab tej khoom fij uas tsis muaj nqis lawm. Lub chaw dawb huv saum ntuj ceeb tsheej tau los hloov lub chaw dawb huv hauv ntiaj teb lawm, los lawv tsis muaj kev paub txog txoj kev hloov ntawd. Yog li ntawd lawv thiaj tsis tuaj yeem tau txais txiaj ntsig los ntawm Khetos txoj haujlwm ua tus neeg nruab nrab hauv chav dawb huv.”</w:t>
      </w:r>
    </w:p>
    <w:p>
      <w:pPr>
        <w:pStyle w:val="ArticleScripture"/>
        <w:jc w:val="left"/>
      </w:pPr>
      <w:r>
        <w:rPr>
          <w:rFonts w:ascii="Times New Roman" w:hAnsi="Times New Roman" w:eastAsia="Times New Roman" w:cs="Times New Roman"/>
        </w:rPr>
        <w:t>“Coob leej coob ntshai kawg rau txoj kev uas cov Yudais tau taug thaum lawv tsis kam txais thiab muab Khetos ntsia saum ntoo khaublig; thiab thaum lawv nyeem keeb kwm txog txoj kev txaj muag uas Nws raug tsim txom, lawv xav tias lawv hlub Nws, thiab yuav tsis tau tsis lees Nws ib yam li Petus tau ua, lossis muab Nws ntsia saum ntoo khaublig ib yam li cov Yudais tau ua. Tiamsis Vajtswv, tus uas nyeem tau txhua lub siab, tau coj txoj kev hlub rau Yexus uas lawv hais tias lawv muaj ntawd los raug sim. Tag nrho saum ntuj ceeb tsheej tau saib nrog txoj kev txaus siab tob kawg rau qhov uas tib neeg txais thawj tus timtswv txoj xov li cas. Tiamsis coob leej uas hais tias lawv hlub Yexus, thiab uas los kua muag thaum lawv nyeem zaj keeb kwm ntawm tus ntoo khaublig, tau thuam txoj xov zoo txog Nws txoj kev yuav los. Hloov qhov uas lawv yuav txais txoj xov ntawd nrog kev zoo siab, lawv tshaj tawm tias nws yog ib txoj kev dag ntxias. Lawv ntxub cov uas hlub Nws txoj kev tshwm sim los, thiab ntiab lawv tawm hauv tej pawg ntseeg. Cov uas tsis kam txais thawj txoj xov tsis muaj peev xwm txais txiaj ntsig ntawm txoj xov thib ob; thiab lawv kuj tsis tau txais txiaj ntsig ntawm txoj suab quaj ib tag hmo, uas yog los npaj lawv kom lawv thiaj li tau nrog Yexus nkag mus hauv txoj kev ntseeg rau hauv chav Dawb Huv Tshaj plaws ntawm lub tuam tsev dawb huv saum ntuj ceeb tsheej. Thiab vim lawv tau tsis kam txais ob txoj xov ua ntej ntawd, lawv thiaj ua rau lawv txoj kev nkag siab tsaus ntuj nti heev mus txog qhov lawv pom tsis tau ib qho kaj hauv tus timtswv thib peb txoj xov, uas qhia txoj kev nkag mus rau hauv chav Dawb Huv Tshaj plaws. Kuv pom tias ib yam li cov Yudais tau muab Yexus ntsia saum ntoo khaublig, cov pawg ntseeg uas muaj npe xwb kuj tau muab tej xov no ntsia saum ntoo khaublig thiab, yog li ntawd lawv thiaj tsis paub txoj kev nkag mus rau hauv chav Dawb Huv Tshaj plaws, thiab lawv tsis muaj peev xwm txais txiaj ntsig ntawm Yexus txoj kev thov ntuj sawv cev nyob ntawd. Zoo ib yam li cov Yudais, uas tau muab lawv tej kev txi uas tsis muaj nqis fij, lawv kuj tsa lawv tej lus thov uas tsis muaj nqis mus rau chav uas Yexus twb tso tseg lawm; thiab Xatas, zoo siab rau txoj kev dag ntxias ntawd, hnav ib yam cwj pwm kev ntseeg, thiab coj cov siab ntsws ntawm cov uas hais tias yog Khixatia no los rau nws tus kheej, ua haujlwm nrog nws lub hwj chim, nws tej cim, thiab tej txujci dag, kom khi lawv ruaj rau hauv nws lub cuab ntxiab.” Early Writings,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Yau-ee thiab Pawg Ntseeg Xya-Hnub Adventis hauv Laodicea - Zauv Peb Caug Yim</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