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Advends hauv Laodikea - Zauv Plaub Caug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Zauv Plaub Caug Tsib</w:t>
      </w:r>
    </w:p>
    <w:p>
      <w:pPr>
        <w:pStyle w:val="ArticleHeading"/>
        <w:jc w:val="left"/>
      </w:pPr>
      <w:r>
        <w:rPr>
          <w:rFonts w:ascii="Arial" w:hAnsi="Arial" w:eastAsia="Arial" w:cs="Arial"/>
        </w:rPr>
        <w:t>Kev Txheeb Xyuas</w:t>
      </w:r>
    </w:p>
    <w:p>
      <w:pPr>
        <w:pStyle w:val="ArticleBody"/>
        <w:jc w:val="left"/>
      </w:pPr>
      <w:r>
        <w:rPr>
          <w:rFonts w:ascii="Times New Roman" w:hAnsi="Times New Roman" w:eastAsia="Times New Roman" w:cs="Times New Roman"/>
        </w:rPr>
        <w:t>Levi Tej Kevcai nees nkaum peb qhia txog peb txoj kev sim siab nyob hauv lub caij Peetekos ntawm ib puas plaub caug plaub txhiab leej. Kev coj thawj hnub ntawm lub rooj kevcai Tsev Plaub Hlis los sib haum nrog hnub Peetekos, thiab tom qab ntawd coj plaub caug hnub uas Khetos tau qhia cov thwj tim tim ntsej tim muag ua ntej Nws nce mus saum ntuj los sib haum nrog hnub thawj txi txiv, ua rau muaj ib txoj qauv dav dav uas sawv cev rau peb tug timtswv cov lus ceeb toom.</w:t>
      </w:r>
    </w:p>
    <w:p>
      <w:pPr>
        <w:pStyle w:val="ArticleBody"/>
        <w:jc w:val="left"/>
      </w:pPr>
      <w:r>
        <w:rPr>
          <w:rFonts w:ascii="Times New Roman" w:hAnsi="Times New Roman" w:eastAsia="Times New Roman" w:cs="Times New Roman"/>
        </w:rPr>
        <w:t>Thaum “kev tuag, kev faus, thiab kev sawv rov los” raug siv ua ib lub cim qhia yav tom ntej nkaus xwb uas muaj peb theem; raws li nws raug sawv cev los ntawm Khetos txoj kev cai raus dej, peb pom tias tsib hnub tom qab txoj kev sawv rov los, nyob rau hnub ntawm thawj txiv, qhov kawg ntawm xya-hnub kevcai noj ncuav tsis xyaw poov xab los txog ua ib lub rooj sib txoos dawb huv. Yog li ntawd, ntawm Khetos txoj kev sawv rov los, uas phim rau txoj kev fij thawj txiv, muaj ib lub sijhawm tsib hnub raws tom qab ntawd.</w:t>
      </w:r>
    </w:p>
    <w:p>
      <w:pPr>
        <w:pStyle w:val="ArticleBody"/>
        <w:jc w:val="left"/>
      </w:pPr>
      <w:r>
        <w:rPr>
          <w:rFonts w:ascii="Times New Roman" w:hAnsi="Times New Roman" w:eastAsia="Times New Roman" w:cs="Times New Roman"/>
        </w:rPr>
        <w:t>Thaum kawg ntawm tus qauv uas raug tsim los ntawm kev muab thawj hnub ntawm lub koob tsheej Tsev Pheebsuab kom sib raug nrog hnub Pentekos, muaj dua ib lub cim ciam teb uas muaj peb theem, thiab kuj raug raws los ntawm tsib hnub uas mus txog rau hnub Pentekos.</w:t>
      </w:r>
    </w:p>
    <w:p>
      <w:pPr>
        <w:pStyle w:val="ArticleBody"/>
        <w:jc w:val="left"/>
      </w:pPr>
      <w:r>
        <w:rPr>
          <w:rFonts w:ascii="Times New Roman" w:hAnsi="Times New Roman" w:eastAsia="Times New Roman" w:cs="Times New Roman"/>
        </w:rPr>
        <w:t>Nyob nruab nrab ntawm ob lub “cim-kev peb-kauj ruam uas tom qab ntawd yog tsib hnub,” muaj ib ntu peb caug hnub. Thaum peb muab thawj hnub ntawm lub rooj kevcai Tsev Pheebsuab los sib phim nrog hnub Peetekos, peb to taub tias tsib hnub ua ntej lub rooj kevcai Tsev Pheebsuab yog Hnub Kev Theej Txhoj. Kaum hnub ua ntej Hnub Kev Theej Txhoj yog lub rooj kevcai Raj Ntxhee. Plaub caug hnub uas Khetos qhia tim ntsej tim muag tom qab Nws sawv hauv qhov tuag rov qab los rau hnub thawj txi txiv, los sib phim tsib hnub tom qab lub rooj kevcai Raj Ntxhee, thiab tsib hnub ua ntej Hnub Kev Theej Txhoj.</w:t>
      </w:r>
    </w:p>
    <w:p>
      <w:pPr>
        <w:pStyle w:val="ArticleBody"/>
        <w:jc w:val="left"/>
      </w:pPr>
      <w:r>
        <w:rPr>
          <w:rFonts w:ascii="Times New Roman" w:hAnsi="Times New Roman" w:eastAsia="Times New Roman" w:cs="Times New Roman"/>
        </w:rPr>
        <w:t>Txoj kevcim muaj peb theem ntawm Nws “txoj kev tuag, kev faus, thiab kev sawv hauv qhov tuag rov los,” uas tom qab ntawd muaj tsib hnub mus txog qhov kawg ntawm rooj kevcai noj mov tsis xyaw keeb, rov tshwm dua peb caug hnub tom qab thaum txoj kevcim muaj peb theem ntawm “raj nplaim, kev nce mus saum ntuj, thiab kev txiav txim,” uas tom qab ntawd kuj muaj tsib hnub mus txog Pentecost. Txoj kevcim pib uas muaj peb theem no raug txhais tau yooj yim tias yog ib txoj kevcim uas muaj peb theem, rau qhov nws raug qhia ncaj qha li ntawd hauv Khetos txoj kev cai raus dej, uas yog lub cim sawv cev rau Nws “txoj kev tuag, kev faus, thiab kev sawv hauv qhov tuag rov los.” Txoj kev cai raus dej ntawd yog alpha ntawm lub sijhawm dawb huv 1,260-hnub, uas tau mus txog nws qhov kawg hauv Nws “txoj kev tuag, kev faus, thiab kev sawv hauv qhov tuag rov los,” uas yog omega ntawm 1,260 hnub.</w:t>
      </w:r>
    </w:p>
    <w:p>
      <w:pPr>
        <w:pStyle w:val="ArticleBody"/>
        <w:jc w:val="left"/>
      </w:pPr>
      <w:r>
        <w:rPr>
          <w:rFonts w:ascii="Times New Roman" w:hAnsi="Times New Roman" w:eastAsia="Times New Roman" w:cs="Times New Roman"/>
        </w:rPr>
        <w:t>Qhov cim taw qhia peb-kauj ruam nyob rau thaum xaus ntawm lub caij Peetekos yuav tsum raug paub txog los ntawm kev siv yaj saub. Hauv tsib caug hnub ntawm lub caij Peetekos, tib qho qauv qub no kuj pom muaj nyob rau ntawm qhov pib thiab ntawm qhov xaus. Raws li lub hauv paus ntsiab cai hais tias Khetos ib txwm siv qhov pib los ua duab qhia txog qhov xaus, peb thiaj li paub tau txog lub koob tsheej raj nplaim, tom qab ntawd yog kev nce mus saum ntuj, tom qab ntawd yog Hnub Txhoj Txhiv, tom qab ntawd yog tsib hnub ua ib qho “cim taw qhia peb-kauj ruam uas raug raws qab los ntawm tsib hnub.”</w:t>
      </w:r>
    </w:p>
    <w:p>
      <w:pPr>
        <w:pStyle w:val="ArticleBody"/>
        <w:jc w:val="left"/>
      </w:pPr>
      <w:r>
        <w:rPr>
          <w:rFonts w:ascii="Times New Roman" w:hAnsi="Times New Roman" w:eastAsia="Times New Roman" w:cs="Times New Roman"/>
        </w:rPr>
        <w:t>Peb kuj xeem xyuas peb kauj ruam uas tau raug nthuav tawm ntawd raws li cov txheej txheem hauv Vajlugkub hais txog tus cwj pwm ntawm txhua kauj ruam hauv peb kauj ruam ntawd. Peb kauj ruam ntawd raug sawv cev rov hais dua ntau zaus hauv Vajtswv Txojlus. Lawv yog peb tug tim tswv; lawv yog lub loog, Chaw Dawb Huv thiab Chaw Dawb Huv Kawg Nkaus; lawv yog tes haujlwm ntawm Vaj Ntsuj Plig Dawb Huv hauv kev qhuab ntuas kom pom kev txhaum, kev ncaj ncees, thiab kev txiav txim. Kev txheeb xyuas tias lub caij nplaim raj, kev nce mus saum ntuj, thiab Hnub Theej Txhoj yog peb kauj ruam ntawd, yuav tsum kom txhua kauj ruam sib haum nrog zaj lus tim khawv uas Vajlugkub twb tsa ruaj khov lawm.</w:t>
      </w:r>
    </w:p>
    <w:p>
      <w:pPr>
        <w:pStyle w:val="ArticleBody"/>
        <w:jc w:val="left"/>
      </w:pPr>
      <w:r>
        <w:rPr>
          <w:rFonts w:ascii="Times New Roman" w:hAnsi="Times New Roman" w:eastAsia="Times New Roman" w:cs="Times New Roman"/>
        </w:rPr>
        <w:t>Lub raj yog ib txoj xov ceeb toom, thiab nws txuas nrog tus tim tswv thawj tug uas qw nrov hais tias, “ntshai Vajtswv.” Kev nce mus saum ntuj ntawm Khetos yog ib lub cim ntawm lub yeeb koob ntawm Nws Txoj Kev Los Zaum Ob, rau qhov lo lus thib ob uas tus tim tswv thawj tug hais yog “cia li qhuas Nws.” Hnub Kev Theej Txhoj yog lub cim ntawm txoj kev txiav txim, thiab lo lus thib peb uas tus tim tswv thawj tug hais yog “lub sijhawm ntawm Nws txoj kev txiav txim twb los txog lawm.” Muaj ntau txoj kev los txheeb tau tias tej yam ntxwv cev Vajtswv lus ntawm peb kauj ruam hauv tus waymark kawg ntawm lub caij Pentekos sawv cev rau peb kauj ruam ntawm txoj moo zoo uas nyob mus ib txhis, qhov chaw uas coob leej “tau raug ntxuav kom huv, ua kom dawb, thiab raug sim.”</w:t>
      </w:r>
    </w:p>
    <w:p>
      <w:pPr>
        <w:pStyle w:val="ArticleBody"/>
        <w:jc w:val="left"/>
      </w:pPr>
      <w:r>
        <w:rPr>
          <w:rFonts w:ascii="Times New Roman" w:hAnsi="Times New Roman" w:eastAsia="Times New Roman" w:cs="Times New Roman"/>
        </w:rPr>
        <w:t>Yog li no zoo li no lawm, ces nej kuj pom tau tias nyob hauv thawj lub cim-kev ntawm peb theem ntawd, muaj kev fij thawjcov txiv nplej qeb (barley) raug muab, hos nyob hauv lub cim-kev kawg ntawm peb theem ntawd, muaj kev fij thawjcov txiv nplej mog (wheat) raug muab. Ces nej kuj pom tau tias peb theem alpha ntawm lub caij Pentekos cim txog mov tsis xyaw keeb, tiam sis lub cim-kev omega ntawm peb theem cim txog mov xyaw keeb. Ces nej tseem pom tau thiab tias nyob hauv lub cim-kev peb theem thaum pib ntawd yog qhov chaw Khetos raug tsa siab kom rub txhua tus neeg los cuag Nws, hos nyob hauv lub cim-kev peb theem thaum kawg ntawd, tus chij ntawm ib puas plaub caug plaub txhiab leej raug tsa siab kom rub Lwm Haiv Neeg los cuag nws.</w:t>
      </w:r>
    </w:p>
    <w:p>
      <w:pPr>
        <w:pStyle w:val="ArticleBody"/>
        <w:jc w:val="left"/>
      </w:pPr>
      <w:r>
        <w:rPr>
          <w:rFonts w:ascii="Times New Roman" w:hAnsi="Times New Roman" w:eastAsia="Times New Roman" w:cs="Times New Roman"/>
        </w:rPr>
        <w:t>Tus tim tswv thawj thiab tus tim tswv thib peb yog tib tug tim tswv nyob rau theem cev lus faj lem, rau qhov tus thawj yog qhov pib—thiab tus thib peb yog qhov xaus. Tus tim tswv thawj ntawm alpha tshaj tawm txog kev qhib ntawm txoj kev txiav txim, hos tus tim tswv kawg ntawm omega tshaj tawm txog kev kaw ntawm txoj kev txiav txim. Tus tim tswv thawj txoj xov tau txais hwj chim los ntawm kev ua tiav ntawm Islam rau hnub tim 11 Lub Yim Hli, 1840, thiab tus tim tswv thib peb tau txais hwj chim los ntawm ib qho kev ua tiav ntawm Islam rau 9/11. Muam White qhia peb tias tes haujlwm ntawm ob leeg, tus tim tswv thawj thiab tus tim tswv thib peb, yog kom ci rau lub ntiaj teb nrog nws lub yeeb koob. Lwm cov tim khawv kuj muaj coob heev, thiab lawv muab kev txhawb nqa nplua mias rau kev txheeb xyuas tus qauv ntawm lub caij Peetekos raws li tau muab nthuav tawm nyob rau hauv tsib caug hnub txij Khetos sawv hauv qhov tuag rov los mus txog Peetekos, nrog thawj nees nkaum ob nqe ntawm Leviticus nees nkaum peb thiab nees nkaum ob nqe kawg ntawm Leviticus nees nkaum peb. Nyob nruab nrab ntawm ob lub cim ciam uas yog ib lub cim ciam muaj peb kauj ruam raws qab los ntawm tsib hnub yog ib ntu peb caug hnub uas sawv cev rau tus tim tswv thib ob.</w:t>
      </w:r>
    </w:p>
    <w:p>
      <w:pPr>
        <w:pStyle w:val="ArticleBody"/>
        <w:jc w:val="left"/>
      </w:pPr>
      <w:r>
        <w:rPr>
          <w:rFonts w:ascii="Times New Roman" w:hAnsi="Times New Roman" w:eastAsia="Times New Roman" w:cs="Times New Roman"/>
        </w:rPr>
        <w:t>Tus thawj lub cim qhia kev hauv “peb kauj ruam uas raws los ntawm tsib” hnub yog tus tim tswv thawj, peb caug hnub yog tus tim tswv ob, thiab lub cim qhia kev thib ob hauv “peb kauj ruam uas raws los ntawm tsib” hnub yog tus tim tswv peb. Peb kauj ruam no npog tas nrho lub caij Pentecost mus txog rau Pentecost, uas tom qab ntawd cim qhov pib ntawm xya hnub ntawm lub rooj kevcai ntawm Tsev Plaub Hauj Sam uas sawv cev rau kev nchuav los ntawm nag lig thaum lub sijhawm kev kub ntxhov ntawm txoj cai Sunday pib ntawm txoj cai Sunday hauv Tebchaws Meskas thiab txuas mus txog thaum Michael sawv tsees thiab lub sijhawm sim ntawm tibneeg kaw lawm. Tus qauv ntawd yog los saum ntuj los, tabsis nws tsim tawm tej yam yuav tsum muab xav txog loj heev.</w:t>
      </w:r>
    </w:p>
    <w:p>
      <w:pPr>
        <w:pStyle w:val="ArticleHeading"/>
        <w:jc w:val="left"/>
      </w:pPr>
      <w:r>
        <w:rPr>
          <w:rFonts w:ascii="Arial" w:hAnsi="Arial" w:eastAsia="Arial" w:cs="Arial"/>
        </w:rPr>
        <w:t>Kev Xav Txog Uas Hnyav Thiab Tseem Ceeb</w:t>
      </w:r>
    </w:p>
    <w:p>
      <w:pPr>
        <w:pStyle w:val="ArticleBody"/>
        <w:jc w:val="left"/>
      </w:pPr>
      <w:r>
        <w:rPr>
          <w:rFonts w:ascii="Times New Roman" w:hAnsi="Times New Roman" w:eastAsia="Times New Roman" w:cs="Times New Roman"/>
        </w:rPr>
        <w:t>Nws yog ib qho pom tseeb tias tus ncej cim uas sawv cev los ntawm “raj nplaim, kev nce mus saum ntuj, thiab kev txiav txim” yog daim ntawv xeem litmus thiab kev sim siab thib peb. Kev sim siab thib peb yeej ib txwm yog qhov kev xeem litmus, qhov uas tus cwj pwm raug nthuav tawm, tiamsis tsis yog raug txhim kho.</w:t>
      </w:r>
    </w:p>
    <w:p>
      <w:pPr>
        <w:pStyle w:val="ArticleScripture"/>
        <w:jc w:val="left"/>
      </w:pPr>
      <w:r>
        <w:rPr>
          <w:rFonts w:ascii="Times New Roman" w:hAnsi="Times New Roman" w:eastAsia="Times New Roman" w:cs="Times New Roman"/>
        </w:rPr>
        <w:t>“Tus cwj pwm raug muab tshwm tawm los ntawm ib lub sijhawm muaj kev kub ntxhov. Thaum lub suab hu nrov nrov tiag tiag tau tshaj tawm thaum ib tag hmo hais tias, ‘Saib seb, tus nraug vauv los lawm; nej cia li tawm mus ntsib nws,’ cov nkauj xwb uas tsaug zog txawm sawv ntawm lawv txoj kev tsaug zog, thiab thiaj pom tseeb tias leejtwg yog tus uas tau npaj txhij rau qhov xwm txheej ntawd. Ob tog puav leej raug ntes tsis paub ua ntej, los ib tog twb npaj txhij rau lub sijhawm kub ntxhov ntawd lawm, hos ib tog ntxiv raug pom tias tsis tau npaj txhij li. Tus cwj pwm raug muab tshwm tawm los ntawm tej xwm txheej. Tej xwm txheej kub ntxhov ua rau tus cwj pwm qhov tseeb tseeb tshwm tawm los. Ib qho kev puastsuaj uas tuaj sai sai thiab tsis muaj leejtwg xav txog ua ntej, lossis kev plam kev tuag ntawm tus hlub, lossis ib lub sijhawm muaj kev kub ntxhov, ib yam mob nkeeg lossis kev txom nyem uas tuaj tsis tau npaj siab tos, ib yam dabtsi uas coj tus ntsujplig los tim ntsej tim muag nrog txoj kev tuag, yuav ua rau tus cwj pwm sab hauv tiag tshwm tawm los. Yuav raug muab qhia kom pom tseeb tias puas muaj kev ntseeg tiag tiag rau hauv tej lus cog tseg ntawm Vajtswv txojlus los tsis muaj. Yuav raug muab qhia kom pom tseeb tias tus ntsujplig puas raug txhawb nqa los ntawm txoj kev hlub tshua, seb puas muaj roj nyob hauv lub hwj nrog lub teeb.”</w:t>
      </w:r>
    </w:p>
    <w:p>
      <w:pPr>
        <w:pStyle w:val="ArticleScripture"/>
        <w:jc w:val="left"/>
      </w:pPr>
      <w:r>
        <w:rPr>
          <w:rFonts w:ascii="Times New Roman" w:hAnsi="Times New Roman" w:eastAsia="Times New Roman" w:cs="Times New Roman"/>
        </w:rPr>
        <w:t>“Lub sijhawm sim siab los txog rau sawvdaws. Peb coj peb tus kheej li cas thaum nyob hauv kev sim thiab kev pov thawj ntawm Vajtswv? Puas yog peb tej teeb txawb tuag lawm? los yog peb puas tseem cia lawv kub hnyiab? Peb puas npaj txhij rau txhua yam xwm txheej kub ntxhov los ntawm peb txoj kev txuas nrog Nws tus uas puv npo hauv txoj kev tshav ntuj thiab qhov tseeb? Tsib tus nkauj xwb uas muaj tswvyim tsis muaj peev xwm muab lawv tus cwj pwm coj rau tsib tus nkauj xwb uas ruam. Tus cwj pwm yuav tsum raug tsim los ntawm peb txhua tus ib leeg.” Review and Herald, October 17, 1895.</w:t>
      </w:r>
    </w:p>
    <w:p>
      <w:pPr>
        <w:pStyle w:val="ArticleBody"/>
        <w:jc w:val="left"/>
      </w:pPr>
      <w:r>
        <w:rPr>
          <w:rFonts w:ascii="Times New Roman" w:hAnsi="Times New Roman" w:eastAsia="Times New Roman" w:cs="Times New Roman"/>
        </w:rPr>
        <w:t>Thaum lub cim sijhawm ntawm rooj mov noj nkauj ncas los txog, nej tus cwj pwm raug muab ntim ruaj khov mus ib txhis, nej raug tsa siab ua ib lub chij, thiab nej tej kev txhaum raug lwv tawm mus ib txhis. Peb kauj ruam ntawd sawv cev rau peb yam ntawm kev muab ntim ruaj khov. Kev tuaj txog ntawm txoj xov ntawm Midnight Cry qhia kom tshwm cov uas muaj roj thiab cov uas raug tsa siab ua ib lub chij thaum lawv tej kev txhaum raug tshem tawm. Txoj xov, txoj hauj lwm, thiab lub cim ntim ruaj khov yog tib lub cim sijhawm xwb. Nws yog ib lub cim sijhawm “uas coj tus ntsuj plig los ntsib kev tuag tim ntsej tim muag” vim yog ib qho “kev puas tsuaj uas tsis tau xav txog.” Lub nkauj ncas ntawm Islam sawv cev rau qhov “kev puas tsuaj uas tsis tau xav txog” ntawd. Thaum ntawd txoj xov, “Saib seb, tus Nraug Vauv tab tom los,” raug tshaj tawm tsib hnub ua ntej txoj cai Sunday, uas yog qhov uas txoj xov hloov mus rau hauv lub suab quaj nrov ntawm tus tim tswv thib peb.</w:t>
      </w:r>
    </w:p>
    <w:p>
      <w:pPr>
        <w:pStyle w:val="ArticleBody"/>
        <w:jc w:val="left"/>
      </w:pPr>
      <w:r>
        <w:rPr>
          <w:rFonts w:ascii="Times New Roman" w:hAnsi="Times New Roman" w:eastAsia="Times New Roman" w:cs="Times New Roman"/>
        </w:rPr>
        <w:t>Peb theem ntawm tus waymark yog cov ntsiab uas qhia txog kev muab lub cim thiab kev tsa siab rau ib puas plaub caug plaub txhiab, tam sim ua ntej txoj cai Hnub Xya. Nws yog qhov meej tias qhov kev sim txheeb ntawm “raj, kev nce mus, thiab kev txiav txim” tau raug sawv cev los ntawm Exeter camp meeting. Tsib hnub nyob nruab nrab ntawm Hnub Theej Txhoj thiab Pentecost sawv cev rau rau caum rau hnub nyob nruab nrab ntawm qhov kawg ntawm Exeter camp meeting thaum lub Yim Hli 17 mus txog Lub Kaum Hli 22, 1844, thaum lub qhov rooj raug kaw. Rau caum rau hnub ntawd hauv keeb kwm Millerite tab tom piav qhia txog cov hnub kawg, thiab hauv qhov no, lawv tab tom piav qhia txog kev tshaj tawm ntawm zaj lus ntawm Midhnight Cry los ntawm ib puas plaub caug plaub txhiab.</w:t>
      </w:r>
    </w:p>
    <w:p>
      <w:pPr>
        <w:pStyle w:val="ArticleBody"/>
        <w:jc w:val="left"/>
      </w:pPr>
      <w:r>
        <w:rPr>
          <w:rFonts w:ascii="Times New Roman" w:hAnsi="Times New Roman" w:eastAsia="Times New Roman" w:cs="Times New Roman"/>
        </w:rPr>
        <w:t>Tsib hnub ua ntej txog Hnub Peetekos, phim raws li rau caum rau hnub uas cov Millerites tshaj tawm txoj xov ntawm Kev Quaj Thaum Ib Tag Hmo, uas kuj tau ua piv txwv ua ntej los ntawm Khetos txoj kev nkag mus rau hauv Yeluxalees hauv kev yeej. Thawj ntawm peb kauj ruam yog lub caij noj mov ntawm cov raj, uas yog lub raj xya, lossis kev txom nyem thib peb, lossis Islam nyob rau hnub nyoog kawg, thiab Khetos txoj kev nkag mus rau hauv Yeluxalees hauv kev yeej tau raug ua ntej los ntawm kev daws ib tug nees luav.</w:t>
      </w:r>
    </w:p>
    <w:p>
      <w:pPr>
        <w:pStyle w:val="ArticleBody"/>
        <w:jc w:val="left"/>
      </w:pPr>
      <w:r>
        <w:rPr>
          <w:rFonts w:ascii="Times New Roman" w:hAnsi="Times New Roman" w:eastAsia="Times New Roman" w:cs="Times New Roman"/>
        </w:rPr>
        <w:t>Hauv qhov no qhia tias kev daws tus nees luav yog lub cim qhia txog qhov pib ntawm kev nkag los muaj yeej, uas yog Lub Suab Quaj Thaum Ib Tag Hmo. Yuav tsum siv tej lus faj lem hauv Vajlugkub rau lub caij nyoog kawg rau lub nceeg vaj thib rau hauv Vajlugkub txoj lus faj lem—tsiaj qus hauv ntiajteb, uas yog Tebchaws Meskas. Islam yuav ntaus Tebchaws Meskas, ib yam li nws tau ua thaum 9/11, thiab yog li ntawd cim txog qhov pib ntawm kev tshaj tawm Lub Suab Quaj Thaum Ib Tag Hmo los ntawm ib qho kev ntaus loj rau Tebchaws Meskas los ntawm Islam, thiab qhov xaus ntawm kev tshaj tawm Lub Suab Quaj Thaum Ib Tag Hmo los ntawm dua ib qho kev ntaus loj rau Tebchaws Meskas los ntawm Islam, rau qhov Yexus yeej ib txwm siv qhov pib ntawm ib yam los ua piv txwv qhia txog qhov kawg ntawm yam ntawd.</w:t>
      </w:r>
    </w:p>
    <w:p>
      <w:pPr>
        <w:pStyle w:val="ArticleBody"/>
        <w:jc w:val="left"/>
      </w:pPr>
      <w:r>
        <w:rPr>
          <w:rFonts w:ascii="Times New Roman" w:hAnsi="Times New Roman" w:eastAsia="Times New Roman" w:cs="Times New Roman"/>
        </w:rPr>
        <w:t>Txoj lus ntawm Hnub Peetekos yog txoj lus ntawm lub suab quaj nrov, thiab lub suab quaj nrov ntawd tsuas yog ib qho kev nce siab ntxiv ntawm txoj lus ntawm Lub Suab Quaj Hmo Ib Nrab. Hauv keeb kwm Millerite, Lub Suab Quaj Hmo Ib Nrab tau xaus thaum lub qhov rooj raug kaw rau hnub tim 22 Lub Kaum Hli, 1844, thiab nws kuj xaus thaum lub qhov rooj raug kaw ntawm txoj cai Sunday nyob rau hnub kawg. Hnub Peetekos, Petus tau tshaj tawm txoj lus ntawm Yoos, thiab Hnub Peetekos yog qhov xaus omega ntawm Lub Suab Quaj Hmo Ib Nrab, yog li ntawd qhov pib alpha ntawm Lub Suab Quaj Hmo Ib Nrab, Petus, raws li qhov yuav tsum muaj ntawm tej yaj saub, kuj yuav tsum tab tom nthuav tawm txoj lus ntawm Yoos thiab. Thaum Lub Suab Quaj Hmo Ib Nrab, Petus nyob hauv Tubtxib Tej Haujlwm tshooj ob, hauv chav saum toj kawg nkaus thaum teev peb, thiab tom qab ntawd tib hnub ntawd thaum teev cuaj nws nyob hauv lub tuam tsev tshaj tawm Yoos txoj lus.</w:t>
      </w:r>
    </w:p>
    <w:p>
      <w:pPr>
        <w:pStyle w:val="ArticleBody"/>
        <w:jc w:val="left"/>
      </w:pPr>
      <w:r>
        <w:rPr>
          <w:rFonts w:ascii="Times New Roman" w:hAnsi="Times New Roman" w:eastAsia="Times New Roman" w:cs="Times New Roman"/>
        </w:rPr>
        <w:t>Petus yog tus cim sawv cev rau ib puas plaub caug plaub txhiab leej nyob rau hnub Peetekos, uas yog qhov kawg ntawm Midnight Cry, thiab nws kuj yog tus cim sawv cev rau ib puas plaub caug plaub txhiab leej thaum pib ntawm Midnight Cry. Kev muab ntim cim thiab kev tsa ib puas plaub caug plaub txhiab leej sawv pib nrog kev daws tus luj thaum Islam tawm tsam. Thaum cov Millerites tawm hauv Exeter camp meeting lawm, lawv tau nqa txoj xov zoo mus ib yam li nthwv dej loj heev, thiab raws li lub cim lawv tau ua qauv qhia txog ib puas plaub caug plaub txhiab leej uas rov ua dua qhov kev paub ntawd.</w:t>
      </w:r>
    </w:p>
    <w:p>
      <w:pPr>
        <w:pStyle w:val="ArticleBody"/>
        <w:jc w:val="left"/>
      </w:pPr>
      <w:r>
        <w:rPr>
          <w:rFonts w:ascii="Times New Roman" w:hAnsi="Times New Roman" w:eastAsia="Times New Roman" w:cs="Times New Roman"/>
        </w:rPr>
        <w:t>Qhov kev siv no hajyam dua thaum koj pom tias Petus tab tom sawv cev rau cov uas tshaj tawm txoj xov Quaj Hmo Ntuj Nruab Nrab nyob rau ntawm qhov kev sim litmus thiab qhov kev sim thib peb ntawm lub caij Peetekos. Teev thib peb rau Petus ntawm Peetekos muab nws tso rau hauv chav saud, thiab chav saud kuj yog kaum hnub ua ntej Peetekos. Qhov kev sim thib ob ntawm lub caij Peetekos yog qhov kev sim peb caug hnub hauv lub tuam tsev uas ua raws tom qab qhov kev sim hauv paus. Qhov kev sim thib ob ntawm lub tuam tsev yuav kom cov ncaj ncees nkag los ntawm txoj kev ntseeg mus rau hauv Chaw Dawb Huv Tshaj Plaws qhov chaw uas lawv tej kev txhaum raug lwv tawm thiab qhov chaw uas lawv, los ntawm txoj kev ntseeg, raug tsa zaum nrog Khetos hauv tej chaw saum ntuj. Phau Ntawv Tes Haujlwm qhia rau peb tias Petus pib nws zaj lus qhuab qhia ntawm phau Yoos hauv teev thib peb hauv chav saud, ces thaum teev thib cuaj nws nyob hauv lub tuam tsev.</w:t>
      </w:r>
    </w:p>
    <w:p>
      <w:pPr>
        <w:pStyle w:val="ArticleScripture"/>
        <w:jc w:val="left"/>
      </w:pPr>
      <w:r>
        <w:rPr>
          <w:rFonts w:ascii="Times New Roman" w:hAnsi="Times New Roman" w:eastAsia="Times New Roman" w:cs="Times New Roman"/>
        </w:rPr>
        <w:t>Tiamsis Petus, sawv nrog rau kaum ib leeg, tsa nws lub suab, thiab hais rau lawv tias, Nej cov neeg Yudas, thiab nej txhua tus uas nyob hauv Yeluxalees, cia nej paub qhov no, thiab mloog kuv tej lus: Rau qhov cov no tsis qaug cawv, raws li nej xav, vim tam sim no tsuas yog teev peb ntawm nruab hnub xwb. Tiamsis qhov no yog yam uas tus yaj saub Yau-ees tau hais tseg. … Nimno Petus thiab Yauhas nkawd tau nce ua ke mus rau hauv lub tuam tsev thaum lub sijhawm thov Vajtswv, yog teev cuaj. Tubtxib Tes Haujlwm 2:14–16; 3:1.</w:t>
      </w:r>
    </w:p>
    <w:p>
      <w:pPr>
        <w:pStyle w:val="ArticleBody"/>
        <w:jc w:val="left"/>
      </w:pPr>
      <w:r>
        <w:rPr>
          <w:rFonts w:ascii="Times New Roman" w:hAnsi="Times New Roman" w:eastAsia="Times New Roman" w:cs="Times New Roman"/>
        </w:rPr>
        <w:t>Khetos raug ntsia rau saum tus ntoo khaublig thaum teev peb, thiab Nws tuag thaum teev cuaj. Nws txoj kev tuag, kev faus, thiab kev sawv hauv qhov tuag rov los yog ib lub cim-kev taw qhia uas muaj peb theem. Theem thib peb, hnub ntawm thawj cov txiv, pib tsib caug hnub uas xaus rau Hnub Pentecost. Hauv alpha ntawm lub caij Pentecost, teev peb thiab teev cuaj sawv cev rau ib qho kev sib txawv tshwj xeeb, rau qhov Khetos tseem ciaj sia thaum teev peb thiab twb tuag lawm thaum teev cuaj. Petus nyob hauv chav saud thaum teev peb thiab nyob hauv lub tuam tsev thaum teev cuaj.</w:t>
      </w:r>
    </w:p>
    <w:p>
      <w:pPr>
        <w:pStyle w:val="ArticleBody"/>
        <w:jc w:val="left"/>
      </w:pPr>
      <w:r>
        <w:rPr>
          <w:rFonts w:ascii="Times New Roman" w:hAnsi="Times New Roman" w:eastAsia="Times New Roman" w:cs="Times New Roman"/>
        </w:rPr>
        <w:t>Lub caij Peetekos tsib caug hnub dawb huv hauv lub sijhawm ntawm Khetos yog ib ntu yaj saub dawb huv uas muaj kev txuas ncaj qha rau lo lus faj lem txog ob txhiab peb puas xyoo. Nws tau txuas tshwj xeeb rau lub lim tiam kawg ntawm plaub puas cuaj caug xyoo rau haiv neeg Yudais hauv Daniyees cuaj. Lub lim tiam dawb huv ntawd thaum Khetos tau lees paub txoj kev cog lus tau muab faib ua ob ntu sib npaug ntawm 1,260 hnub yaj saub. Lub plawv nruab nrab ntawm lub lim tiam ntawd yog tus ntoo khaub lig. Tus ntoo khaub lig qhia txog teev peb thiab teev cuaj, thiab Petus ntawm Peetekos kuj ua tib yam. Hauv xyoo 34, thaum kawg ntawm tib lub lim tiam dawb huv ntawd thaum Khaulunelias xa neeg mus hu Petus ntawm Caesarea Maritima, yog teev cuaj.</w:t>
      </w:r>
    </w:p>
    <w:p>
      <w:pPr>
        <w:pStyle w:val="ArticleScripture"/>
        <w:jc w:val="left"/>
      </w:pPr>
      <w:r>
        <w:rPr>
          <w:rFonts w:ascii="Times New Roman" w:hAnsi="Times New Roman" w:eastAsia="Times New Roman" w:cs="Times New Roman"/>
        </w:rPr>
        <w:t>Muaj ib tug txivneej nyob hauv Caesarea hu ua Cornelius, yog ib tug thawj tub rog saib ib puas leej ntawm pab tub rog uas hu ua pab Italian, yog ib tug neeg mob siab ntseeg, thiab yog tus uas hwm Vajtswv nrog rau nws tsev neeg sawvdaws, tus uas nquag pub mov pub nyiaj rau haiv neeg, thiab thov Vajtswv tsis tseg. Nws pom tseeb hauv ib zaj yog toog kwv yees li cuaj teev nruab hnub tias ib tug timtswv uas yog Vajtswv tus tau los rau hauv nws xub ntiag thiab hais rau nws tias, Cornelius. Thaum nws ntsia timtswv ntawd, nws ntshai heev, thiab hais tias, Tus Tswv, yog dabtsi? Timtswv thiaj hais rau nws tias, Koj tej lus thov thiab koj tej kev pub dawb tau nce mus ua ib qho kev nco txog nyob ntawm Vajtswv xub ntiag lawm. Nimno cia li txib neeg mus rau Joppa, thiab hu ib tug Ximoos uas luag npe hu ua Petus los. Tubtxib Tes Haujlwm 10:1–5.</w:t>
      </w:r>
    </w:p>
    <w:p>
      <w:pPr>
        <w:pStyle w:val="ArticleBody"/>
        <w:jc w:val="left"/>
      </w:pPr>
      <w:r>
        <w:rPr>
          <w:rFonts w:ascii="Times New Roman" w:hAnsi="Times New Roman" w:eastAsia="Times New Roman" w:cs="Times New Roman"/>
        </w:rPr>
        <w:t>Hnub tom qab ntawd, Petus nce mus saum tsev kom thov Vajtswv thaum txog teev rau.</w:t>
      </w:r>
    </w:p>
    <w:p>
      <w:pPr>
        <w:pStyle w:val="ArticleScripture"/>
        <w:jc w:val="left"/>
      </w:pPr>
      <w:r>
        <w:rPr>
          <w:rFonts w:ascii="Times New Roman" w:hAnsi="Times New Roman" w:eastAsia="Times New Roman" w:cs="Times New Roman"/>
        </w:rPr>
        <w:t>Hnub tom qab, thaum lawv tseem tab tom mus kev thiab tab tom los ze rau lub nroog, Petus txawm nce mus saum tsev thov Vajtswv kwv yees thaum txog teev rau. Nws tshaib plab heev thiab xav noj mov; tiam sis thaum lawv tseem tab tom npaj, nws txawm poob rau hauv ib qho kev vwm sab ntsuj plig, thiab pom ntuj qhib, thiab muaj ib yam thawv nqes los cuag nws, zoo li ib daim ntaub loj uas khi rau plaub ceg kaum thiab muab nqes los txog hauv ntiajteb; nyob hauv ntawd muaj txhua yam tsiaj plaub taw hauv ntiajteb, thiab tsiaj qus, thiab tej yam nkag hauv av, thiab noog saum nruab ntug. Ces muaj ib lub suab hais rau nws tias, Petus, sawv tsees; tua, thiab noj. Tiamsis Petus hais tias, Tsis tau li, tus Tswv; rau qhov kuv tsis tau noj ib yam dabtsi uas yog yam tsis huv lossis tsis dawb huv li. Thiab lub suab rov hais dua rau nws zaum ob tias, Yam uas Vajtswv twb ntxuav kom huv lawm, koj txhob hu tias yog yam tsis huv. Qhov no tau tshwm sim peb zaug; ces yam thawv ntawd txawm raug tsa rov qab mus saum ntuj. Tubtxib Tes Haujlwm 10:9–16.</w:t>
      </w:r>
    </w:p>
    <w:p>
      <w:pPr>
        <w:pStyle w:val="ArticleBody"/>
        <w:jc w:val="left"/>
      </w:pPr>
      <w:r>
        <w:rPr>
          <w:rFonts w:ascii="Times New Roman" w:hAnsi="Times New Roman" w:eastAsia="Times New Roman" w:cs="Times New Roman"/>
        </w:rPr>
        <w:t>Kev hu kom Petus tuaj rau Caesarea yog thaum teev cuaj, thaum ib tug timtswv los hais rau Khaunelias. Khaunelias sawv cev rau Vajtswv lwm cov me nyuam uas raug hu tawm hauv Npanpiloo thaum txoj cai Hnub Xanpataus. Tus timtswv uas los txog thaum txoj cai Hnub Xanpataus yog lub suab thib ob hauv Tshwmsim kaum yim, uas hu rau cov uas tseem nyob hauv Npanpiloo kom khiav tawm. Petus yog ib puas plaub caug plaub txhiab leej, thiab Khaunelias yog cov neeg ua hauj lwm thaum teev kaum ib, uas raug sawv cev rau Petus los ntawm tej tsiaj tsis huv. Kev txheeb ze ntawm Petus thiab Khaunelias yog kev txheeb ze hauv Tshwmsim xya, uas ib puas plaub caug plaub txhiab leej raug txheeb qhia hauv kev koom nrog pab neeg coob uas suav tsis txheeb. Petus raug txib peb zaug kom sawv, tua, thiab noj. Raws li ib puas plaub caug plaub txhiab leej, kev hu los ntawm Khaunelias yog qhov chaw uas tus chij raug txib kom sawv.</w:t>
      </w:r>
    </w:p>
    <w:p>
      <w:pPr>
        <w:pStyle w:val="ArticleBody"/>
        <w:jc w:val="left"/>
      </w:pPr>
      <w:r>
        <w:rPr>
          <w:rFonts w:ascii="Times New Roman" w:hAnsi="Times New Roman" w:eastAsia="Times New Roman" w:cs="Times New Roman"/>
        </w:rPr>
        <w:t>Khaulenas nyob hauv Caesarea Maritima, uas qee zaus hu ua Caesarea ntawm ntug hiav txwv. Tshwmsim kaum xya qhia rau peb tias “cov dej” “yog tej haiv neeg, thiab tej pab coob, thiab tej teb chaws, thiab tej lus.” Cov dej yog cov uas nyob sab nraud ntawm Vajtswv pawg ntseeg, thiab hauv Tshwmsim thiab hauv Petus txoj kev yog toog pom txog cov tsiaj tsis huv thiab, tus lej plaub sawv cev rau tag nrho lub ntiaj teb. Muaj plaub yam tsiaj sib txawv hauv Petus txoj kev yog toog pom, thiab lawv nqes los hauv ib daim ntaub uas raug tuav ntawm nws plaub ceg kaum. Kev sib raug zoo ntawm Petus rau Khaulenas kuj raug sawv cev los ntawm Nau-es thiab cov tsiaj uas tau nce mus rau hauv lub nkoj.</w:t>
      </w:r>
    </w:p>
    <w:p>
      <w:pPr>
        <w:pStyle w:val="ArticleBody"/>
        <w:jc w:val="left"/>
      </w:pPr>
      <w:r>
        <w:rPr>
          <w:rFonts w:ascii="Times New Roman" w:hAnsi="Times New Roman" w:eastAsia="Times New Roman" w:cs="Times New Roman"/>
        </w:rPr>
        <w:t>Petus nyob hauv Joppa, uas txhais tias “kaj ntug thiab zoo nkauj,” rau qhov raws li lub cim ntawm ib puas plaub caug plaub txhiab leej, Petus yog tus chij kaj ntug thiab zoo nkauj rau cov Lwm Haiv Neeg. Lub cuaj teev, cov Lwm Haiv Neeg tsim dheev los rau tus chij uas Muam White txheeb tias yog Hnub Xanpataus, Vajtswv txoj kevcai, tus tim tswv thib peb txoj xov, thiab cov tub txib tshaj tawm txoj xov nyob thoob qab ntuj uas nqa txoj xov rau hnub nyoog kawg. Khaulee-auj tau tsim dheev los rau tus chij thaum tus tim tswv tuaj txog thaum lub cuaj teev hauv Caesarea ntawm ntug hiav txwv. Ces txoj xov ntawm txoj cai hnub Sunday rau hnub Peetekos thiaj mus rau lub ntiajteb—hiav txwv.</w:t>
      </w:r>
    </w:p>
    <w:p>
      <w:pPr>
        <w:pStyle w:val="ArticleBody"/>
        <w:jc w:val="left"/>
      </w:pPr>
      <w:r>
        <w:rPr>
          <w:rFonts w:ascii="Times New Roman" w:hAnsi="Times New Roman" w:eastAsia="Times New Roman" w:cs="Times New Roman"/>
        </w:rPr>
        <w:t>Kev tsa chij loj kuj raug sawv cev tias yog tus Tswv lub tsev raug tsa kom siab dua tej roob, thiab Petus tab tom thov Vajtswv saum lub ru tsev ntawm lub nroog Yaupas uas zoo nkauj thiab ci ntsa iab, thaum teev rau, ua ntej txoj cai Hnub Caiv cuav ntawm teev cuaj. Thaum ib puas plaub caug plaub txhiab leej raug muab cim, tej xwm txheej ntawm txoj kev kub ntxhov nyob hauv lub ntiajteb yuav rub Vajtswv lwm cov me nyuam uas tseem nyob hauv Npanpiloo kom nrhiav qhov kaj. Lawv raug coj kom mus nrhiav Petus saum lub tsev hauv Yaupas.</w:t>
      </w:r>
    </w:p>
    <w:p>
      <w:pPr>
        <w:pStyle w:val="ArticleBody"/>
        <w:jc w:val="left"/>
      </w:pPr>
      <w:r>
        <w:rPr>
          <w:rFonts w:ascii="Times New Roman" w:hAnsi="Times New Roman" w:eastAsia="Times New Roman" w:cs="Times New Roman"/>
        </w:rPr>
        <w:t>Petus kuj nyob rau hauv Caesarea Philippi thiab nyob rau Mathais tshooj kaum rau thiab. Caesarea Philippi nyob ntawm taw roob Hermon muaj tib lub npe li Caesarea uas nyob ntawm ntug hiav txwv, los nws muaj ib qho kev sib txawv tshwj xeeb, vim ib lub nroog nyob saum av hos lwm lub nyob saum hiav txwv. Khetos raug ntsia saum ntoo khaub lig thaum teev peb thiab Nws tuag thaum teev cuaj, qhia txog ib qho kev sib txawv meej ntawm txoj sia thiab txoj kev tuag. Petus nyob rau hnub Peetekos thaum teev peb thiab teev cuaj qhia txog ib qho kev sib txawv meej txij chav sab saud mus txog lub tuam tsev. Caesarea saum av los yog Caesarea saum hiav txwv sawv cev rau qhov kev sib txawv yaj saub uas tsim nyog ntawm teev peb thiab teev cuaj, tiam sis tsis muaj ib qho kev hais ncaj qha txog teev peb thaum Petus nyob hauv Caesarea Philippi. Raws li tim khawv ntawm ob leeg los yog peb leeg ib qho teeb meem thiaj raug tsim tsa, thiab nrog teev peb thiab teev cuaj ntawm tus ntoo khaub lig thiab kuj nyob rau hnub Peetekos, ob daim qauv piv txwv no puav leej raug sawv cev los ntawm tib tug neeg, txawm yog Khetos ciaj sia los yog nyob hauv lub ntxa, los yog Petus nyob hauv chav sab saud los yog hauv lub tuam tsev.</w:t>
      </w:r>
    </w:p>
    <w:p>
      <w:pPr>
        <w:pStyle w:val="ArticleBody"/>
        <w:jc w:val="left"/>
      </w:pPr>
      <w:r>
        <w:rPr>
          <w:rFonts w:ascii="Times New Roman" w:hAnsi="Times New Roman" w:eastAsia="Times New Roman" w:cs="Times New Roman"/>
        </w:rPr>
        <w:t>Zaj lus tim khawv thib peb ntawm lub sijhawm thib peb thiab thib cuaj ntawm ob lub Caesarea qhia Petus tias yog tus cwj pwm tseem ceeb hauv ob rooj xwm txheej no, ib yam li Khetos yog tus cwj pwm tseem ceeb thaum pib ntawm lub caij Peetekos thiab Petus yog tus cwj pwm tseem ceeb thaum kawg ntawm tib lub caij ntawd. Tus cwj pwm alpha ntawm lub sijhawm thib peb yog tib tug li tus cwj pwm omega ntawm lub sijhawm thib cuaj, muab ib zaj lus tim khawv tias Caesarea Philippi yog alpha ntawm ob lub Caesarea. Zaj lus tim khawv thib ob yog tias lub npe ntawm ob lub nroog yog tib yam, yog li lub npe ntawm tus cwj pwm tseem ceeb thiab lub npe ntawm lub nroog yog tib yam. Zaj lus tim khawv thib peb yog qhov sib txawv ntawm av thiab hiav txwv. Thaum Petus nyob ntawm Caesarea Philippi, ntawd yog lub sijhawm thib peb. Qhov no yog qhov uas cov lus no dhau los ua tseem ceeb heev dua qub.</w:t>
      </w:r>
    </w:p>
    <w:p>
      <w:pPr>
        <w:pStyle w:val="ArticleBody"/>
        <w:jc w:val="left"/>
      </w:pPr>
      <w:r>
        <w:rPr>
          <w:rFonts w:ascii="Times New Roman" w:hAnsi="Times New Roman" w:eastAsia="Times New Roman" w:cs="Times New Roman"/>
        </w:rPr>
        <w:t>Nws yog txoj uas raug los sib txuas ob lub nroog uas muaj tib lub npe, thiab qhov ntawd yog yam uas peb tab tom ua; tiam sis peb kuj tseem tab tom coj lub sij hawm peb teev thiab cuaj teev los koom rau hauv qhov kev siv no raws li Khetos zaj tim khawv saum tus ntoo khaub lig thiab Petus zaj tim khawv thaum Hnub Peetekos. Los ntawm kev coj peb txoj kab los sib sau ua ke—Khetos lub sij hawm peb teev thiab cuaj teev, Petus thaum Hnub Peetekos lub sij hawm peb teev thiab cuaj teev—peb tsim tsa lub sij hawm peb teev ntawm Caesarea Philippi. Tib yam nkaus nkaus li ntawd txoj kev txiav txim raws li cev Vajtswv lus yuav tsum raug siv rau Kaunelias thaum lub sij hawm cuaj teev, Petus thaum lub sij hawm rau teev, thiab tom qab ntawd Petus ntawm Caesarea Philippi thaum lub sij hawm peb teev.</w:t>
      </w:r>
    </w:p>
    <w:p>
      <w:pPr>
        <w:pStyle w:val="ArticleBody"/>
        <w:jc w:val="left"/>
      </w:pPr>
      <w:r>
        <w:rPr>
          <w:rFonts w:ascii="Times New Roman" w:hAnsi="Times New Roman" w:eastAsia="Times New Roman" w:cs="Times New Roman"/>
        </w:rPr>
        <w:t>Petus nyob rau ntawm tag nrho peb lub cim ciam, Khaunelius nyob rau lub sij hawm thib rau thiab thib cuaj nrog Petus, tiam sis tsis nyob rau lub sij hawm thib peb hauv Caesarea Philippi. Txoj kab no raug khi ua ke vim txhua kauj ruam yog lub sij hawm thib peb, thib rau, thiab thib cuaj raws li, txij Caesarea Philippi mus rau Yauxpas mus rau Caesarea Maritima. Ob lub Caesarea no puav leej muaj lawv tej cag kab lis kev cai txuas rau tim Kili thiab Loos, tiam sis qhov txawv tshwj xeeb ntawm Caesarea Philippi yog qhov sawv cev ntawm kev pe hawm lwm haiv neeg uas nyob deb thiab muaj yam txuj ci zais tob tob, hos Caesarea ntawm ntug hiav txwv yog ib lub chaw lag luam thiab chaw tswj hwm, sib xyaw kab lis kev cai Kili nrog kev kav teb chaws Loos. Caesarea Philippi yog ib lub cim ntawm kev tswj hwm pawg ntseeg, hos Caesarea Maritima yog ib lub cim ntawm kev tswj hwm lub xeev.</w:t>
      </w:r>
    </w:p>
    <w:p>
      <w:pPr>
        <w:pStyle w:val="ArticleBody"/>
        <w:jc w:val="left"/>
      </w:pPr>
      <w:r>
        <w:rPr>
          <w:rFonts w:ascii="Times New Roman" w:hAnsi="Times New Roman" w:eastAsia="Times New Roman" w:cs="Times New Roman"/>
        </w:rPr>
        <w:t>Hauv txoj kab ntawm Caesarea mus rau Caesarea, Joppa yog theem nruab nrab ntawm peb theem. Peb theem ntawd raug sawv cev los ntawm teev thib peb, teev thib rau, thiab teev thib cuaj. Caesarea ntawm ntug hiav txwv ntawm teev thib cuaj yog txoj cai Hnub Caiv thaum txoj moo zoo mus txog rau cov Lwm Haiv Neeg. Peb teev ua ntej ntawd, ntawm teev thib rau, Petus nyob hauv Joppa, lub nroog ci ntsa iab thiab kaj lug. Peb teev ua ntej ntawd ntxiv, Petus nyob ntawm rooj mov Kev Ntsa Raj ntawm teev thib peb. Caesarea mus rau Caesarea yog lub sijhawm ntawm Kev Quaj Ib Tag Hmo. Petus sawv cev rau cov uas tshaj tawm Kev Quaj Ib Tag Hmo txij thaum pib mus txog rau thaum xaus, rau qhov Yexus ib txwm muab qhov pib los phim nrog qhov xaus. Kev Quaj Ib Tag Hmo pib nrog tus nees luav raug tso tawm ntawm lub cim kev ntawm rooj mov Kev Ntsa Raj, qhov chaw uas Petus tab tom tshaj tawm Yau-ees zaj lus.</w:t>
      </w:r>
    </w:p>
    <w:p>
      <w:pPr>
        <w:pStyle w:val="ArticleBody"/>
        <w:jc w:val="left"/>
      </w:pPr>
      <w:r>
        <w:rPr>
          <w:rFonts w:ascii="Times New Roman" w:hAnsi="Times New Roman" w:eastAsia="Times New Roman" w:cs="Times New Roman"/>
        </w:rPr>
        <w:t>Petus nyob ntawm peb-theem cim taw qhia ntawm lub rooj mov hu raj, yog kev nce mus saum ntuj, thiab tom qab ntawd yog kev txiav txim. Ntawm qhov cim taw qhia ntawd hauv Mathai kaum rau, lo lus nug raug tsa txog tias Khetos yog leej twg. Petus lub npe raug hloov, thiab Khetos tau hais tias yog saum lub Pob Zeb no uas Nws yuav txhim tsa Nws pawg ntseeg. Lub Pob Zeb uas lub tuam tsev raug txhim saum nws yog lub hauv paus, thiab Petus ntawm Caesarea Philippi yog thawj tus tim tswv txoj xov, uas yog txoj xov hauv paus. Thaum Petus mus txog kauj ruam tom ntej, ntawm Yaupas, nws nce mus saum ntuj ib yam li Khetos tau ua thaum kawg ntawm plaub caug hnub ntawm kev qhia tim ntsej tim muag. Kev nce mus saum ntuj kuj yog ib qho sib txig rau tus ntoo khaub lig, tus chij tseem ceeb tshaj plaws ntawm keeb kwm kev cawm dim; thiab tus ntoo khaub lig raug faib ua ob feem, nrog ob tug tub sab, kev ntaub thaiv raug dua ua ob mus rau hauv Chaw Dawb Huv Tshaj Plaws, thiab txoj kev tsaus ntuj thiab cov teev.</w:t>
      </w:r>
    </w:p>
    <w:p>
      <w:pPr>
        <w:pStyle w:val="ArticleScripture"/>
        <w:jc w:val="left"/>
      </w:pPr>
      <w:r>
        <w:rPr>
          <w:rFonts w:ascii="Times New Roman" w:hAnsi="Times New Roman" w:eastAsia="Times New Roman" w:cs="Times New Roman"/>
        </w:rPr>
        <w:t>Tam sim no txij rau teev thib rau mus txog teev thib cuaj, tau muaj kev tsaus ntuj kav thoob plaws txhua thaj av. Thiab kwv yees li teev thib cuaj Yexus qw nrog suab nrov nrov hais tias, Eli, Eli, lama sabachthani? uas txhais hais tias, Kuv tus Vajtswv, kuv tus Vajtswv, ua cas koj thiaj tso kuv tseg? Mathais 27:45, 46.</w:t>
      </w:r>
    </w:p>
    <w:p>
      <w:pPr>
        <w:pStyle w:val="ArticleBody"/>
        <w:jc w:val="left"/>
      </w:pPr>
      <w:r>
        <w:rPr>
          <w:rFonts w:ascii="Times New Roman" w:hAnsi="Times New Roman" w:eastAsia="Times New Roman" w:cs="Times New Roman"/>
        </w:rPr>
        <w:t>Ntawm Yaupas, thaum teev thib rau Petus nyob rau ntawm ib qho chaw cais raws li yaj saub, nyob nruab nrab ntawm cov ploj thiab cov cawm dim, nyob nruab nrab ntawm qhov kaj thiab qhov tsaus ntuj, thiab nyob nruab nrab ntawm qhov pib thiab qhov xaus ntawm Txoj Kev Quaj Ib Tag Hmo. Qhov kev sib cais ntawd tab tom hais kom meej txog txoj kev hloov ntawm Laodicea txoj kev txav ntawm ib puas plaub caug plaub txhiab mus rau Philadelphia txoj kev txav ntawm ib puas plaub caug plaub txhiab. Nws tab tom cim txog qhov kev tsis lees txais tag nrho ntawm Laodicea pawg ntseeg Xya-hnub Adventist. Lub qhov rooj kaw ntawm txoj kev txiav txim uas Hnub Kev Theej Txhoj sawv cev los txog tsib hnub ua ntej txoj cai Hnub Caiv Pentecost. Qhov kev txiav txim ntawd yog kev nce mus saum ntuj ua ntej, thiab ua ntej ntawd yog txoj xov xwm raj. Peb kauj ruam ntawd sawv cev rau lub cim qhia chaw uas lub foob ntawm Vajtswv raug luam cia, thiab txoj xov xwm ntawm Txoj Kev Quaj Ib Tag Hmo raug tshaj tawm los ntawm pawg ntseeg uas yeej lawm rau cov uas Khaunelias sawv cev.</w:t>
      </w:r>
    </w:p>
    <w:p>
      <w:pPr>
        <w:pStyle w:val="ArticleBody"/>
        <w:jc w:val="left"/>
      </w:pPr>
      <w:r>
        <w:rPr>
          <w:rFonts w:ascii="Times New Roman" w:hAnsi="Times New Roman" w:eastAsia="Times New Roman" w:cs="Times New Roman"/>
        </w:rPr>
        <w:t>Petus tshaj tawm txoj xov ntawm Pentekos, thiab Pentekos cim txog qhov kawg ntawm txoj xov ntawm Kev Quaj Thaum Ib Tag Hmo. Yog li ntawd, raws li qhov yuav tsum muaj hauv lus faj lem, Petus kuj tshaj tawm txoj xov ntawd thaum pib ntawm lub sij hawm ntawm Kev Quaj Thaum Ib Tag Hmo thiab. Qhov pib ib txwm ua qauv qhia txog qhov kawg. Petus txoj xov ntawm Kev Quaj Thaum Ib Tag Hmo tau txais hwj chim thaum tus nees luav ntawm Islam raug daws, thiab tawm tsam Tebchaws Meskas, ib yam li nws rov ua dua thaum txoj cai hnub Sunday los txog. Petus tshaj tawm txoj xov ntawd thaum lub sij hawm peb teev thiab cuaj teev ntawm Pentekos qhia meej txog qhov pib thiab qhov kawg ntawm Kev Quaj Thaum Ib Tag Hmo.</w:t>
      </w:r>
    </w:p>
    <w:p>
      <w:pPr>
        <w:pStyle w:val="ArticleBody"/>
        <w:jc w:val="left"/>
      </w:pPr>
      <w:r>
        <w:rPr>
          <w:rFonts w:ascii="Times New Roman" w:hAnsi="Times New Roman" w:eastAsia="Times New Roman" w:cs="Times New Roman"/>
        </w:rPr>
        <w:t>Hauv txoj kab uas peb tab tom xav txog no, plaub caug hnub uas xaus rau thaum Khetos raug tsa nce mus saum ntuj ceeb tsheej, kuj yog lub sijhawm pib ntawm kaum hnub hauv chav sab saud. Thaum tsib hnub twb dhau mus hauv kaum hnub ntawd lawm, hnub ua kev theej txhoj qhia tias cov kev txhaum ntawm Ixayees twb raug lwv tawm lawm thiab pawg ntseeg twb npaj nws tus kheej txhij lawm. Nyob rau hauv teev peb Petus nyob hauv chav sab saud rau hnub Peetekos. Nyob rau hauv teev cuaj ntawm txoj cai Hnub Caiv, zaj xov hloov ntawm ib tag hmo mus rau lub suab quaj nrov nrov.</w:t>
      </w:r>
    </w:p>
    <w:p>
      <w:pPr>
        <w:pStyle w:val="ArticleBody"/>
        <w:jc w:val="left"/>
      </w:pPr>
      <w:r>
        <w:rPr>
          <w:rFonts w:ascii="Times New Roman" w:hAnsi="Times New Roman" w:eastAsia="Times New Roman" w:cs="Times New Roman"/>
        </w:rPr>
        <w:t>Kev tshaj tawm txoj xov ntawm Midnight Cry los ntawm Peter tshwm sim thaum nws nyob hauv teev thib peb. Txoj xov ntawd raug cim los ntawm lub caij kevcai ntawm cov raj nplaim, thaum tus nees luav raug daws tawm, thiab los ntawm Caesarea Philippi, thiab Caesarea Philippi kuj yog Panium. Panium raug sawv cev hauv nqe kaum peb mus txog kaum tsib ntawm Daniel kaum ib. Peter tab tom txheeb qhia tsis yog xwb ib qho kev tawm tsam ntawm Islam rau saum Tebchaws Meskas thaum tus nees luav raug daws tawm thaum pib ntawm kev tshaj tawm txoj Midnight Cry, tabsis tib lub sijhawm Peter kuj nyob ntawm tsov rog Panium uas coj mus rau txoj cai Hnub Caiv. Tsov rog Panium yog ib qho xwm txheej uas sib raug ua ke nrog qhov kev tawm tsam ntawm Islam rau saum Tebchaws Meskas.</w:t>
      </w:r>
    </w:p>
    <w:p>
      <w:pPr>
        <w:pStyle w:val="ArticleBody"/>
        <w:jc w:val="left"/>
      </w:pPr>
      <w:r>
        <w:rPr>
          <w:rFonts w:ascii="Times New Roman" w:hAnsi="Times New Roman" w:eastAsia="Times New Roman" w:cs="Times New Roman"/>
        </w:rPr>
        <w:t>Peb yuav txuas ntxiv hais txog tej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Advends hauv Laodikea - Zauv Plaub Caug Tsib</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