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Loos Tsa Tsim Txoj Kev Yog Toog—Zaj Xov Tooj Xya</w:t>
      </w:r>
    </w:p>
    <w:p>
      <w:pPr>
        <w:pStyle w:val="ArticleSubtitle"/>
        <w:jc w:val="left"/>
      </w:pPr>
      <w:r>
        <w:rPr>
          <w:rFonts w:ascii="Arial" w:hAnsi="Arial" w:eastAsia="Arial" w:cs="Arial"/>
        </w:rPr>
        <w:t>Kev Sib Cav Kawg Nkaus: Lub Cim ntawm Loos hauv Adventist Cov Lus Qhia Yaj Saub thiab Kev Kawg ntawm Lub Sijhawm Hlub Tshua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2024-08-17</w:t>
      </w:r>
    </w:p>
    <w:p>
      <w:pPr>
        <w:pStyle w:val="ArticleBody"/>
        <w:jc w:val="left"/>
      </w:pPr>
      <w:r>
        <w:rPr>
          <w:rFonts w:ascii="Times New Roman" w:hAnsi="Times New Roman" w:eastAsia="Times New Roman" w:cs="Times New Roman"/>
        </w:rPr>
        <w:t>Peb tab tom txiav txim siab txog rau txoj kab keeb kwm nyob hauv keeb kwm ntawm Adventism uas qhov kev sib cav txog lub cim ntawm Loos yog qhov teeb meem. Peb tab tom siv txoj kev kawm ntawm nag tom qab, uas yog “kab dhau kab” los ntawm “nov me ntsis” thiab “tod me ntsis.” Peb tau pib los ntawm kev txheeb xyuas tias thawj qhov kev sib cav txog lub cim ntawm Loos yog ib qho piv txwv qhia txog qhov kev sib cav tam sim no, thiab yog li ntawd nws hais kom meej tias tam sim no peb nyob hauv qhov kev sib cav kawg ua ntej lub sij hawm ntawm txoj kev sim neej kaw.</w:t>
      </w:r>
    </w:p>
    <w:p>
      <w:pPr>
        <w:pStyle w:val="ArticleBody"/>
        <w:jc w:val="left"/>
      </w:pPr>
      <w:r>
        <w:rPr>
          <w:rFonts w:ascii="Times New Roman" w:hAnsi="Times New Roman" w:eastAsia="Times New Roman" w:cs="Times New Roman"/>
        </w:rPr>
        <w:t>Qhov kev hnyav thiab tseem ceeb ntawm qhov kev sib cav kawg no hais txog lub cim ntawm Loos kuj raug sawv cev los ntawm nqe kaum mus txog kaum rau ntawm Daniyee kaum ib, uas yog ib daim qauv qhia txog keeb kwm zais cia ntawm nqe plaub caug ntawm Daniyee kaum ib. Keeb kwm ntawm nqe plaub caug coj tus tub kawm txog lus faj lem mus txog xyoo 1989 thiab kev tawg poob ntawm Soviet Union raws li tau sawv cev hauv nqe kaum. Nqe tom ntej, yog nqe plaub caug ib, uas qhia txog txoj cai Hnub Caiv uas yuav los sai sai no nyob hauv Tebchaws Meskas, raug ua qauv los ntawm nqe kaum rau. Kev tshoov siab tau qhia meej tias yam uas raug kaw ntawd yog “qhov feem ntawm phau Daniyee uas muaj feem xyuam rau hnub kawg”.</w:t>
      </w:r>
    </w:p>
    <w:p>
      <w:pPr>
        <w:pStyle w:val="ArticleBody"/>
        <w:jc w:val="left"/>
      </w:pPr>
      <w:r>
        <w:rPr>
          <w:rFonts w:ascii="Times New Roman" w:hAnsi="Times New Roman" w:eastAsia="Times New Roman" w:cs="Times New Roman"/>
        </w:rPr>
        <w:t>Txij xyoo 1989 mus txog rau txoj cai Hnub Sunday yog feem uas raug muab khi cia ntawm cov hnub kawg, thiab nws raug ua cim los ntawm nqe kaum mus txog nqe kaum rau. Yog li ntawd, nws yog kev nce ntawm txoj kev paub uas coj mus rau kev kaw ntawm lub sijhawm sim siab rau Cov Xya-Hnub Adventist, vim Adventism lub sijhawm sim siab hauv Tebchaws Meskas xaus rau ntawm txoj cai Hnub Sunday. Hauv nqe kaum mus txog nqe kaum rau peb pom nqe kaum plaub, uas qhia meej tias yog “cov tub sab” ntawm Vajtswv haiv neeg uas tsa lub zeem muag kom nyob ruaj.</w:t>
      </w:r>
    </w:p>
    <w:p>
      <w:pPr>
        <w:pStyle w:val="ArticleBody"/>
        <w:jc w:val="left"/>
      </w:pPr>
      <w:r>
        <w:rPr>
          <w:rFonts w:ascii="Times New Roman" w:hAnsi="Times New Roman" w:eastAsia="Times New Roman" w:cs="Times New Roman"/>
        </w:rPr>
        <w:t>Vim li ntawd, kev tsis sib haum ntawm cov Millerites uas raug sawv cev rau saum daim chart pioneer xyoo 1843 ntawd, yog thawj qhov kev tsis sib haum ntawm Loos hauv keeb kwm Adventism. Qhov tseeb tias tib qho kev tsis sib haum ntawd tau rov los txog dua lawm, qhia rau txhua tus uas xav pom tias Yexus, raws li tus Alpha thiab Omega, ib txwm siv qhov pib los ua qauv qhia txog qhov kawg. Kev tsis sib haum tam sim no yog qhov kev tsis sib haum zaum kawg uas lim tawm cov nkauj xwb txawj ntse thiab cov nkauj xwb ruam.</w:t>
      </w:r>
    </w:p>
    <w:p>
      <w:pPr>
        <w:pStyle w:val="ArticleBody"/>
        <w:jc w:val="left"/>
      </w:pPr>
      <w:r>
        <w:rPr>
          <w:rFonts w:ascii="Times New Roman" w:hAnsi="Times New Roman" w:eastAsia="Times New Roman" w:cs="Times New Roman"/>
        </w:rPr>
        <w:t>Txoj kev txawj xav yav tom ntej uas raug ua kom dawb huv qhia tias ib puas plaub caug plaub txhiab leej ntawd tuaj txog rau hauv kev sib haum xeeb zoo tag nrho ua ntej lawv lub sij hawm sim siab xaus rau ntawm txoj cai Hnub Caiv uas yuav los sai sai no. Hluav taws lim kom dawb huv ntawm Malachi tus Neeg Xa Lus ntawm Txoj Kev Cog Lus tam sim no tab tom ntxuav cov Levis kom dawb huv ib yam li kub thiab nyiaj. Tus Txiv Neej Txhuam Av tam sim no tab tom ntxuav Nws thaj chaw ntaus nplej kom huv si los ntawm tej lus tseeb.</w:t>
      </w:r>
    </w:p>
    <w:p>
      <w:pPr>
        <w:pStyle w:val="ArticleScripture"/>
        <w:jc w:val="left"/>
      </w:pPr>
      <w:r>
        <w:rPr>
          <w:rFonts w:ascii="Times New Roman" w:hAnsi="Times New Roman" w:eastAsia="Times New Roman" w:cs="Times New Roman"/>
        </w:rPr>
        <w:t>“‘Nws tus uas nws rab khaub rhaub nplej nyob hauv Nws txhais tes, thiab Nws yuav ntxuav Nws lub tshav ntaus nplej kom huv si, thiab yuav sau Nws cov nplej los rau hauv lub txhab.’ Mathais 3:12. Qhov no yog ib lub sijhawm ntawm kev lim kom huv. Los ntawm cov lus tseeb, cov plua tshauv ntawm nplej tab tom raug cais tawm ntawm cov nplej. Vim lawv khav theeb dhau thiab xav tias lawv tus kheej ncaj ncees dhau los tsis kam txais kev qhuab ntuas, thiab hlub lub ntiajteb dhau los tsis kam txais ib txoj sia txo hwjchim, coob leej thiaj tig ncaim ntawm Yexus mus. Coob leej tseem tab tom ua ib yam nkaus no. Niaj hnub no tej ntsuj plig raug sim ib yam li cov thwjtim ntawd raug sim hauv lub tsev sablaj ntawm Kapena-us. Thaum qhov tseeb raug coj los tso rau hauv lub siab, lawv pom tias lawv lub neej tsis haum raws li Vajtswv lub siab nyiam. Lawv pom qhov yuav tsum muaj kev hloov pauv tag nrho nyob rau hauv lawv tus kheej; tiamsis lawv tsis kam ris txoj haujlwm uas yog kev tsis lees tus kheej ntawd. Yog li ntawd, thaum lawv tej kev txhaum raug muab nthuav tawm, lawv thiaj chim. Lawv ncaim mus vim chim siab, ib yam li cov thwjtim tau ncaim ntawm Yexus mus, yws tias, ‘Qhov no yog ib lo lus nyuaj; leejtwg thiaj mloog taus?’” The Desire of Ages, 392.</w:t>
      </w:r>
    </w:p>
    <w:p>
      <w:pPr>
        <w:pStyle w:val="ArticleBody"/>
        <w:jc w:val="left"/>
      </w:pPr>
      <w:r>
        <w:rPr>
          <w:rFonts w:ascii="Times New Roman" w:hAnsi="Times New Roman" w:eastAsia="Times New Roman" w:cs="Times New Roman"/>
        </w:rPr>
        <w:t>Qhov tseeb uas thawj kaum rau nqe yog qhov pib ntawm Daniyee zaj lus faj lem kawg, thiab hais tias cov nqe ntawd sib haum nrog rau rau nqe kawg ntawm tshooj no, qhia tias tus Alpha thiab Omega tab tom siv cov nqe uas nyob thaum pib los ua kom tiav qhov kev cais kawg ntawm cov neeg txawj ntse thiab cov neeg phem, raws li Daniyee tau sawv cev rau hauv tshooj kaum ob, uas tam sim no tab tom tshwm sim.</w:t>
      </w:r>
    </w:p>
    <w:p>
      <w:pPr>
        <w:pStyle w:val="ArticleBody"/>
        <w:jc w:val="left"/>
      </w:pPr>
      <w:r>
        <w:rPr>
          <w:rFonts w:ascii="Times New Roman" w:hAnsi="Times New Roman" w:eastAsia="Times New Roman" w:cs="Times New Roman"/>
        </w:rPr>
        <w:t>Ib tug timkhawv thib peb txog qhov hnyav thiab tseem ceeb ntawm qhov kev sib cav no yog qhov tseeb tias kev tshoov siab, dhau ntawm Sister White cov ntawv sau, tau qhia meej tias txhawb nqa daim duab qhia kev xyoo 1843 ntawm cov pioneer, uas sawv cev rau kev sib cav hais txog Loos nyob hauv nqe kaum plaub. Qhov kev sib cav thaum pib sawv cev rau qhov kev sib cav thaum xaus, thiab qhov kev pom zoo los ntawm kev tshoov siab rau Millerite txoj kev to taub txog “cov tub sab ntawm koj haiv neeg” nyob hauv nqe kaum plaub, txhais hais tias yog qhov tseeb uas yog lub hauv paus ntawd raug tsis lees txais, ces tib lub sijhawm ntawd kuj yog kev tsis lees txais txoj cai muaj hwjchim ntawm Ntsuj Plig ntawm Kev Yaj Saub. Hauv kev pom zoo nrog ob tug timkhawv ua ntej uas hais kom pom tseeb tias qhov kev sib cav no tshwm sim tam sim ua ntej lub sijhawm sim siab kaw xaus, yog qhov tseeb ruaj khov tias qhov dag ntxias kawg nkaus, lossis qhov dag ntxias zaum kawg, rau cov uas lees tias lawv txhawb nqa Ntsuj Plig ntawm Kev Yaj Saub, yog kev tsis lees txais Ntsuj Plig ntawm Kev Yaj Saub.</w:t>
      </w:r>
    </w:p>
    <w:p>
      <w:pPr>
        <w:pStyle w:val="ArticleScripture"/>
        <w:jc w:val="left"/>
      </w:pPr>
      <w:r>
        <w:rPr>
          <w:rFonts w:ascii="Times New Roman" w:hAnsi="Times New Roman" w:eastAsia="Times New Roman" w:cs="Times New Roman"/>
        </w:rPr>
        <w:t>“Xatas yog... pheej nias nthuav yam cuav tawm los—kom coj tibneeg khiav deb ntawm qhov tseeb. Qhov kev dag ntxias kawg nkaus ntawm Xatas yuav yog ua kom zaj lus timkhawv ntawm Vajtswv tus Ntsujplig poob tag nrho nws lub hwjchim. ‘Qhov uas tsis muaj yog toog, haivneeg yuav piam’ (Paj Lug 29:18). Xatas yuav ua hauj lwm nrog tswv yim ntxaws, los ntawm ntau txoj kev sib txawv thiab dhau ntawm ntau yam cuab tam, kom rhuav tshem txoj kev ntseeg siab ntawm Vajtswv cov neeg seem nyob rau hauv zaj lus timkhawv tseeb.”</w:t>
      </w:r>
    </w:p>
    <w:p>
      <w:pPr>
        <w:pStyle w:val="ArticleScripture"/>
        <w:jc w:val="left"/>
      </w:pPr>
      <w:r>
        <w:rPr>
          <w:rFonts w:ascii="Times New Roman" w:hAnsi="Times New Roman" w:eastAsia="Times New Roman" w:cs="Times New Roman"/>
        </w:rPr>
        <w:t>“Yuav muaj ib txoj kev ntxub uas raug cig rau tawm tsam cov Testimonies uas yog los ntawm Xatas. Tej hauj lwm ntawm Xatas yuav yog los ua kom txoj kev ntseeg ntawm cov pawg ntseeg rau hauv lawv ntawd tsis ruaj khov, vim li no: Xatas tsis tuaj yeem muaj ib txoj hauv kev qhib dav npaum li ntawd los coj nws tej kev dag ntxias los khi tej ntsuj plig rau hauv nws tej kev dag ntxias, yog tias cov lus ceeb toom, cov lus qhuab ntuas, thiab cov lus ntuas ntawm Vajtswv tus Ntsuj Plig raug mloog lus.” Selected Messages, phau ntawv 1, 48.</w:t>
      </w:r>
    </w:p>
    <w:p>
      <w:pPr>
        <w:pStyle w:val="ArticleBody"/>
        <w:jc w:val="left"/>
      </w:pPr>
      <w:r>
        <w:rPr>
          <w:rFonts w:ascii="Times New Roman" w:hAnsi="Times New Roman" w:eastAsia="Times New Roman" w:cs="Times New Roman"/>
        </w:rPr>
        <w:t>Kev muab tshem kom tsis muaj qab hau, los sis kev tsis lees txais txoj cai ntawm “zaj lus tim khawv ntawm Vajtswv tus Ntsuj Plig” los ntawm Ellen White cov ntawv sau, yog “Xatas txoj kev dag ntxias zaum kawg kawg nkaus.” Muam White tau sau tias nws “tau raug qhia” tias “daim ntawv qhia xyoo 1843 raug tus Tswv txhais tes coj, thiab tsis tsim nyog hloov.” Nqe lus dhau los ntawd txuas ncaj qha kev tsis lees txais txoj cai ntawm Ntsuj Plig Saub Hais nrog zaj yog toog pom ntawm hnub kawg, rau qhov txhua tus yaj saub hais ncaj tshaj plaws txog hnub kawg. Yog li ntawd thaum Daniyees hais hauv nqe kaum plaub tias “cov tub sab” tsa kom muaj zaj yog toog pom, ces ntawd yog Xalaumoo zaj yog toog pom hauv Paj Lug 29:18, uas hais tias cov uas tsis muaj zaj yog toog pom “puam tsuaj,” thiab lo lus “puam tsuaj” txhais tias “ua kom liab qab.”</w:t>
      </w:r>
    </w:p>
    <w:p>
      <w:pPr>
        <w:pStyle w:val="ArticleBody"/>
        <w:jc w:val="left"/>
      </w:pPr>
      <w:r>
        <w:rPr>
          <w:rFonts w:ascii="Times New Roman" w:hAnsi="Times New Roman" w:eastAsia="Times New Roman" w:cs="Times New Roman"/>
        </w:rPr>
        <w:t>Yog li no “puam tsuaj” yog li no qhia tias cov uas hais tias lawv tuav rawv tus Ntsuj Plig ntawm Lus Qhuab Qhia Yav Tom Ntej hauv hnub kawg, tiamsis lawv tsis lees txais txoj cai uas sawv cev nyob hauv ntawd, lawv yuav liab qab thiab puam tsuaj; qhov no yog ib qho kev piav txog cov Laodicea, uas yog “txom nyem kawg, thiab txhawj xeeb, thiab pluag, thiab dig muag, thiab liab qab.” Lawv raug ntuas kom mus yuav “ris tsho dawb, kom koj hnav tau, thiab kom kev txaj muag ntawm koj txoj kev liab qab txhob tshwm tawm.” Yog lawv tsis kam txais lo lus ntuas ntawd ces lawv yuav raug nti tawm hauv tus Tswv lub qhov ncauj.</w:t>
      </w:r>
    </w:p>
    <w:p>
      <w:pPr>
        <w:pStyle w:val="ArticleBody"/>
        <w:jc w:val="left"/>
      </w:pPr>
      <w:r>
        <w:rPr>
          <w:rFonts w:ascii="Times New Roman" w:hAnsi="Times New Roman" w:eastAsia="Times New Roman" w:cs="Times New Roman"/>
        </w:rPr>
        <w:t>Yog li no, peb pom dua ib tug tim khawv hais tias txoj kev liab qab no raug nthuav tawm tam sim ntawd ua ntej lub sijhawm sim siab kaw. Thaum txoj cai Hnub Caiv Sunday uas yuav los sai no txog, cov ntsuj plig liab qab ntawd yuav txais lub cim ntawm tus tsiaj qus, thaum lawv raug muab ntxeev pov tseg, raws li tau sawv cev nyob hauv nqe plaub caug ib ntawm Daniel kaum ib. Qhov uas lawv yuav raug muab ntxeev pov tseg ntawd yog vim lawv tau tsis lees txais txoj cai muaj hwjchim ntawm Ntsuj Plig ntawm Lus Qhia Yaj Saub, uas txhawb nqa daim ntawv qhia ntawm cov thawj coj pioneer xyoo 1843, uas sawv cev rau tej hauv paus ntawm Adventism, thiab muaj nrog rau “tus yuam sij” uas tsa lub zeem muag kom ruaj nrog txoj kev txheeb xyuas tias Loos yog lub hwjchim uas raug sawv cev ua “cov tub sab ntawm koj haiv neeg” hauv nqe kaum plaub.</w:t>
      </w:r>
    </w:p>
    <w:p>
      <w:pPr>
        <w:pStyle w:val="ArticleScripture"/>
        <w:jc w:val="left"/>
      </w:pPr>
      <w:r>
        <w:rPr>
          <w:rFonts w:ascii="Times New Roman" w:hAnsi="Times New Roman" w:eastAsia="Times New Roman" w:cs="Times New Roman"/>
        </w:rPr>
        <w:t>“Muaj ib yam uas paub tseeb: cov Seventh-day Adventists uas sawv ruaj nreb hauv qab Xatas tus chij yuav xub tso tseg lawv txoj kev ntseeg rau hauv cov lus ceeb toom thiab cov lus qhuab ntuas uas muaj nyob hauv Cov Lus Timkhawv ntawm Vajtswv tus Ntsuj Plig.</w:t>
      </w:r>
    </w:p>
    <w:p>
      <w:pPr>
        <w:pStyle w:val="ArticleScripture"/>
        <w:jc w:val="left"/>
      </w:pPr>
      <w:r>
        <w:rPr>
          <w:rFonts w:ascii="Times New Roman" w:hAnsi="Times New Roman" w:eastAsia="Times New Roman" w:cs="Times New Roman"/>
        </w:rPr>
        <w:t>“Txoj kev hu kom muaj kev fij tseg ntau dua thiab ua haujlwm dawb huv dua tab tom raug tshaj tawm, thiab yuav raug tshaj tawm mus ntxiv. Ib txhia uas tam sim no tab tom hais tawm Xatas tej lus qhuab ntuas yuav rov los muaj siab xav meej. Muaj ib txhia nyob hauv tej haujlwm tseem ceeb uas tau tso siab rau uas tsis to taub qhov tseeb rau lub sijhawm no. Rau lawv, yuav tsum muab txoj xov no qhia. Yog lawv txais yuav, Khetos yuav lees txais lawv, thiab yuav ua kom lawv los ua cov neeg ua haujlwm koom tes nrog Nws. Tiamsis yog lawv tsis kam mloog txoj xov no, lawv yuav xaiv sawv hauv qab tus Chij Dub ntawm Tus Huab Tais ntawm Kev Tsaus Ntuj.”</w:t>
      </w:r>
    </w:p>
    <w:p>
      <w:pPr>
        <w:pStyle w:val="ArticleScripture"/>
        <w:jc w:val="left"/>
      </w:pPr>
      <w:r>
        <w:rPr>
          <w:rFonts w:ascii="Times New Roman" w:hAnsi="Times New Roman" w:eastAsia="Times New Roman" w:cs="Times New Roman"/>
        </w:rPr>
        <w:t>“Kuv tau raug qhuab qhia kom hais tias qhov tseeb muaj nqis rau lub sijhawm no tab tom qhib rau tib neeg lub siab kom pom tseeb zuj zus ntxiv. Nyob rau hauv ib txoj kev tshwj xeeb, txiv neej thiab poj niam yuav tsum noj Khetos cev nqaij thiab haus Nws cov ntshav. Yuav muaj kev loj hlob hauv txoj kev to taub, rau qhov tseeb muaj peev xwm nthuav dav tsis tseg. Tus Tsim qhov tseeb uas los saum ntuj yuav los koom nrog kev sib raug zoo ze dua thiab tseem ze dua nrog cov uas rau siab mus paub Nws. Thaum Vajtswv haiv neeg txais Nws txoj lus ua mov ci saum ntuj ceeb tsheej, lawv yuav paub tias Nws txoj kev tawm los twb npaj tseg lawm ib yam li thaum kaj ntug. Lawv yuav txais lub zog ntawm sab ntsuj plig, ib yam li lub cev txais lub zog ntawm sab nqaij daim tawv thaum noj mov.” Spalding and Magan, 305, 306.</w:t>
      </w:r>
    </w:p>
    <w:p>
      <w:pPr>
        <w:pStyle w:val="ArticleBody"/>
        <w:jc w:val="left"/>
      </w:pPr>
      <w:r>
        <w:rPr>
          <w:rFonts w:ascii="Times New Roman" w:hAnsi="Times New Roman" w:eastAsia="Times New Roman" w:cs="Times New Roman"/>
        </w:rPr>
        <w:t>Hauv peb tsab xov xwm dhau los no, peb tau qhia tias Uriah Smith yog tus thawj coj ntawm kev ntxeev siab xyoo 1863, vim yog nws tus uas coj los qhia daim chart cuav xyoo 1863. Daim chart uas nws tsim tawm xyoo 1863 tau tshem xya lub sij hawm hauv Leviticus nees nkaum-rau tawm ntawm Laodicean Adventism zaj lus faj lem, yog li ntawd thiaj cim tseg qhov pib ntawm kev rhuav tshem cov hauv paus ruaj khov mus ib qib zuj zus, thiab kuj yog qhov pib ntawm kev txhim kho lub hauv paus cuav ntawm Laodicean Adventism, uas raug txhim rau saum xuab zeb. Tom qab ntawd hauv keeb kwm Advent, nws txoj kev txhais ntiag tug txog vaj ntxwv sab qaum teb tau yug los ua tej txiv ntawm nws tus qauv lus faj lem, thaum tibneeg khiav tawm hauv pawg ntseeg.</w:t>
      </w:r>
    </w:p>
    <w:p>
      <w:pPr>
        <w:pStyle w:val="ArticleScripture"/>
        <w:jc w:val="left"/>
      </w:pPr>
      <w:r>
        <w:rPr>
          <w:rFonts w:ascii="Times New Roman" w:hAnsi="Times New Roman" w:eastAsia="Times New Roman" w:cs="Times New Roman"/>
        </w:rPr>
        <w:t>Ceev faj txog cov yaj saub cuav, uas tuaj cuag nej hauv tsoos tsho zoo li yaj, tiamsis sab hauv lawv yog hma phem uas nyiag noj. Nej yuav paub lawv ntawm lawv tej txiv. Puas muaj neeg mus de txiv hmab ntawm pos, lossis de txiv cev ntawm nroj tsuag pos? Ib yam li ntawd, txhua tsob ntoo zoo txi txiv zoo; tiamsis tsob ntoo phem txi txiv phem. Tsob ntoo zoo tsis txawj txi txiv phem, thiab tsob ntoo phem los tsis txawj txi txiv zoo. Txhua tsob ntoo uas tsis txi txiv zoo yuav raug txiav pov tseg thiab muab pov rau hauv hluav taws. Vim li no nej yuav paub lawv ntawm lawv tej txiv. Tsis yog txhua tus uas hais rau kuv tias, Tus Tswv, Tus Tswv, yuav tau nkag mus rau hauv lub nceeg vaj saum ntuj ceeb tsheej; tiamsis tus uas ua raws li kuv Txiv lub siab nyiam uas nyob saum ntuj ceeb tsheej. Hnub ntawd coob leej yuav hais rau kuv tias, Tus Tswv, Tus Tswv, peb puas tsis tau cev lus faj lem hauv koj lub npe? thiab hauv koj lub npe tau ntiab dab tawm? thiab hauv koj lub npe tau ua ntau yam hauj lwm hwj chim loj? Ces kuv yuav tshaj tawm rau lawv tias, Kuv yeej tsis tau paub nej li: nej cov uas ua kev tsis ncaj, cia li ncaim ntawm kuv mus. Yog li ntawd, txhua tus uas hnov tej lus no uas kuv hais, thiab ua raws li tej ntawd, kuv yuav muab nws piv rau ib tug neeg txawj ntse, uas ua nws lub tsev rau saum pob zeb: Ces nag los, dej nyab tuaj, cua tshuab thiab ntaus lub tsev ntawd; los lub tsev ntawd tsis vau, rau qhov nws raug tsa rau saum pob zeb. Thiab txhua tus uas hnov tej lus no uas kuv hais, tiamsis tsis ua raws li tej ntawd, yuav raug muab piv rau ib tug neeg ruam, uas ua nws lub tsev rau saum xuab zeb: Ces nag los, dej nyab tuaj, cua tshuab thiab ntaus lub tsev ntawd; thiab lub tsev ntawd vau lawm: thiab qhov vau ntawd loj kawg nkaus. Matthew 7:15–27.</w:t>
      </w:r>
    </w:p>
    <w:p>
      <w:pPr>
        <w:pStyle w:val="ArticleBody"/>
        <w:jc w:val="left"/>
      </w:pPr>
      <w:r>
        <w:rPr>
          <w:rFonts w:ascii="Times New Roman" w:hAnsi="Times New Roman" w:eastAsia="Times New Roman" w:cs="Times New Roman"/>
        </w:rPr>
        <w:t>Kev coj noj coj ua ntawm Laodicean Seventh-day Adventism raug hla tseg lawm nyob rau xyoo 1989, ib yam li qhov tseeb tseeb uas kev coj noj coj ua ntawm pawg ntseeg Yudais raug hla tseg thaum lub sij hawm Yexus Khetos yug los.</w:t>
      </w:r>
    </w:p>
    <w:p>
      <w:pPr>
        <w:pStyle w:val="ArticleScripture"/>
        <w:jc w:val="left"/>
      </w:pPr>
      <w:r>
        <w:rPr>
          <w:rFonts w:ascii="Times New Roman" w:hAnsi="Times New Roman" w:eastAsia="Times New Roman" w:cs="Times New Roman"/>
        </w:rPr>
        <w:t>“Tibneeg tsis paub li ntawd, tiam sis zaj xov no ua rau saum ntuj ceeb tsheej puv npo kev xyiv fab. Cov neeg dawb huv ntawm lub ntiajteb ntawm qhov kaj raug rub los ze rau lub ntiajteb no nrog ib txoj kev txaus siab uas tob dua thiab mos muag dua. Tag nrho lub ntiajteb ci ntsa iab dua vim yog Nws xub ntiag. Saum cov toj ntawm Npelehees muaj ib pab tubtxib saum ntuj coob kawg nkaus sib sau ua ke. Lawv tos lub cim kom tshaj tawm txoj xov zoo no rau lub ntiajteb. Yog cov thawjcoj hauv Ixayees tau muab siab ncaj rau txoj kev tso siab uas tau muab rau lawv, lawv yeej yuav tau koom nrog txoj kev xyiv fab ntawm kev tshaj tawm txog kev yug los ntawm Yexus. Tiam sis nim no lawv raug hla dhau lawm.</w:t>
      </w:r>
    </w:p>
    <w:p>
      <w:pPr>
        <w:pStyle w:val="ArticleScripture"/>
        <w:jc w:val="left"/>
      </w:pPr>
      <w:r>
        <w:rPr>
          <w:rFonts w:ascii="Times New Roman" w:hAnsi="Times New Roman" w:eastAsia="Times New Roman" w:cs="Times New Roman"/>
        </w:rPr>
        <w:t>“Vajtswv tshaj tawm tias, ‘Kuv yuav nchuav dej rau saum tus uas nqhis dej, thiab nchuav tej dej ntws loj rau saum thaj av qhuav.’ ‘Rau cov ncaj ncees, muaj qhov kaj sawv los nyob hauv qhov tsaus ntuj.’ Yaxayas 44:3; Ntawv Nkauj 112:4. Rau cov uas tab tom nrhiav qhov kaj, thiab uas txais yuav nws nrog kev xyiv fab, tej kab ci ntsa iab uas tawm ntawm Vajtswv lub zwm txwv yuav ci tuaj rau lawv.” The Desire of Ages, 47.</w:t>
      </w:r>
    </w:p>
    <w:p>
      <w:pPr>
        <w:pStyle w:val="ArticleBody"/>
        <w:jc w:val="left"/>
      </w:pPr>
      <w:r>
        <w:rPr>
          <w:rFonts w:ascii="Times New Roman" w:hAnsi="Times New Roman" w:eastAsia="Times New Roman" w:cs="Times New Roman"/>
        </w:rPr>
        <w:t>Lub sij hawm kawg nyob hauv caj ces ntawm Khetos yog Nws txoj kev yug los, thiab yog thaum ntawd uas txoj xov uas yuav sim tiam neeg ntawd thiaj raug qhib tawm. Xyoo 1989 yog lub sij hawm kawg rau cov neeg uas raug hu kom nyob hauv pawg ib puas plaub caug plaub txhiab. Tus qauv lus faj lem ntawm Uriah Smith tau tsis lees txais cov kev tseeb hauv paus uas raug sawv cev rau saum daim ntawv qhia xyoo 1843. Cov kev tseeb ntawd yog “Lub Pob Zeb.”</w:t>
      </w:r>
    </w:p>
    <w:p>
      <w:pPr>
        <w:pStyle w:val="ArticleScripture"/>
        <w:jc w:val="left"/>
      </w:pPr>
      <w:r>
        <w:rPr>
          <w:rFonts w:ascii="Times New Roman" w:hAnsi="Times New Roman" w:eastAsia="Times New Roman" w:cs="Times New Roman"/>
        </w:rPr>
        <w:t>“Lus twb los lawm tias: Tsis txhob cia ib yam dab tsi nkag los uas yuav cuam tshuam lub hauv paus ntawm txoj kev ntseeg uas peb tau tsa saum toj no txij li thaum txoj xov ntawd los txog rau xyoo 1842, 1843, thiab 1844. Kuv twb nyob hauv txoj xov no, thiab txij thaum ntawd los kuv yeej sawv ntawm lub ntiaj teb no xub ntiag, ncaj ncees rau txoj kev kaj uas Vajtswv tau pub rau peb. Peb tsis npaj yuav tshem peb txhais ko taw tawm ntawm lub sam thiaj uas lawv raug muab tso rau saum nws, thaum peb niaj hnub nrhiav tus Tswv txhua hnub nrog kev thov ntuj mob siab, nrhiav kom tau txoj kev kaj. Nej puas xav tias kuv yuav tso tseg txoj kev kaj uas Vajtswv tau pub rau kuv? Nws yuav tsum zoo ib yam li Tus Kws Zeb Ruaj Ntseg Mus Ib Txhis. Nws tau coj kuv txoj kev txij li thaum nws raug pub los.” Review and Herald, Plaub Hlis 14, 1903.</w:t>
      </w:r>
    </w:p>
    <w:p>
      <w:pPr>
        <w:pStyle w:val="ArticleBody"/>
        <w:jc w:val="left"/>
      </w:pPr>
      <w:r>
        <w:rPr>
          <w:rFonts w:ascii="Times New Roman" w:hAnsi="Times New Roman" w:eastAsia="Times New Roman" w:cs="Times New Roman"/>
        </w:rPr>
        <w:t>Thaum lub Cuaj Hlis tim 11, 2001 nag lig pib poob nthav thaum cov cua uas sawv cev rau Islam ntawm txoj kev txom nyem thib peb raug tso tawm, thiab Txoj Cai Patriot tau cim ib qho kev hloov ntawm txoj cai Askiv mus rau txoj cai Loos, raws li yaj saub tshaj tawm tias dej nyab ntawm hwj chim papacy tau pib ntws lawm. Txoj txheej txheem xeem kawg rau lub tsev ntawm Laodicean Adventism tau pib, thiab “nag los poob nqes, thiab dej nyab los txog, thiab cua tshuab, thiab ntaus lub tsev ntawd; ces nws poob lawm: thiab nws qhov kev poob ntawd loj kawg nkaus”.</w:t>
      </w:r>
    </w:p>
    <w:p>
      <w:pPr>
        <w:pStyle w:val="ArticleBody"/>
        <w:jc w:val="left"/>
      </w:pPr>
      <w:r>
        <w:rPr>
          <w:rFonts w:ascii="Times New Roman" w:hAnsi="Times New Roman" w:eastAsia="Times New Roman" w:cs="Times New Roman"/>
        </w:rPr>
        <w:t>Cov lus uas tus tim tswv muaj hwj chim tshaj tawm nyob rau lub sijhawm ntawd tau qhia meej tias txhua haiv neeg tau haus cawv txiv hmab ntawm Npanpiloo lawm, thiab txoj kev ua cuav ntawm papal Loos thiab Protestantism uas tau thim txojkev ntseeg tseg, uas tau raug lees txais zuj zus txij li kev ntxeev siab xyoo 1863, raug sawv cev los ntawm cawv txiv hmab (lus qhuab qhia) ntawm Npanpiloo.</w:t>
      </w:r>
    </w:p>
    <w:p>
      <w:pPr>
        <w:pStyle w:val="ArticleScripture"/>
        <w:jc w:val="left"/>
      </w:pPr>
      <w:r>
        <w:rPr>
          <w:rFonts w:ascii="Times New Roman" w:hAnsi="Times New Roman" w:eastAsia="Times New Roman" w:cs="Times New Roman"/>
        </w:rPr>
        <w:t>Tom qab tej no kuv pom dua ib tug tim tswv nqes saum ntuj los, muaj hwj chim loj heev; thiab lub ntiajteb raug ci ntsa iab los ntawm nws lub yeeb koob. Thiab nws qw nrov nrov kawg nrog ib lub suab muaj zog, hais tias, Npanpiloo tus loj tau poob lawm, tau poob lawm, thiab tau dhau los ua chaw nyob ntawm dab phem, thiab yog lub chaw kaw ntawm txhua tus plig qias neeg, thiab yog lub tawb ntawm txhua hom noog qias neeg thiab ntxim ntxub. Rau qhov txhua haiv neeg tau haus cawv txiv hmab ntawm txoj kev chim siab ntawm nws txoj kev ua nkauj ua nraug, thiab cov vajntxwv hauv ntiajteb tau ua nkauj ua nraug nrog nws, thiab cov tub lag tub luam hauv ntiajteb tau nplua nuj los ntawm nws tej kev nplua nuj uas ntau kawg. Qhia Tshwm 18:1–3.</w:t>
      </w:r>
    </w:p>
    <w:p>
      <w:pPr>
        <w:pStyle w:val="ArticleBody"/>
        <w:jc w:val="left"/>
      </w:pPr>
      <w:r>
        <w:rPr>
          <w:rFonts w:ascii="Times New Roman" w:hAnsi="Times New Roman" w:eastAsia="Times New Roman" w:cs="Times New Roman"/>
        </w:rPr>
        <w:t>Thaum txog lub sij hawm kev poob siab thaum Lub Xya hli ntuj 18, 2020, txoj kev sim siab rau pawg ntseeg Xya-Hnub Seventh-day Adventist hauv Laodicea twb xaus lawm, thiab txoj kev sim siab ntawm cov uas yog cov neeg sib tw kom raug suav nrog ib puas plaub caug plaub txhiab tau pib. Thaum Michael pib tsa cov neeg sib tw ntawd sawv thaum Lub Xya hli ntuj xyoo 2023, txoj xov, uas hauv zaj lus piv txwv ntawm Adventism sawv cev los ntawm roj, tau raug qhib dua ib zaug ntxiv. Txawm yog tom qab Cuaj hlis 11, 2001 los yog tom qab Lub Xya hli ntuj 2023, yeej muaj kev hliv tawm ntawm cov roj, thiab txoj xov uas raug qhib thaum Lub Xya hli ntuj 2023 ntawd, thaum nws raug nthuav kom tiav, yog txoj xov Midnight Cry ntawm zaj lus piv txwv.</w:t>
      </w:r>
    </w:p>
    <w:p>
      <w:pPr>
        <w:pStyle w:val="ArticleBody"/>
        <w:jc w:val="left"/>
      </w:pPr>
      <w:r>
        <w:rPr>
          <w:rFonts w:ascii="Times New Roman" w:hAnsi="Times New Roman" w:eastAsia="Times New Roman" w:cs="Times New Roman"/>
        </w:rPr>
        <w:t>Nws pib thaum lub sijhawm raug sim siab raws li txoj xov rau cov ntxhais nkauj xwb uas muaj tswvyim thiab cov uas ruam, tiam sis nws nthuav dav mus ua txoj xov qw nrov nrov. Txoj xov ntawd los txog thaum txoj cai Hnub Caiv cuav uas yuav los sai no, thiab thaum nws los txog lawm lub suab thib ob ntawm Tshwmsim tshooj kaum yim hu Vajtswv pab yaj lwm pab kom tawm hauv Npanpiloo.</w:t>
      </w:r>
    </w:p>
    <w:p>
      <w:pPr>
        <w:pStyle w:val="ArticleScripture"/>
        <w:jc w:val="left"/>
      </w:pPr>
      <w:r>
        <w:rPr>
          <w:rFonts w:ascii="Times New Roman" w:hAnsi="Times New Roman" w:eastAsia="Times New Roman" w:cs="Times New Roman"/>
        </w:rPr>
        <w:t>Thiab kuv hnov dua lwm lub suab los saum ntuj ceeb tsheej hais tias, Nej kuv haiv neeg, cia li tawm ntawm nws los, tsam nej yuav koom nrog nws tej kev txhaum, thiab tsam nej yuav raug txais nws tej kev raug txim. Rau qhov nws tej kev txhaum tau nce mus txog saum ntuj lawm, thiab Vajtswv tau nco ntsoov nws tej kev tsis ncaj ncees. Tshwm Sim 18:4, 5.</w:t>
      </w:r>
    </w:p>
    <w:p>
      <w:pPr>
        <w:pStyle w:val="ArticleBody"/>
        <w:jc w:val="left"/>
      </w:pPr>
      <w:r>
        <w:rPr>
          <w:rFonts w:ascii="Times New Roman" w:hAnsi="Times New Roman" w:eastAsia="Times New Roman" w:cs="Times New Roman"/>
        </w:rPr>
        <w:t>Lub suab thawj hauv nqe ib mus txog peb tshaj tawm txog qhov los txog ntawm ib lub sijhawm raug sim, thiab tom qab ntawd txoj kev txau los ntawm nag tom qab txawm pib. Lub suab thib ob qhia txog qhov kawg ntawm lub sijhawm raug sim ntawd, thiab tshaj tawm lub sijhawm raug sim rau Vajtswv pab yaj lwm pab uas tseem nyob hauv Npanpiloo.</w:t>
      </w:r>
    </w:p>
    <w:p>
      <w:pPr>
        <w:pStyle w:val="ArticleScripture"/>
        <w:jc w:val="left"/>
      </w:pPr>
      <w:r>
        <w:rPr>
          <w:rFonts w:ascii="Times New Roman" w:hAnsi="Times New Roman" w:eastAsia="Times New Roman" w:cs="Times New Roman"/>
        </w:rPr>
        <w:t>“Yog li ntawd, hauv txoj hauj lwm kawg rau kev ceeb toom rau lub ntiajteb no, muaj ob txoj kev hu uas txawv meej raug muab rau cov koom txoos. Txoj xov ntawm tus timtswv thib ob yog, ‘Npanpiloo tau poob lawm, tau poob lawm, lub nroog loj ntawd, vim nws twb ua kom txhua haiv neeg haus cawv txiv hmab ntawm txoj kev chim rau nws txoj kev nkauj kev nraug.’ Thiab hauv lub suab qw nrov ntawm txoj xov ntawm tus timtswv thib peb muaj ib lub suab hnov los saum ntuj ceeb tsheej hais tias, ‘Nej kuv haiv neeg, cia li tawm ntawm nws los.’” Review and Herald, December 6, 1892.</w:t>
      </w:r>
    </w:p>
    <w:p>
      <w:pPr>
        <w:pStyle w:val="ArticleBody"/>
        <w:jc w:val="left"/>
      </w:pPr>
      <w:r>
        <w:rPr>
          <w:rFonts w:ascii="Times New Roman" w:hAnsi="Times New Roman" w:eastAsia="Times New Roman" w:cs="Times New Roman"/>
        </w:rPr>
        <w:t>Nws yog thaum lub sij hawm uas tus Vaj Ntsuj Plig Dawb Huv raug nchuav los ntawd uas Povlauj cov lus dag ntxias muaj hwj chim hauv 2 Thessalonians thiaj ua tiav. Txawm yog qhov kev sim ntawm pawg ntseeg Laodicean Seventh-day Adventist uas tau pib rau hnub Cuaj Hli 11, 2001, los yog qhov kev sim ntawm cov nkauj xwb uas tau ntsib kev poob siab rau hnub Xya Hli 18, 2020, qhov kev sim ntawd yeej tshwm sim thaum lub sij hawm muaj kev nchuav los ntawm tus Vaj Ntsuj Plig Dawb Huv. Qhov kev nchuav los ntawd sawv cev rau ib txoj xov sim xyuas.</w:t>
      </w:r>
    </w:p>
    <w:p>
      <w:pPr>
        <w:pStyle w:val="ArticleScripture"/>
        <w:jc w:val="left"/>
      </w:pPr>
      <w:r>
        <w:rPr>
          <w:rFonts w:ascii="Times New Roman" w:hAnsi="Times New Roman" w:eastAsia="Times New Roman" w:cs="Times New Roman"/>
        </w:rPr>
        <w:t>“Cov uas tau raug pleev sawv ze ntawm tus Tswv ntawm tag nrho lub ntiajteb, muaj txoj hauj lwm uas ib zaug tau muab rau Xatas ua tus khelus uas npog. Los ntawm cov neeg dawb huv uas nyob ib puag ncig nws lub zwm txwv, tus Tswv tuav cia kev sib txuas lus tsis tu ncua nrog cov neeg nyob hauv lub ntiajteb. Cov roj kub sawv cev rau txoj kev tshav ntuj uas Vajtswv siv los txhawb cov teeb ntawm cov ntseeg kom muaj roj txaus, xwv kom lawv txhob ploj plam thiab tuag ncho. Yog tsis muaj cov roj dawb huv no uas raug nchuav los saum ntuj los hauv tej lus ntawm Vajtswv tus Ntsuj Plig, ces cov cuab tam ntawm kev phem yuav muaj kev kav tag nrho rau saum tibneeg.</w:t>
      </w:r>
    </w:p>
    <w:p>
      <w:pPr>
        <w:pStyle w:val="ArticleScripture"/>
        <w:jc w:val="left"/>
      </w:pPr>
      <w:r>
        <w:rPr>
          <w:rFonts w:ascii="Times New Roman" w:hAnsi="Times New Roman" w:eastAsia="Times New Roman" w:cs="Times New Roman"/>
        </w:rPr>
        <w:t>“Vajtswv raug tsis hwm thaum peb tsis txais cov lus sib txuas lus uas Nws xa tuaj rau peb. Li ntawd peb thiaj tsis kam txais cov roj kub uas Nws xav hliv rau hauv peb tus ntsuj plig kom xa mus rau cov uas nyob hauv qhov tsaus ntuj. Thaum txoj kev hu yuav tuaj hais tias, ‘Saib maj, tus nraug vauv tabtom los; nej cia li tawm mus ntsib nws,’ cov uas tsis tau txais cov roj dawb huv, cov uas tsis tau khaws cia txoj kev tshav ntuj ntawm Khetos rau hauv lawv lub siab, yuav pom, ib yam li cov nkauj xwb ruam, tias lawv tsis tau npaj txhij los ntsib lawv tus Tswv. Lawv tsis muaj, nyob hauv lawv tus kheej, lub hwjchim kom tau txais cov roj ntawd, thiab lawv lub neej raug puam tsuaj. Tiamsis yog thov Vajtswv Tus Ntsuj Plig Dawb Huv, yog peb thov khawv koob ib yam li Mauxes tau ua tias, ‘Qhia koj lub hwjchim ci ntsa iab rau kuv pom,’ ces Vajtswv txoj kev hlub yuav raug nchuav rau hauv peb lub siab. Los ntawm cov kav kub, cov roj kub yuav raug xa tuaj rau peb. ‘Tsis yog los ntawm lub zog, los sis los ntawm lub hwjchim, tiamsis yog los ntawm kuv tus Ntsuj Plig, tus Tswv ntawm cov tub rog hais li ntawd.’ Los ntawm kev txais cov nplaim kaj ci ntsa iab ntawm Lub Hnub Ncaj Ncees, Vajtswv cov menyuam ci ntsa iab ib yam li teeb ci hauv lub ntiajteb.” Review and Herald, July 20, 1897.</w:t>
      </w:r>
    </w:p>
    <w:p>
      <w:pPr>
        <w:pStyle w:val="ArticleBody"/>
        <w:jc w:val="left"/>
      </w:pPr>
      <w:r>
        <w:rPr>
          <w:rFonts w:ascii="Times New Roman" w:hAnsi="Times New Roman" w:eastAsia="Times New Roman" w:cs="Times New Roman"/>
        </w:rPr>
        <w:t>Lub sij hawm ntawm kev muab lub cim foob rau ib puas plaub caug plaub txhiab tus tau pib rau lub Cuaj Hlis 11, 2001, thiab nws sawv cev rau ob ntu kev sim siab. Thawj yog kev sim siab kawg ntawm pawg ntseeg Xya-hnub Adventist Laodicea, thiab ntu thib ob yog rau cov uas yog cov ntsiab lus ntawm zaj lus piv txwv txog kaum tus nkauj xwb. Yuav kom yog ib tug nkauj xwb muaj tswvyim lossis ib tug nkauj xwb ruam, yuav tsum kom txhua tus nkauj xwb dhau ib lub sijhawm ncua tos.</w:t>
      </w:r>
    </w:p>
    <w:p>
      <w:pPr>
        <w:pStyle w:val="ArticleBody"/>
        <w:jc w:val="left"/>
      </w:pPr>
      <w:r>
        <w:rPr>
          <w:rFonts w:ascii="Times New Roman" w:hAnsi="Times New Roman" w:eastAsia="Times New Roman" w:cs="Times New Roman"/>
        </w:rPr>
        <w:t>Hauv keeb kwm Millerite, lub sijhawm qeeb tos pib nrog kev tuaj txog ntawm tus tim tswv thib ob, uas tau tshwm sim thaum thawj zaug poob siab. Thaum ntawd cov Protestants, uas yog Vajtswv haiv neeg uas raug xaiv tseg raws li lo lus cog tseg qub, raug hla dhau lawm. Hnub Lub Xya Hli 18, 2020, haiv neeg uas raug xaiv tseg raws li lo lus cog tseg qub raug hla dhau lawm, thiab txheej txheem kev sim siab uas tau tshwm sim thaum lub sijhawm qeeb tos hauv keeb kwm Millerite pib raug rov ua dua. Tom qab ntawd txoj xov ntawm Midnight Cry tau raug txhim tsa hauv keeb kwm Millerite, ib yam li tam sim no nws tab tom raug txhim tsa. Thaum nws tuaj txog puv npo rau ntawm Exeter Camp meeting, ces thiaj qhia meej tias leej twg muaj txoj xov (roj) thiab leej twg tsis muaj. Haiv neeg uas raug xaiv tseg raws li lo lus cog tseg qub ntawm ob qho keeb kwm puav leej yog thawj pab uas raug sim thiab raug hla dhau.</w:t>
      </w:r>
    </w:p>
    <w:p>
      <w:pPr>
        <w:pStyle w:val="ArticleScripture"/>
        <w:jc w:val="left"/>
      </w:pPr>
      <w:r>
        <w:rPr>
          <w:rFonts w:ascii="Times New Roman" w:hAnsi="Times New Roman" w:eastAsia="Times New Roman" w:cs="Times New Roman"/>
        </w:rPr>
        <w:t>“‘Kuv yuav pub ib lub siab tshiab rau nej thiab kuv yuav tso ib tug ntsuj plig tshiab rau hauv nej.’ Kuv ntseeg kawg siab kawg ntsws tias Vajtswv tus Ntsuj Plig tabtom raug rho tawm ntawm lub ntiajteb no, thiab cov uas tau txais lub teeb loj thiab tej cib fim, tiam sis tsis tau siv kom muaj nqis, lawv yuav yog cov thawj uas raug tso tseg. Lawv tau ntiab Vajtswv tus Ntsuj Plig mus lawm. Kev txav tes ua hauj lwm ntawm Xatas nyob rau lub sijhawm no, hauv nws txoj kev ua haujlwm rau saum tej siab, thiab saum tej pawg ntseeg thiab tej tebchaws, yuav tsum ua rau txhua tus kawm txog tej lus faj lem ceeb thiab ntshai. Qhov kawg twb los ze lawm. Cia peb tej pawg ntseeg sawv tsees. Cia lub hwjchim hloov dua siab tshiab ntawm Vajtswv raug paub hauv lub siab ntawm ib tug ib tug tswvcuab, ces peb yuav pom qhov kev txav tob heev ntawm Vajtswv tus Ntsuj Plig. Kev zam txim rau kev txhaum xwb tsis yog tib qho txiaj ntsig ntawm Yexus txoj kev tuag. Nws tau ua txoj kev txi uas tsis muaj kawg tsis yog tsuas yog kom kev txhaum raug tshem tawm xwb, tabsis kom tibneeg lub cev xeeb ceem raug rov kho dua, rov ua kom zoo nkauj dua, rov txhim kho dua ntawm nws tej kev puas tsuaj, thiab raug ua kom tsim nyog rau ntawm Vajtswv lub xub ntiag.” Selected Messages, phau 3, 154.</w:t>
      </w:r>
    </w:p>
    <w:p>
      <w:pPr>
        <w:pStyle w:val="ArticleBody"/>
        <w:jc w:val="left"/>
      </w:pPr>
      <w:r>
        <w:rPr>
          <w:rFonts w:ascii="Times New Roman" w:hAnsi="Times New Roman" w:eastAsia="Times New Roman" w:cs="Times New Roman"/>
        </w:rPr>
        <w:t>Hauv lub sijhawm sim twg los xij, cov uas tsis lees txais txoj lus uas tau qhib lub cim ntawd yuav raug Povlauj txoj kev dag ntxias uas muaj hwj chim heev.</w:t>
      </w:r>
    </w:p>
    <w:p>
      <w:pPr>
        <w:pStyle w:val="ArticleScripture"/>
        <w:jc w:val="left"/>
      </w:pPr>
      <w:r>
        <w:rPr>
          <w:rFonts w:ascii="Times New Roman" w:hAnsi="Times New Roman" w:eastAsia="Times New Roman" w:cs="Times New Roman"/>
        </w:rPr>
        <w:t>“Yog ib yam txaus ntshai heev thaum saib tsis taus qhov tseeb uas twb qhuab ntuas peb txoj kev to taub thiab tau kov peb lub siab lawm. Peb tsis muaj peev xwm tsis raug txim thaum peb tsis kam lees tej lus ceeb toom uas Vajtswv xa tuaj rau peb hauv txoj kev khuv leej. Muaj ib txoj xov raug xa los ntawm saum ntuj ceeb tsheej tuaj rau ntiajteb no hauv Npau-ee lub caij nyoog, thiab txoj kev cawm dim ntawm tibneeg yog nyob ntawm yam uas lawv tau saib xyuas txoj xov ntawd li cas. Vim lawv tsis kam txais lo lus ceeb toom ntawd, Vajtswv tus Ntsuj Plig thiaj raug rho tawm ntawm haiv neeg muaj kev txhaum ntawd, thiab lawv tuag puv npo rau hauv dej nyab loj. Hauv Aplahas lub sijhawm, txoj kev khuv leej tsis thov ntxiv lawm rau cov neeg nyob hauv Xaudoo uas muaj txim, thiab txhua tus tsuas tshuav Lauj nrog nws tus pojniam thiab ob tug ntxhais xwb thiaj tsis raug hluav taws uas raug xa nqes los saum ntuj ceeb tsheej hlawv kom puam tsuaj. Ib yam nkaus li ntawd thiab nyob rau hauv Khetos lub caij nyoog. Vajtswv Leej Tub tau tshaj tawm rau cov Yudais uas tsis ntseeg ntawm tiam ntawd hais tias, ‘Nej lub tsev raug tso tseg rau nej cia nyob twj ywm khoob qhawv.’ Thaum ntsia mus rau hnub kawg, tib lub hwjchim tsis kawg ntawd tshaj tawm txog cov uas ‘tsis tau txais txoj kev hlub rau qhov tseeb kom lawv thiaj yuav dim tau’ tias, ‘Vim li no Vajtswv yuav tso kev ntxias dag uas muaj zog heev los rau lawv, kom lawv ntseeg txoj kev dag ntawd: xwv kom lawv sawvdaws raug txiav txim, cov uas tsis ntseeg qhov tseeb tabsis zoo siab rau kev tsis ncaj ncees.’ Thaum lawv tsis kam txais tej lus qhuab qhia hauv Nws Txojlus, Vajtswv thim Nws tus Ntsuj Plig tawm, thiab tso lawv cia rau tej kev dag ntxias uas lawv nyiam.” Early Writings, 46.</w:t>
      </w:r>
    </w:p>
    <w:p>
      <w:pPr>
        <w:pStyle w:val="ArticleBody"/>
        <w:jc w:val="left"/>
      </w:pPr>
      <w:r>
        <w:rPr>
          <w:rFonts w:ascii="Times New Roman" w:hAnsi="Times New Roman" w:eastAsia="Times New Roman" w:cs="Times New Roman"/>
        </w:rPr>
        <w:t>Peb yuav txuas ntxiv txoj kev kawm no hauv tsab xov xwm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Loos Tsa Tsim Txoj Kev Yog Toog—Zaj Xov Tooj Xya</dc:title>
  <dc:subject>Kev Sib Cav Kawg Nkaus: Lub Cim ntawm Loos hauv Adventist Cov Lus Qhia Yaj Saub thiab Kev Kawg ntawm Lub Sijhawm Hlub Tshua</dc:subject>
  <dc:creator>Jeff Pippenger</dc:creator>
  <cp:keywords/>
  <dc:description>Generated by ArticleDigger from modern_rome\07_modern_rome.json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