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Loos Tsim Qhov Kev Yog Toog — Zaj Kaum Ob</w:t>
      </w:r>
    </w:p>
    <w:p>
      <w:pPr>
        <w:pStyle w:val="ArticleSubtitle"/>
        <w:jc w:val="left"/>
      </w:pPr>
      <w:r>
        <w:rPr>
          <w:rFonts w:ascii="Arial" w:hAnsi="Arial" w:eastAsia="Arial" w:cs="Arial"/>
        </w:rPr>
        <w:t>Peb Thawj Coj Siv Peb Zaug ntawm Kev Yaj Saub: Qhov Kev Qias Ntxub Uas Ua Kom Puam Tsuaj thiab Qhov Lus Ceeb Toom rau Hnub Kawg kom Khiav Tawm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Qhov kev qias vuab tsuab uas ua rau kev puam tsuaj uas Daniel tus yaj saub tau hais txog yog ib lub cim rau cov ntseeg hauv peb tiam sib txawv kom khiav dim. Cov ntseeg hauv Yeluxalees tau khiav thaum lawv pom tej chij txheem ntawm cov tub rog Loos tuaj ncig vauv Yeluxalees rau xyoo 66 AD. Cov ntseeg nyob rau thaum xaus ntawm tiam tsib puas xyoo thiab thaum chiv thawj ntawm tiam rau puas xyoo tau khiav mus rau hauv roob moj sab qhua thaum lawv pom tus neeg txhaum nyob hauv lub tuam tsev ntawm Vajtswv tshaj tawm tias nws yog Vajtswv. Xyoo 1888 muaj ib pawg kev cai Sunday raug coj los nthuav rau hauv Congress ntawm Tebchaws Meskas los ntawm Senator Blair. Cov ntaub ntawv ntawd hu ua cov Blair bills, thiab lawv yog ib qho kev siv zog los lees paub Sunday ua Hnub Pe Hawm Hauv Tebchaws. Kev pe hawm hnub Sunday yog lub cim ntawm tus tsiaj qus, yog lub cim ntawm papal txoj cai kav, thiab Txoj Cai Lij Choj ntawm Tebchaws Meskas tawm tsam ncaj qha rau kev yuam kom muaj ib txoj kev ntseeg hauv tebchaws ua ib qho kev xeem rau cov pej xeem ntawm Tebchaws Meskas.</w:t>
      </w:r>
    </w:p>
    <w:p>
      <w:pPr>
        <w:pStyle w:val="ArticleBody"/>
        <w:jc w:val="left"/>
      </w:pPr>
      <w:r>
        <w:rPr>
          <w:rFonts w:ascii="Times New Roman" w:hAnsi="Times New Roman" w:eastAsia="Times New Roman" w:cs="Times New Roman"/>
        </w:rPr>
        <w:t>Qhov tseeb no yog yam uas raug tso tseg tawm hauv txoj kev siv uas yuam kev uas txuas nrog kev txheeb lub Tebchaws Meskas tias yog Loos niaj hnub no. Ib txoj kev siv yaj saub peb txheej muaj tej cai tshwj xeeb uas kav nws txoj kev siv. Cov cai ntawd qhia tias cov yam ntxwv yaj saub ntawm thawj qhov kev ua tiav yuav tsum muab koom nrog cov yam ntxwv yaj saub ntawm qhov kev ua tiav thib ob kom thiaj li tsim tau cov yam ntxwv yaj saub ntawm qhov kev ua tiav thib peb.</w:t>
      </w:r>
    </w:p>
    <w:p>
      <w:pPr>
        <w:pStyle w:val="ArticleBody"/>
        <w:jc w:val="left"/>
      </w:pPr>
      <w:r>
        <w:rPr>
          <w:rFonts w:ascii="Times New Roman" w:hAnsi="Times New Roman" w:eastAsia="Times New Roman" w:cs="Times New Roman"/>
        </w:rPr>
        <w:t>Qhov lus ceeb toom kom khiav tawm, yog ib lo lus ceeb toom kom khiav tawm ntawm ib txoj kev tsim txom uas tab tom yuav los txog. Nyob rau tiam ntawm Khetos, txoj kev tsim txom ntawd yog kev rhuav tshem Yeluxalees thiab lub tuam tsev hauv xyoo 70. Lub cim ceeb toom ntawm txoj kev tsim txom uas tab tom los ze ntawd tau muab rau hauv xyoo 66 AD. Lo lus ceeb toom kom khiav tawm hauv lub caij kawg ntawm lub xyoo pua tsib thiab thaum ntxov ntawm lub xyoo pua rau, Povlauj tau qhia tias yog kev lees paub txog ib txoj kev thim rov qab ntawm Pergamos uas yog yaj saub qhia ua ntej, uas sawv cev rau Loos uas teev dab mlom. Yuav tsum muaj ib txoj kev thim rov qab ua ntej, kom tus neeg txhaum uas yuav tshaj tawm nws tus kheej ua Vajtswv thiaj raug muab tshwm sim tawm los. Hauv keeb kwm uas tab tom los ze rau xyoo 538, Loos uas teev dab mlom uas tau txwv tuav cia, los yog raws li Povlauj tau hais tias “withholdeth,” raug muab tshem tawm, thiab thaum Pergamos thim rov qab lawm, lub cim kom khiav tawm kuj los txog thiab qhia cov neeg ncaj ncees kom cais lawv tus kheej tawm ntawm kev koom nrog cov pawg ntseeg papal. Ces hauv xyoo 538, ntawm Council of Orleans, lub hwj chim papal tau tshaj tawm ib txoj cai Hnub Caiv, thiab ib txhiab ob puas rau caum xyoo ntawm kev tsim txom papal tau pib.</w:t>
      </w:r>
    </w:p>
    <w:p>
      <w:pPr>
        <w:pStyle w:val="ArticleBody"/>
        <w:jc w:val="left"/>
      </w:pPr>
      <w:r>
        <w:rPr>
          <w:rFonts w:ascii="Times New Roman" w:hAnsi="Times New Roman" w:eastAsia="Times New Roman" w:cs="Times New Roman"/>
        </w:rPr>
        <w:t>Ob tug thawj tug tim khawv qhia meej tias kev ua tiav zaum peb ntawm lo lus ceeb toom kom khiav dim uas Khetos tau muab ntawd, tau los ua ntej qhov kev tsim txom tiag tiag. Kev puas tsuaj ntawm Yeluxalees tau los raws nraim peb xyoos thiab ib nrab tom qab lub sijhawm Cestius pib lub nroog</w:t>
      </w:r>
      <w:r>
        <w:rPr>
          <w:rFonts w:ascii="Microsoft YaHei" w:hAnsi="Microsoft YaHei" w:eastAsia="Microsoft YaHei" w:cs="Microsoft YaHei"/>
        </w:rPr>
        <w:t>包围</w:t>
      </w:r>
      <w:r>
        <w:rPr>
          <w:rFonts w:ascii="Times New Roman" w:hAnsi="Times New Roman" w:eastAsia="Times New Roman" w:cs="Times New Roman"/>
        </w:rPr>
        <w:t xml:space="preserve"> hauv xyoo 66 AD, yog li ntawd thiaj pub sijhawm rau cov ntseeg khiav dim ua ntej tej kev txaus ntshai ntawm kev</w:t>
      </w:r>
      <w:r>
        <w:rPr>
          <w:rFonts w:ascii="Microsoft YaHei" w:hAnsi="Microsoft YaHei" w:eastAsia="Microsoft YaHei" w:cs="Microsoft YaHei"/>
        </w:rPr>
        <w:t>包围</w:t>
      </w:r>
      <w:r>
        <w:rPr>
          <w:rFonts w:ascii="Times New Roman" w:hAnsi="Times New Roman" w:eastAsia="Times New Roman" w:cs="Times New Roman"/>
        </w:rPr>
        <w:t xml:space="preserve"> zaum ob, uas Titus tau tsim kom muaj thiab xaus nrog kev rhuav tshem lub tuam tsev thiab lub nroog. Ua ntej xyoo 538, cov ntseeg tau cais tawm ntawm pawg ntseeg ntawm papal Rome, thiab hauv txojkev cev faj lem lawv tau khiav mus rau hauv tebchaws moj sab qhua, uas sawv cev rau kev puas tsuaj ntawm Yeluxalees sab ntsuj plig.</w:t>
      </w:r>
    </w:p>
    <w:p>
      <w:pPr>
        <w:pStyle w:val="ArticleScripture"/>
        <w:jc w:val="left"/>
      </w:pPr>
      <w:r>
        <w:rPr>
          <w:rFonts w:ascii="Times New Roman" w:hAnsi="Times New Roman" w:eastAsia="Times New Roman" w:cs="Times New Roman"/>
        </w:rPr>
        <w:t>Tiamsis lub tshav puam uas nyob sab nraud ntawm lub tuam tsev, cia tseg tsis txhob suav nws; rau qhov twb muab rau lwm haiv neeg lawm: thiab lawv yuav tsuj lub nroog dawb huv hauv qab ko taw tau plaub caug ob lub hlis. Thiab Kuv yuav pub hwjchim rau Kuv ob tug timkhawv, thiab nkawd yuav cev Vajtswv lus tau ib txhiab ob puas rau caum hnub, hnav khaub ncaws quaj ntsuag. Tshwmsim 11:2, 3.</w:t>
      </w:r>
    </w:p>
    <w:p>
      <w:pPr>
        <w:pStyle w:val="ArticleBody"/>
        <w:jc w:val="left"/>
      </w:pPr>
      <w:r>
        <w:rPr>
          <w:rFonts w:ascii="Times New Roman" w:hAnsi="Times New Roman" w:eastAsia="Times New Roman" w:cs="Times New Roman"/>
        </w:rPr>
        <w:t>Nyob rau hauv ob zaj piv txwv hais txog lo lus ceeb toom kom khiav dim, lo lus ceeb toom los ua ntej txoj kev tsim txom, thiab txoj kev tsim txom ntawd raug sawv cev los ntawm Loos, txawm yog Loos pe hawm dab qhuas los yog Loos papal, tsuj nqis nram Yeluxalees, txawm yog Yeluxalees tiag tiag los yog Yeluxalees sab ntsuj plig. Lo lus ceeb toom kom khiav dim rau Seventh-day Adventist yog Blair bill xyoo 1888. Hauv thawj qhov kev ua tiav nyob rau hauv keeb kwm ntawm Loos pe hawm dab qhuas, cov Khixatia yuav tsum khiav tawm hauv Yeluxalees mus, thiab hauv qhov kev ua tiav ntawm Loos papal, cov Khixatia tau khiav mus rau hauv roob moj sab qhua. Rau Adventism, lo lus ceeb toom yog kom khiav mus rau tom teb chaws.</w:t>
      </w:r>
    </w:p>
    <w:p>
      <w:pPr>
        <w:pStyle w:val="ArticleScripture"/>
        <w:jc w:val="left"/>
      </w:pPr>
      <w:r>
        <w:rPr>
          <w:rFonts w:ascii="Times New Roman" w:hAnsi="Times New Roman" w:eastAsia="Times New Roman" w:cs="Times New Roman"/>
        </w:rPr>
        <w:t>“Tam sim no tsis yog lub sij hawm rau Vajtswv haiv neeg los khi lawv tej kev hlub rau lub ntiaj teb no lossis khaws lawv tej cuab tam cia rau hauv lub ntiaj teb no. Lub sij hawm twb tsis nyob deb lawm, thaum, ib yam li cov thwj tim thaum chiv thawj, peb yuav raug yuam kom nrhiav chaw nkaum nyob rau hauv tej thaj chaw qhuav qhawv thiab nyob ib leeg. Ib yam li qhov uas cov tub rog Loos tuaj vij lub nroog Yeluxalees yog lub cim ceeb toom kom cov Khixatia hauv Yudea khiav dim, tib yam ntawd thiab, thaum peb haiv neeg txais hwj chim los ntawm tsab cai yuam kom hwm hnub Xanpataus ntawm lub hwj chim papacy, qhov ntawd yuav yog ib qho lus ceeb toom rau peb. Thaum ntawd mam yog lub sij hawm tawm hauv tej nroog loj mus, ua kev npaj tseg rau kev tawm hauv tej nroog me mus nyob rau hauv tej vaj tse nyob ntsiag to hauv tej chaw zais ntshis nruab nrab ntawm tej roob.” Testimonies, volume 5, 464.</w:t>
      </w:r>
    </w:p>
    <w:p>
      <w:pPr>
        <w:pStyle w:val="ArticleBody"/>
        <w:jc w:val="left"/>
      </w:pPr>
      <w:r>
        <w:rPr>
          <w:rFonts w:ascii="Times New Roman" w:hAnsi="Times New Roman" w:eastAsia="Times New Roman" w:cs="Times New Roman"/>
        </w:rPr>
        <w:t>“Peb lub tebchaws txoj kev tuav hwjchim rau ntawm nws tus kheej nyob rau hauv txoj cai uas yuam kom hwm hnub Xanpataus ntawm tus papacy yuav yog ib qho lus ceeb toom rau peb,” tau raug ua tiav thaum qhov kev qias neeg uas ua rau kev puam tsuaj, raws li cov lus ntawm Malakaus, “sawv nyob qhov chaw uas nws tsis tsim nyog sawv.” Xyoo 1888, Lub Rooj Sab Laj Loj ntawm Tebchaws Meskas tab tom xav txog ib txoj cai uas ncaj qha tawm tsam ib qho tseem ceeb hauv paus ntawm Txoj Cai Lij Choj, thiab thaum ntawd cov Seventh-day Adventists yuav tsum tawm hauv tej nroog mus nyob rau hauv tej chaw deb nroog.</w:t>
      </w:r>
    </w:p>
    <w:p>
      <w:pPr>
        <w:pStyle w:val="ArticleScripture"/>
        <w:jc w:val="left"/>
      </w:pPr>
      <w:r>
        <w:rPr>
          <w:rFonts w:ascii="Times New Roman" w:hAnsi="Times New Roman" w:eastAsia="Times New Roman" w:cs="Times New Roman"/>
        </w:rPr>
        <w:t>“Tsis muaj ib tug Khixatia twg tuag nyob hauv kev puas tsuaj ntawm Yeluxalees li. Khetos twb tau ceeb toom rau Nws cov thwjtim lawm, thiab txhua tus uas ntseeg Nws cov lus tau ceev faj tos rawv rau lub cim uas tau cog lus tseg ntawd.... Tsis ncua sij hawm li lawv tau khiav mus rau ib qho chaw nyab xeeb—lub nroog Pela, nyob hauv thaj av Perea, dhau tus Dej Yaladee.” The Great Controversy, 30.</w:t>
      </w:r>
    </w:p>
    <w:p>
      <w:pPr>
        <w:pStyle w:val="ArticleBody"/>
        <w:jc w:val="left"/>
      </w:pPr>
      <w:r>
        <w:rPr>
          <w:rFonts w:ascii="Times New Roman" w:hAnsi="Times New Roman" w:eastAsia="Times New Roman" w:cs="Times New Roman"/>
        </w:rPr>
        <w:t>Cov yam ntxwv yaj saub ntawm thawj daim paib ceeb toom kom khiav dim sawv cev rau kev ua kom tiav zaum peb thiab zaum kawg. Qee zaus cov yam ntxwv yaj saub ntawd tsim ib qho kev ua kom tiav ob npaug nyob hauv qhov kev ua kom tiav zaum peb. Ib qho piv txwv ntawm qhov no yog peb tug Eliyas. Kab ke ntawm Eliyas hauv nws txoj kev sib tawm tsam nrog Yexebees, Ahas, thiab cov yaj saub ntawm Npa-as, muab coj los txuas nrog cov yam ntxwv ntawm Yauhas tus Muab Neeg Ua Kev Cai Raus Dej, tus Eliyas thib ob, hauv nws txoj kev sib tawm tsam nrog Herodias, Helauj, thiab Xaloos, ua kom pom tseeb tias nyob rau hnub kawg, vim qhov kev ua kom tiav zaum peb thiab zaum kawg ntawm ib daim ntawv siv peb npaug yeej ib txwm nyob rau hnub kawg, Eliyas thiab Yauhas sawv cev rau ob pab neeg ntawm Vajtswv haiv neeg. Ib pab, uas Eliyas sawv cev rau, tsis tuag; thiab lwm pab, uas Yauhas sawv cev rau, tuag. Ob pab ntawd kuj raug sawv cev hauv Phau Ntawv Qhia Tshwm tshooj xya ua ib puas plaub caug plaub txhiab leej, uas tsis tuag, thiab pab neeg coob kawg, uas tuag.</w:t>
      </w:r>
    </w:p>
    <w:p>
      <w:pPr>
        <w:pStyle w:val="ArticleBody"/>
        <w:jc w:val="left"/>
      </w:pPr>
      <w:r>
        <w:rPr>
          <w:rFonts w:ascii="Times New Roman" w:hAnsi="Times New Roman" w:eastAsia="Times New Roman" w:cs="Times New Roman"/>
        </w:rPr>
        <w:t>Hauv rau hauv peb lub Npanpiloo no muaj ib yam ntsiab hauv cov lus faj lem uas zoo ib yam, uas yog tias thawj lub Npanpiloo raug sawv cev los ntawm Nimrod, tiam sis lub Npanpiloo thib ob raug sawv cev los ntawm thawj thiab vajntxwv kawg, uas yog Nebuchadnezzar thiab Belshazzar. Nebuchadnezzar sawv cev rau cov uas nyob hauv Npanpiloo uas yuav raug cawm dim, hos Belshazzar sawv cev rau cov uas nyob hauv Npanpiloo uas yuav raug piam sij.</w:t>
      </w:r>
    </w:p>
    <w:p>
      <w:pPr>
        <w:pStyle w:val="ArticleBody"/>
        <w:jc w:val="left"/>
      </w:pPr>
      <w:r>
        <w:rPr>
          <w:rFonts w:ascii="Times New Roman" w:hAnsi="Times New Roman" w:eastAsia="Times New Roman" w:cs="Times New Roman"/>
        </w:rPr>
        <w:t>Nyob rau hnub kawg muaj ob txoj cai hnub Sunday uas yog lub ntsiab lus ntawm Vajlugkub tej lus faj lem. Thawj yog txoj cai hnub Sunday uas yuav los sai no hauv Tebchaws Meskas, thiab txoj cai thib ob yog txoj cai hnub Sunday uas raug yuam rau thoob plaws lub ntiajteb. Ob txoj cai hnub Sunday no tau raug ua piv txwv ua ntej los ntawm txoj cai hnub Sunday ntawm Loos pagan, thaum xyoo 321, Constantine tau yuam siv thawj txoj cai hnub Sunday, ces tom qab ntawd yog txoj cai hnub Sunday ntawm Loos Papal xyoo 538. Loos pagan yog ib yam ntawm ntau yam piv txwv yaj saub uas ua duab ntxoov ntxoo ua ntej txog Tebchaws Meskas, thiab txoj cai hnub Sunday xyoo 321 yog ib qho piv txwv txog txoj cai hnub Sunday uas yuav los sai no hauv Tebchaws Meskas. Txoj cai hnub Sunday papal xyoo 538 yog ib qho piv txwv txog txoj cai hnub Sunday uas raug yuam rau thoob plaws lub ntiajteb. Txoj kev pom uas yuam kev uas hais tias Tebchaws Meskas raug piv txwv los ntawm cov tub sab hauv Daniel kaum ib sim siv txoj cai hnub Sunday uas yuav los sai no hauv Tebchaws Meskas ua pov thawj los lees tias txoj cai hnub Sunday hauv Tebchaws Meskas ua pov thawj tias Tebchaws Meskas yog Loos niaj hnub no, thiab tsis quav ntsej tias tseem muaj dua ib txoj cai hnub Sunday uas raug yuam rau txhua haiv neeg hauv ntiajteb los ntawm kev koom ua peb npaug ntawm tus zaj, tus tsiaj nyaum, thiab tus yaj saub cuav.</w:t>
      </w:r>
    </w:p>
    <w:p>
      <w:pPr>
        <w:pStyle w:val="ArticleBody"/>
        <w:jc w:val="left"/>
      </w:pPr>
      <w:r>
        <w:rPr>
          <w:rFonts w:ascii="Times New Roman" w:hAnsi="Times New Roman" w:eastAsia="Times New Roman" w:cs="Times New Roman"/>
        </w:rPr>
        <w:t>Yog hais tias ib txoj cai Sunday hauv Tebchaws Meskas txheeb qhia Tebchaws Meskas tias yog Loos Tshiab, ces txoj cai Sunday thoob ntiajteb txheeb qhia dab tsi? Peb hom Loos ntawd txheeb qhia tias Loos Tshiab, uas muaj peb txheej, yuav yuam kom muaj ob txoj cai Sunday uas sib txawv. Thawj txoj yog nyob hauv Tebchaws Meskas thiab tau raug ua qauv qhia los ntawm Constantine txoj cai Sunday xyoo 321, hos txoj ob yog thoob qab ntuj, raws li tau raug ua qauv qhia los ntawm txoj cai Sunday ntawm lub hwjchim papal xyoo 538. Kev siv txoj cai Sunday hauv Tebchaws Meskas nyob rau hauv lub ntsiab lus ntawm kev siv lus faj lem peb npaug los lees tias txoj cai Sunday ntawd yog pov thawj qhia tias leejtwg yog Loos Tshiab, yog kev tsis quav ntsej tej yam ntxwv lus faj lem uas Loos pagan thiab Loos papal tau tsa los ua qauv. Muaj ob txoj cai Sunday uas sib txawv hauv hnub kawg, thiab tsis muaj ib txoj twg yog pov thawj los txheeb qhia tias cov tub sab nyiag ntawm haivneeg yog Tebchaws Meskas. Thaum zaj lus timkhawv ntawm Loos pagan thiab Loos papal raug piav yuam kev kom txhawb ib qho kev txhais raws li tus kheej, raws li tab tom raug ua nyob rau tam sim no no, nws qhia meej tias cov uas nrhiav kev txhawb lawv tus kheej txoj kev txhais ntawd tsis to taub txog qauv thiab yam uas ua tiav raws li tus qauv.</w:t>
      </w:r>
    </w:p>
    <w:p>
      <w:pPr>
        <w:pStyle w:val="ArticleBody"/>
        <w:jc w:val="left"/>
      </w:pPr>
      <w:r>
        <w:rPr>
          <w:rFonts w:ascii="Times New Roman" w:hAnsi="Times New Roman" w:eastAsia="Times New Roman" w:cs="Times New Roman"/>
        </w:rPr>
        <w:t>Loos tebchaws Loos yog ib yam piv txwv txog Tebchaws Meskas, thiab Loos papacy yog yam piv txwv txog Loos niaj hnub no. Nrog rau qhov kev siv yuam kev no ntawm ib txoj lus faj lem uas raug siv peb txheej, thiab txoj kev hais tias yam uas tab tom raug qhia ntawd raug muab tso rau hauv lub ntsiab lus ntawm “yam piv txwv thiab yam ua tiav raws li qhov piv txwv,” kuj muaj lwm qhov kev ua tsis tiav thiab, uas yog kev txhais “kev qias vuab tsuab uas ua kom puam tsuaj” raws li nws raug sawv cev nyob hauv lub ntsiab lus ntawm ib txoj lus faj lem uas raug siv peb txheej.</w:t>
      </w:r>
    </w:p>
    <w:p>
      <w:pPr>
        <w:pStyle w:val="ArticleBody"/>
        <w:jc w:val="left"/>
      </w:pPr>
      <w:r>
        <w:rPr>
          <w:rFonts w:ascii="Times New Roman" w:hAnsi="Times New Roman" w:eastAsia="Times New Roman" w:cs="Times New Roman"/>
        </w:rPr>
        <w:t>Txij xyoo 66 mus txog xyoo 70 AD, ob tug thawj tub rog Loos tau tuaj tawm tsam Yeluxalees. Ob tug thawj tub rog no, Cestius thiab Titus, nkawd ob leeg pib nrog kev kaw lub nroog, tiam sis tsuas yog ib tug xwb thiaj thim ntawm txoj kev kaw ntawd mus ib ntus luv, uas raws li Vajtswv txoj kev tu xyuas tau pub cov Khixatia khiav dim. Yog txoj kev kaw thawj zaug nyob hauv Cestius tes ntawd uas cov Khixatia pom tias yog qhov kev ceeb toom kom khiav. Thaum Titus tuaj txog los txuas ntxiv kev ua rog tawm tsam Yeluxalees nyob rau xyoo 70 AD, nws pib nrog kev kaw lub nroog thiab tsis tseg li mus txog thaum Yeluxalees thiab lub tuam tsev raug rhuav tshem. Yexus txoj kev ceeb toom muaj ob theem. Theem xub thawj yog lub cim kom khiav, thiab tom qab ntawd yog kev tsim txom. Hauv kev ua tiav ntawm txoj kev ceeb toom ntawd nyob rau tiam tsib thiab tiam rau, cov Khixatia tau cais lawv tus kheej tawm ntawm pawg ntseeg Loos uas qias tsis huv ua ntej xyoo 538, ces kev tsim txom thiaj pib.</w:t>
      </w:r>
    </w:p>
    <w:p>
      <w:pPr>
        <w:pStyle w:val="ArticleBody"/>
        <w:jc w:val="left"/>
      </w:pPr>
      <w:r>
        <w:rPr>
          <w:rFonts w:ascii="Times New Roman" w:hAnsi="Times New Roman" w:eastAsia="Times New Roman" w:cs="Times New Roman"/>
        </w:rPr>
        <w:t>Povlauj qhia meej heev tias tag nrho tej keeb kwm uas tau raug sau cia txog Yixayee thaum ub twb raug sau tseg rau cov uas nyob rau hnub kawg, thiab tias tag nrho tej keeb kwm ntawd yog yam piv txwv, txawm yog lo lus Kili “typos,” uas txhais tias yam piv txwv, raug txhais ua ensamples hauv nws txoj kev nthuav qhia muaj hwjchim txog qhov tseeb no.</w:t>
      </w:r>
    </w:p>
    <w:p>
      <w:pPr>
        <w:pStyle w:val="ArticleScripture"/>
        <w:jc w:val="left"/>
      </w:pPr>
      <w:r>
        <w:rPr>
          <w:rFonts w:ascii="Times New Roman" w:hAnsi="Times New Roman" w:eastAsia="Times New Roman" w:cs="Times New Roman"/>
        </w:rPr>
        <w:t>Tam sim no tau tshwm sim los rau lawv ua yam ntxwv qhia: thiab tej no tau raug sau cia rau peb qhov kev ceeb toom, peb cov uas lub sij hawm kawg ntawm lub ntiaj teb twb los txog lawm. 1 Khaulee 10:11.</w:t>
      </w:r>
    </w:p>
    <w:p>
      <w:pPr>
        <w:pStyle w:val="ArticleBody"/>
        <w:jc w:val="left"/>
      </w:pPr>
      <w:r>
        <w:rPr>
          <w:rFonts w:ascii="Times New Roman" w:hAnsi="Times New Roman" w:eastAsia="Times New Roman" w:cs="Times New Roman"/>
        </w:rPr>
        <w:t>Cov keeb kwm hauv tshooj kaum uas Povlauj siv los teeb lub ntsiab lus rau qhov tseeb no tsis yog ib zaj keeb kwm hais txog cov Ixayees thaum ub uas coj ncaj ncees.</w:t>
      </w:r>
    </w:p>
    <w:p>
      <w:pPr>
        <w:pStyle w:val="ArticleScripture"/>
        <w:jc w:val="left"/>
      </w:pPr>
      <w:r>
        <w:rPr>
          <w:rFonts w:ascii="Times New Roman" w:hAnsi="Times New Roman" w:eastAsia="Times New Roman" w:cs="Times New Roman"/>
        </w:rPr>
        <w:t>Tiamsis Vajtswv tsis txaus siab rau coob leej ntawm lawv li: rau qhov lawv raug muab rhuav tshem pov tseg rau hauv roob moj sab qhua. Nim no tej no tau los ua peb tej qauv qhia, kom peb txhob ntshaw tej yam phem, ib yam li lawv kuj tau ntshaw thiab. Nej kuj txhob ua cov pe dab pe mlom, ib yam li qee leej ntawm lawv tau ua; raws li tau sau tseg hais tias, Cov neeg zaum nqes noj thiab haus, ces sawv tsees mus ua si. Thiab peb txhob ua kev nkauj kev nraug txhaum cai, ib yam li qee leej ntawm lawv tau ua, thiab poob tuag rau ib hnub muaj nees nkaum peb txhiab leej. Thiab peb txhob sim Khetos, ib yam li qee leej ntawm lawv kuj tau sim, thiab raug nab tom tuag. 1 Khaulee 10:5–9.</w:t>
      </w:r>
    </w:p>
    <w:p>
      <w:pPr>
        <w:pStyle w:val="ArticleBody"/>
        <w:jc w:val="left"/>
      </w:pPr>
      <w:r>
        <w:rPr>
          <w:rFonts w:ascii="Times New Roman" w:hAnsi="Times New Roman" w:eastAsia="Times New Roman" w:cs="Times New Roman"/>
        </w:rPr>
        <w:t>Keeb kwm dawb huv yog ib zaj keeb kwm uas teev tseg ob yam tib si, yog kev ncaj ncees thiab kev tsis ncaj ncees ntawm Vajtswv haiv neeg; txawm li cas los xij, hauv ob hom ntaub ntawv ntawd, keeb kwm ntawd tseem yog ib hom duab qhia rau Vajtswv haiv neeg uas nyob hauv hnub kawg. Keeb kwm ntawm txoj kev ntxeev siab hauv Minneapolis xyoo 1888 yog ib zaj keeb kwm ntawm kev tsis ncaj ncees, txawm tias cov kws sau keeb kwm Adventist tau hais li cas los xij. Txoj kev ntxeev siab ntawd tob heev ua luaj li uas Ellen White tau txiav txim siab yuav tawm hauv lub rooj sib tham ntawd mus, thiab tsuas nyob twj ywm xwb vim ib tug tim tswv tau hais rau nws tias nws yog nws lub luag haujlwm yuav tsum nyob ntawd thiab sau tseg txog txoj kev ntxeev siab uas yog ib qho piv txwv sib txig nrog txoj kev ntxeev siab ntawm Korah, Dathan thiab Abiram hauv Mauxes keeb kwm. Nyob rau lub rooj sib tham ntawd, tus tim tswv muaj hwj chim loj ntawm Tshwmsim tshooj kaum yim tau nqes los, tiam sis zaj lus uas Nws coj los ntawd raug tsis lees txais.</w:t>
      </w:r>
    </w:p>
    <w:p>
      <w:pPr>
        <w:pStyle w:val="ArticleBody"/>
        <w:jc w:val="left"/>
      </w:pPr>
      <w:r>
        <w:rPr>
          <w:rFonts w:ascii="Times New Roman" w:hAnsi="Times New Roman" w:eastAsia="Times New Roman" w:cs="Times New Roman"/>
        </w:rPr>
        <w:t>Keeb kwm ntawd yog ib qho piv txwv ua ntej txog lub Cuaj Hlis 11, 2001, thaum tej lub tsev loj hauv New York City raug muab rhuav poob los. Keeb kwm ntawd suav nrog thawj daim nqi lij choj Hnub Caiv uas yuav raug coj los tshaj tawm los ntawm Senator Blair. Nws tej kev siv zog los yuam kom Hnub Caiv raug coj los ua Hnub Teev Hawm Hauv Tebchaws tsis tau muaj yeej, tiam sis nws yog ib feem ntawm ib zaj keeb kwm dawb huv uas yog ib qho piv txwv ua ntej txog hnub kawg. Senator Blair daim nqi ntawd yog lo lus ceeb toom kom khiav tawm hauv cov nroog. Ua ntej xyoo 1888, thaum Muam White hais txog qhov yuav tsum tau nyob sab nraum cov nroog, nws hais nyob rau lub sij hawm yav tom ntej. Nws taw tes mus rau ib lub sij hawm nyob rau yav tom ntej ze uas Vajtswv haiv neeg yuav tsum tsiv mus nyob tom teb chaws. Tom qab xyoo 1888, tag nrho tej lus uas Muam White hais txog qhov yuav tsum tau nyob tom teb chaws, muab nws tej lus qhuab qhia tso rau hauv lub ntsiab lus tias lub sij hawm yuav tsum nyob tom teb chaws twb los txog lawm. Daim nqi Blair xyoo 1888 yog lub cim ntawm kev yuam kom coj Hnub Caiv raws li Lukas tau hais, nyob rau hauv ib qho chaw uas nws tsis tsim nyog nyob. Kev yuam kom coj Hnub Caiv tsis yog yam yuav tsum raug coj los rau hauv Tsoomfwv Meskas lub Rooj Sab Laj, rau qhov nws yog ib qho kev tsis lees paub ib txoj hauv paus ntsiab lus thawj ntawm Txoj Cai Lij Choj.</w:t>
      </w:r>
    </w:p>
    <w:p>
      <w:pPr>
        <w:pStyle w:val="ArticleBody"/>
        <w:jc w:val="left"/>
      </w:pPr>
      <w:r>
        <w:rPr>
          <w:rFonts w:ascii="Times New Roman" w:hAnsi="Times New Roman" w:eastAsia="Times New Roman" w:cs="Times New Roman"/>
        </w:rPr>
        <w:t>Keeb kwm xyoo 1888 raug sau cia kom ua ib qho piv txwv rau keeb kwm yav tom ntej raws li tej lus faj lem uas tau pib thaum lub Cuaj Hlis 11, 2001. Tsab Cai Blair xyoo 1888 yog ib qho piv txwv rau Patriot Act xyoo 2001. Nws yog qhov kev ceeb toom uas los ua ntej kev yuam kom tiag tiag lees txais lub cim ntawm tus tsiaj qus. Tsis muaj leejtwg uas tab tom raws Khetos tsim nyog nyob hauv ib lub nroog tom qab lub Cuaj Hlis 11, 2001. Qhov ntawd yog kev kaw ib ncig raws li tej lus faj lem uas qhia Vajtswv haiv neeg kom khiav tawm. Thiab ib yam li muaj ob txoj cai Hnub Caiv uas yog lub ntsiab lus hauv tus qauv yaj saub ntawm hnub kawg, raws li tau sawv cev los ntawm ob txoj cai Hnub Caiv ntawm Loos uas pe dab mlom thiab Loos papal, ob txoj cai Hnub Caiv ntawd puav leej raug ua ntej los ntawm qhov kev ceeb toom kom khiav tawm.</w:t>
      </w:r>
    </w:p>
    <w:p>
      <w:pPr>
        <w:pStyle w:val="ArticleBody"/>
        <w:jc w:val="left"/>
      </w:pPr>
      <w:r>
        <w:rPr>
          <w:rFonts w:ascii="Times New Roman" w:hAnsi="Times New Roman" w:eastAsia="Times New Roman" w:cs="Times New Roman"/>
        </w:rPr>
        <w:t>Rau cov uas lees tias lawv yog Seventh-day Adventists, lawv yuav tsum tau paub raws li txoj lus faj lem tias Patriot Act yog ib lub cim kom khiav tawm hauv tej nroog mus rau hauv tej teb chaws nyob deb nroog ua ntej txoj cai Hnub Caiv yuav los sai no. Tib txoj cai Hnub Caiv ntawd thiab yog lub cim rau Vajtswv lwm pab yaj uas tseem nyob hauv Babylon kom khiav tawm hauv Babylon ua ntej kev yuam kom hwm hnub Sunday uas yuav raug coj los siv rau saum txhua haiv neeg.</w:t>
      </w:r>
    </w:p>
    <w:p>
      <w:pPr>
        <w:pStyle w:val="ArticleScripture"/>
        <w:jc w:val="left"/>
      </w:pPr>
      <w:r>
        <w:rPr>
          <w:rFonts w:ascii="Times New Roman" w:hAnsi="Times New Roman" w:eastAsia="Times New Roman" w:cs="Times New Roman"/>
        </w:rPr>
        <w:t>“Thaum America, lub tebchaws ntawm txojkev ywj pheej hauv kev cai dab qhuas, yuav koom tes nrog Papacy hauv kev yuam lub siab dawb paug thiab yuam kom tibneeg hwm hnub Xanpataus cuav, ces cov neeg ntawm txhua lub tebchaws thoob plaws lub ntiajteb yuav raug coj kom ua raws li nws tus qauv.” Testimonies, volume 6, 18.</w:t>
      </w:r>
    </w:p>
    <w:p>
      <w:pPr>
        <w:pStyle w:val="ArticleBody"/>
        <w:jc w:val="left"/>
      </w:pPr>
      <w:r>
        <w:rPr>
          <w:rFonts w:ascii="Times New Roman" w:hAnsi="Times New Roman" w:eastAsia="Times New Roman" w:cs="Times New Roman"/>
        </w:rPr>
        <w:t>Ib yam li qhov kev siv peb-zaug ntawm peb tug Eliyas ua kom pom tseeb tias muaj ob chav ntawm Vajtswv haiv neeg nyob rau hnub kawg, qhov kev siv peb-zaug ntawm Loos kuj qhia kom paub tseeb tias muaj ob txoj cai Hnub Caiv txawv nyias. Cov uas xav lees tias Tebchaws Meskas yog cov tub sab ntawm koj haiv neeg, thiab yog li ntawd lub luag hauj lwm cev Vajtswv lus ntawm Tebchaws Meskas ua kom lub zeem muag raug tsa tseg, lawv hais kom paub tias txoj cai Hnub Caiv uas yuav los sai no hauv Tebchaws Meskas yog qhov qias neeg uas ua kom puam tsuaj uas Khetos tau qhia tseg ua ib qho lus ceeb toom rau Nws haiv neeg kom khiav dim ntawm kev tsim txom uas yuav los. Lawv tsis paub qhov sib txawv ntawm qhov kev ncig vov nroog, uas yog lub cim ceeb toom kom khiav, thiab qhov kev ncig vov nroog zaum ob uas sawv cev rau lub sijhawm uas kev yuam kom coj raws li ib txoj cai Hnub Caiv pib qhov kev tsim txom ntawm hnub kawg. Lawv tsis hais txog qhov sib txawv uas raug tsa los rau saum ob tug tim khawv tias yuav tsum muaj ob txoj cai Hnub Caiv txawv nyias uas ua kom yav tom ntej raug tiav nyob rau hnub kawg. Los ntawm kev ua li ntawd lawv sib cav tias txoj cai Hnub Caiv uas yuav los sai no hauv Tebchaws Meskas yog qhov lus ceeb toom uas raug sawv cev ua qhov qias neeg uas ua kom puam tsuaj, uas yaj saub Daniyees tau hais txog, thiab nws yeej yog, tabsis tsis yog raws li lawv txhais nws.</w:t>
      </w:r>
    </w:p>
    <w:p>
      <w:pPr>
        <w:pStyle w:val="ArticleBody"/>
        <w:jc w:val="left"/>
      </w:pPr>
      <w:r>
        <w:rPr>
          <w:rFonts w:ascii="Times New Roman" w:hAnsi="Times New Roman" w:eastAsia="Times New Roman" w:cs="Times New Roman"/>
        </w:rPr>
        <w:t>Txoj cai Hnub Caiv hauv Tebchaws Meskas yog lo lus ceeb toom rau Vajtswv pab yaj lwm tus uas tseem nyob hauv Npanpiloo kom khiav tawm ntawm nws txoj kev koom nrog. Yog li ntawd, nws yog lo lus ceeb toom txog txoj cai Hnub Caiv uas tab tom yuav los thiab yuav raug yuam siv rau txhua haiv neeg.</w:t>
      </w:r>
    </w:p>
    <w:p>
      <w:pPr>
        <w:pStyle w:val="ArticleScripture"/>
        <w:jc w:val="left"/>
      </w:pPr>
      <w:r>
        <w:rPr>
          <w:rFonts w:ascii="Times New Roman" w:hAnsi="Times New Roman" w:eastAsia="Times New Roman" w:cs="Times New Roman"/>
        </w:rPr>
        <w:t>“Lwm haiv neeg txawv teb chaws yuav ua raws li tus qauv piv txwv ntawm Tebchaws Meskas. Txawm yog nws yog tus coj tawm mus ua ntej, los xij tib yam kev kub ntxhov ntawd yuav los raug peb haiv neeg nyob txhua feem ntawm lub ntiajteb.” Testimonies, volume 6, 395.</w:t>
      </w:r>
    </w:p>
    <w:p>
      <w:pPr>
        <w:pStyle w:val="ArticleBody"/>
        <w:jc w:val="left"/>
      </w:pPr>
      <w:r>
        <w:rPr>
          <w:rFonts w:ascii="Times New Roman" w:hAnsi="Times New Roman" w:eastAsia="Times New Roman" w:cs="Times New Roman"/>
        </w:rPr>
        <w:t>Lawv hais tias txoj cai hnub Sunday nyob hauv Tebchaws Meskas yog qhov uas txheeb xyuas Tebchaws Meskas tias yog lub cim uas tsa txoj kev yog toog pom yav tom ntej, tiamsis nyob hauv lub ntsiab lus ntawm lo lus ceeb toom kom khiav dim uas Khetos tau muab, txoj cai hnub Sunday ntawd sawv cev rau ib txoj lus ceeb toom thoob qab ntuj rau cov neeg ua haujlwm teev kaum ib kom khiav tawm hauv Babylon.</w:t>
      </w:r>
    </w:p>
    <w:p>
      <w:pPr>
        <w:pStyle w:val="ArticleBody"/>
        <w:jc w:val="left"/>
      </w:pPr>
      <w:r>
        <w:rPr>
          <w:rFonts w:ascii="Times New Roman" w:hAnsi="Times New Roman" w:eastAsia="Times New Roman" w:cs="Times New Roman"/>
        </w:rPr>
        <w:t>Thaum Muam White hais txog txoj kev ceeb toom kom khiav dim, nws tab tom hais txog teeb meem ntawm txoj cai Hnub Sunday uas yuav los cuag thoob qab ntuj. Txoj kev txav ntawd pib ntawm txoj cai Hnub Sunday hauv Tebchaws Meskas. Nws qhia meej tias txoj cai Hnub Sunday hauv Tebchaws Meskas yog txoj kev ceeb toom txog txoj kev tsim txom uas tab tom los.</w:t>
      </w:r>
    </w:p>
    <w:p>
      <w:pPr>
        <w:pStyle w:val="ArticleScripture"/>
        <w:jc w:val="left"/>
      </w:pPr>
      <w:r>
        <w:rPr>
          <w:rFonts w:ascii="Times New Roman" w:hAnsi="Times New Roman" w:eastAsia="Times New Roman" w:cs="Times New Roman"/>
        </w:rPr>
        <w:t>“Los ntawm txoj cai txib uas yuam kom tsa thiab txhawb lub hwj chim papacy, ua txhaum rau Vajtswv txoj kevcai, peb haiv neeg yuav txiav nws tus kheej tawm kiag ntawm txoj kev ncaj ncees. Thaum Protestantism yuav ncab nws txhais tes hla lub kwj deg sib nrug mus tuav tes nrog lub hwj chim Loos, thaum nws yuav ncav tes dhau lub qhov tsua tob mus sib tuav tes nrog kev teev dab, thaum, nyob hauv qab lub hwj chim ntawm txoj kev koom ua peb fab no, peb lub tebchaws yuav tsis lees txais txhua lub hauv paus ntsiab lus ntawm nws Txoj Cai Lij Choj raws li ib tsoom fwv Protestant thiab koom pheej, thiab yuav npaj kev rau kev tshaj tawm tej lus dag thiab tej kev ntxias ntawm papacy, ces peb thiaj yuav paub tias lub sijhawm twb los txog rau Xatas txoj haujlwm txuj ci tseem ceeb, thiab tias qhov kawg twb nyob ze.”</w:t>
      </w:r>
    </w:p>
    <w:p>
      <w:pPr>
        <w:pStyle w:val="ArticleScripture"/>
        <w:jc w:val="left"/>
      </w:pPr>
      <w:r>
        <w:rPr>
          <w:rFonts w:ascii="Times New Roman" w:hAnsi="Times New Roman" w:eastAsia="Times New Roman" w:cs="Times New Roman"/>
        </w:rPr>
        <w:t>“Raws li qhov uas cov tub rog Loos tab tom los ze yog ib lub cim rau cov thwjtim txog kev puastsuaj uas yuav los raug Yeluxalees, ib yam li ntawd qhov kev thim txojkev ntseeg no kuj yuav ua tau ib lub cim rau peb tias qhov txwv ntawm Vajtswv txojkev ua siab ntev twb txog lawm, tias qhov ntsuas ntawm peb haiv neeg txojkev txhaum twb puv lawm, thiab tias tus timtswv ntawm txojkev hlub tshua tab tom yuav ya ncaim mus, tsis rov qab los ntxiv lawm. Ces Vajtswv haiv neeg yuav raug muab poob rau hauv tej xwm txheej ntawm kev txom nyem thiab kev nyuaj siab uas cov yaj saub tau piav tseg tias yog lub sijhawm uas Yakhauj raug kev kub ntxhov. Cov suab quaj ntawm cov neeg ncaj ncees uas raug tsim txom nce mus txog saum ntuj. Thiab ib yam li Anpee cov ntshav tau quaj tawm hauv av, kuj muaj tej suab hu quaj mus cuag Vajtswv tawm ntawm cov ntxa ntawm cov tuag vim kev ntseeg, tawm ntawm tej ntxa hauv hiav txwv, tawm ntawm tej qhov tsua hauv roob, tawm ntawm tej qhov ntxa hauv tsev teev hawm pojniam: ‘Tus Tswv, tus Dawb Huv thiab Tus Tseeb, yuav ntev npaum li cas ntxiv uas Koj tsis txiav txim thiab tsis pauj peb cov ntshav rau cov neeg uas nyob hauv ntiajteb no?’” Testimonies, volume 5, 451.</w:t>
      </w:r>
    </w:p>
    <w:p>
      <w:pPr>
        <w:pStyle w:val="ArticleBody"/>
        <w:jc w:val="left"/>
      </w:pPr>
      <w:r>
        <w:rPr>
          <w:rFonts w:ascii="Times New Roman" w:hAnsi="Times New Roman" w:eastAsia="Times New Roman" w:cs="Times New Roman"/>
        </w:rPr>
        <w:t>Muam White tab tom qhia meej txog txoj cai Hnub Sunday hauv Tebchaws Meskas, thiab qhia nws tias yog ib “cim” uas qhia tias lub sijhawm sim siab rau Tebchaws Meskas twb xaus lawm. Tiamsis Vajtswv haiv neeg hauv lwm haiv neeg ntawm lub ntiajteb no los kuj yuav raug ntsib tib txoj kev sim ntawd thiab. Muaj ib ntu sijhawm txij thaum txoj cai Hnub Sunday hauv Tebchaws Meskas pib los txog thaum Michael sawv tsees thiab lub sijhawm sim siab rau tibneeg kaw. Thaum nws kaw lawm, “tus timtswv ntawm txoj kev hlub tshua ya ncaim mus.”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Loos Tsim Qhov Kev Yog Toog — Zaj Kaum Ob</dc:title>
  <dc:subject>Peb Thawj Coj Siv Peb Zaug ntawm Kev Yaj Saub: Qhov Kev Qias Ntxub Uas Ua Kom Puam Tsuaj thiab Qhov Lus Ceeb Toom rau Hnub Kawg kom Khiav Tawm</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