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Loos Teeb Tsa Tsim Txoj Kev Pom—Tus Naj Npawb Kaum Xya</w:t>
      </w:r>
    </w:p>
    <w:p>
      <w:pPr>
        <w:pStyle w:val="ArticleSubtitle"/>
        <w:jc w:val="left"/>
      </w:pPr>
      <w:r>
        <w:rPr>
          <w:rFonts w:ascii="Arial" w:hAnsi="Arial" w:eastAsia="Arial" w:cs="Arial"/>
        </w:rPr>
        <w:t>Kev Ntsuam Xyuas Kawg ntawm 144,000 Tus: Txoj Kev Sim Los Saib Ua Yaj Saub ntawm Tus Duab ntawm Tsiaj Qus ntawd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Cov neeg uas raug hu kom nyob rau hauv ib puas plaub caug plaub txhiab leej tam sim no nyob hauv lawv txoj kev lim xyuas zaum kawg, thiab txoj kev ntawd yog ib txoj kev sim siab uas yog tsim raws li kev txhim tsa tus duab ntawm tus tsiaj qus. Txoj kev sim siab ntawd pib ntawm Vajtswv lub tsev, rau qhov kev txiav txim yeej ib txwm pib ntawm Vajtswv lub tsev, thiab tom qab ntawd Vajtswv pab yaj seem raug ntsib nrog tib txoj kev sim siab ntawd ib yam nkaus. Tej zaum qhov tseem ceeb tshaj plaws thiab muaj nqis tshaj plaws ntawm yam ntxwv yaj saub hauv kev txhim tsa tus duab ntawm tus tsiaj qus yog tias nws tshwm sim ob zaug; thawj zaug hauv Tebchaws Asmeskas, ces tom qab ntawd hauv lwm seem ntawm lub ntiaj teb. Hauv txoj kev yaj saub, qhov no txhais tau tias tus duab ntawm tus tsiaj qus hauv lub ntiaj teb yog qhov kev tshwm sim kawg nkaus ntawm tus duab ntawm tus tsiaj qus, thiab vim li ntawd txhua yam kev piv txwv txog tus duab ntawm tus tsiaj qus uas tau los ua ntej tus duab ntawm tus tsiaj qus hauv lub ntiaj teb ntawd tsuas yog tus duab ntxoov ntxoo uas sawv cev ua ntej rau qhov tseeb tiag xwb.</w:t>
      </w:r>
    </w:p>
    <w:p>
      <w:pPr>
        <w:pStyle w:val="ArticleBody"/>
        <w:jc w:val="left"/>
      </w:pPr>
      <w:r>
        <w:rPr>
          <w:rFonts w:ascii="Times New Roman" w:hAnsi="Times New Roman" w:eastAsia="Times New Roman" w:cs="Times New Roman"/>
        </w:rPr>
        <w:t>Kev txiav txim pib ntawm Vajtswv lub tsev thaum lub Cuaj Hlis 11, 2001. Hnub ntawd twb tau raug ua qauv tseg los ntawm lub Yim Hlis 11, 1840, thaum tus tim tswv hauv Tshwmsim kaum nqes los nrog ib phau ntawv me qhib nyob hauv Nws txhais tes. Thaum tus tim tswv ntawm tshooj kaum nqes los, Nws tshaj tawm tias kev txiav txim rau Protestantism twb tab tom pib lawm. Leej twg Vajtswv yuav txiav txim, Nws xub ceeb toom ua ntej, thiab qhov kev lees paub txog Miller txoj hau kev txiav txim lub sijhawm, tau ntxiv qhov hnyav rau nws tej kev xam hais txog kev txiav txim ntawm Kev Los Zaum Ob. Kev sim siab rau cov Protestants twb tab tom pib txij li lub Yim Hlis 11, 1840, thiab txog xyoo 1844 cov Protestants twb dhau los ua cov ntxhais ntawm Loos lawm. Lub sijhawm txij xyoo 1840 mus txog 1844 yog ib yam qauv ntawm lub sijhawm txij lub Cuaj Hlis 11, 2001 mus txog rau txoj cai Hnub Xanpataus cuav uas yuav los sai no.</w:t>
      </w:r>
    </w:p>
    <w:p>
      <w:pPr>
        <w:pStyle w:val="ArticleBody"/>
        <w:jc w:val="left"/>
      </w:pPr>
      <w:r>
        <w:rPr>
          <w:rFonts w:ascii="Times New Roman" w:hAnsi="Times New Roman" w:eastAsia="Times New Roman" w:cs="Times New Roman"/>
        </w:rPr>
        <w:t>Ob lub caij nyoog ntawd kuj tau raug sawv cev txij thaum Yexus ua kevcai raus dej thaum Vaj Ntsuj Plig Dawb Huv nqes los mus txog rau saum tus ntoo khaub lig. Peb lub caij nyoog ntawd txhua yam kuj tau raug ua qauv qhia los ntawm ib puas nees nkaum xyoo uas tau raug teem tseg rau lub ntiajteb ua ntej dej nyab, coj mus txog rau dej nyab. Ib txwm muaj ib txoj lus ceeb toom uas qhia kom meej txog txoj kev txiav txim ntawm zaj keeb kwm tshwj xeeb ntawd. Muaj tej keeb kwm dawb huv uas kuj hais txog lub caij nyoog tshwj xeeb no hauv hnub kawg.</w:t>
      </w:r>
    </w:p>
    <w:p>
      <w:pPr>
        <w:pStyle w:val="ArticleBody"/>
        <w:jc w:val="left"/>
      </w:pPr>
      <w:r>
        <w:rPr>
          <w:rFonts w:ascii="Times New Roman" w:hAnsi="Times New Roman" w:eastAsia="Times New Roman" w:cs="Times New Roman"/>
        </w:rPr>
        <w:t>Nau-a tau tshaj tawm tau ib puas nees nkaum xyoo, ces txoj kev txiav txim ntawm dej nyab thiaj los txog. Khetos tau tshaj tawm tau ib txhiab ob puas rau caum hnub, ces txoj kev txiav txim ntawm tus ntoo khaub lig thiaj los. Lo lus ceeb toom ntawm Yauhas tus Muab Neeg Ua Kev Cai Raus Dej tau txais hwj chim thaum Khetos ua kev cai raus dej, ces Yexus raug coj mus rau tom roob moj sab qhua tau plaub caug hnub. Plaub caug hnub ntawd, thiab peb qhov kev sim tom qab ntawd thaum kawg ntawm plaub caug hnub, qhia tias thaum twg lo lus ntawd tau txais hwj chim lawm, raws li pom tseeb los ntawm kev nqis los ntawm ib lub cim dawb huv, xws li Vaj Ntsuj Plig Dawb Huv thaum Nws ua kev cai raus dej, thiab kev nqis los ntawm ob tug tim tswv ntawm Tshwm Sim tshooj kaum thiab kaum yim—ib txoj txheej txheem ntawm kev sim tab tom raug coj mus ua. Thaum lub cim saum ntuj ceeb tsheej nqis los, lo lus txiav txim uas raug tshaj tawm rau cov uas thaum ntawd yog tus ntsiab raug txiav txim yuav tau txais hwj chim, thiab pawg neeg tshwj xeeb uas tab tom raug txiav txim ntawd ces nyob hauv ib lub sijhawm tshwj xeeb uas tsuas xaus thaum lawv lub caij nyoog ntawm kev tshav ntuj kaw lawm xwb.</w:t>
      </w:r>
    </w:p>
    <w:p>
      <w:pPr>
        <w:pStyle w:val="ArticleBody"/>
        <w:jc w:val="left"/>
      </w:pPr>
      <w:r>
        <w:rPr>
          <w:rFonts w:ascii="Times New Roman" w:hAnsi="Times New Roman" w:eastAsia="Times New Roman" w:cs="Times New Roman"/>
        </w:rPr>
        <w:t>Kab caj ces ntawm Yexus qhia txog ob ntu ntawm kev ua tim khawv. Ntu thawj yog Nws tus kheej ua tim khawv tau ib txhiab ob puas rau caum hnub, ces ntxiv dua Nws ua tim khawv nyob rau hauv Nws cov thwjtim xub ntiag ntxiv ib txhiab ob puas rau caum hnub mus txog thaum Stephen raug muab xuas pob zeb ntaus tuag.</w:t>
      </w:r>
    </w:p>
    <w:p>
      <w:pPr>
        <w:pStyle w:val="ArticleScripture"/>
        <w:jc w:val="left"/>
      </w:pPr>
      <w:r>
        <w:rPr>
          <w:rFonts w:ascii="Times New Roman" w:hAnsi="Times New Roman" w:eastAsia="Times New Roman" w:cs="Times New Roman"/>
        </w:rPr>
        <w:t>“Ces tus tim tswv hais tias, ‘Nws yuav cog lus ruaj nrog coob leej rau ib lim tiam [xya xyoo].’ Tau xya xyoo tom qab tus Cawmseej pib Nws tes haujlwm qhuab qhia, txoj moo zoo yuav tsum raug tshaj tawm tshwj xeeb rau cov Yudais; peb xyoos ib nrab yog los ntawm Khetos Nws Tus Kheej; thiab tom qab ntawd yog los ntawm cov thwj tim. ‘Thaum nyob nruab nrab ntawm lub lim tiam Nws yuav ua kom kev txi thiab kev fij xaus.’ Daniyee 9:27. Thaum lub caij nplooj ntoos hlav xyoo A. D. 31, Khetos, tus txi tseeb, raug muab fij rau saum Kalawlias. Ces daim ntaub thaiv hauv lub tuam tsev raug dua ua ob daim, qhia tias txoj kev dawb huv thiab lub ntsiab tseem ceeb ntawm txoj haujlwm kev txi twb ploj mus lawm. Lub sijhawm twb los txog rau kev txi thiab kev fij hauv ntiajteb no kom xaus.”</w:t>
      </w:r>
    </w:p>
    <w:p>
      <w:pPr>
        <w:pStyle w:val="ArticleScripture"/>
        <w:jc w:val="left"/>
      </w:pPr>
      <w:r>
        <w:rPr>
          <w:rFonts w:ascii="Times New Roman" w:hAnsi="Times New Roman" w:eastAsia="Times New Roman" w:cs="Times New Roman"/>
        </w:rPr>
        <w:t>“Lub ib lub lim tiam—xya xyoo—xaus rau xyoo A.D. 34. Ces los ntawm kev muab Stifanus txawb pob zeb tua, cov Yudais thaum kawg tau muab lawv txoj kev tsis kam lees txais txoj moo zoo kaw ruaj nreb; cov thwj tim uas raug kev tsim txom thiaj tawg mus nyob txawv teb chaws “mus txhua qhov chaw tshaj tawm txoj lus” (Tubtxib Tes Haujlwm 8:4); thiab tsis ntev tom qab ntawd, Xa-u uas yog tus tsim txom tau hloov dua siab tshiab, thiab los ua Povlauj, tus tubtxib rau lwm haiv neeg.” The Desire of Ages, 233.</w:t>
      </w:r>
    </w:p>
    <w:p>
      <w:pPr>
        <w:pStyle w:val="ArticleBody"/>
        <w:jc w:val="left"/>
      </w:pPr>
      <w:r>
        <w:rPr>
          <w:rFonts w:ascii="Times New Roman" w:hAnsi="Times New Roman" w:eastAsia="Times New Roman" w:cs="Times New Roman"/>
        </w:rPr>
        <w:t>Kab ke caj ces ntawm Nau-a, Khetos, cov Millerites thiab ib puas plaub caug plaub txhiab leej, txhua tus puav leej ua tim khawv txog ib ntu sijhawm uas ib pab neeg mloog lus tshwjxeeb raug sim los ntawm ib zaj lus ceeb toom. Kev muab hwjchim rau zaj lus ntawd qhia txog qhov pib ntawm ib ntu kev sim siab, uas tom qab ntawd xaus rau thaum lub sijhawm sim txim ntawm pab neeg mloog lus ntawd kaw lawm. Nyob hauv txoj kab yaj saub ntawm Yexus, muaj ob ntu sijhawm ntawm kev ua tim khawv raug qhia tseg. Ob ntu sijhawm ntawm kev ua tim khawv ntawd ua qauv rau ob zaj lus ceeb toom uas sawv cev los ntawm tus timtswv uas nqes los rau hnub tim 11 lub Cuaj Hli, 2001, uas tau ua tiav Tshwmsim 18:1–3, thiab tom qab ntawd muaj lub suab thib ob ntawm nqe plaub mus ntxiv hauv tshooj kaum yim raws qab.</w:t>
      </w:r>
    </w:p>
    <w:p>
      <w:pPr>
        <w:pStyle w:val="ArticleScripture"/>
        <w:jc w:val="left"/>
      </w:pPr>
      <w:r>
        <w:rPr>
          <w:rFonts w:ascii="Times New Roman" w:hAnsi="Times New Roman" w:eastAsia="Times New Roman" w:cs="Times New Roman"/>
        </w:rPr>
        <w:t>“Yog li ntawd, hauv txoj hauj lwm kawg rau kev ceeb toom lub ntiaj teb no, muaj ob txoj kev hu uas txawv meej raug xa mus rau cov pawg ntseeg. Txoj xov ntawm tus tim tswv thib ob yog, ‘Npanpiloos poob lawm, poob lawm, lub nroog loj ntawd, vim nws tau ua rau txhua haiv neeg haus cawv txiv hmab ntawm txoj kev chim vim nws txoj kev deev luag poj luag txiv.’ Thiab hauv lub suab quaj nrov ntawm txoj xov ntawm tus tim tswv thib peb, muaj ib lub suab hnov los saum ntuj hais tias, ‘Kuv haiv neeg, cia li tawm ntawm nws los.’” Review and Herald, December 6, 1892.</w:t>
      </w:r>
    </w:p>
    <w:p>
      <w:pPr>
        <w:pStyle w:val="ArticleBody"/>
        <w:jc w:val="left"/>
      </w:pPr>
      <w:r>
        <w:rPr>
          <w:rFonts w:ascii="Times New Roman" w:hAnsi="Times New Roman" w:eastAsia="Times New Roman" w:cs="Times New Roman"/>
        </w:rPr>
        <w:t>Lub sij hawm thawj yog txoj kev txiav txim uas pib nrog Vajtswv lub tsev, thiab tom qab ntawd thaum txoj cai Hnub Caiv Sunday uas yuav los sai, lub sij hawm thib ob ntawm txoj kev txiav txim pib nrog lo lus ceeb toom kom tawm hauv Babylon los. Kab ntawm Khetos txij li Nws txoj kev cai raus dej mus txog saum tus ntoo khaublig sawv cev rau txij lub Cuaj Hli 11, 2001 mus txog rau txoj cai Sunday hauv Tebchaws Meskas, thiab lub sij hawm txij txoj cai Sunday hauv Tebchaws Meskas mus txog rau lub ntsiab chaw uas txhua haiv neeg raug yuam kom lees txais hnub Sunday ua Hnub Thoob Ntiaj Teb ntawm Kev Pe Hawm yog lub sij hawm uas xaus thaum haiv neeg kawg nkaus plaws ntawd tseem kawg kuj zwm sim.</w:t>
      </w:r>
    </w:p>
    <w:p>
      <w:pPr>
        <w:pStyle w:val="ArticleBody"/>
        <w:jc w:val="left"/>
      </w:pPr>
      <w:r>
        <w:rPr>
          <w:rFonts w:ascii="Times New Roman" w:hAnsi="Times New Roman" w:eastAsia="Times New Roman" w:cs="Times New Roman"/>
        </w:rPr>
        <w:t>Lub sijhawm ntawd pib nrog txoj cai Hnub Caiv hauv Tebchaws Meskas thiab xaus thaum haiv neeg kawg nkaus nyo hau rau lub hwjchim papal. Qhov pib ntawm lub sijhawm thib ob cim txog qhov kawg ntawm lub sijhawm thawj, thiab ob leeg puav leej muaj tej txoj cai Hnub Caiv uas twb raug ua tus qauv qhia ua ntej lawm hauv zaj timkhawv ntawm Loos. Thawj txoj cai Hnub Caiv hauv xyoo 321 tau raug tsim los los ntawm txoj cai tswj fwm ntawm Loos uas yog pagan. Txoj cai Hnub Caiv uas raug tsim los los ntawm txoj cai tswj hwm ntawm pawg ntseeg papal raug sawv cev los ntawm xyoo 538. Txoj cai Hnub Caiv hauv Tebchaws Meskas yog 321, thiab txoj cai Hnub Caiv uas raug yuam rau haiv neeg kawg yog 538. Txoj cai Hnub Caiv hauv Tebchaws Meskas cim txog kev tuaj txog ntawm zaj lus ceeb toom uas tom qab ntawd raug tshaj tawm los ntawm tus chij uas raug tsim los ntawm cov neeg raug ntiab tawm ntawm Ixayees.</w:t>
      </w:r>
    </w:p>
    <w:p>
      <w:pPr>
        <w:pStyle w:val="ArticleBody"/>
        <w:jc w:val="left"/>
      </w:pPr>
      <w:r>
        <w:rPr>
          <w:rFonts w:ascii="Times New Roman" w:hAnsi="Times New Roman" w:eastAsia="Times New Roman" w:cs="Times New Roman"/>
        </w:rPr>
        <w:t>Tus cim ciam ntawd yog xyoo 321, thiab nws cim txog qhov pib ntawm lub sij hawm uas txhua haiv neeg raug sim siab nyob rau hauv lo lus nug hais txog Hnub Sunday. Lub sij hawm ntawd xaus thaum haiv neeg kawg nkaus txhos caug rau Loos, thiab qhov xwm txheej ntawd tau raug ua qauv qhia los ntawm tus cim ciam ntawm xyoo 538. Lub sij hawm txij xyoo 321 mus txog 538 tau raug ua qauv qhia los ntawm lub sij hawm txij saum tus ntoo khaub lig mus txog thaum Stephen raug muab pob zeb txawb kom tuag. Thaum Stephen tab tom raug muab pob zeb txawb, nws pom Khetos sawv hauv lub chaw dawb huv saum ntuj ceeb tsheej, ua qauv qhia txog lub sijhawm thaum Michael sawv tsees thaum xaus ntawm lub sijhawm uas tib neeg tseem raug pub sij hawm txiav txim siab.</w:t>
      </w:r>
    </w:p>
    <w:p>
      <w:pPr>
        <w:pStyle w:val="ArticleBody"/>
        <w:jc w:val="left"/>
      </w:pPr>
      <w:r>
        <w:rPr>
          <w:rFonts w:ascii="Times New Roman" w:hAnsi="Times New Roman" w:eastAsia="Times New Roman" w:cs="Times New Roman"/>
        </w:rPr>
        <w:t>Hnub Cuaj Hlis 11, 2001 yog lub cim qhia txog kev tuaj txog ntawm lo lus ceeb toom nyob hauv thawj peb nqe ntawm tshooj kaum yim, thiab qhov ntawd raug cim tseg los ntawm tej lus faj lem uas tus yaj saub poj niam Ellen White tau hais tseg, uas hais tias thaum tej vaj tse loj hauv New York City raug muab rhuav tshem los ntawm Vajtswv txoj kev kov xwb, ces yeej yog tib peb nqe ntawd yuav raug ua kom tiav. Nws kuj raug cim tseg los ntawm Patriot Act, uas yog ib lub cim rau cov uas txaus siab pom; tias lub hauv paus ntsiab cai ntawm txoj cai Askiv uas tshaj tawm tias ib tug neeg tsis muaj txhaum mus txog thaum raug pov thawj tias muaj txhaum, raug muab tso tseg cia rau txoj cai Loos, uas tshaj tawm tias ib tug neeg muaj txhaum, mus txog thaum raug pov thawj tias tsis muaj txhaum.</w:t>
      </w:r>
    </w:p>
    <w:p>
      <w:pPr>
        <w:pStyle w:val="ArticleBody"/>
        <w:jc w:val="left"/>
      </w:pPr>
      <w:r>
        <w:rPr>
          <w:rFonts w:ascii="Times New Roman" w:hAnsi="Times New Roman" w:eastAsia="Times New Roman" w:cs="Times New Roman"/>
        </w:rPr>
        <w:t>Txoj Cai Patriot Act cim txog qhov pib ntawm kev txiav txim rau Laodicean Seventh-day Adventism. Lub sijhawm ntawd xaus rau thaum txoj cai Hnub Caiv ntawm hnub Sunday raug tsim nyob hauv Tebchaws Meskas. Cov Laodicean Seventh-day Adventists uas ua tiav dhau lub sijhawm lim ntawd lawm, ces yuav tshaj tawm txoj xov ceeb toom ntawm nqe plaub hauv tshooj kaum yim, uas xaus nrog haiv neeg kawg uas nyoog rau Loos. Lub sijhawm ntawd pib nrog txoj cai Hnub Caiv ntawm hnub Sunday nyob hauv Tebchaws Meskas thiab xaus nrog txoj cai Hnub Caiv ntawm hnub Sunday kawg.</w:t>
      </w:r>
    </w:p>
    <w:p>
      <w:pPr>
        <w:pStyle w:val="ArticleBody"/>
        <w:jc w:val="left"/>
      </w:pPr>
      <w:r>
        <w:rPr>
          <w:rFonts w:ascii="Times New Roman" w:hAnsi="Times New Roman" w:eastAsia="Times New Roman" w:cs="Times New Roman"/>
        </w:rPr>
        <w:t>Yog peb to taub yuam qhov tseeb uas hais tias muaj ob daim duab rau tus tsiaj nyaum uas raug txheeb kom meej raws li muaj ntau tshaj ob tug tim khawv, ces peb yuav to taub yuam txog txoj hauj lwm uas raug sawv cev los ntawm thawj peb nqe ntawm Tshwmsim tshooj kaum yim uas tau pib xyoo 2001, thiab txoj hauj lwm uas pib hauv nqe plaub ntawm tshooj kaum yim.</w:t>
      </w:r>
    </w:p>
    <w:p>
      <w:pPr>
        <w:pStyle w:val="ArticleBody"/>
        <w:jc w:val="left"/>
      </w:pPr>
      <w:r>
        <w:rPr>
          <w:rFonts w:ascii="Times New Roman" w:hAnsi="Times New Roman" w:eastAsia="Times New Roman" w:cs="Times New Roman"/>
        </w:rPr>
        <w:t>Thaum peb siv Muam White qhov kev txheeb qhia ncaj qha txog tus tim tswv hauv Tshwm Sim kaum yim qhov nqis los nyob rau xyoo 1888, thiab nws qhov muab tib tus tim tswv ntawd tso rau hauv lub caij tom ntej, peb pom tias 1888 yog tus qauv piv txog 2001. Tus tim tswv hauv Tshwm Sim, tus uas ua kom lub ntiajteb ci ntsa iab nrog Nws lub yeeb koob, tau nqis los ntawm cov rooj sib tham hauv Minneapolis xyoo 1888, thiab kuj tau ua li ntawd dua thaum cov tsev loj hauv New York City poob los.</w:t>
      </w:r>
    </w:p>
    <w:p>
      <w:pPr>
        <w:pStyle w:val="ArticleBody"/>
        <w:jc w:val="left"/>
      </w:pPr>
      <w:r>
        <w:rPr>
          <w:rFonts w:ascii="Times New Roman" w:hAnsi="Times New Roman" w:eastAsia="Times New Roman" w:cs="Times New Roman"/>
        </w:rPr>
        <w:t>Lub sijhawm txij thaum Khetos ua kevcai raus dej mus txog saum tus ntoo khaublig, thiab lub sijhawm txij lub Yim Hli 11, 1840 mus txog lub Kaum Hli 22, 1844, thiab lub sijhawm ntawm Nau-a ib puas nees nkaum xyoo, muab peb tug timkhawv txog ib lub sijhawm ntawm kev txiav txim. Xyoo 1888 muab ib tug timkhawv txog kev tshwm sim ntawm kev ntxeev siab uas raug sau tseg rau hauv cov rooj sib tham hauv Minneapolis, thiab Nau-a qhia txog kev tshem tus Vaj Ntsuj Plig Dawb Huv tawm ntawm cov uas tsis lees txais txoj xov. Kev ntxeev siab ntawm cov neeg ua neej ua ntej dej nyab, thiab kev ntxeev siab ntawm cov thawj coj hauv pawg ntseeg xyoo 1888, ob qho tib si sib haum nrog keeb kwm ntawm Khaula, Nathas, thiab Anpilas hauv keeb kwm ntawm Mauxes, uas tus tim tswv tau hais rau Muam White tias tab tom raug rov ua dua nyob hauv Minneapolis.</w:t>
      </w:r>
    </w:p>
    <w:p>
      <w:pPr>
        <w:pStyle w:val="ArticleBody"/>
        <w:jc w:val="left"/>
      </w:pPr>
      <w:r>
        <w:rPr>
          <w:rFonts w:ascii="Times New Roman" w:hAnsi="Times New Roman" w:eastAsia="Times New Roman" w:cs="Times New Roman"/>
        </w:rPr>
        <w:t>Txij thaum pib ntawm Patriot Act mus txog rau txoj cai Hnub Caiv hauv Tebchaws Meskas sawv cev rau lub sijhawm sim siab rau Laodicean Seventh-day Adventism. Txoj kev ntxeev siab tawm tsam cov lus ceeb toom uas tshaj tawm lawv txoj kev txiav txim qhia meej txog kev raug rho tawm ntawm tus Vaj Ntsuj Plig Dawb Huv, thiab yog li ntawd yog kev muab kev dag ntxias loj heev nchuav rau saum cov nkauj xwb ruam uas phem hauv keeb kwm ntawd. Lub ntsiab uas kev ntxeev siab tsom rau yog tus tubtxib uas raug xaiv, raws li Nplas sawv cev los ntawm Nau-a, Mauxes, Cov Txwj Laus Jones thiab Waggoner, thiab yeej muaj Muam White. Txoj kev ntxeev siab tawm tsam cov lus ceeb toom thiab tus tubtxib ntawm keeb kwm ntawd yog tsim raws li “roj” hauv keeb kwm ntawm zaj lus piv txwv txog kaum tus nkauj xwb.</w:t>
      </w:r>
    </w:p>
    <w:p>
      <w:pPr>
        <w:pStyle w:val="ArticleBody"/>
        <w:jc w:val="left"/>
      </w:pPr>
      <w:r>
        <w:rPr>
          <w:rFonts w:ascii="Times New Roman" w:hAnsi="Times New Roman" w:eastAsia="Times New Roman" w:cs="Times New Roman"/>
        </w:rPr>
        <w:t>Cov uas tshaj tawm zaj lus ceeb toom, ua li ntawd vim lawv muaj “roj,” uas kuj yog zaj lus ceeb toom ntawd thiab. Yog li no, qhov sib txawv ntawm ob pab neeg ntawd yog tsim los ntawm kev siv kom raug cov cai txhais lus faj lem uas tau txais yuav los ntawm cov uas nyob hauv kev txav ntawm tus tim tswv ib thiab tus tim tswv ob, uas sawv cev los ntawm Miller cov cai txhais lus, thiab kuj nrog rau cov cai txhais lus faj lem uas tau txais yuav los ntawm kev txav ntawm tus tim tswv peb.</w:t>
      </w:r>
    </w:p>
    <w:p>
      <w:pPr>
        <w:pStyle w:val="ArticleBody"/>
        <w:jc w:val="left"/>
      </w:pPr>
      <w:r>
        <w:rPr>
          <w:rFonts w:ascii="Times New Roman" w:hAnsi="Times New Roman" w:eastAsia="Times New Roman" w:cs="Times New Roman"/>
        </w:rPr>
        <w:t>Yog li ntawd, qhov kev sim siab uas raug sawv cev ua “kev tsim daim duab ntawm tus tsiaj qus” yuav tsum yog ib qho kev sim siab uas muaj kev txuas nrog txoj kev uas daim duab ntawm tus tsiaj qus raug tsim nyob hauv Vajtswv Txojlus yaj saub.</w:t>
      </w:r>
    </w:p>
    <w:p>
      <w:pPr>
        <w:pStyle w:val="ArticleBody"/>
        <w:jc w:val="left"/>
      </w:pPr>
      <w:r>
        <w:rPr>
          <w:rFonts w:ascii="Times New Roman" w:hAnsi="Times New Roman" w:eastAsia="Times New Roman" w:cs="Times New Roman"/>
        </w:rPr>
        <w:t>Pib ntawm txoj cai Patriot Act xyoo 2001, uas tau raug ua tus qauv ua ntej los ntawm Blair Bill xyoo 1888, uas tau raug ua tus qauv ua ntej los ntawm Tsab Ntawv Tshaj Tawm Kev Ywj Pheej xyoo 1776, uas tau raug ua tus qauv ua ntej los ntawm kev cai raus dej ntawm Khetos, uas yog tus qauv qhia txog hnub tim 11 Lub Yim Hli, 1840, txhua yam no txhawb nqa qhov tseeb tias txoj txheej txheem sim ntawm kev txiav txim pib nrog ib txoj xov ceeb toom uas tau txais hwj chim, uas yuav tsum raug coj tawm ntawm txhais tes ntawm tus tim tswv thiab tom qab ntawd raug noj.</w:t>
      </w:r>
    </w:p>
    <w:p>
      <w:pPr>
        <w:pStyle w:val="ArticleBody"/>
        <w:jc w:val="left"/>
      </w:pPr>
      <w:r>
        <w:rPr>
          <w:rFonts w:ascii="Times New Roman" w:hAnsi="Times New Roman" w:eastAsia="Times New Roman" w:cs="Times New Roman"/>
        </w:rPr>
        <w:t>Qhov kev qhia txog yaj saub uas txheeb lub Tebchaws Asmeskas ua cov tub sab ntawm koj haiv neeg ua rau ntau lub ntsiab raug ntxhov los ntawm lawv txoj kev xav, thiab cov ntsiab ntawd feem ntau yog cov nqe pov thawj ncaj qha tshaj plaws hauv kev tsa cov ntsiab ntawm kev tsim tsa daim duab ntawm tus tsiaj nyaum. Ib txoj kev los qhia qhov tseeb tias txoj kev sim no yog yaj saub raws li xwm txheej yog siv cov cai yooj yim ntawm kev yaj saub los ua pov thawj ib qhov tseeb uas tsuas yog to taub tau yog koj lees txais Loos ua lub cim uas sawv cev los ntawm cov tub sab ntawm koj haiv neeg.</w:t>
      </w:r>
    </w:p>
    <w:p>
      <w:pPr>
        <w:pStyle w:val="ArticleBody"/>
        <w:jc w:val="left"/>
      </w:pPr>
      <w:r>
        <w:rPr>
          <w:rFonts w:ascii="Times New Roman" w:hAnsi="Times New Roman" w:eastAsia="Times New Roman" w:cs="Times New Roman"/>
        </w:rPr>
        <w:t>Zaj lus piv txwv no raug muab rub tawm los ntawm tsib kab keeb kwm nyob hauv Adventism, uas muaj ib qho kev sib cav txog Loos ua ib lub cim. Nim no peb nyob rau hauv qhov kawg, los yog qhov thib rau, ntawm cov keeb kwm muaj kev sib cav no, thiab tam sim no txoj kev sib cav no yog tib yam nkaus li txoj kev sib cav uas raug sawv cev rau saum daim ntawv qhia xyoo 1843.</w:t>
      </w:r>
    </w:p>
    <w:p>
      <w:pPr>
        <w:pStyle w:val="ArticleBody"/>
        <w:jc w:val="left"/>
      </w:pPr>
      <w:r>
        <w:rPr>
          <w:rFonts w:ascii="Times New Roman" w:hAnsi="Times New Roman" w:eastAsia="Times New Roman" w:cs="Times New Roman"/>
        </w:rPr>
        <w:t>Nws yog ib qho yooj yim pom qhov tseeb no yog tias koj siv cov cai yaj saub kom raug. Ib txoj cai yaj saub uas yuav tsum tau siv yog tias cov cim muaj ntau tshaj ib lub ntsiab, thiab lub ntsiab uas lawv siv hauv ib nqe lus yuav tsum raug txiav txim los ntawm tib nqe lus ntawd. Tus vaj ntxwv Syrian, Antiochus III Magnus, tau ua tiav kev sib ntaus hauv nqe kaum ntawm Daniel tshooj kaum ib, thiab nws tau ua tiav kev sib ntaus ntawm Raphia hauv nqe kaum ib thiab kaum ob, thiab nws tau ua tiav kev sib ntaus ntawm Panium hauv nqe kaum tsib. Qhov kev sib cav ntawm cov Millerite uas tau sawv cev rau saum daim chart 1843 yog tias txoj kev pom cuav ntawm Protestant tau txheeb hais tias cov “tub sab” yog Antiochus Epiphanes, thaum tib lub sijhawm tseem tuav rawv qhov tseeb tias cov “tub sab” yog ib lub cim ntawm Loos.</w:t>
      </w:r>
    </w:p>
    <w:p>
      <w:pPr>
        <w:pStyle w:val="ArticleBody"/>
        <w:jc w:val="left"/>
      </w:pPr>
      <w:r>
        <w:rPr>
          <w:rFonts w:ascii="Times New Roman" w:hAnsi="Times New Roman" w:eastAsia="Times New Roman" w:cs="Times New Roman"/>
        </w:rPr>
        <w:t>Nqe kaum txog nqe kaum mus txog kaum tsib tau xub muaj tiav lawm hauv keeb kwm ntawm Antiochus III Magnus, yog li ntawd cov nqe ntawd, thiab qhov rov muaj dua hauv keeb kwm uas ua raws li cov nqe ntawd, muab ob tug tim khawv txog qhov kev muaj tiav ntawm cov nqe ntawd nyob rau hnub kawg, vim tag nrho cov yaj saub tau hais ncaj qha dua txog hnub kawg, tshaj li txog cov hnub uas lawv tus kheej tau nyob.</w:t>
      </w:r>
    </w:p>
    <w:p>
      <w:pPr>
        <w:pStyle w:val="ArticleBody"/>
        <w:jc w:val="left"/>
      </w:pPr>
      <w:r>
        <w:rPr>
          <w:rFonts w:ascii="Times New Roman" w:hAnsi="Times New Roman" w:eastAsia="Times New Roman" w:cs="Times New Roman"/>
        </w:rPr>
        <w:t>Nrog rau txoj cai uas twb raug tsa tseg lawm hais txog qhov chaw uas zaj lus tim khawv ntawm ib tug yaj saub yuav tsum raug siv, peb kuj muaj Muam White uas tau sau tseg ncaj qha tias “feem ntau ntawm zaj keeb kwm uas tau muaj tshwm sim hauv kev ua tiav ntawm zaj lus faj lem no [Daniel tshooj kaum ib] yuav rov muaj dua.” Antiochus III Magnus sawv cev rau Tebchaws Meskas raws li lub hwj chim sawv cev ua rog rau Loos papal. Cov Protestants tau sib cav tias cov tub sab tub nyiag ntawd tau ua hom ntxoov ntxoo rau lwm tus Antiochus, thaum cov Millerites paub tias nws yog Loos. Tam sim no ib sab txheeb Tebchaws Meskas tias yog cov tub sab tub nyiag, hos lwm sab tseem tuav rawv qhov tseeb hauv paus.</w:t>
      </w:r>
    </w:p>
    <w:p>
      <w:pPr>
        <w:pStyle w:val="ArticleBody"/>
        <w:jc w:val="left"/>
      </w:pPr>
      <w:r>
        <w:rPr>
          <w:rFonts w:ascii="Times New Roman" w:hAnsi="Times New Roman" w:eastAsia="Times New Roman" w:cs="Times New Roman"/>
        </w:rPr>
        <w:t>Yog tias txoj cai uas qhia tias tej cim muaj ntau tshaj ib lub ntsiab lus, thiab lub ntsiab lus ntawd yuav tsum raug txiav txim raws li lub ntsiab lus nyob ib puag ncig uas lawv raug siv, ces kev txheeb xyuas tias Tebchaws Meskas yog cov tub sab, yog ib yam sib luag nrog cov Protestants txoj kev txheeb xyuas Antiochus ua cov tub sab, tab sis tam sim no Antiochus yog ib lub cim ntawm Tebchaws Meskas nyob rau hnub kawg.</w:t>
      </w:r>
    </w:p>
    <w:p>
      <w:pPr>
        <w:pStyle w:val="ArticleBody"/>
        <w:jc w:val="left"/>
      </w:pPr>
      <w:r>
        <w:rPr>
          <w:rFonts w:ascii="Times New Roman" w:hAnsi="Times New Roman" w:eastAsia="Times New Roman" w:cs="Times New Roman"/>
        </w:rPr>
        <w:t>Lub ntsiab lus ntawm nqe lus ntawd tab tom hais ncaj qha txog lo lus nug tias yog lub hwj chim twg tsa nws tus kheej kom tsa lub zeem muag kom ruaj, yog li ntawd, kev muab qhov tseem ceeb rau qhov tseeb no yog tsim nyog. Qhov no yog tsim nyog raws li ntau tus tim khawv, rau qhov lwm txoj kab keeb kwm ntawm kev sib cav txog Loos raws li ib lub cim qhia tib qho tseeb ntawd. Qhov tseeb ntawd yog tias cov uas nyob rau sab yuam kev ntawm qhov teeb meem no, tsis hais thaum twg los xij, ib txwm txheeb Tebchaws Meskas tso rau qhov chaw ntawm Loos. Tiamsis yog koj tsis kam lees tias tej lub cim muaj ntau dua ib lub ntsiab, lossis yog koj ntseeg tias lawv muaj li ntawd tiag, los koj tseem tsis tau xyaum txaus kom muaj kev ntseeg puv npo rau txoj cai ntawd, ces yuav luag tsis muaj peev xwm li rau koj los ua raws tau txoj kev laj thawj uas tam sim no yuav raug siv.</w:t>
      </w:r>
    </w:p>
    <w:p>
      <w:pPr>
        <w:pStyle w:val="ArticleBody"/>
        <w:jc w:val="left"/>
      </w:pPr>
      <w:r>
        <w:rPr>
          <w:rFonts w:ascii="Times New Roman" w:hAnsi="Times New Roman" w:eastAsia="Times New Roman" w:cs="Times New Roman"/>
        </w:rPr>
        <w:t>Txhua lub hwjchim muaj ob lub kub sawv cev rau Tebchaws Meskas nyob rau hnub kawg. Fabkis yog lub hwjchim ob npaug uas Xaudoo thiab Iyi tebchaws sawv cev rau. Islam kuj yog ib daim qauv qhia txog Tebchaws Meskas thiab, rau qhov Tebchaws Meskas yog tus yajsaub cuav nyob rau hauv kev sib raug rau lub hwjchim papal uas yog Yexanpe. Tebchaws Meskas yog Xaloome nyob hauv kev nyob qes rau Herodia. Npe-aus yog ib lub cim ntawm tus yajsaub cuav thiab, txawm li ntawd los, nws zaj keebkwm muaj qhov nyuab dua li tsuas yog hais tias nws yog tus yajsaub cuav xwb.</w:t>
      </w:r>
    </w:p>
    <w:p>
      <w:pPr>
        <w:pStyle w:val="ArticleBody"/>
        <w:jc w:val="left"/>
      </w:pPr>
      <w:r>
        <w:rPr>
          <w:rFonts w:ascii="Times New Roman" w:hAnsi="Times New Roman" w:eastAsia="Times New Roman" w:cs="Times New Roman"/>
        </w:rPr>
        <w:t>Cov yaj lug faj lem ntawm Npasla-as, uas raug kaw tseg tom qab nws tau foom koob hmoov rau cov Yixayee peb zaug, muaj kev txuas nrog Islam nyob hauv ntau txoj kev. Tus nees luav yog ib lub cim ntawm Islam, thiab koj tsis tuaj yeem cais tus nees luav uas hais lus tawm hauv ib zaj keeb kwm hais txog Npasla-as. Cov neeg txawj ntse tuaj ntawm sab hnub tuaj uas tuaj pe hawm tus me nyuam Yexus raug coj los ntawm Npasla-as cov yaj lug faj lem. Islam ntawm peb qho kev txom nyem hauv Tshwm Sim tshooj cuaj sawv cev rau tus yaj saub cuav Mohammed.</w:t>
      </w:r>
    </w:p>
    <w:p>
      <w:pPr>
        <w:pStyle w:val="ArticleBody"/>
        <w:jc w:val="left"/>
      </w:pPr>
      <w:r>
        <w:rPr>
          <w:rFonts w:ascii="Times New Roman" w:hAnsi="Times New Roman" w:eastAsia="Times New Roman" w:cs="Times New Roman"/>
        </w:rPr>
        <w:t>Yog koj nkag siab tias tej cim muaj ntau dua ib lub ntsiab, ces tsis muaj qhov tsis ntseeg tias koj kuj yuav nkag siab tias muaj ntau qhov tseeb tseem ceeb heev uas raug sawv cev los ntawm ntau yam cim sib txawv. Lub cim uas teeb tsa lub zeem muag ntawd yog ib lub cim ntawm Loos, yog li ntawd nws pom tseeb tias Loos yuav yog ib lub ntsiab lus tseem ceeb thoob plaws hauv tej lus faj lem hauv Phau Vajlugkub. Ib lub cim qub txeeg qub teg thiab ruaj khov uas sawv cev rau Loos yog tus vaj ntxwv sab qaum teb hauv Daniyees tshooj kaum ib. Tus vaj ntxwv sab qaum teb uas los txog nws qhov kawg tsis muaj leejtwg pab yog lub hwj chim papal, lub koom txoos Roman, tus pope ntawm Loos, tus neeg ntawm txojkev txhaum.</w:t>
      </w:r>
    </w:p>
    <w:p>
      <w:pPr>
        <w:pStyle w:val="ArticleBody"/>
        <w:jc w:val="left"/>
      </w:pPr>
      <w:r>
        <w:rPr>
          <w:rFonts w:ascii="Times New Roman" w:hAnsi="Times New Roman" w:eastAsia="Times New Roman" w:cs="Times New Roman"/>
        </w:rPr>
        <w:t>Hauv qhov kev sib cav ntawm Uriah Smith, tau muaj qhov kev thov tias tus vajntxwv sab qaum teb hauv nqe peb caug rau yog Fabkis, thiab tus vajntxwv sab qaum teb hauv nqe plaub caug yog Qaib Cov Txwv. Ob lub tebchaws Fabkis thiab Qaib Cov Txwv yog cov cim ntawm Tebchaws Meskas nyob hauv ntau yam ntsiab lus sib txawv, tiam sis ib yam li cov Protestants, thiab ib yam li niaj hnub no, hauv Smith qhov kev sib cav ntawd, nws tau tsis lees txais qhov tseeb tias tus vajntxwv sab qaum teb yog ib lub cim ntawm Loos Tshiab, thiab nws tau hais tias lub cim ntawm Loos raug sawv cev los ntawm ib lub cim ntawm Tebchaws Meskas hauv haiv neeg Fabkis, thiab ib zaug ntxiv tias lub cim ntawm Loos yog ib lub cim ntawm Tebchaws Meskas raws li sawv cev hauv haiv neeg Qaib Cov Txwv.</w:t>
      </w:r>
    </w:p>
    <w:p>
      <w:pPr>
        <w:pStyle w:val="ArticleBody"/>
        <w:jc w:val="left"/>
      </w:pPr>
      <w:r>
        <w:rPr>
          <w:rFonts w:ascii="Times New Roman" w:hAnsi="Times New Roman" w:eastAsia="Times New Roman" w:cs="Times New Roman"/>
        </w:rPr>
        <w:t>Tam sim no tam sim no twb muaj peb kab keeb kwm; keeb kwm Millerite, keeb kwm ntawm Uriah Smith, thiab lub caij no thiab tam sim no. Hauv txhua daim piv txwv ntawd muaj ib qho kev sib cav txog ib lub cim sawv cev rau Loos, uas raug siv yuam kev vim kev to taub yuam kev tias Loos yog ib lub cim sawv cev rau Tebchaws Meskas.</w:t>
      </w:r>
    </w:p>
    <w:p>
      <w:pPr>
        <w:pStyle w:val="ArticleBody"/>
        <w:jc w:val="left"/>
      </w:pPr>
      <w:r>
        <w:rPr>
          <w:rFonts w:ascii="Times New Roman" w:hAnsi="Times New Roman" w:eastAsia="Times New Roman" w:cs="Times New Roman"/>
        </w:rPr>
        <w:t>Kab lus sib cav txog “niaj hnub” hauv phau Daniyee txhawb nqa tib qho kev hais kom hnyav no, uas yog tawm tsam qhov tseeb hais txog ib lub cim ntawm Loos, txawm yog hauv zaj keeb kwm no tseem muaj qee qhov kev ntxaws tseem ceeb.</w:t>
      </w:r>
    </w:p>
    <w:p>
      <w:pPr>
        <w:pStyle w:val="ArticleBody"/>
        <w:jc w:val="left"/>
      </w:pPr>
      <w:r>
        <w:rPr>
          <w:rFonts w:ascii="Times New Roman" w:hAnsi="Times New Roman" w:eastAsia="Times New Roman" w:cs="Times New Roman"/>
        </w:rPr>
        <w:t>Qhov laj lim tswv yim ntawm Uriah Smith tus qauv hais txog yav tom ntej tau coj nws cov thwjtim mus siv tsis raug tus kab mob thib rau hauv Tshwmsim tshooj kaum rau. Ib qho teeb meem tseem ceeb hauv Smith txoj kev siv tshooj kaum rau, ntxiv rau nws qhov kev sim siv txhua yam raws li qhov tseeb tiag, nyob rau ib lub sijhawm uas txhua yam yuav tsum raug siv raws li sab ntsuj plig, yog nws tsis muaj peev xwm pom tau tus qauv tshwj xeeb ntawm kev sib koom ua peb fab ntawm tus zaj, tus tsiaj nyaum, thiab tus cev Vajtswv lus cuav. Los ntawm kev hloov lub ntsiab tseeb ntawm cov cim no nrog cov ntsiab lus uas yog kev txhais raws li tus kheej, Smith txoj laj lim tswv yim txwv tsis pub muaj peev xwm paub tau tias qhov kev sib koom ua peb fab no raug tsim li cas, thiab qhov uas nws raug tsim li cas ntawd yog “qhov kev sim siab loj rau Vajtswv haiv neeg uas lawv txoj kev cawm dim mus ib txhis yuav raug txiav txim raws li ntawd.”</w:t>
      </w:r>
    </w:p>
    <w:p>
      <w:pPr>
        <w:pStyle w:val="ArticleBody"/>
        <w:jc w:val="left"/>
      </w:pPr>
      <w:r>
        <w:rPr>
          <w:rFonts w:ascii="Times New Roman" w:hAnsi="Times New Roman" w:eastAsia="Times New Roman" w:cs="Times New Roman"/>
        </w:rPr>
        <w:t>Kev siv yuam kev rau cov cim sawv cev txog Loos yog ib qho kev sim siab ntawm Xatas los txwv Vajtswv haiv neeg nyob rau hnub kawg kom tsis txhob pom tsis yog tsuas yog Loos niaj hnub no xwb, tiam sis tseem tsis pom tias Loos niaj hnub no raug tsim los li cas. Qhov yuav tsum lees paub cov yam ntxwv yaj saub uas txuas nrog rau kev sib koom ua ke ntawm United Nations, lub hwj chim papal, thiab Tebchaws Meskas muaj tej kev tshwm sim uas cuam tshuam mus ib txhis.</w:t>
      </w:r>
    </w:p>
    <w:p>
      <w:pPr>
        <w:pStyle w:val="ArticleBody"/>
        <w:jc w:val="left"/>
      </w:pPr>
      <w:r>
        <w:rPr>
          <w:rFonts w:ascii="Times New Roman" w:hAnsi="Times New Roman" w:eastAsia="Times New Roman" w:cs="Times New Roman"/>
        </w:rPr>
        <w:t>Hauv phau ntawv Daniyee, muaj ib qho kev sim siab tshwjxeeb uas hais kom pom tseeb txog qhov tseem ceeb ntawm kev lees paub txog txoj kev sib raug zoo ntawm peb lub hwj chim no, thiab kuj muaj dua ib qho kev sim siab tshwjxeeb uas hais kom pom tseeb txog cov ntsiab lus tib yam no hauv phau ntawv Qhia Tshwm. “Qhov niaj hnub” hauv phau ntawv Daniyee, William Miller tau to taub tias yog Loos teev dab thaum nws kawm 2 Thexalaunikes. Miller tau to taub los ntawm lo lus piav txog txoj kev sib raug zoo hauv yaj saub ntawm Loos teev dab thiab Loos papacy hauv 2 Thexalaunikes tias lo lus “qhov niaj hnub” yog ib lub cim ntawm Loos teev dab, thiab yog li ntawd qhov qias neeg uas ua rau kev puam tsuaj yuav yog Loos papacy.</w:t>
      </w:r>
    </w:p>
    <w:p>
      <w:pPr>
        <w:pStyle w:val="ArticleBody"/>
        <w:jc w:val="left"/>
      </w:pPr>
      <w:r>
        <w:rPr>
          <w:rFonts w:ascii="Times New Roman" w:hAnsi="Times New Roman" w:eastAsia="Times New Roman" w:cs="Times New Roman"/>
        </w:rPr>
        <w:t>Txawm li ntawd los, lub ntsiab uas peb tab tom hais kom pom meej yog tias hauv 2 Thexalaunikes, txoj kev sib raug zoo ntawm Loos pagan thiab Loos papal raug muab tso rau hauv ib lub ntsiab lus qhia tias thaum thiab yog koj tsis to taub txoj kev sib raug zoo ntawm ob lub hwj chim ntawd, koj yuav tau txais kev dag ntxias muaj zog, thiab yuav ploj mus mus ib txhis.</w:t>
      </w:r>
    </w:p>
    <w:p>
      <w:pPr>
        <w:pStyle w:val="ArticleBody"/>
        <w:jc w:val="left"/>
      </w:pPr>
      <w:r>
        <w:rPr>
          <w:rFonts w:ascii="Times New Roman" w:hAnsi="Times New Roman" w:eastAsia="Times New Roman" w:cs="Times New Roman"/>
        </w:rPr>
        <w:t>Qhov no yog tib lo lus ceeb toom ntawm tus kab mob phem thib rau, uas tsis yog tsuas yog tus zaj, uas yog Loos pej kum hauv 2 Thessalonians, thiab tus tsiaj qus, uas yog “tus neeg ntawm kev txhaum” hauv nqe ntawd xwb, tiamsis kuj muaj tus yaj saub cuav hauv tshooj kaum rau thiab. Nqe Vajlugkub no tab tom hais kom hnyav txog qhov tseem ceeb ntawm kev paub txog kev sib raug zoo ntawm cov hwjchim uas tsim los ua Loos Niaj Hnub no txoj kev koom tes peb ntu, uas kuj yog Npanpiloo niaj hnub no thiab.</w:t>
      </w:r>
    </w:p>
    <w:p>
      <w:pPr>
        <w:pStyle w:val="ArticleBody"/>
        <w:jc w:val="left"/>
      </w:pPr>
      <w:r>
        <w:rPr>
          <w:rFonts w:ascii="Times New Roman" w:hAnsi="Times New Roman" w:eastAsia="Times New Roman" w:cs="Times New Roman"/>
        </w:rPr>
        <w:t>Qhov kev sib cav txog “nqes txhij txhua” hais txog tib yam kev sib cav ntawm hnub kawg, tiamsis nws nthuav dav txoj kev txheeb xyuas qhov kev sib cav ntawd los ntawm kev ntxiv qhov tseem ceeb ntawm kev to taub txog txoj kev sib raug zoo ntawm peb lub hwj chim uas koom ua Loos Niaj Hnub No. Kev tsis kam pom qhov tseeb no, yog kev lees txais kom kev dag ntxias loj los ua koj qhov nqi zog.</w:t>
      </w:r>
    </w:p>
    <w:p>
      <w:pPr>
        <w:pStyle w:val="ArticleBody"/>
        <w:jc w:val="left"/>
      </w:pPr>
      <w:r>
        <w:rPr>
          <w:rFonts w:ascii="Times New Roman" w:hAnsi="Times New Roman" w:eastAsia="Times New Roman" w:cs="Times New Roman"/>
        </w:rPr>
        <w:t>Hauv qhov kev sib ceg tam sim no no, cov uas txheeb xyuas Tebchaws Meskas tias yog cov tub sab zoo li tsis muaj peevxwm txawm lees txais kom nkag siab tias vim li cas nws thiaj tseem ceeb uas Tebchaws Meskas raug sawv cev ntau zaus tias nyob hauv kev zwm rau lub hwjchim papacy dua li yog lub hwjchim papacy nws tus kheej. Kev txawj ntse yooj yim uas txhua tus paub lees paub tias lub hwjchim uas tswj kev sib raug zoo hauv kev nom kev tswv, keeb kwm, kev sib yuav, thiab tej lus faj lem hauv Vajlugkub raug suav tias yog lub taubhau; thiab lub taubhau ntawd yog yam uas tsa nws tus kheej kom tsa lub zeem muag ntawd, ces mam poob.</w:t>
      </w:r>
    </w:p>
    <w:p>
      <w:pPr>
        <w:pStyle w:val="ArticleBody"/>
        <w:jc w:val="left"/>
      </w:pPr>
      <w:r>
        <w:rPr>
          <w:rFonts w:ascii="Times New Roman" w:hAnsi="Times New Roman" w:eastAsia="Times New Roman" w:cs="Times New Roman"/>
        </w:rPr>
        <w:t>Lub tswv yim uas txheeb xyuas Tebchaws Meskas tias yog cov tub sab, tsis muaj peev xwm siv tau keeb kwm uas tau raug sawv cev tawm, thiab tom qab ntawd tau raug ua kom tiav, txij xyoo 321 mus txog 538. Lub cim ntawm Tebchaws Meskas yuav tsum poob kev ntseeg tseg ua ntej “tus neeg ntawm kev txhaum” thiaj yuav raug muab tshwm tawm. “Tus neeg ntawm kev txhaum” rov raug muab tshwm tawm dua hauv hnub kawg, thiab ua ntej nws ua li ntawd, Tebchaws Meskas yuav tsum poob kev ntseeg tseg xub thawj.</w:t>
      </w:r>
    </w:p>
    <w:p>
      <w:pPr>
        <w:pStyle w:val="ArticleBody"/>
        <w:jc w:val="left"/>
      </w:pPr>
      <w:r>
        <w:rPr>
          <w:rFonts w:ascii="Times New Roman" w:hAnsi="Times New Roman" w:eastAsia="Times New Roman" w:cs="Times New Roman"/>
        </w:rPr>
        <w:t>Txoj cai Hnub Caiv hauv Tebchaws Meskas tsis yog qhia tias Tebchaws Meskas yog Loos Niaj Hnub No, tiam sis nws qhia tias kev puas tsuaj ntawm lub tebchaws twb los txog lawm, thiab tias Tebchaws Meskas twb raug txiav tawm kiag li ntawm txoj kev ncaj ncees lawm. Loos Niaj Hnub No uas raug nthuav tawm thaum Tebchaws Meskas thim rov qab ntawm txoj cai Hnub Caiv yog hwjchim papacy, tus uas nyob rau lub sijhawm ntawd thiab qhov chaw ntawd nyuam qhuav kov yeej nws tus phoojywg, tus yaj saub cuav.</w:t>
      </w:r>
    </w:p>
    <w:p>
      <w:pPr>
        <w:pStyle w:val="ArticleBody"/>
        <w:jc w:val="left"/>
      </w:pPr>
      <w:r>
        <w:rPr>
          <w:rFonts w:ascii="Times New Roman" w:hAnsi="Times New Roman" w:eastAsia="Times New Roman" w:cs="Times New Roman"/>
        </w:rPr>
        <w:t>“Yam niaj hnub” hauv phau ntawv Daniyees thiab nws txoj kev sib raug rau txoj xov ntawm William Miller, nrog rau qhov tseem ceeb uas Miller txoj kev nkag siab raug rho tawm los ntawm 2 Thexalaunikes tshooj ob, thiab lo lus ceeb toom kom nej khaws nej tej ris tsho hauv kev raug xwm txheej thib rau, txhua yam no qhia txog tej ntsiab hauv cov kev sib cav ntawd uas hais ncaj qha rau tej teeb meem tam sim no.</w:t>
      </w:r>
    </w:p>
    <w:p>
      <w:pPr>
        <w:pStyle w:val="ArticleBody"/>
        <w:jc w:val="left"/>
      </w:pPr>
      <w:r>
        <w:rPr>
          <w:rFonts w:ascii="Times New Roman" w:hAnsi="Times New Roman" w:eastAsia="Times New Roman" w:cs="Times New Roman"/>
        </w:rPr>
        <w:t>Kev ceeb toom nyob hauv 2 Thexalaunikes tshooj ob hais txog hnub kawg yog hais txog ib pab neeg uas txheeb lub Tebchaws Meskas ua ib lub cim, tiam sis tsis kam cia txoj kev kaj uas hais txog kev sib raug zoo ntawm Tebchaws Meskas thiab Loos papal coj lawv. Nyob hauv kev ua li no lawv yuav pom tsis yog xwb kev sib raug zoo ntawm Loos papal thiab Tebchaws Meskas, tabsis kuj pom lub Koom Haum Tebchaws Ntiajteb thiab, uas yog lub hwjchim zaj nyob hauv Qhia Tshwm tshooj kaum rau.</w:t>
      </w:r>
    </w:p>
    <w:p>
      <w:pPr>
        <w:pStyle w:val="ArticleBody"/>
        <w:jc w:val="left"/>
      </w:pPr>
      <w:r>
        <w:rPr>
          <w:rFonts w:ascii="Times New Roman" w:hAnsi="Times New Roman" w:eastAsia="Times New Roman" w:cs="Times New Roman"/>
        </w:rPr>
        <w:t>Ib yam li rau Uriah Smith, A.G. Daniells, thiab W.W. Prescott, uas Muam White tau qhia tias tsis muaj peev xwm txiav txim los ntawm qhov ua rau mus rau qhov tshwm sim, cov uas tsis kam cia Vajtswv Txojlus yaj saub qhia lawv raws li nws qhov kev nthuav qhia txog txoj kev sib raug zoo ntawm peb lub hwj chim no hauv hnub kawg los kuj yog tib yam thiab.</w:t>
      </w:r>
    </w:p>
    <w:p>
      <w:pPr>
        <w:pStyle w:val="ArticleBody"/>
        <w:jc w:val="left"/>
      </w:pPr>
      <w:r>
        <w:rPr>
          <w:rFonts w:ascii="Times New Roman" w:hAnsi="Times New Roman" w:eastAsia="Times New Roman" w:cs="Times New Roman"/>
        </w:rPr>
        <w:t>Ib yam li thawj qhov kev tsis sib haum, qhov uas tam sim no, thiab cov kev tsis sib haum txog Uriah Smith, qhov kev tsis sib haum txog kev sib raug zoo ntawm peb lub hwj chim raws li tau sawv cev hauv 2 Thessalonians thiab xwm txheej xya phem thib rau ntawd, nthuav tawm ib qho kev txhais raws tus kheej uas taw tes rau Tebchaws Meskas, tiamsis tsis kam pom qee yam yam ntxwv yaj saub hais txog Tebchaws Meskas uas yuav qhib tawm lawv lub tswv yim yuam kev, thiab tej zaum coj tau lawv los rau hauv qhov kaj.</w:t>
      </w:r>
    </w:p>
    <w:p>
      <w:pPr>
        <w:pStyle w:val="ArticleBody"/>
        <w:jc w:val="left"/>
      </w:pPr>
      <w:r>
        <w:rPr>
          <w:rFonts w:ascii="Times New Roman" w:hAnsi="Times New Roman" w:eastAsia="Times New Roman" w:cs="Times New Roman"/>
        </w:rPr>
        <w:t>Tom qab lub Cuaj Hlis 11, 2001, qhov kev tsis sib haum hais txog plaub hom kab hauv phau Yau-ees tau tshwm sim. Qhov tseeb yog tias cov kab ntawd sawv cev rau ib qho kev poob qis ntawm sab ntsuj plig zuj zus ntawm pawg ntseeg Xya-Hnub Adventist hauv Laodikea, los ntawm kev coj los nkag ntawm kev ntseeg Catholic thiab kev kawm txuj ci tseem ceeb ntawm cov Protestants uas tau thim txojkev ntseeg lawm. Dua ib zaug ntxiv, txoj kev siv raug ntawm plaub hom kab ntawd yog Loos, tiam sis kev txhais raws li tus kheej tau hais tias nws yog Islam, uas yog ib lub cim ntawm tus yaj saub cuav, thiab yog li ntawd yog ib lub cim ntawm Tebchaws Meskas. Kab saum kab, cov kev tsis sib haum los ntawm keeb kwm Advent uas peb nyuam qhuav hais txog no, txhua yam puav leej hais txog tib qho tseeb ntawd.</w:t>
      </w:r>
    </w:p>
    <w:p>
      <w:pPr>
        <w:pStyle w:val="ArticleBody"/>
        <w:jc w:val="left"/>
      </w:pPr>
      <w:r>
        <w:rPr>
          <w:rFonts w:ascii="Times New Roman" w:hAnsi="Times New Roman" w:eastAsia="Times New Roman" w:cs="Times New Roman"/>
        </w:rPr>
        <w:t>Sab kev phem, raws li plaub tug tim khawv, qhia tias cov tub sab yog Tebchaws Meskas, thiab raws li ob tug tim khawv kev to taub ntawm sab kev phem uas hais tias Tebchaws Meskas yog ib lub cim ntawd yog tsis yog. Vajtswv cov neeg sib tw nyob rau hnub kawg uas yuav nyob rau hauv ib puas plaub caug plaub txhiab leej tam sim no tab tom raug sim hauv yaj saub. Qhov no tsis yog ib qho kev sim uas ua tiav tau los ntawm tsuas yog pov npav rau sab no lossis sab tod xwb. Nws yog ib qho kev sim uas tsuas yog muaj tseeb thiaj li taug dhau tau kom raug yog tias cov cai yaj saub raug siv kom raug nraim. Kom Tsov Ntxhuav ntawm xeem Yudas yuav tsa Nws cov neeg hnub kawg kom paub txog qhov tseeb tias lawv tsis tau kawm tob txaus, Nws thiaj tso cai rau tej kev qhia cuav raug coj los nkag.</w:t>
      </w:r>
    </w:p>
    <w:p>
      <w:pPr>
        <w:pStyle w:val="ArticleBody"/>
        <w:jc w:val="left"/>
      </w:pPr>
      <w:r>
        <w:rPr>
          <w:rFonts w:ascii="Times New Roman" w:hAnsi="Times New Roman" w:eastAsia="Times New Roman" w:cs="Times New Roman"/>
        </w:rPr>
        <w:t>Qhov uas muaj ib txoj kev qhia cuav tshwm sim nyob hauv qhov kev txav no qhia meej tias peb tus kheej qhov peev xwm hais txog tej cai ntawm kev txhais lus cev Vajtswv lus faj lem tseem qaug zog tshaj qhov uas nws tsim nyog yuav tsum yog. Loos tsa lub zeem muag ntawd, thiab lub zeem muag hais txog hnub kawg yog qhov kev sawv thiab kev poob zaum kawg ntawm tus vajntxwv sab qaum teb. Tus “vajntxwv” ntawd kuj yog tus “txiv neej ntawm txoj kev txhaum,” thiab tus “txiv neej ntawm txoj kev txhaum” yog “qhov tsis paub meej ntawm txoj kev phem,” thiab tus “neeg phem” ntawd. Nws yog tus tim khawv cuav tawm tsam Khetos, nws raug piv txwv ua “cov tub sab ntawm koj haiv neeg,” thiab nws yog “lub taub hau” ntawm Loos Niaj Hnub No.</w:t>
      </w:r>
    </w:p>
    <w:p>
      <w:pPr>
        <w:pStyle w:val="ArticleScripture"/>
        <w:jc w:val="left"/>
      </w:pPr>
      <w:r>
        <w:rPr>
          <w:rFonts w:ascii="Times New Roman" w:hAnsi="Times New Roman" w:eastAsia="Times New Roman" w:cs="Times New Roman"/>
        </w:rPr>
        <w:t>“Cov uas ntxhov siab hauv lawv txoj kev to taub txog lo lus, cov uas tsis pom lub ntsiab ntawm tus antichrist, yeej yuav muab lawv tus kheej tso rau ntawm sab ntawm tus antichrist. Tam sim no tsis muaj sijhawm rau peb los koom sib xyaw nrog lub ntiajteb. Daniel tab tom sawv hauv nws feem thiab hauv nws qhov chaw. Cov lus faj lem ntawm Daniel thiab ntawm Yauhas yuav tsum raug to taub. Lawv txhais ib leeg rau ib leeg. Lawv muab tej qhov tseeb rau lub ntiajteb uas txhua tus neeg yuav tsum to taub. Cov lus faj lem no yuav tsum ua tim khawv nyob hauv lub ntiajteb. Los ntawm lawv txoj kev ua tiav nyob rau hauv cov hnub kawg no, lawv yuav piav lawv tus kheej.”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Loos Teeb Tsa Tsim Txoj Kev Pom—Tus Naj Npawb Kaum Xya</dc:title>
  <dc:subject>Kev Ntsuam Xyuas Kawg ntawm 144,000 Tus: Txoj Kev Sim Los Saib Ua Yaj Saub ntawm Tus Duab ntawm Tsiaj Qus ntawd</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